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471F9E" w14:textId="77777777" w:rsidR="002B2E80" w:rsidRPr="00A07378" w:rsidRDefault="00000000" w:rsidP="00A07378">
      <w:pPr>
        <w:pStyle w:val="1"/>
        <w:bidi/>
        <w:rPr>
          <w:sz w:val="40"/>
          <w:szCs w:val="40"/>
        </w:rPr>
      </w:pPr>
      <w:r w:rsidRPr="00A07378">
        <w:rPr>
          <w:sz w:val="40"/>
          <w:szCs w:val="40"/>
        </w:rPr>
        <w:t>جامعة ميدأوشن</w:t>
      </w:r>
    </w:p>
    <w:p w14:paraId="3594A4C6" w14:textId="77777777" w:rsidR="002B2E80" w:rsidRPr="00A07378" w:rsidRDefault="00000000" w:rsidP="00A07378">
      <w:pPr>
        <w:bidi/>
        <w:rPr>
          <w:sz w:val="40"/>
          <w:szCs w:val="40"/>
        </w:rPr>
      </w:pPr>
      <w:r w:rsidRPr="00A07378">
        <w:rPr>
          <w:sz w:val="40"/>
          <w:szCs w:val="40"/>
        </w:rPr>
        <w:t>كلية الإدارة</w:t>
      </w:r>
    </w:p>
    <w:p w14:paraId="2282187F" w14:textId="77777777" w:rsidR="002B2E80" w:rsidRPr="00A07378" w:rsidRDefault="00000000" w:rsidP="00A07378">
      <w:pPr>
        <w:bidi/>
        <w:rPr>
          <w:sz w:val="40"/>
          <w:szCs w:val="40"/>
        </w:rPr>
      </w:pPr>
      <w:r w:rsidRPr="00A07378">
        <w:rPr>
          <w:sz w:val="40"/>
          <w:szCs w:val="40"/>
        </w:rPr>
        <w:t>قسم / تخصص: إدارة أعمال</w:t>
      </w:r>
    </w:p>
    <w:p w14:paraId="73F28E6F" w14:textId="18BA0D6D" w:rsidR="002B2E80" w:rsidRPr="00A07378" w:rsidRDefault="002B2E80" w:rsidP="00A07378">
      <w:pPr>
        <w:bidi/>
        <w:rPr>
          <w:sz w:val="40"/>
          <w:szCs w:val="40"/>
        </w:rPr>
      </w:pPr>
    </w:p>
    <w:p w14:paraId="3B4F3169" w14:textId="77777777" w:rsidR="002B2E80" w:rsidRPr="00A07378" w:rsidRDefault="00000000" w:rsidP="00A07378">
      <w:pPr>
        <w:pStyle w:val="21"/>
        <w:bidi/>
        <w:rPr>
          <w:sz w:val="40"/>
          <w:szCs w:val="40"/>
        </w:rPr>
      </w:pPr>
      <w:r w:rsidRPr="00A07378">
        <w:rPr>
          <w:sz w:val="40"/>
          <w:szCs w:val="40"/>
        </w:rPr>
        <w:t>عنوان البحث</w:t>
      </w:r>
    </w:p>
    <w:p w14:paraId="68275100" w14:textId="77777777" w:rsidR="002B2E80" w:rsidRPr="00A07378" w:rsidRDefault="00000000" w:rsidP="00A07378">
      <w:pPr>
        <w:bidi/>
        <w:rPr>
          <w:rFonts w:hint="cs"/>
          <w:sz w:val="40"/>
          <w:szCs w:val="40"/>
          <w:rtl/>
        </w:rPr>
      </w:pPr>
      <w:r w:rsidRPr="00A07378">
        <w:rPr>
          <w:sz w:val="40"/>
          <w:szCs w:val="40"/>
        </w:rPr>
        <w:t>أثر الحوافز المادية والمعنوية على مستوى الرضا الوظيفي: دراسة ميدانية</w:t>
      </w:r>
    </w:p>
    <w:p w14:paraId="475B4E42" w14:textId="77777777" w:rsidR="002B2E80" w:rsidRPr="00A07378" w:rsidRDefault="00000000" w:rsidP="00A07378">
      <w:pPr>
        <w:bidi/>
        <w:rPr>
          <w:sz w:val="40"/>
          <w:szCs w:val="40"/>
        </w:rPr>
      </w:pPr>
      <w:r w:rsidRPr="00A07378">
        <w:rPr>
          <w:sz w:val="40"/>
          <w:szCs w:val="40"/>
        </w:rPr>
        <w:br/>
      </w:r>
    </w:p>
    <w:p w14:paraId="14D60AFA" w14:textId="2564D630" w:rsidR="002B2E80" w:rsidRPr="00A07378" w:rsidRDefault="00000000" w:rsidP="00A07378">
      <w:pPr>
        <w:bidi/>
        <w:rPr>
          <w:rFonts w:hint="cs"/>
          <w:sz w:val="40"/>
          <w:szCs w:val="40"/>
          <w:rtl/>
        </w:rPr>
      </w:pPr>
      <w:r w:rsidRPr="00A07378">
        <w:rPr>
          <w:sz w:val="40"/>
          <w:szCs w:val="40"/>
        </w:rPr>
        <w:t xml:space="preserve">إعداد </w:t>
      </w:r>
      <w:proofErr w:type="gramStart"/>
      <w:r w:rsidRPr="00A07378">
        <w:rPr>
          <w:sz w:val="40"/>
          <w:szCs w:val="40"/>
        </w:rPr>
        <w:t>الطالب</w:t>
      </w:r>
      <w:r w:rsidR="00A07378">
        <w:rPr>
          <w:sz w:val="40"/>
          <w:szCs w:val="40"/>
        </w:rPr>
        <w:t xml:space="preserve"> </w:t>
      </w:r>
      <w:r w:rsidR="00A07378">
        <w:rPr>
          <w:rFonts w:hint="cs"/>
          <w:sz w:val="40"/>
          <w:szCs w:val="40"/>
          <w:rtl/>
        </w:rPr>
        <w:t xml:space="preserve"> </w:t>
      </w:r>
      <w:r w:rsidR="00A07378">
        <w:rPr>
          <w:sz w:val="40"/>
          <w:szCs w:val="40"/>
        </w:rPr>
        <w:t>:</w:t>
      </w:r>
      <w:proofErr w:type="gramEnd"/>
      <w:r w:rsidR="00A07378" w:rsidRPr="00A07378">
        <w:rPr>
          <w:sz w:val="40"/>
          <w:szCs w:val="40"/>
        </w:rPr>
        <w:t xml:space="preserve"> </w:t>
      </w:r>
      <w:r w:rsidR="00A07378">
        <w:rPr>
          <w:rFonts w:hint="cs"/>
          <w:sz w:val="40"/>
          <w:szCs w:val="40"/>
          <w:rtl/>
        </w:rPr>
        <w:t>رائد علي العنزي</w:t>
      </w:r>
    </w:p>
    <w:p w14:paraId="480599E0" w14:textId="35E1757C" w:rsidR="002B2E80" w:rsidRPr="00A07378" w:rsidRDefault="00000000" w:rsidP="00A07378">
      <w:pPr>
        <w:bidi/>
        <w:rPr>
          <w:sz w:val="40"/>
          <w:szCs w:val="40"/>
        </w:rPr>
      </w:pPr>
      <w:r w:rsidRPr="00A07378">
        <w:rPr>
          <w:sz w:val="40"/>
          <w:szCs w:val="40"/>
        </w:rPr>
        <w:t>العام الدراسي: 202</w:t>
      </w:r>
      <w:r w:rsidR="00A07378">
        <w:rPr>
          <w:sz w:val="40"/>
          <w:szCs w:val="40"/>
        </w:rPr>
        <w:t>6</w:t>
      </w:r>
    </w:p>
    <w:p w14:paraId="19ECEED5" w14:textId="77777777" w:rsidR="002B2E80" w:rsidRPr="00A07378" w:rsidRDefault="00000000" w:rsidP="00A07378">
      <w:pPr>
        <w:bidi/>
        <w:rPr>
          <w:sz w:val="40"/>
          <w:szCs w:val="40"/>
        </w:rPr>
      </w:pPr>
      <w:r w:rsidRPr="00A07378">
        <w:rPr>
          <w:sz w:val="40"/>
          <w:szCs w:val="40"/>
        </w:rPr>
        <w:br w:type="page"/>
      </w:r>
    </w:p>
    <w:p w14:paraId="31932DA8" w14:textId="4A3F193F" w:rsidR="002B2E80" w:rsidRPr="00A07378" w:rsidRDefault="00000000" w:rsidP="00A07378">
      <w:pPr>
        <w:pStyle w:val="21"/>
        <w:bidi/>
        <w:rPr>
          <w:rFonts w:hint="cs"/>
          <w:sz w:val="40"/>
          <w:szCs w:val="40"/>
          <w:rtl/>
        </w:rPr>
      </w:pPr>
      <w:proofErr w:type="gramStart"/>
      <w:r w:rsidRPr="00A07378">
        <w:rPr>
          <w:sz w:val="40"/>
          <w:szCs w:val="40"/>
        </w:rPr>
        <w:t>المقدمة</w:t>
      </w:r>
      <w:r w:rsidR="00A07378">
        <w:rPr>
          <w:rFonts w:hint="cs"/>
          <w:sz w:val="40"/>
          <w:szCs w:val="40"/>
          <w:rtl/>
        </w:rPr>
        <w:t xml:space="preserve"> </w:t>
      </w:r>
      <w:r w:rsidR="00A07378" w:rsidRPr="00A07378">
        <w:rPr>
          <w:sz w:val="40"/>
          <w:szCs w:val="40"/>
        </w:rPr>
        <w:t>:</w:t>
      </w:r>
      <w:proofErr w:type="gramEnd"/>
    </w:p>
    <w:p w14:paraId="764B5C6C" w14:textId="77777777" w:rsidR="002B2E80" w:rsidRPr="00A07378" w:rsidRDefault="00000000" w:rsidP="00A07378">
      <w:pPr>
        <w:bidi/>
        <w:rPr>
          <w:sz w:val="40"/>
          <w:szCs w:val="40"/>
        </w:rPr>
      </w:pPr>
      <w:r w:rsidRPr="00A07378">
        <w:rPr>
          <w:sz w:val="40"/>
          <w:szCs w:val="40"/>
        </w:rPr>
        <w:t>يُعد التحفيز الوظيفي من أهم العوامل المؤثرة في سلوك الموظفين داخل المؤسسات الحديثة. وتسعى المؤسسات إلى توفير حوافز مادية ومعنوية لتعزيز مستوى الرضا الوظيفي وتحقيق الاستقرار التنظيمي. وتأتي هذه الدراسة لبحث أثر الحوافز المادية والمعنوية على مستوى الرضا الوظيفي لدى الموظفين.</w:t>
      </w:r>
    </w:p>
    <w:p w14:paraId="442585A2" w14:textId="77777777" w:rsidR="002B2E80" w:rsidRPr="00A07378" w:rsidRDefault="00000000" w:rsidP="00A07378">
      <w:pPr>
        <w:bidi/>
        <w:rPr>
          <w:sz w:val="40"/>
          <w:szCs w:val="40"/>
        </w:rPr>
      </w:pPr>
      <w:r w:rsidRPr="00A07378">
        <w:rPr>
          <w:sz w:val="40"/>
          <w:szCs w:val="40"/>
        </w:rPr>
        <w:br/>
      </w:r>
    </w:p>
    <w:p w14:paraId="6E846EFE" w14:textId="1F0050BA" w:rsidR="002B2E80" w:rsidRPr="00A07378" w:rsidRDefault="00000000" w:rsidP="00A07378">
      <w:pPr>
        <w:pStyle w:val="21"/>
        <w:bidi/>
        <w:rPr>
          <w:rFonts w:hint="cs"/>
          <w:sz w:val="40"/>
          <w:szCs w:val="40"/>
          <w:rtl/>
        </w:rPr>
      </w:pPr>
      <w:r w:rsidRPr="00A07378">
        <w:rPr>
          <w:sz w:val="40"/>
          <w:szCs w:val="40"/>
        </w:rPr>
        <w:t xml:space="preserve">مشكلة </w:t>
      </w:r>
      <w:proofErr w:type="gramStart"/>
      <w:r w:rsidRPr="00A07378">
        <w:rPr>
          <w:sz w:val="40"/>
          <w:szCs w:val="40"/>
        </w:rPr>
        <w:t>الدراسة</w:t>
      </w:r>
      <w:r w:rsidR="00A07378">
        <w:rPr>
          <w:rFonts w:hint="cs"/>
          <w:sz w:val="40"/>
          <w:szCs w:val="40"/>
          <w:rtl/>
        </w:rPr>
        <w:t xml:space="preserve"> </w:t>
      </w:r>
      <w:r w:rsidR="00A07378" w:rsidRPr="00A07378">
        <w:rPr>
          <w:sz w:val="40"/>
          <w:szCs w:val="40"/>
        </w:rPr>
        <w:t>:</w:t>
      </w:r>
      <w:proofErr w:type="gramEnd"/>
    </w:p>
    <w:p w14:paraId="29E999EF" w14:textId="23694648" w:rsidR="002B2E80" w:rsidRPr="00A07378" w:rsidRDefault="00000000" w:rsidP="00A07378">
      <w:pPr>
        <w:bidi/>
        <w:rPr>
          <w:sz w:val="40"/>
          <w:szCs w:val="40"/>
        </w:rPr>
      </w:pPr>
      <w:r w:rsidRPr="00A07378">
        <w:rPr>
          <w:sz w:val="40"/>
          <w:szCs w:val="40"/>
        </w:rPr>
        <w:t xml:space="preserve">تعاني بعض المؤسسات من انخفاض مستوى الرضا الوظيفي، مما ينعكس سلباً على الأداء والإنتاجية. وتكمن مشكلة الدراسة في التساؤل حول مدى تأثير الحوافز المادية والمعنوية على </w:t>
      </w:r>
      <w:proofErr w:type="spellStart"/>
      <w:r w:rsidRPr="00A07378">
        <w:rPr>
          <w:sz w:val="40"/>
          <w:szCs w:val="40"/>
        </w:rPr>
        <w:t>رضا</w:t>
      </w:r>
      <w:proofErr w:type="spellEnd"/>
      <w:r w:rsidRPr="00A07378">
        <w:rPr>
          <w:sz w:val="40"/>
          <w:szCs w:val="40"/>
        </w:rPr>
        <w:t xml:space="preserve"> الموظفين.</w:t>
      </w:r>
      <w:r w:rsidRPr="00A07378">
        <w:rPr>
          <w:sz w:val="40"/>
          <w:szCs w:val="40"/>
        </w:rPr>
        <w:br/>
      </w:r>
    </w:p>
    <w:p w14:paraId="01C33481" w14:textId="08004D71" w:rsidR="002B2E80" w:rsidRPr="00A07378" w:rsidRDefault="00000000" w:rsidP="00A07378">
      <w:pPr>
        <w:pStyle w:val="21"/>
        <w:bidi/>
        <w:rPr>
          <w:sz w:val="40"/>
          <w:szCs w:val="40"/>
        </w:rPr>
      </w:pPr>
      <w:r w:rsidRPr="00A07378">
        <w:rPr>
          <w:sz w:val="40"/>
          <w:szCs w:val="40"/>
        </w:rPr>
        <w:t xml:space="preserve">أهمية </w:t>
      </w:r>
      <w:proofErr w:type="gramStart"/>
      <w:r w:rsidRPr="00A07378">
        <w:rPr>
          <w:sz w:val="40"/>
          <w:szCs w:val="40"/>
        </w:rPr>
        <w:t>الدراسة</w:t>
      </w:r>
      <w:r w:rsidR="00A07378">
        <w:rPr>
          <w:rFonts w:hint="cs"/>
          <w:sz w:val="40"/>
          <w:szCs w:val="40"/>
          <w:rtl/>
        </w:rPr>
        <w:t xml:space="preserve"> </w:t>
      </w:r>
      <w:r w:rsidR="00A07378" w:rsidRPr="00A07378">
        <w:rPr>
          <w:sz w:val="40"/>
          <w:szCs w:val="40"/>
        </w:rPr>
        <w:t>:</w:t>
      </w:r>
      <w:proofErr w:type="gramEnd"/>
    </w:p>
    <w:p w14:paraId="7CB016CF" w14:textId="77777777" w:rsidR="00A07378" w:rsidRPr="00A07378" w:rsidRDefault="00000000" w:rsidP="00A07378">
      <w:pPr>
        <w:pStyle w:val="aa"/>
        <w:numPr>
          <w:ilvl w:val="0"/>
          <w:numId w:val="10"/>
        </w:numPr>
        <w:bidi/>
        <w:rPr>
          <w:sz w:val="40"/>
          <w:szCs w:val="40"/>
        </w:rPr>
      </w:pPr>
      <w:r w:rsidRPr="00A07378">
        <w:rPr>
          <w:rFonts w:ascii="Arial" w:hAnsi="Arial" w:cs="Arial"/>
          <w:sz w:val="40"/>
          <w:szCs w:val="40"/>
        </w:rPr>
        <w:t>أهمية</w:t>
      </w:r>
      <w:r w:rsidRPr="00A07378">
        <w:rPr>
          <w:sz w:val="40"/>
          <w:szCs w:val="40"/>
        </w:rPr>
        <w:t xml:space="preserve"> </w:t>
      </w:r>
      <w:r w:rsidRPr="00A07378">
        <w:rPr>
          <w:rFonts w:ascii="Arial" w:hAnsi="Arial" w:cs="Arial"/>
          <w:sz w:val="40"/>
          <w:szCs w:val="40"/>
        </w:rPr>
        <w:t>التحفيز</w:t>
      </w:r>
      <w:r w:rsidRPr="00A07378">
        <w:rPr>
          <w:sz w:val="40"/>
          <w:szCs w:val="40"/>
        </w:rPr>
        <w:t xml:space="preserve"> </w:t>
      </w:r>
      <w:r w:rsidRPr="00A07378">
        <w:rPr>
          <w:rFonts w:ascii="Arial" w:hAnsi="Arial" w:cs="Arial"/>
          <w:sz w:val="40"/>
          <w:szCs w:val="40"/>
        </w:rPr>
        <w:t>في</w:t>
      </w:r>
      <w:r w:rsidRPr="00A07378">
        <w:rPr>
          <w:sz w:val="40"/>
          <w:szCs w:val="40"/>
        </w:rPr>
        <w:t xml:space="preserve"> </w:t>
      </w:r>
      <w:r w:rsidRPr="00A07378">
        <w:rPr>
          <w:rFonts w:ascii="Arial" w:hAnsi="Arial" w:cs="Arial"/>
          <w:sz w:val="40"/>
          <w:szCs w:val="40"/>
        </w:rPr>
        <w:t>رفع</w:t>
      </w:r>
      <w:r w:rsidRPr="00A07378">
        <w:rPr>
          <w:sz w:val="40"/>
          <w:szCs w:val="40"/>
        </w:rPr>
        <w:t xml:space="preserve"> </w:t>
      </w:r>
      <w:r w:rsidRPr="00A07378">
        <w:rPr>
          <w:rFonts w:ascii="Arial" w:hAnsi="Arial" w:cs="Arial"/>
          <w:sz w:val="40"/>
          <w:szCs w:val="40"/>
        </w:rPr>
        <w:t>مستوى</w:t>
      </w:r>
      <w:r w:rsidRPr="00A07378">
        <w:rPr>
          <w:sz w:val="40"/>
          <w:szCs w:val="40"/>
        </w:rPr>
        <w:t xml:space="preserve"> </w:t>
      </w:r>
      <w:r w:rsidRPr="00A07378">
        <w:rPr>
          <w:rFonts w:ascii="Arial" w:hAnsi="Arial" w:cs="Arial"/>
          <w:sz w:val="40"/>
          <w:szCs w:val="40"/>
        </w:rPr>
        <w:t>الرضا</w:t>
      </w:r>
      <w:r w:rsidRPr="00A07378">
        <w:rPr>
          <w:sz w:val="40"/>
          <w:szCs w:val="40"/>
        </w:rPr>
        <w:t xml:space="preserve"> </w:t>
      </w:r>
      <w:r w:rsidRPr="00A07378">
        <w:rPr>
          <w:rFonts w:ascii="Arial" w:hAnsi="Arial" w:cs="Arial"/>
          <w:sz w:val="40"/>
          <w:szCs w:val="40"/>
        </w:rPr>
        <w:t>الوظيفي</w:t>
      </w:r>
    </w:p>
    <w:p w14:paraId="53267A70" w14:textId="6FADD07D" w:rsidR="00A07378" w:rsidRPr="00A07378" w:rsidRDefault="00A07378" w:rsidP="00A07378">
      <w:pPr>
        <w:pStyle w:val="aa"/>
        <w:numPr>
          <w:ilvl w:val="0"/>
          <w:numId w:val="10"/>
        </w:numPr>
        <w:bidi/>
        <w:rPr>
          <w:sz w:val="40"/>
          <w:szCs w:val="40"/>
        </w:rPr>
      </w:pPr>
      <w:r w:rsidRPr="00A07378">
        <w:rPr>
          <w:rFonts w:ascii="Arial" w:hAnsi="Arial" w:cs="Arial"/>
          <w:sz w:val="40"/>
          <w:szCs w:val="40"/>
        </w:rPr>
        <w:t>مساعدة</w:t>
      </w:r>
      <w:r w:rsidRPr="00A07378">
        <w:rPr>
          <w:sz w:val="40"/>
          <w:szCs w:val="40"/>
        </w:rPr>
        <w:t xml:space="preserve"> </w:t>
      </w:r>
      <w:r w:rsidRPr="00A07378">
        <w:rPr>
          <w:rFonts w:ascii="Arial" w:hAnsi="Arial" w:cs="Arial"/>
          <w:sz w:val="40"/>
          <w:szCs w:val="40"/>
        </w:rPr>
        <w:t>الإدارة</w:t>
      </w:r>
      <w:r w:rsidRPr="00A07378">
        <w:rPr>
          <w:sz w:val="40"/>
          <w:szCs w:val="40"/>
        </w:rPr>
        <w:t xml:space="preserve"> </w:t>
      </w:r>
      <w:r w:rsidRPr="00A07378">
        <w:rPr>
          <w:rFonts w:ascii="Arial" w:hAnsi="Arial" w:cs="Arial"/>
          <w:sz w:val="40"/>
          <w:szCs w:val="40"/>
        </w:rPr>
        <w:t>في</w:t>
      </w:r>
      <w:r w:rsidRPr="00A07378">
        <w:rPr>
          <w:sz w:val="40"/>
          <w:szCs w:val="40"/>
        </w:rPr>
        <w:t xml:space="preserve"> </w:t>
      </w:r>
      <w:r w:rsidRPr="00A07378">
        <w:rPr>
          <w:rFonts w:ascii="Arial" w:hAnsi="Arial" w:cs="Arial"/>
          <w:sz w:val="40"/>
          <w:szCs w:val="40"/>
        </w:rPr>
        <w:t>تطوير</w:t>
      </w:r>
      <w:r w:rsidRPr="00A07378">
        <w:rPr>
          <w:sz w:val="40"/>
          <w:szCs w:val="40"/>
        </w:rPr>
        <w:t xml:space="preserve"> </w:t>
      </w:r>
      <w:r w:rsidRPr="00A07378">
        <w:rPr>
          <w:rFonts w:ascii="Arial" w:hAnsi="Arial" w:cs="Arial"/>
          <w:sz w:val="40"/>
          <w:szCs w:val="40"/>
        </w:rPr>
        <w:t>أنظمة</w:t>
      </w:r>
      <w:r w:rsidRPr="00A07378">
        <w:rPr>
          <w:sz w:val="40"/>
          <w:szCs w:val="40"/>
        </w:rPr>
        <w:t xml:space="preserve"> </w:t>
      </w:r>
      <w:r w:rsidRPr="00A07378">
        <w:rPr>
          <w:rFonts w:ascii="Arial" w:hAnsi="Arial" w:cs="Arial"/>
          <w:sz w:val="40"/>
          <w:szCs w:val="40"/>
        </w:rPr>
        <w:t>الحوافز</w:t>
      </w:r>
    </w:p>
    <w:p w14:paraId="133E44F3" w14:textId="1E476EB1" w:rsidR="00A07378" w:rsidRPr="00A07378" w:rsidRDefault="00A07378" w:rsidP="00A07378">
      <w:pPr>
        <w:pStyle w:val="aa"/>
        <w:numPr>
          <w:ilvl w:val="0"/>
          <w:numId w:val="10"/>
        </w:numPr>
        <w:bidi/>
        <w:rPr>
          <w:sz w:val="40"/>
          <w:szCs w:val="40"/>
        </w:rPr>
      </w:pPr>
      <w:r w:rsidRPr="00A07378">
        <w:rPr>
          <w:rFonts w:ascii="Arial" w:hAnsi="Arial" w:cs="Arial"/>
          <w:sz w:val="40"/>
          <w:szCs w:val="40"/>
        </w:rPr>
        <w:t>دعم</w:t>
      </w:r>
      <w:r w:rsidRPr="00A07378">
        <w:rPr>
          <w:sz w:val="40"/>
          <w:szCs w:val="40"/>
        </w:rPr>
        <w:t xml:space="preserve"> </w:t>
      </w:r>
      <w:r w:rsidRPr="00A07378">
        <w:rPr>
          <w:rFonts w:ascii="Arial" w:hAnsi="Arial" w:cs="Arial"/>
          <w:sz w:val="40"/>
          <w:szCs w:val="40"/>
        </w:rPr>
        <w:t>متخذي</w:t>
      </w:r>
      <w:r w:rsidRPr="00A07378">
        <w:rPr>
          <w:sz w:val="40"/>
          <w:szCs w:val="40"/>
        </w:rPr>
        <w:t xml:space="preserve"> </w:t>
      </w:r>
      <w:r w:rsidRPr="00A07378">
        <w:rPr>
          <w:rFonts w:ascii="Arial" w:hAnsi="Arial" w:cs="Arial"/>
          <w:sz w:val="40"/>
          <w:szCs w:val="40"/>
        </w:rPr>
        <w:t>القرار</w:t>
      </w:r>
      <w:r w:rsidRPr="00A07378">
        <w:rPr>
          <w:sz w:val="40"/>
          <w:szCs w:val="40"/>
        </w:rPr>
        <w:t xml:space="preserve"> </w:t>
      </w:r>
      <w:r w:rsidRPr="00A07378">
        <w:rPr>
          <w:rFonts w:ascii="Arial" w:hAnsi="Arial" w:cs="Arial"/>
          <w:sz w:val="40"/>
          <w:szCs w:val="40"/>
        </w:rPr>
        <w:t>بنتائج</w:t>
      </w:r>
      <w:r w:rsidRPr="00A07378">
        <w:rPr>
          <w:sz w:val="40"/>
          <w:szCs w:val="40"/>
        </w:rPr>
        <w:t xml:space="preserve"> </w:t>
      </w:r>
      <w:r w:rsidRPr="00A07378">
        <w:rPr>
          <w:rFonts w:ascii="Arial" w:hAnsi="Arial" w:cs="Arial"/>
          <w:sz w:val="40"/>
          <w:szCs w:val="40"/>
        </w:rPr>
        <w:t>علمية</w:t>
      </w:r>
    </w:p>
    <w:p w14:paraId="00FC69A6" w14:textId="543F81F4" w:rsidR="002B2E80" w:rsidRPr="00A07378" w:rsidRDefault="00A07378" w:rsidP="00A07378">
      <w:pPr>
        <w:pStyle w:val="aa"/>
        <w:numPr>
          <w:ilvl w:val="0"/>
          <w:numId w:val="10"/>
        </w:numPr>
        <w:bidi/>
        <w:rPr>
          <w:sz w:val="40"/>
          <w:szCs w:val="40"/>
        </w:rPr>
      </w:pPr>
      <w:r w:rsidRPr="00A07378">
        <w:rPr>
          <w:rFonts w:ascii="Arial" w:hAnsi="Arial" w:cs="Arial"/>
          <w:sz w:val="40"/>
          <w:szCs w:val="40"/>
        </w:rPr>
        <w:t>تقليل</w:t>
      </w:r>
      <w:r w:rsidRPr="00A07378">
        <w:rPr>
          <w:sz w:val="40"/>
          <w:szCs w:val="40"/>
        </w:rPr>
        <w:t xml:space="preserve"> </w:t>
      </w:r>
      <w:r w:rsidRPr="00A07378">
        <w:rPr>
          <w:rFonts w:ascii="Arial" w:hAnsi="Arial" w:cs="Arial"/>
          <w:sz w:val="40"/>
          <w:szCs w:val="40"/>
        </w:rPr>
        <w:t>معدل</w:t>
      </w:r>
      <w:r w:rsidRPr="00A07378">
        <w:rPr>
          <w:sz w:val="40"/>
          <w:szCs w:val="40"/>
        </w:rPr>
        <w:t xml:space="preserve"> </w:t>
      </w:r>
      <w:r w:rsidRPr="00A07378">
        <w:rPr>
          <w:rFonts w:ascii="Arial" w:hAnsi="Arial" w:cs="Arial"/>
          <w:sz w:val="40"/>
          <w:szCs w:val="40"/>
        </w:rPr>
        <w:t>دوران</w:t>
      </w:r>
      <w:r w:rsidRPr="00A07378">
        <w:rPr>
          <w:sz w:val="40"/>
          <w:szCs w:val="40"/>
        </w:rPr>
        <w:t xml:space="preserve"> </w:t>
      </w:r>
      <w:r w:rsidRPr="00A07378">
        <w:rPr>
          <w:rFonts w:ascii="Arial" w:hAnsi="Arial" w:cs="Arial"/>
          <w:sz w:val="40"/>
          <w:szCs w:val="40"/>
        </w:rPr>
        <w:t>الموظفين</w:t>
      </w:r>
      <w:r w:rsidR="00000000" w:rsidRPr="00A07378">
        <w:rPr>
          <w:sz w:val="40"/>
          <w:szCs w:val="40"/>
        </w:rPr>
        <w:br/>
      </w:r>
      <w:r w:rsidR="00000000" w:rsidRPr="00A07378">
        <w:rPr>
          <w:sz w:val="40"/>
          <w:szCs w:val="40"/>
        </w:rPr>
        <w:br/>
      </w:r>
    </w:p>
    <w:p w14:paraId="6E6DB2B5" w14:textId="77777777" w:rsidR="002B2E80" w:rsidRPr="00A07378" w:rsidRDefault="00000000" w:rsidP="00A07378">
      <w:pPr>
        <w:pStyle w:val="21"/>
        <w:bidi/>
        <w:rPr>
          <w:sz w:val="40"/>
          <w:szCs w:val="40"/>
        </w:rPr>
      </w:pPr>
      <w:r w:rsidRPr="00A07378">
        <w:rPr>
          <w:sz w:val="40"/>
          <w:szCs w:val="40"/>
        </w:rPr>
        <w:t>أهداف الدراسة:</w:t>
      </w:r>
    </w:p>
    <w:p w14:paraId="4F8579A4" w14:textId="77777777" w:rsidR="00A07378" w:rsidRPr="00A07378" w:rsidRDefault="00000000" w:rsidP="00A07378">
      <w:pPr>
        <w:pStyle w:val="aa"/>
        <w:numPr>
          <w:ilvl w:val="0"/>
          <w:numId w:val="11"/>
        </w:numPr>
        <w:bidi/>
        <w:rPr>
          <w:sz w:val="40"/>
          <w:szCs w:val="40"/>
        </w:rPr>
      </w:pPr>
      <w:r w:rsidRPr="00A07378">
        <w:rPr>
          <w:rFonts w:ascii="Arial" w:hAnsi="Arial" w:cs="Arial"/>
          <w:sz w:val="40"/>
          <w:szCs w:val="40"/>
        </w:rPr>
        <w:t>التعرف</w:t>
      </w:r>
      <w:r w:rsidRPr="00A07378">
        <w:rPr>
          <w:sz w:val="40"/>
          <w:szCs w:val="40"/>
        </w:rPr>
        <w:t xml:space="preserve"> </w:t>
      </w:r>
      <w:r w:rsidRPr="00A07378">
        <w:rPr>
          <w:rFonts w:ascii="Arial" w:hAnsi="Arial" w:cs="Arial"/>
          <w:sz w:val="40"/>
          <w:szCs w:val="40"/>
        </w:rPr>
        <w:t>على</w:t>
      </w:r>
      <w:r w:rsidRPr="00A07378">
        <w:rPr>
          <w:sz w:val="40"/>
          <w:szCs w:val="40"/>
        </w:rPr>
        <w:t xml:space="preserve"> </w:t>
      </w:r>
      <w:r w:rsidRPr="00A07378">
        <w:rPr>
          <w:rFonts w:ascii="Arial" w:hAnsi="Arial" w:cs="Arial"/>
          <w:sz w:val="40"/>
          <w:szCs w:val="40"/>
        </w:rPr>
        <w:t>مفهوم</w:t>
      </w:r>
      <w:r w:rsidRPr="00A07378">
        <w:rPr>
          <w:sz w:val="40"/>
          <w:szCs w:val="40"/>
        </w:rPr>
        <w:t xml:space="preserve"> </w:t>
      </w:r>
      <w:r w:rsidRPr="00A07378">
        <w:rPr>
          <w:rFonts w:ascii="Arial" w:hAnsi="Arial" w:cs="Arial"/>
          <w:sz w:val="40"/>
          <w:szCs w:val="40"/>
        </w:rPr>
        <w:t>الحوافز</w:t>
      </w:r>
      <w:r w:rsidRPr="00A07378">
        <w:rPr>
          <w:sz w:val="40"/>
          <w:szCs w:val="40"/>
        </w:rPr>
        <w:t xml:space="preserve"> </w:t>
      </w:r>
      <w:r w:rsidRPr="00A07378">
        <w:rPr>
          <w:rFonts w:ascii="Arial" w:hAnsi="Arial" w:cs="Arial"/>
          <w:sz w:val="40"/>
          <w:szCs w:val="40"/>
        </w:rPr>
        <w:t>المادية</w:t>
      </w:r>
      <w:r w:rsidRPr="00A07378">
        <w:rPr>
          <w:sz w:val="40"/>
          <w:szCs w:val="40"/>
        </w:rPr>
        <w:t xml:space="preserve"> </w:t>
      </w:r>
      <w:r w:rsidRPr="00A07378">
        <w:rPr>
          <w:rFonts w:ascii="Arial" w:hAnsi="Arial" w:cs="Arial"/>
          <w:sz w:val="40"/>
          <w:szCs w:val="40"/>
        </w:rPr>
        <w:t>والمعنوية</w:t>
      </w:r>
      <w:r w:rsidRPr="00A07378">
        <w:rPr>
          <w:sz w:val="40"/>
          <w:szCs w:val="40"/>
        </w:rPr>
        <w:t>.</w:t>
      </w:r>
    </w:p>
    <w:p w14:paraId="049E5E90" w14:textId="77777777" w:rsidR="00A07378" w:rsidRDefault="00000000" w:rsidP="00A07378">
      <w:pPr>
        <w:pStyle w:val="aa"/>
        <w:numPr>
          <w:ilvl w:val="0"/>
          <w:numId w:val="11"/>
        </w:numPr>
        <w:bidi/>
        <w:rPr>
          <w:sz w:val="40"/>
          <w:szCs w:val="40"/>
        </w:rPr>
      </w:pPr>
      <w:r w:rsidRPr="00A07378">
        <w:rPr>
          <w:rFonts w:ascii="Arial" w:hAnsi="Arial" w:cs="Arial"/>
          <w:sz w:val="40"/>
          <w:szCs w:val="40"/>
        </w:rPr>
        <w:t>قياس</w:t>
      </w:r>
      <w:r w:rsidRPr="00A07378">
        <w:rPr>
          <w:sz w:val="40"/>
          <w:szCs w:val="40"/>
        </w:rPr>
        <w:t xml:space="preserve"> </w:t>
      </w:r>
      <w:r w:rsidRPr="00A07378">
        <w:rPr>
          <w:rFonts w:ascii="Arial" w:hAnsi="Arial" w:cs="Arial"/>
          <w:sz w:val="40"/>
          <w:szCs w:val="40"/>
        </w:rPr>
        <w:t>مستوى</w:t>
      </w:r>
      <w:r w:rsidRPr="00A07378">
        <w:rPr>
          <w:sz w:val="40"/>
          <w:szCs w:val="40"/>
        </w:rPr>
        <w:t xml:space="preserve"> </w:t>
      </w:r>
      <w:r w:rsidRPr="00A07378">
        <w:rPr>
          <w:rFonts w:ascii="Arial" w:hAnsi="Arial" w:cs="Arial"/>
          <w:sz w:val="40"/>
          <w:szCs w:val="40"/>
        </w:rPr>
        <w:t>الرضا</w:t>
      </w:r>
      <w:r w:rsidRPr="00A07378">
        <w:rPr>
          <w:sz w:val="40"/>
          <w:szCs w:val="40"/>
        </w:rPr>
        <w:t xml:space="preserve"> </w:t>
      </w:r>
      <w:r w:rsidRPr="00A07378">
        <w:rPr>
          <w:rFonts w:ascii="Arial" w:hAnsi="Arial" w:cs="Arial"/>
          <w:sz w:val="40"/>
          <w:szCs w:val="40"/>
        </w:rPr>
        <w:t>الوظيفي</w:t>
      </w:r>
      <w:r w:rsidRPr="00A07378">
        <w:rPr>
          <w:sz w:val="40"/>
          <w:szCs w:val="40"/>
        </w:rPr>
        <w:t>.</w:t>
      </w:r>
    </w:p>
    <w:p w14:paraId="6C56D45F" w14:textId="47FB437E" w:rsidR="002B2E80" w:rsidRPr="00A07378" w:rsidRDefault="00A07378" w:rsidP="00A07378">
      <w:pPr>
        <w:pStyle w:val="aa"/>
        <w:numPr>
          <w:ilvl w:val="0"/>
          <w:numId w:val="11"/>
        </w:numPr>
        <w:bidi/>
        <w:rPr>
          <w:sz w:val="40"/>
          <w:szCs w:val="40"/>
        </w:rPr>
      </w:pPr>
      <w:r w:rsidRPr="00A07378">
        <w:rPr>
          <w:rFonts w:ascii="Arial" w:hAnsi="Arial" w:cs="Arial"/>
          <w:sz w:val="40"/>
          <w:szCs w:val="40"/>
        </w:rPr>
        <w:t>تحديد</w:t>
      </w:r>
      <w:r w:rsidRPr="00A07378">
        <w:rPr>
          <w:sz w:val="40"/>
          <w:szCs w:val="40"/>
        </w:rPr>
        <w:t xml:space="preserve"> </w:t>
      </w:r>
      <w:r w:rsidRPr="00A07378">
        <w:rPr>
          <w:rFonts w:ascii="Arial" w:hAnsi="Arial" w:cs="Arial"/>
          <w:sz w:val="40"/>
          <w:szCs w:val="40"/>
        </w:rPr>
        <w:t>أثر</w:t>
      </w:r>
      <w:r w:rsidRPr="00A07378">
        <w:rPr>
          <w:sz w:val="40"/>
          <w:szCs w:val="40"/>
        </w:rPr>
        <w:t xml:space="preserve"> </w:t>
      </w:r>
      <w:r w:rsidRPr="00A07378">
        <w:rPr>
          <w:rFonts w:ascii="Arial" w:hAnsi="Arial" w:cs="Arial"/>
          <w:sz w:val="40"/>
          <w:szCs w:val="40"/>
        </w:rPr>
        <w:t>الحوافز</w:t>
      </w:r>
      <w:r w:rsidRPr="00A07378">
        <w:rPr>
          <w:sz w:val="40"/>
          <w:szCs w:val="40"/>
        </w:rPr>
        <w:t xml:space="preserve"> </w:t>
      </w:r>
      <w:r w:rsidRPr="00A07378">
        <w:rPr>
          <w:rFonts w:ascii="Arial" w:hAnsi="Arial" w:cs="Arial"/>
          <w:sz w:val="40"/>
          <w:szCs w:val="40"/>
        </w:rPr>
        <w:t>على</w:t>
      </w:r>
      <w:r w:rsidRPr="00A07378">
        <w:rPr>
          <w:sz w:val="40"/>
          <w:szCs w:val="40"/>
        </w:rPr>
        <w:t xml:space="preserve"> </w:t>
      </w:r>
      <w:r w:rsidRPr="00A07378">
        <w:rPr>
          <w:rFonts w:ascii="Arial" w:hAnsi="Arial" w:cs="Arial"/>
          <w:sz w:val="40"/>
          <w:szCs w:val="40"/>
        </w:rPr>
        <w:t>الرضا</w:t>
      </w:r>
      <w:r w:rsidRPr="00A07378">
        <w:rPr>
          <w:sz w:val="40"/>
          <w:szCs w:val="40"/>
        </w:rPr>
        <w:t xml:space="preserve"> </w:t>
      </w:r>
      <w:r w:rsidRPr="00A07378">
        <w:rPr>
          <w:rFonts w:ascii="Arial" w:hAnsi="Arial" w:cs="Arial"/>
          <w:sz w:val="40"/>
          <w:szCs w:val="40"/>
        </w:rPr>
        <w:t>الوظيفي</w:t>
      </w:r>
      <w:r w:rsidRPr="00A07378">
        <w:rPr>
          <w:sz w:val="40"/>
          <w:szCs w:val="40"/>
        </w:rPr>
        <w:t>.</w:t>
      </w:r>
      <w:r w:rsidR="00000000" w:rsidRPr="00A07378">
        <w:rPr>
          <w:sz w:val="40"/>
          <w:szCs w:val="40"/>
        </w:rPr>
        <w:br/>
      </w:r>
    </w:p>
    <w:p w14:paraId="5A1E4309" w14:textId="2C35A2E9" w:rsidR="002B2E80" w:rsidRPr="00A07378" w:rsidRDefault="00000000" w:rsidP="00A07378">
      <w:pPr>
        <w:pStyle w:val="21"/>
        <w:bidi/>
        <w:rPr>
          <w:rFonts w:hint="cs"/>
          <w:sz w:val="40"/>
          <w:szCs w:val="40"/>
          <w:rtl/>
        </w:rPr>
      </w:pPr>
      <w:r w:rsidRPr="00A07378">
        <w:rPr>
          <w:sz w:val="40"/>
          <w:szCs w:val="40"/>
        </w:rPr>
        <w:t xml:space="preserve">تساؤلات </w:t>
      </w:r>
      <w:proofErr w:type="gramStart"/>
      <w:r w:rsidRPr="00A07378">
        <w:rPr>
          <w:sz w:val="40"/>
          <w:szCs w:val="40"/>
        </w:rPr>
        <w:t>الدراسة</w:t>
      </w:r>
      <w:r w:rsidR="00A07378">
        <w:rPr>
          <w:rFonts w:hint="cs"/>
          <w:sz w:val="40"/>
          <w:szCs w:val="40"/>
          <w:rtl/>
        </w:rPr>
        <w:t xml:space="preserve"> </w:t>
      </w:r>
      <w:r w:rsidR="00A07378" w:rsidRPr="00A07378">
        <w:rPr>
          <w:sz w:val="40"/>
          <w:szCs w:val="40"/>
        </w:rPr>
        <w:t>:</w:t>
      </w:r>
      <w:proofErr w:type="gramEnd"/>
    </w:p>
    <w:p w14:paraId="14618D23" w14:textId="77777777" w:rsidR="00612C90" w:rsidRDefault="00000000" w:rsidP="00612C90">
      <w:pPr>
        <w:pStyle w:val="aa"/>
        <w:numPr>
          <w:ilvl w:val="0"/>
          <w:numId w:val="12"/>
        </w:numPr>
        <w:bidi/>
        <w:rPr>
          <w:sz w:val="40"/>
          <w:szCs w:val="40"/>
        </w:rPr>
      </w:pPr>
      <w:r w:rsidRPr="00612C90">
        <w:rPr>
          <w:rFonts w:ascii="Arial" w:hAnsi="Arial" w:cs="Arial"/>
          <w:sz w:val="40"/>
          <w:szCs w:val="40"/>
        </w:rPr>
        <w:t>ما</w:t>
      </w:r>
      <w:r w:rsidRPr="00612C90">
        <w:rPr>
          <w:sz w:val="40"/>
          <w:szCs w:val="40"/>
        </w:rPr>
        <w:t xml:space="preserve"> </w:t>
      </w:r>
      <w:r w:rsidRPr="00612C90">
        <w:rPr>
          <w:rFonts w:ascii="Arial" w:hAnsi="Arial" w:cs="Arial"/>
          <w:sz w:val="40"/>
          <w:szCs w:val="40"/>
        </w:rPr>
        <w:t>مستوى</w:t>
      </w:r>
      <w:r w:rsidRPr="00612C90">
        <w:rPr>
          <w:sz w:val="40"/>
          <w:szCs w:val="40"/>
        </w:rPr>
        <w:t xml:space="preserve"> </w:t>
      </w:r>
      <w:r w:rsidRPr="00612C90">
        <w:rPr>
          <w:rFonts w:ascii="Arial" w:hAnsi="Arial" w:cs="Arial"/>
          <w:sz w:val="40"/>
          <w:szCs w:val="40"/>
        </w:rPr>
        <w:t>الحوافز</w:t>
      </w:r>
      <w:r w:rsidRPr="00612C90">
        <w:rPr>
          <w:sz w:val="40"/>
          <w:szCs w:val="40"/>
        </w:rPr>
        <w:t xml:space="preserve"> </w:t>
      </w:r>
      <w:r w:rsidRPr="00612C90">
        <w:rPr>
          <w:rFonts w:ascii="Arial" w:hAnsi="Arial" w:cs="Arial"/>
          <w:sz w:val="40"/>
          <w:szCs w:val="40"/>
        </w:rPr>
        <w:t>المادية</w:t>
      </w:r>
      <w:r w:rsidRPr="00612C90">
        <w:rPr>
          <w:sz w:val="40"/>
          <w:szCs w:val="40"/>
        </w:rPr>
        <w:t xml:space="preserve"> </w:t>
      </w:r>
      <w:r w:rsidRPr="00612C90">
        <w:rPr>
          <w:rFonts w:ascii="Arial" w:hAnsi="Arial" w:cs="Arial"/>
          <w:sz w:val="40"/>
          <w:szCs w:val="40"/>
        </w:rPr>
        <w:t>والمعنوية</w:t>
      </w:r>
      <w:r w:rsidRPr="00612C90">
        <w:rPr>
          <w:sz w:val="40"/>
          <w:szCs w:val="40"/>
        </w:rPr>
        <w:t xml:space="preserve"> </w:t>
      </w:r>
      <w:r w:rsidRPr="00612C90">
        <w:rPr>
          <w:rFonts w:ascii="Arial" w:hAnsi="Arial" w:cs="Arial"/>
          <w:sz w:val="40"/>
          <w:szCs w:val="40"/>
        </w:rPr>
        <w:t>في</w:t>
      </w:r>
      <w:r w:rsidRPr="00612C90">
        <w:rPr>
          <w:sz w:val="40"/>
          <w:szCs w:val="40"/>
        </w:rPr>
        <w:t xml:space="preserve"> </w:t>
      </w:r>
      <w:r w:rsidRPr="00612C90">
        <w:rPr>
          <w:rFonts w:ascii="Arial" w:hAnsi="Arial" w:cs="Arial"/>
          <w:sz w:val="40"/>
          <w:szCs w:val="40"/>
        </w:rPr>
        <w:t>المؤسسة؟</w:t>
      </w:r>
    </w:p>
    <w:p w14:paraId="5735316F" w14:textId="03EC4CD4" w:rsidR="00612C90" w:rsidRDefault="00612C90" w:rsidP="00612C90">
      <w:pPr>
        <w:pStyle w:val="aa"/>
        <w:numPr>
          <w:ilvl w:val="0"/>
          <w:numId w:val="12"/>
        </w:numPr>
        <w:bidi/>
        <w:rPr>
          <w:sz w:val="40"/>
          <w:szCs w:val="40"/>
        </w:rPr>
      </w:pPr>
      <w:r w:rsidRPr="00612C90">
        <w:rPr>
          <w:rFonts w:ascii="Arial" w:hAnsi="Arial" w:cs="Arial"/>
          <w:sz w:val="40"/>
          <w:szCs w:val="40"/>
        </w:rPr>
        <w:t>ما</w:t>
      </w:r>
      <w:r w:rsidRPr="00612C90">
        <w:rPr>
          <w:sz w:val="40"/>
          <w:szCs w:val="40"/>
        </w:rPr>
        <w:t xml:space="preserve"> </w:t>
      </w:r>
      <w:r w:rsidRPr="00612C90">
        <w:rPr>
          <w:rFonts w:ascii="Arial" w:hAnsi="Arial" w:cs="Arial"/>
          <w:sz w:val="40"/>
          <w:szCs w:val="40"/>
        </w:rPr>
        <w:t>مستوى</w:t>
      </w:r>
      <w:r w:rsidRPr="00612C90">
        <w:rPr>
          <w:sz w:val="40"/>
          <w:szCs w:val="40"/>
        </w:rPr>
        <w:t xml:space="preserve"> </w:t>
      </w:r>
      <w:r w:rsidRPr="00612C90">
        <w:rPr>
          <w:rFonts w:ascii="Arial" w:hAnsi="Arial" w:cs="Arial"/>
          <w:sz w:val="40"/>
          <w:szCs w:val="40"/>
        </w:rPr>
        <w:t>الرضا</w:t>
      </w:r>
      <w:r w:rsidRPr="00612C90">
        <w:rPr>
          <w:sz w:val="40"/>
          <w:szCs w:val="40"/>
        </w:rPr>
        <w:t xml:space="preserve"> </w:t>
      </w:r>
      <w:r w:rsidRPr="00612C90">
        <w:rPr>
          <w:rFonts w:ascii="Arial" w:hAnsi="Arial" w:cs="Arial"/>
          <w:sz w:val="40"/>
          <w:szCs w:val="40"/>
        </w:rPr>
        <w:t>الوظيفي</w:t>
      </w:r>
      <w:r w:rsidRPr="00612C90">
        <w:rPr>
          <w:sz w:val="40"/>
          <w:szCs w:val="40"/>
        </w:rPr>
        <w:t xml:space="preserve"> </w:t>
      </w:r>
      <w:r w:rsidRPr="00612C90">
        <w:rPr>
          <w:rFonts w:ascii="Arial" w:hAnsi="Arial" w:cs="Arial"/>
          <w:sz w:val="40"/>
          <w:szCs w:val="40"/>
        </w:rPr>
        <w:t>لدى</w:t>
      </w:r>
      <w:r w:rsidRPr="00612C90">
        <w:rPr>
          <w:sz w:val="40"/>
          <w:szCs w:val="40"/>
        </w:rPr>
        <w:t xml:space="preserve"> </w:t>
      </w:r>
      <w:r w:rsidRPr="00612C90">
        <w:rPr>
          <w:rFonts w:ascii="Arial" w:hAnsi="Arial" w:cs="Arial"/>
          <w:sz w:val="40"/>
          <w:szCs w:val="40"/>
        </w:rPr>
        <w:t>الموظفين؟</w:t>
      </w:r>
    </w:p>
    <w:p w14:paraId="1B4C06A2" w14:textId="77777777" w:rsidR="00612C90" w:rsidRPr="00612C90" w:rsidRDefault="00612C90" w:rsidP="00612C90">
      <w:pPr>
        <w:pStyle w:val="aa"/>
        <w:numPr>
          <w:ilvl w:val="0"/>
          <w:numId w:val="12"/>
        </w:numPr>
        <w:bidi/>
        <w:rPr>
          <w:sz w:val="40"/>
          <w:szCs w:val="40"/>
        </w:rPr>
      </w:pPr>
      <w:r w:rsidRPr="00612C90">
        <w:rPr>
          <w:rFonts w:ascii="Arial" w:hAnsi="Arial" w:cs="Arial"/>
          <w:sz w:val="40"/>
          <w:szCs w:val="40"/>
        </w:rPr>
        <w:t>هل</w:t>
      </w:r>
      <w:r w:rsidRPr="00612C90">
        <w:rPr>
          <w:sz w:val="40"/>
          <w:szCs w:val="40"/>
        </w:rPr>
        <w:t xml:space="preserve"> </w:t>
      </w:r>
      <w:r w:rsidRPr="00612C90">
        <w:rPr>
          <w:rFonts w:ascii="Arial" w:hAnsi="Arial" w:cs="Arial"/>
          <w:sz w:val="40"/>
          <w:szCs w:val="40"/>
        </w:rPr>
        <w:t>توجد</w:t>
      </w:r>
      <w:r w:rsidRPr="00612C90">
        <w:rPr>
          <w:sz w:val="40"/>
          <w:szCs w:val="40"/>
        </w:rPr>
        <w:t xml:space="preserve"> </w:t>
      </w:r>
      <w:r w:rsidRPr="00612C90">
        <w:rPr>
          <w:rFonts w:ascii="Arial" w:hAnsi="Arial" w:cs="Arial"/>
          <w:sz w:val="40"/>
          <w:szCs w:val="40"/>
        </w:rPr>
        <w:t>علاقة</w:t>
      </w:r>
      <w:r w:rsidRPr="00612C90">
        <w:rPr>
          <w:sz w:val="40"/>
          <w:szCs w:val="40"/>
        </w:rPr>
        <w:t xml:space="preserve"> </w:t>
      </w:r>
      <w:r w:rsidRPr="00612C90">
        <w:rPr>
          <w:rFonts w:ascii="Arial" w:hAnsi="Arial" w:cs="Arial"/>
          <w:sz w:val="40"/>
          <w:szCs w:val="40"/>
        </w:rPr>
        <w:t>ذات</w:t>
      </w:r>
      <w:r w:rsidRPr="00612C90">
        <w:rPr>
          <w:sz w:val="40"/>
          <w:szCs w:val="40"/>
        </w:rPr>
        <w:t xml:space="preserve"> </w:t>
      </w:r>
      <w:r w:rsidRPr="00612C90">
        <w:rPr>
          <w:rFonts w:ascii="Arial" w:hAnsi="Arial" w:cs="Arial"/>
          <w:sz w:val="40"/>
          <w:szCs w:val="40"/>
        </w:rPr>
        <w:t>دلالة</w:t>
      </w:r>
      <w:r w:rsidRPr="00612C90">
        <w:rPr>
          <w:sz w:val="40"/>
          <w:szCs w:val="40"/>
        </w:rPr>
        <w:t xml:space="preserve"> </w:t>
      </w:r>
      <w:r w:rsidRPr="00612C90">
        <w:rPr>
          <w:rFonts w:ascii="Arial" w:hAnsi="Arial" w:cs="Arial"/>
          <w:sz w:val="40"/>
          <w:szCs w:val="40"/>
        </w:rPr>
        <w:t>إحصائية</w:t>
      </w:r>
      <w:r w:rsidRPr="00612C90">
        <w:rPr>
          <w:sz w:val="40"/>
          <w:szCs w:val="40"/>
        </w:rPr>
        <w:t xml:space="preserve"> </w:t>
      </w:r>
      <w:r w:rsidRPr="00612C90">
        <w:rPr>
          <w:rFonts w:ascii="Arial" w:hAnsi="Arial" w:cs="Arial"/>
          <w:sz w:val="40"/>
          <w:szCs w:val="40"/>
        </w:rPr>
        <w:t>بين</w:t>
      </w:r>
      <w:r w:rsidRPr="00612C90">
        <w:rPr>
          <w:sz w:val="40"/>
          <w:szCs w:val="40"/>
        </w:rPr>
        <w:t xml:space="preserve"> </w:t>
      </w:r>
      <w:r w:rsidRPr="00612C90">
        <w:rPr>
          <w:rFonts w:ascii="Arial" w:hAnsi="Arial" w:cs="Arial"/>
          <w:sz w:val="40"/>
          <w:szCs w:val="40"/>
        </w:rPr>
        <w:t>الحوافز</w:t>
      </w:r>
      <w:r w:rsidRPr="00612C90">
        <w:rPr>
          <w:sz w:val="40"/>
          <w:szCs w:val="40"/>
        </w:rPr>
        <w:t xml:space="preserve"> </w:t>
      </w:r>
      <w:r w:rsidRPr="00612C90">
        <w:rPr>
          <w:rFonts w:ascii="Arial" w:hAnsi="Arial" w:cs="Arial"/>
          <w:sz w:val="40"/>
          <w:szCs w:val="40"/>
        </w:rPr>
        <w:t>والرضا</w:t>
      </w:r>
      <w:r w:rsidRPr="00612C90">
        <w:rPr>
          <w:sz w:val="40"/>
          <w:szCs w:val="40"/>
        </w:rPr>
        <w:t xml:space="preserve"> </w:t>
      </w:r>
      <w:r w:rsidRPr="00612C90">
        <w:rPr>
          <w:rFonts w:ascii="Arial" w:hAnsi="Arial" w:cs="Arial"/>
          <w:sz w:val="40"/>
          <w:szCs w:val="40"/>
        </w:rPr>
        <w:t>الوظيفي؟</w:t>
      </w:r>
    </w:p>
    <w:p w14:paraId="2526F641" w14:textId="1725103A" w:rsidR="002B2E80" w:rsidRPr="00612C90" w:rsidRDefault="00000000" w:rsidP="00612C90">
      <w:pPr>
        <w:pStyle w:val="aa"/>
        <w:bidi/>
        <w:rPr>
          <w:rFonts w:hint="cs"/>
          <w:sz w:val="40"/>
          <w:szCs w:val="40"/>
          <w:rtl/>
        </w:rPr>
      </w:pPr>
      <w:r w:rsidRPr="00612C90">
        <w:rPr>
          <w:sz w:val="40"/>
          <w:szCs w:val="40"/>
        </w:rPr>
        <w:br/>
        <w:t xml:space="preserve"> </w:t>
      </w:r>
    </w:p>
    <w:p w14:paraId="62C1E09F" w14:textId="5A341860" w:rsidR="002B2E80" w:rsidRPr="00A07378" w:rsidRDefault="00000000" w:rsidP="00A07378">
      <w:pPr>
        <w:pStyle w:val="21"/>
        <w:bidi/>
        <w:rPr>
          <w:sz w:val="40"/>
          <w:szCs w:val="40"/>
        </w:rPr>
      </w:pPr>
      <w:r w:rsidRPr="00A07378">
        <w:rPr>
          <w:sz w:val="40"/>
          <w:szCs w:val="40"/>
        </w:rPr>
        <w:t xml:space="preserve">فروض </w:t>
      </w:r>
      <w:proofErr w:type="gramStart"/>
      <w:r w:rsidRPr="00A07378">
        <w:rPr>
          <w:sz w:val="40"/>
          <w:szCs w:val="40"/>
        </w:rPr>
        <w:t>الدراسة</w:t>
      </w:r>
      <w:r w:rsidR="00612C90">
        <w:rPr>
          <w:rFonts w:hint="cs"/>
          <w:sz w:val="40"/>
          <w:szCs w:val="40"/>
          <w:rtl/>
        </w:rPr>
        <w:t xml:space="preserve"> </w:t>
      </w:r>
      <w:r w:rsidR="00612C90" w:rsidRPr="00A07378">
        <w:rPr>
          <w:sz w:val="40"/>
          <w:szCs w:val="40"/>
        </w:rPr>
        <w:t>:</w:t>
      </w:r>
      <w:proofErr w:type="gramEnd"/>
    </w:p>
    <w:p w14:paraId="42D318C4" w14:textId="7B4E3B10" w:rsidR="002B2E80" w:rsidRPr="00A07378" w:rsidRDefault="00000000" w:rsidP="00A07378">
      <w:pPr>
        <w:bidi/>
        <w:rPr>
          <w:sz w:val="40"/>
          <w:szCs w:val="40"/>
        </w:rPr>
      </w:pPr>
      <w:r w:rsidRPr="00A07378">
        <w:rPr>
          <w:sz w:val="40"/>
          <w:szCs w:val="40"/>
        </w:rPr>
        <w:t>الفرض الرئيسي: يوجد أثر ذو دلالة إحصائية للحوافز المادية والمعنوية على الرضا الوظيفي</w:t>
      </w:r>
      <w:r w:rsidRPr="00A07378">
        <w:rPr>
          <w:sz w:val="40"/>
          <w:szCs w:val="40"/>
        </w:rPr>
        <w:br/>
        <w:t xml:space="preserve">فروض </w:t>
      </w:r>
      <w:proofErr w:type="gramStart"/>
      <w:r w:rsidRPr="00A07378">
        <w:rPr>
          <w:sz w:val="40"/>
          <w:szCs w:val="40"/>
        </w:rPr>
        <w:t>فرعية</w:t>
      </w:r>
      <w:r w:rsidR="00612C90">
        <w:rPr>
          <w:rFonts w:hint="cs"/>
          <w:sz w:val="40"/>
          <w:szCs w:val="40"/>
          <w:rtl/>
        </w:rPr>
        <w:t xml:space="preserve"> </w:t>
      </w:r>
      <w:r w:rsidR="00612C90" w:rsidRPr="00A07378">
        <w:rPr>
          <w:sz w:val="40"/>
          <w:szCs w:val="40"/>
        </w:rPr>
        <w:t>:</w:t>
      </w:r>
      <w:proofErr w:type="gramEnd"/>
      <w:r w:rsidRPr="00A07378">
        <w:rPr>
          <w:sz w:val="40"/>
          <w:szCs w:val="40"/>
        </w:rPr>
        <w:br/>
        <w:t>يوجد أثر للحوافز المادية على الرضا</w:t>
      </w:r>
      <w:r w:rsidRPr="00A07378">
        <w:rPr>
          <w:sz w:val="40"/>
          <w:szCs w:val="40"/>
        </w:rPr>
        <w:br/>
        <w:t>يوجد أثر للحوافز المعنوية على الرضا</w:t>
      </w:r>
    </w:p>
    <w:p w14:paraId="3769EB59" w14:textId="136EC30F" w:rsidR="002B2E80" w:rsidRPr="00A07378" w:rsidRDefault="002B2E80" w:rsidP="00A07378">
      <w:pPr>
        <w:bidi/>
        <w:rPr>
          <w:sz w:val="40"/>
          <w:szCs w:val="40"/>
        </w:rPr>
      </w:pPr>
    </w:p>
    <w:p w14:paraId="75768E7E" w14:textId="2CFD7296" w:rsidR="002B2E80" w:rsidRPr="00A07378" w:rsidRDefault="00000000" w:rsidP="00A07378">
      <w:pPr>
        <w:pStyle w:val="21"/>
        <w:bidi/>
        <w:rPr>
          <w:rFonts w:hint="cs"/>
          <w:sz w:val="40"/>
          <w:szCs w:val="40"/>
          <w:rtl/>
        </w:rPr>
      </w:pPr>
      <w:r w:rsidRPr="00A07378">
        <w:rPr>
          <w:sz w:val="40"/>
          <w:szCs w:val="40"/>
        </w:rPr>
        <w:t xml:space="preserve">الدراسات </w:t>
      </w:r>
      <w:proofErr w:type="gramStart"/>
      <w:r w:rsidRPr="00A07378">
        <w:rPr>
          <w:sz w:val="40"/>
          <w:szCs w:val="40"/>
        </w:rPr>
        <w:t>السابقة</w:t>
      </w:r>
      <w:r w:rsidR="00612C90">
        <w:rPr>
          <w:rFonts w:hint="cs"/>
          <w:sz w:val="40"/>
          <w:szCs w:val="40"/>
          <w:rtl/>
        </w:rPr>
        <w:t xml:space="preserve"> </w:t>
      </w:r>
      <w:r w:rsidR="00612C90" w:rsidRPr="00A07378">
        <w:rPr>
          <w:sz w:val="40"/>
          <w:szCs w:val="40"/>
        </w:rPr>
        <w:t>:</w:t>
      </w:r>
      <w:proofErr w:type="gramEnd"/>
    </w:p>
    <w:p w14:paraId="64F8B97A" w14:textId="39D3F51A" w:rsidR="002B2E80" w:rsidRPr="00A07378" w:rsidRDefault="00000000" w:rsidP="00A07378">
      <w:pPr>
        <w:bidi/>
        <w:rPr>
          <w:sz w:val="40"/>
          <w:szCs w:val="40"/>
        </w:rPr>
      </w:pPr>
      <w:r w:rsidRPr="00A07378">
        <w:rPr>
          <w:sz w:val="40"/>
          <w:szCs w:val="40"/>
        </w:rPr>
        <w:t>أشارت العديد من الدراسات إلى وجود علاقة إيجابية بين التحفيز والرضا الوظيفي. وأوضحت نظرية ماسلو أن إشباع الحاجات يؤثر في رضا الأفراد. كما بينت نظرية هيرزبرغ أن العوامل المحفزة ترتبط بزيادة الرضا الوظيفي.</w:t>
      </w:r>
      <w:r w:rsidRPr="00A07378">
        <w:rPr>
          <w:sz w:val="40"/>
          <w:szCs w:val="40"/>
        </w:rPr>
        <w:br/>
      </w:r>
    </w:p>
    <w:p w14:paraId="34F07582" w14:textId="327C875F" w:rsidR="002B2E80" w:rsidRPr="00A07378" w:rsidRDefault="00000000" w:rsidP="00A07378">
      <w:pPr>
        <w:pStyle w:val="21"/>
        <w:bidi/>
        <w:rPr>
          <w:sz w:val="40"/>
          <w:szCs w:val="40"/>
        </w:rPr>
      </w:pPr>
      <w:r w:rsidRPr="00A07378">
        <w:rPr>
          <w:sz w:val="40"/>
          <w:szCs w:val="40"/>
        </w:rPr>
        <w:t xml:space="preserve">المنطلقات النظرية </w:t>
      </w:r>
      <w:proofErr w:type="gramStart"/>
      <w:r w:rsidRPr="00A07378">
        <w:rPr>
          <w:sz w:val="40"/>
          <w:szCs w:val="40"/>
        </w:rPr>
        <w:t>للدراسة</w:t>
      </w:r>
      <w:r w:rsidR="00612C90">
        <w:rPr>
          <w:rFonts w:hint="cs"/>
          <w:sz w:val="40"/>
          <w:szCs w:val="40"/>
          <w:rtl/>
        </w:rPr>
        <w:t xml:space="preserve"> </w:t>
      </w:r>
      <w:r w:rsidR="00612C90" w:rsidRPr="00A07378">
        <w:rPr>
          <w:sz w:val="40"/>
          <w:szCs w:val="40"/>
        </w:rPr>
        <w:t>:</w:t>
      </w:r>
      <w:proofErr w:type="gramEnd"/>
    </w:p>
    <w:p w14:paraId="20DEC6C9" w14:textId="6E6212F6" w:rsidR="002B2E80" w:rsidRDefault="00000000" w:rsidP="00A07378">
      <w:pPr>
        <w:bidi/>
        <w:rPr>
          <w:sz w:val="40"/>
          <w:szCs w:val="40"/>
          <w:rtl/>
        </w:rPr>
      </w:pPr>
      <w:r w:rsidRPr="00A07378">
        <w:rPr>
          <w:sz w:val="40"/>
          <w:szCs w:val="40"/>
        </w:rPr>
        <w:t>تعتمد الدراسة على نظرية ماسلو للحاجات، ونظرية العاملين لهيرزبرغ، حيث تؤكدان على أهمية تلبية احتياجات الموظفين وتحفيزهم لرفع مستوى الرضا</w:t>
      </w:r>
    </w:p>
    <w:p w14:paraId="13E4566B" w14:textId="77777777" w:rsidR="00A07378" w:rsidRPr="00A07378" w:rsidRDefault="00A07378" w:rsidP="00A07378">
      <w:pPr>
        <w:bidi/>
        <w:rPr>
          <w:sz w:val="40"/>
          <w:szCs w:val="40"/>
        </w:rPr>
      </w:pPr>
    </w:p>
    <w:p w14:paraId="1D7CD986" w14:textId="5DC55FB1" w:rsidR="002B2E80" w:rsidRPr="00A07378" w:rsidRDefault="00000000" w:rsidP="00A07378">
      <w:pPr>
        <w:pStyle w:val="21"/>
        <w:bidi/>
        <w:rPr>
          <w:sz w:val="40"/>
          <w:szCs w:val="40"/>
        </w:rPr>
      </w:pPr>
      <w:r w:rsidRPr="00A07378">
        <w:rPr>
          <w:sz w:val="40"/>
          <w:szCs w:val="40"/>
        </w:rPr>
        <w:t xml:space="preserve">المنهجية وطرق </w:t>
      </w:r>
      <w:proofErr w:type="gramStart"/>
      <w:r w:rsidRPr="00A07378">
        <w:rPr>
          <w:sz w:val="40"/>
          <w:szCs w:val="40"/>
        </w:rPr>
        <w:t>البحث</w:t>
      </w:r>
      <w:r w:rsidR="00612C90">
        <w:rPr>
          <w:rFonts w:hint="cs"/>
          <w:sz w:val="40"/>
          <w:szCs w:val="40"/>
          <w:rtl/>
        </w:rPr>
        <w:t xml:space="preserve"> </w:t>
      </w:r>
      <w:r w:rsidR="00612C90" w:rsidRPr="00A07378">
        <w:rPr>
          <w:sz w:val="40"/>
          <w:szCs w:val="40"/>
        </w:rPr>
        <w:t>:</w:t>
      </w:r>
      <w:proofErr w:type="gramEnd"/>
    </w:p>
    <w:p w14:paraId="59B1AE9D" w14:textId="77777777" w:rsidR="002B2E80" w:rsidRPr="00A07378" w:rsidRDefault="00000000" w:rsidP="00A07378">
      <w:pPr>
        <w:bidi/>
        <w:rPr>
          <w:sz w:val="40"/>
          <w:szCs w:val="40"/>
        </w:rPr>
      </w:pPr>
      <w:r w:rsidRPr="00A07378">
        <w:rPr>
          <w:sz w:val="40"/>
          <w:szCs w:val="40"/>
        </w:rPr>
        <w:t>ستعتمد الدراسة على المنهج الوصفي التحليلي، وسيتم جمع البيانات من خلال استبانة توزع على عينة من الموظفين، وسيتم تحليل النتائج باستخدام برنامج SPSS.</w:t>
      </w:r>
    </w:p>
    <w:p w14:paraId="10849B13" w14:textId="0C1A84D8" w:rsidR="002B2E80" w:rsidRPr="00A07378" w:rsidRDefault="002B2E80" w:rsidP="00A07378">
      <w:pPr>
        <w:bidi/>
        <w:rPr>
          <w:sz w:val="40"/>
          <w:szCs w:val="40"/>
        </w:rPr>
      </w:pPr>
    </w:p>
    <w:p w14:paraId="4A3DD9CE" w14:textId="12BF44F4" w:rsidR="002B2E80" w:rsidRPr="00A07378" w:rsidRDefault="00000000" w:rsidP="00A07378">
      <w:pPr>
        <w:pStyle w:val="21"/>
        <w:bidi/>
        <w:rPr>
          <w:rFonts w:hint="cs"/>
          <w:sz w:val="40"/>
          <w:szCs w:val="40"/>
          <w:rtl/>
        </w:rPr>
      </w:pPr>
      <w:r w:rsidRPr="00A07378">
        <w:rPr>
          <w:sz w:val="40"/>
          <w:szCs w:val="40"/>
        </w:rPr>
        <w:t xml:space="preserve">أدوات </w:t>
      </w:r>
      <w:proofErr w:type="gramStart"/>
      <w:r w:rsidRPr="00A07378">
        <w:rPr>
          <w:sz w:val="40"/>
          <w:szCs w:val="40"/>
        </w:rPr>
        <w:t>الدراسة</w:t>
      </w:r>
      <w:r w:rsidR="00612C90">
        <w:rPr>
          <w:rFonts w:hint="cs"/>
          <w:sz w:val="40"/>
          <w:szCs w:val="40"/>
          <w:rtl/>
        </w:rPr>
        <w:t xml:space="preserve"> </w:t>
      </w:r>
      <w:r w:rsidR="00612C90" w:rsidRPr="00A07378">
        <w:rPr>
          <w:sz w:val="40"/>
          <w:szCs w:val="40"/>
        </w:rPr>
        <w:t>:</w:t>
      </w:r>
      <w:proofErr w:type="gramEnd"/>
    </w:p>
    <w:p w14:paraId="41D98CA0" w14:textId="77777777" w:rsidR="002B2E80" w:rsidRPr="00A07378" w:rsidRDefault="00000000" w:rsidP="00A07378">
      <w:pPr>
        <w:bidi/>
        <w:rPr>
          <w:sz w:val="40"/>
          <w:szCs w:val="40"/>
        </w:rPr>
      </w:pPr>
      <w:r w:rsidRPr="00A07378">
        <w:rPr>
          <w:sz w:val="40"/>
          <w:szCs w:val="40"/>
        </w:rPr>
        <w:t>استبانة مكونة من محورين: الحوافز (المادية والمعنوية) والرضا الوظيفي، باستخدام مقياس ليكرت الخماسي.</w:t>
      </w:r>
    </w:p>
    <w:p w14:paraId="51F4B954" w14:textId="7C52B5EF" w:rsidR="002B2E80" w:rsidRPr="00A07378" w:rsidRDefault="002B2E80" w:rsidP="00A07378">
      <w:pPr>
        <w:bidi/>
        <w:rPr>
          <w:sz w:val="40"/>
          <w:szCs w:val="40"/>
        </w:rPr>
      </w:pPr>
    </w:p>
    <w:p w14:paraId="3476B83D" w14:textId="31FF4F0D" w:rsidR="002B2E80" w:rsidRPr="00A07378" w:rsidRDefault="00000000" w:rsidP="00A07378">
      <w:pPr>
        <w:pStyle w:val="21"/>
        <w:bidi/>
        <w:rPr>
          <w:sz w:val="40"/>
          <w:szCs w:val="40"/>
        </w:rPr>
      </w:pPr>
      <w:r w:rsidRPr="00A07378">
        <w:rPr>
          <w:sz w:val="40"/>
          <w:szCs w:val="40"/>
        </w:rPr>
        <w:t xml:space="preserve">حدود </w:t>
      </w:r>
      <w:proofErr w:type="gramStart"/>
      <w:r w:rsidRPr="00A07378">
        <w:rPr>
          <w:sz w:val="40"/>
          <w:szCs w:val="40"/>
        </w:rPr>
        <w:t>الدراسة</w:t>
      </w:r>
      <w:r w:rsidR="00612C90">
        <w:rPr>
          <w:rFonts w:hint="cs"/>
          <w:sz w:val="40"/>
          <w:szCs w:val="40"/>
          <w:rtl/>
        </w:rPr>
        <w:t xml:space="preserve"> </w:t>
      </w:r>
      <w:r w:rsidR="00612C90" w:rsidRPr="00A07378">
        <w:rPr>
          <w:sz w:val="40"/>
          <w:szCs w:val="40"/>
        </w:rPr>
        <w:t>:</w:t>
      </w:r>
      <w:proofErr w:type="gramEnd"/>
    </w:p>
    <w:p w14:paraId="4986C524" w14:textId="77777777" w:rsidR="002B2E80" w:rsidRPr="00A07378" w:rsidRDefault="00000000" w:rsidP="00A07378">
      <w:pPr>
        <w:bidi/>
        <w:rPr>
          <w:sz w:val="40"/>
          <w:szCs w:val="40"/>
        </w:rPr>
      </w:pPr>
      <w:r w:rsidRPr="00A07378">
        <w:rPr>
          <w:sz w:val="40"/>
          <w:szCs w:val="40"/>
        </w:rPr>
        <w:t>الحدود المكانية: إحدى المؤسسات.</w:t>
      </w:r>
      <w:r w:rsidRPr="00A07378">
        <w:rPr>
          <w:sz w:val="40"/>
          <w:szCs w:val="40"/>
        </w:rPr>
        <w:br/>
        <w:t>الحدود الزمانية: الفصل الدراسي الحالي.</w:t>
      </w:r>
      <w:r w:rsidRPr="00A07378">
        <w:rPr>
          <w:sz w:val="40"/>
          <w:szCs w:val="40"/>
        </w:rPr>
        <w:br/>
        <w:t>الحدود البشرية: موظفو المؤسسة.</w:t>
      </w:r>
    </w:p>
    <w:p w14:paraId="5245CCC5" w14:textId="79884883" w:rsidR="002B2E80" w:rsidRPr="00A07378" w:rsidRDefault="002B2E80" w:rsidP="00A07378">
      <w:pPr>
        <w:bidi/>
        <w:rPr>
          <w:sz w:val="40"/>
          <w:szCs w:val="40"/>
        </w:rPr>
      </w:pPr>
    </w:p>
    <w:p w14:paraId="5ACD8179" w14:textId="37A965D8" w:rsidR="002B2E80" w:rsidRPr="00A07378" w:rsidRDefault="00000000" w:rsidP="00A07378">
      <w:pPr>
        <w:pStyle w:val="21"/>
        <w:bidi/>
        <w:rPr>
          <w:sz w:val="40"/>
          <w:szCs w:val="40"/>
        </w:rPr>
      </w:pPr>
      <w:proofErr w:type="gramStart"/>
      <w:r w:rsidRPr="00A07378">
        <w:rPr>
          <w:sz w:val="40"/>
          <w:szCs w:val="40"/>
        </w:rPr>
        <w:t>المراجع</w:t>
      </w:r>
      <w:r w:rsidR="00612C90">
        <w:rPr>
          <w:rFonts w:hint="cs"/>
          <w:sz w:val="40"/>
          <w:szCs w:val="40"/>
          <w:rtl/>
        </w:rPr>
        <w:t xml:space="preserve"> </w:t>
      </w:r>
      <w:r w:rsidR="00612C90" w:rsidRPr="00A07378">
        <w:rPr>
          <w:sz w:val="40"/>
          <w:szCs w:val="40"/>
        </w:rPr>
        <w:t>:</w:t>
      </w:r>
      <w:proofErr w:type="gramEnd"/>
    </w:p>
    <w:p w14:paraId="18ECEBFB" w14:textId="77777777" w:rsidR="002B2E80" w:rsidRPr="00A07378" w:rsidRDefault="00000000" w:rsidP="00A07378">
      <w:pPr>
        <w:bidi/>
        <w:rPr>
          <w:sz w:val="40"/>
          <w:szCs w:val="40"/>
        </w:rPr>
      </w:pPr>
      <w:r w:rsidRPr="00A07378">
        <w:rPr>
          <w:sz w:val="40"/>
          <w:szCs w:val="40"/>
        </w:rPr>
        <w:t>Maslow, A. (1943). A theory of human motivation.</w:t>
      </w:r>
      <w:r w:rsidRPr="00A07378">
        <w:rPr>
          <w:sz w:val="40"/>
          <w:szCs w:val="40"/>
        </w:rPr>
        <w:br/>
        <w:t>Herzberg, F. (1959). The motivation to work.</w:t>
      </w:r>
      <w:r w:rsidRPr="00A07378">
        <w:rPr>
          <w:sz w:val="40"/>
          <w:szCs w:val="40"/>
        </w:rPr>
        <w:br/>
        <w:t>Robbins, S. Organizational Behavior.</w:t>
      </w:r>
    </w:p>
    <w:p w14:paraId="5425BAAC" w14:textId="77777777" w:rsidR="002B2E80" w:rsidRPr="00A07378" w:rsidRDefault="00000000" w:rsidP="00A07378">
      <w:pPr>
        <w:bidi/>
        <w:rPr>
          <w:sz w:val="40"/>
          <w:szCs w:val="40"/>
        </w:rPr>
      </w:pPr>
      <w:r w:rsidRPr="00A07378">
        <w:rPr>
          <w:sz w:val="40"/>
          <w:szCs w:val="40"/>
        </w:rPr>
        <w:br/>
      </w:r>
    </w:p>
    <w:sectPr w:rsidR="002B2E80" w:rsidRPr="00A0737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abstractNum w:abstractNumId="9" w15:restartNumberingAfterBreak="0">
    <w:nsid w:val="118A13B7"/>
    <w:multiLevelType w:val="hybridMultilevel"/>
    <w:tmpl w:val="343C5B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FA0CC0"/>
    <w:multiLevelType w:val="hybridMultilevel"/>
    <w:tmpl w:val="B1EA0A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AE16E02"/>
    <w:multiLevelType w:val="hybridMultilevel"/>
    <w:tmpl w:val="238612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41413937">
    <w:abstractNumId w:val="8"/>
  </w:num>
  <w:num w:numId="2" w16cid:durableId="332345306">
    <w:abstractNumId w:val="6"/>
  </w:num>
  <w:num w:numId="3" w16cid:durableId="61371747">
    <w:abstractNumId w:val="5"/>
  </w:num>
  <w:num w:numId="4" w16cid:durableId="908270598">
    <w:abstractNumId w:val="4"/>
  </w:num>
  <w:num w:numId="5" w16cid:durableId="1957368513">
    <w:abstractNumId w:val="7"/>
  </w:num>
  <w:num w:numId="6" w16cid:durableId="86461319">
    <w:abstractNumId w:val="3"/>
  </w:num>
  <w:num w:numId="7" w16cid:durableId="1801604337">
    <w:abstractNumId w:val="2"/>
  </w:num>
  <w:num w:numId="8" w16cid:durableId="2072196501">
    <w:abstractNumId w:val="1"/>
  </w:num>
  <w:num w:numId="9" w16cid:durableId="622734386">
    <w:abstractNumId w:val="0"/>
  </w:num>
  <w:num w:numId="10" w16cid:durableId="483133122">
    <w:abstractNumId w:val="11"/>
  </w:num>
  <w:num w:numId="11" w16cid:durableId="1035814366">
    <w:abstractNumId w:val="10"/>
  </w:num>
  <w:num w:numId="12" w16cid:durableId="1588155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2B2E80"/>
    <w:rsid w:val="00326F90"/>
    <w:rsid w:val="005572EB"/>
    <w:rsid w:val="00612C90"/>
    <w:rsid w:val="00A07378"/>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CC161E9"/>
  <w14:defaultImageDpi w14:val="300"/>
  <w15:docId w15:val="{8A2E89A9-546B-46D6-97F5-8DF283CAC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style>
  <w:style w:type="paragraph" w:styleId="1">
    <w:name w:val="heading 1"/>
    <w:basedOn w:val="a1"/>
    <w:next w:val="a1"/>
    <w:link w:val="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Char"/>
    <w:uiPriority w:val="99"/>
    <w:unhideWhenUsed/>
    <w:rsid w:val="00E618BF"/>
    <w:pPr>
      <w:tabs>
        <w:tab w:val="center" w:pos="4680"/>
        <w:tab w:val="right" w:pos="9360"/>
      </w:tabs>
      <w:spacing w:after="0" w:line="240" w:lineRule="auto"/>
    </w:pPr>
  </w:style>
  <w:style w:type="character" w:customStyle="1" w:styleId="Char">
    <w:name w:val="رأس الصفحة Char"/>
    <w:basedOn w:val="a2"/>
    <w:link w:val="a5"/>
    <w:uiPriority w:val="99"/>
    <w:rsid w:val="00E618BF"/>
  </w:style>
  <w:style w:type="paragraph" w:styleId="a6">
    <w:name w:val="footer"/>
    <w:basedOn w:val="a1"/>
    <w:link w:val="Char0"/>
    <w:uiPriority w:val="99"/>
    <w:unhideWhenUsed/>
    <w:rsid w:val="00E618BF"/>
    <w:pPr>
      <w:tabs>
        <w:tab w:val="center" w:pos="4680"/>
        <w:tab w:val="right" w:pos="9360"/>
      </w:tabs>
      <w:spacing w:after="0" w:line="240" w:lineRule="auto"/>
    </w:pPr>
  </w:style>
  <w:style w:type="character" w:customStyle="1" w:styleId="Char0">
    <w:name w:val="تذييل الصفحة Char"/>
    <w:basedOn w:val="a2"/>
    <w:link w:val="a6"/>
    <w:uiPriority w:val="99"/>
    <w:rsid w:val="00E618BF"/>
  </w:style>
  <w:style w:type="paragraph" w:styleId="a7">
    <w:name w:val="No Spacing"/>
    <w:uiPriority w:val="1"/>
    <w:qFormat/>
    <w:rsid w:val="00FC693F"/>
    <w:pPr>
      <w:spacing w:after="0" w:line="240" w:lineRule="auto"/>
    </w:pPr>
  </w:style>
  <w:style w:type="character" w:customStyle="1" w:styleId="1Char">
    <w:name w:val="العنوان 1 Char"/>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Char">
    <w:name w:val="عنوان 3 Char"/>
    <w:basedOn w:val="a2"/>
    <w:link w:val="31"/>
    <w:uiPriority w:val="9"/>
    <w:rsid w:val="00FC693F"/>
    <w:rPr>
      <w:rFonts w:asciiTheme="majorHAnsi" w:eastAsiaTheme="majorEastAsia" w:hAnsiTheme="majorHAnsi" w:cstheme="majorBidi"/>
      <w:b/>
      <w:bCs/>
      <w:color w:val="4F81BD" w:themeColor="accent1"/>
    </w:rPr>
  </w:style>
  <w:style w:type="paragraph" w:styleId="a8">
    <w:name w:val="Title"/>
    <w:basedOn w:val="a1"/>
    <w:next w:val="a1"/>
    <w:link w:val="Char1"/>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Char1">
    <w:name w:val="العنوان Char"/>
    <w:basedOn w:val="a2"/>
    <w:link w:val="a8"/>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9">
    <w:name w:val="Subtitle"/>
    <w:basedOn w:val="a1"/>
    <w:next w:val="a1"/>
    <w:link w:val="Char2"/>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Char2">
    <w:name w:val="عنوان فرعي Char"/>
    <w:basedOn w:val="a2"/>
    <w:link w:val="a9"/>
    <w:uiPriority w:val="11"/>
    <w:rsid w:val="00FC693F"/>
    <w:rPr>
      <w:rFonts w:asciiTheme="majorHAnsi" w:eastAsiaTheme="majorEastAsia" w:hAnsiTheme="majorHAnsi" w:cstheme="majorBidi"/>
      <w:i/>
      <w:iCs/>
      <w:color w:val="4F81BD" w:themeColor="accent1"/>
      <w:spacing w:val="15"/>
      <w:sz w:val="24"/>
      <w:szCs w:val="24"/>
    </w:rPr>
  </w:style>
  <w:style w:type="paragraph" w:styleId="aa">
    <w:name w:val="List Paragraph"/>
    <w:basedOn w:val="a1"/>
    <w:uiPriority w:val="34"/>
    <w:qFormat/>
    <w:rsid w:val="00FC693F"/>
    <w:pPr>
      <w:ind w:left="720"/>
      <w:contextualSpacing/>
    </w:pPr>
  </w:style>
  <w:style w:type="paragraph" w:styleId="ab">
    <w:name w:val="Body Text"/>
    <w:basedOn w:val="a1"/>
    <w:link w:val="Char3"/>
    <w:uiPriority w:val="99"/>
    <w:unhideWhenUsed/>
    <w:rsid w:val="00AA1D8D"/>
    <w:pPr>
      <w:spacing w:after="120"/>
    </w:pPr>
  </w:style>
  <w:style w:type="character" w:customStyle="1" w:styleId="Char3">
    <w:name w:val="نص أساسي Char"/>
    <w:basedOn w:val="a2"/>
    <w:link w:val="ab"/>
    <w:uiPriority w:val="99"/>
    <w:rsid w:val="00AA1D8D"/>
  </w:style>
  <w:style w:type="paragraph" w:styleId="22">
    <w:name w:val="Body Text 2"/>
    <w:basedOn w:val="a1"/>
    <w:link w:val="2Char0"/>
    <w:uiPriority w:val="99"/>
    <w:unhideWhenUsed/>
    <w:rsid w:val="00AA1D8D"/>
    <w:pPr>
      <w:spacing w:after="120" w:line="480" w:lineRule="auto"/>
    </w:pPr>
  </w:style>
  <w:style w:type="character" w:customStyle="1" w:styleId="2Char0">
    <w:name w:val="نص أساسي 2 Char"/>
    <w:basedOn w:val="a2"/>
    <w:link w:val="22"/>
    <w:uiPriority w:val="99"/>
    <w:rsid w:val="00AA1D8D"/>
  </w:style>
  <w:style w:type="paragraph" w:styleId="32">
    <w:name w:val="Body Text 3"/>
    <w:basedOn w:val="a1"/>
    <w:link w:val="3Char0"/>
    <w:uiPriority w:val="99"/>
    <w:unhideWhenUsed/>
    <w:rsid w:val="00AA1D8D"/>
    <w:pPr>
      <w:spacing w:after="120"/>
    </w:pPr>
    <w:rPr>
      <w:sz w:val="16"/>
      <w:szCs w:val="16"/>
    </w:rPr>
  </w:style>
  <w:style w:type="character" w:customStyle="1" w:styleId="3Char0">
    <w:name w:val="نص أساسي 3 Char"/>
    <w:basedOn w:val="a2"/>
    <w:link w:val="32"/>
    <w:uiPriority w:val="99"/>
    <w:rsid w:val="00AA1D8D"/>
    <w:rPr>
      <w:sz w:val="16"/>
      <w:szCs w:val="16"/>
    </w:rPr>
  </w:style>
  <w:style w:type="paragraph" w:styleId="ac">
    <w:name w:val="List"/>
    <w:basedOn w:val="a1"/>
    <w:uiPriority w:val="99"/>
    <w:unhideWhenUsed/>
    <w:rsid w:val="00AA1D8D"/>
    <w:pPr>
      <w:ind w:left="360" w:hanging="360"/>
      <w:contextualSpacing/>
    </w:pPr>
  </w:style>
  <w:style w:type="paragraph" w:styleId="23">
    <w:name w:val="List 2"/>
    <w:basedOn w:val="a1"/>
    <w:uiPriority w:val="99"/>
    <w:unhideWhenUsed/>
    <w:rsid w:val="00326F90"/>
    <w:pPr>
      <w:ind w:left="720" w:hanging="360"/>
      <w:contextualSpacing/>
    </w:pPr>
  </w:style>
  <w:style w:type="paragraph" w:styleId="33">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d">
    <w:name w:val="List Continue"/>
    <w:basedOn w:val="a1"/>
    <w:uiPriority w:val="99"/>
    <w:unhideWhenUsed/>
    <w:rsid w:val="0029639D"/>
    <w:pPr>
      <w:spacing w:after="120"/>
      <w:ind w:left="360"/>
      <w:contextualSpacing/>
    </w:pPr>
  </w:style>
  <w:style w:type="paragraph" w:styleId="24">
    <w:name w:val="List Continue 2"/>
    <w:basedOn w:val="a1"/>
    <w:uiPriority w:val="99"/>
    <w:unhideWhenUsed/>
    <w:rsid w:val="0029639D"/>
    <w:pPr>
      <w:spacing w:after="120"/>
      <w:ind w:left="720"/>
      <w:contextualSpacing/>
    </w:pPr>
  </w:style>
  <w:style w:type="paragraph" w:styleId="34">
    <w:name w:val="List Continue 3"/>
    <w:basedOn w:val="a1"/>
    <w:uiPriority w:val="99"/>
    <w:unhideWhenUsed/>
    <w:rsid w:val="0029639D"/>
    <w:pPr>
      <w:spacing w:after="120"/>
      <w:ind w:left="1080"/>
      <w:contextualSpacing/>
    </w:pPr>
  </w:style>
  <w:style w:type="paragraph" w:styleId="ae">
    <w:name w:val="macro"/>
    <w:link w:val="Char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Char4">
    <w:name w:val="نص ماكرو Char"/>
    <w:basedOn w:val="a2"/>
    <w:link w:val="ae"/>
    <w:uiPriority w:val="99"/>
    <w:rsid w:val="0029639D"/>
    <w:rPr>
      <w:rFonts w:ascii="Courier" w:hAnsi="Courier"/>
      <w:sz w:val="20"/>
      <w:szCs w:val="20"/>
    </w:rPr>
  </w:style>
  <w:style w:type="paragraph" w:styleId="af">
    <w:name w:val="Quote"/>
    <w:basedOn w:val="a1"/>
    <w:next w:val="a1"/>
    <w:link w:val="Char5"/>
    <w:uiPriority w:val="29"/>
    <w:qFormat/>
    <w:rsid w:val="00FC693F"/>
    <w:rPr>
      <w:i/>
      <w:iCs/>
      <w:color w:val="000000" w:themeColor="text1"/>
    </w:rPr>
  </w:style>
  <w:style w:type="character" w:customStyle="1" w:styleId="Char5">
    <w:name w:val="اقتباس Char"/>
    <w:basedOn w:val="a2"/>
    <w:link w:val="af"/>
    <w:uiPriority w:val="29"/>
    <w:rsid w:val="00FC693F"/>
    <w:rPr>
      <w:i/>
      <w:iCs/>
      <w:color w:val="000000" w:themeColor="text1"/>
    </w:rPr>
  </w:style>
  <w:style w:type="character" w:customStyle="1" w:styleId="4Char">
    <w:name w:val="عنوان 4 Char"/>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Char">
    <w:name w:val="عنوان 5 Char"/>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Char">
    <w:name w:val="عنوان 6 Char"/>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Char">
    <w:name w:val="عنوان 7 Char"/>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Char">
    <w:name w:val="عنوان 8 Char"/>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Char">
    <w:name w:val="عنوان 9 Char"/>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0">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1">
    <w:name w:val="Strong"/>
    <w:basedOn w:val="a2"/>
    <w:uiPriority w:val="22"/>
    <w:qFormat/>
    <w:rsid w:val="00FC693F"/>
    <w:rPr>
      <w:b/>
      <w:bCs/>
    </w:rPr>
  </w:style>
  <w:style w:type="character" w:styleId="af2">
    <w:name w:val="Emphasis"/>
    <w:basedOn w:val="a2"/>
    <w:uiPriority w:val="20"/>
    <w:qFormat/>
    <w:rsid w:val="00FC693F"/>
    <w:rPr>
      <w:i/>
      <w:iCs/>
    </w:rPr>
  </w:style>
  <w:style w:type="paragraph" w:styleId="af3">
    <w:name w:val="Intense Quote"/>
    <w:basedOn w:val="a1"/>
    <w:next w:val="a1"/>
    <w:link w:val="Char6"/>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har6">
    <w:name w:val="اقتباس مكثف Char"/>
    <w:basedOn w:val="a2"/>
    <w:link w:val="af3"/>
    <w:uiPriority w:val="30"/>
    <w:rsid w:val="00FC693F"/>
    <w:rPr>
      <w:b/>
      <w:bCs/>
      <w:i/>
      <w:iCs/>
      <w:color w:val="4F81BD" w:themeColor="accent1"/>
    </w:rPr>
  </w:style>
  <w:style w:type="character" w:styleId="af4">
    <w:name w:val="Subtle Emphasis"/>
    <w:basedOn w:val="a2"/>
    <w:uiPriority w:val="19"/>
    <w:qFormat/>
    <w:rsid w:val="00FC693F"/>
    <w:rPr>
      <w:i/>
      <w:iCs/>
      <w:color w:val="808080" w:themeColor="text1" w:themeTint="7F"/>
    </w:rPr>
  </w:style>
  <w:style w:type="character" w:styleId="af5">
    <w:name w:val="Intense Emphasis"/>
    <w:basedOn w:val="a2"/>
    <w:uiPriority w:val="21"/>
    <w:qFormat/>
    <w:rsid w:val="00FC693F"/>
    <w:rPr>
      <w:b/>
      <w:bCs/>
      <w:i/>
      <w:iCs/>
      <w:color w:val="4F81BD" w:themeColor="accent1"/>
    </w:rPr>
  </w:style>
  <w:style w:type="character" w:styleId="af6">
    <w:name w:val="Subtle Reference"/>
    <w:basedOn w:val="a2"/>
    <w:uiPriority w:val="31"/>
    <w:qFormat/>
    <w:rsid w:val="00FC693F"/>
    <w:rPr>
      <w:smallCaps/>
      <w:color w:val="C0504D" w:themeColor="accent2"/>
      <w:u w:val="single"/>
    </w:rPr>
  </w:style>
  <w:style w:type="character" w:styleId="af7">
    <w:name w:val="Intense Reference"/>
    <w:basedOn w:val="a2"/>
    <w:uiPriority w:val="32"/>
    <w:qFormat/>
    <w:rsid w:val="00FC693F"/>
    <w:rPr>
      <w:b/>
      <w:bCs/>
      <w:smallCaps/>
      <w:color w:val="C0504D" w:themeColor="accent2"/>
      <w:spacing w:val="5"/>
      <w:u w:val="single"/>
    </w:rPr>
  </w:style>
  <w:style w:type="character" w:styleId="af8">
    <w:name w:val="Book Title"/>
    <w:basedOn w:val="a2"/>
    <w:uiPriority w:val="33"/>
    <w:qFormat/>
    <w:rsid w:val="00FC693F"/>
    <w:rPr>
      <w:b/>
      <w:bCs/>
      <w:smallCaps/>
      <w:spacing w:val="5"/>
    </w:rPr>
  </w:style>
  <w:style w:type="paragraph" w:styleId="af9">
    <w:name w:val="TOC Heading"/>
    <w:basedOn w:val="1"/>
    <w:next w:val="a1"/>
    <w:uiPriority w:val="39"/>
    <w:semiHidden/>
    <w:unhideWhenUsed/>
    <w:qFormat/>
    <w:rsid w:val="00FC693F"/>
    <w:pPr>
      <w:outlineLvl w:val="9"/>
    </w:pPr>
  </w:style>
  <w:style w:type="table" w:styleId="afa">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b">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c">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d">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0">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5">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1">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6">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2">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7">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5">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e">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0">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1">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332</Words>
  <Characters>1899</Characters>
  <Application>Microsoft Office Word</Application>
  <DocSecurity>0</DocSecurity>
  <Lines>15</Lines>
  <Paragraphs>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2227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Ra2ed Ali</cp:lastModifiedBy>
  <cp:revision>2</cp:revision>
  <dcterms:created xsi:type="dcterms:W3CDTF">2013-12-23T23:15:00Z</dcterms:created>
  <dcterms:modified xsi:type="dcterms:W3CDTF">2026-02-20T17:52:00Z</dcterms:modified>
  <cp:category/>
</cp:coreProperties>
</file>