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5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6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7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8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09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4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6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7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8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19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2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2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2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1906" w:h="16838"/>
          <w:pgMar w:top="0" w:right="0" w:bottom="0" w:left="0" w:header="0" w:footer="0" w:gutter="0"/>
          <w:cols w:space="720"/>
          <w:docGrid w:linePitch="360"/>
        </w:sectPr>
      </w:pPr>
    </w:p>
    <w:p>
      <w:pPr>
        <w:spacing w:before="0" w:after="0" w:line="240" w:lineRule="auto"/>
      </w:pPr>
      <w:r>
        <w:drawing>
          <wp:inline xmlns:a="http://schemas.openxmlformats.org/drawingml/2006/main" xmlns:pic="http://schemas.openxmlformats.org/drawingml/2006/picture">
            <wp:extent cx="7559999" cy="1069200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page_2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559999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