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1C586" w14:textId="7C1D0C06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864852B" wp14:editId="635570ED">
            <wp:simplePos x="0" y="0"/>
            <wp:positionH relativeFrom="margin">
              <wp:posOffset>2012950</wp:posOffset>
            </wp:positionH>
            <wp:positionV relativeFrom="paragraph">
              <wp:posOffset>0</wp:posOffset>
            </wp:positionV>
            <wp:extent cx="1797050" cy="1797050"/>
            <wp:effectExtent l="0" t="0" r="0" b="0"/>
            <wp:wrapTight wrapText="bothSides">
              <wp:wrapPolygon edited="0">
                <wp:start x="0" y="0"/>
                <wp:lineTo x="0" y="21295"/>
                <wp:lineTo x="21295" y="21295"/>
                <wp:lineTo x="21295" y="0"/>
                <wp:lineTo x="0" y="0"/>
              </wp:wrapPolygon>
            </wp:wrapTight>
            <wp:docPr id="385767321" name="Picture 1" descr="A logo for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767321" name="Picture 1" descr="A logo for a university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4A2EB1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54D37CAC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5062A7E7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73D02574" w14:textId="77777777" w:rsidR="003369BD" w:rsidRPr="00605AC3" w:rsidRDefault="003369BD" w:rsidP="003369BD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605AC3">
        <w:rPr>
          <w:rFonts w:ascii="Sakkal Majalla" w:hAnsi="Sakkal Majalla" w:cs="Sakkal Majalla"/>
          <w:b/>
          <w:bCs/>
          <w:sz w:val="32"/>
          <w:szCs w:val="32"/>
          <w:rtl/>
        </w:rPr>
        <w:t>ماجستير التسويق الرقمي</w:t>
      </w:r>
    </w:p>
    <w:p w14:paraId="0C9E2B91" w14:textId="77777777" w:rsidR="002F64BB" w:rsidRDefault="003369BD" w:rsidP="003369BD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05AC3">
        <w:rPr>
          <w:rFonts w:ascii="Sakkal Majalla" w:hAnsi="Sakkal Majalla" w:cs="Sakkal Majalla"/>
          <w:b/>
          <w:bCs/>
          <w:sz w:val="32"/>
          <w:szCs w:val="32"/>
          <w:rtl/>
        </w:rPr>
        <w:t>دور التطبيقات الرقمية السعودية في تسويق تعليم اللغة العربية،</w:t>
      </w:r>
    </w:p>
    <w:p w14:paraId="1339B97F" w14:textId="2B9EF809" w:rsidR="003369BD" w:rsidRPr="00605AC3" w:rsidRDefault="003369BD" w:rsidP="003369BD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605AC3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تطبيق علمني العربية – نموذجا</w:t>
      </w:r>
    </w:p>
    <w:p w14:paraId="288DF569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690C806E" w14:textId="77777777" w:rsidR="003369BD" w:rsidRPr="00605AC3" w:rsidRDefault="003369BD" w:rsidP="003369BD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05AC3">
        <w:rPr>
          <w:rFonts w:ascii="Sakkal Majalla" w:hAnsi="Sakkal Majalla" w:cs="Sakkal Majalla" w:hint="cs"/>
          <w:b/>
          <w:bCs/>
          <w:sz w:val="32"/>
          <w:szCs w:val="32"/>
          <w:rtl/>
        </w:rPr>
        <w:t>الطالب</w:t>
      </w:r>
    </w:p>
    <w:p w14:paraId="1FA7DA26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باسل بن محمد الدبعي</w:t>
      </w:r>
    </w:p>
    <w:p w14:paraId="0568A3A6" w14:textId="77777777" w:rsidR="003369BD" w:rsidRPr="00605AC3" w:rsidRDefault="003369BD" w:rsidP="003369BD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05AC3">
        <w:rPr>
          <w:rFonts w:ascii="Sakkal Majalla" w:hAnsi="Sakkal Majalla" w:cs="Sakkal Majalla" w:hint="cs"/>
          <w:b/>
          <w:bCs/>
          <w:sz w:val="32"/>
          <w:szCs w:val="32"/>
          <w:rtl/>
        </w:rPr>
        <w:t>الرقم الجامعي</w:t>
      </w:r>
    </w:p>
    <w:p w14:paraId="1A5AC17E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241002034</w:t>
      </w:r>
    </w:p>
    <w:p w14:paraId="26BDBC5E" w14:textId="77777777" w:rsidR="003369BD" w:rsidRPr="00605AC3" w:rsidRDefault="003369BD" w:rsidP="003369BD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605AC3">
        <w:rPr>
          <w:rFonts w:ascii="Sakkal Majalla" w:hAnsi="Sakkal Majalla" w:cs="Sakkal Majalla" w:hint="cs"/>
          <w:b/>
          <w:bCs/>
          <w:sz w:val="32"/>
          <w:szCs w:val="32"/>
          <w:rtl/>
        </w:rPr>
        <w:t>إشراف</w:t>
      </w:r>
    </w:p>
    <w:p w14:paraId="57F02176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د. محمد عويس</w:t>
      </w:r>
    </w:p>
    <w:p w14:paraId="3240985D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73220239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7ABC27C2" w14:textId="77777777" w:rsidR="003369BD" w:rsidRDefault="003369BD" w:rsidP="003369BD">
      <w:pPr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1F4E42C7" w14:textId="77777777" w:rsidR="003369BD" w:rsidRPr="00605AC3" w:rsidRDefault="003369BD" w:rsidP="003369BD">
      <w:pPr>
        <w:jc w:val="center"/>
        <w:rPr>
          <w:rFonts w:ascii="Sakkal Majalla" w:hAnsi="Sakkal Majalla" w:cs="Sakkal Majalla" w:hint="cs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2025-1477</w:t>
      </w:r>
    </w:p>
    <w:p w14:paraId="2CCF2560" w14:textId="77777777" w:rsidR="003369BD" w:rsidRDefault="003369BD" w:rsidP="003369BD">
      <w:pPr>
        <w:bidi/>
      </w:pPr>
    </w:p>
    <w:p w14:paraId="35E762CB" w14:textId="77777777" w:rsidR="003369BD" w:rsidRDefault="003369BD" w:rsidP="003369BD">
      <w:pPr>
        <w:bidi/>
      </w:pPr>
    </w:p>
    <w:p w14:paraId="6E94345F" w14:textId="46AA06CA" w:rsidR="002F64BB" w:rsidRPr="002F64BB" w:rsidRDefault="002F64BB" w:rsidP="002F64BB">
      <w:pPr>
        <w:pStyle w:val="Heading2"/>
        <w:bidi/>
        <w:jc w:val="center"/>
        <w:rPr>
          <w:rFonts w:ascii="Sakkal Majalla" w:eastAsiaTheme="minorEastAsia" w:hAnsi="Sakkal Majalla" w:cs="Sakkal Majalla"/>
          <w:color w:val="auto"/>
          <w:sz w:val="32"/>
          <w:szCs w:val="32"/>
          <w:rtl/>
        </w:rPr>
      </w:pPr>
      <w:r w:rsidRPr="002F64BB">
        <w:rPr>
          <w:rFonts w:ascii="Sakkal Majalla" w:eastAsiaTheme="minorEastAsia" w:hAnsi="Sakkal Majalla" w:cs="Sakkal Majalla"/>
          <w:color w:val="auto"/>
          <w:sz w:val="32"/>
          <w:szCs w:val="32"/>
        </w:rPr>
        <w:t>«</w:t>
      </w:r>
      <w:r w:rsidRPr="002F64BB">
        <w:rPr>
          <w:rFonts w:ascii="Sakkal Majalla" w:eastAsiaTheme="minorEastAsia" w:hAnsi="Sakkal Majalla" w:cs="Sakkal Majalla"/>
          <w:color w:val="auto"/>
          <w:sz w:val="32"/>
          <w:szCs w:val="32"/>
          <w:rtl/>
        </w:rPr>
        <w:t>أسئلة استبيان لطلاب تطبيق علّمني العربية في معهد البر، لقياس مدى إسهام</w:t>
      </w:r>
    </w:p>
    <w:p w14:paraId="177F1723" w14:textId="3946DCDF" w:rsidR="00B776F7" w:rsidRPr="002F64BB" w:rsidRDefault="002F64BB" w:rsidP="002F64BB">
      <w:pPr>
        <w:pStyle w:val="Heading2"/>
        <w:bidi/>
        <w:jc w:val="center"/>
        <w:rPr>
          <w:rFonts w:ascii="Sakkal Majalla" w:hAnsi="Sakkal Majalla" w:cs="Sakkal Majalla"/>
          <w:color w:val="auto"/>
          <w:rtl/>
        </w:rPr>
      </w:pPr>
      <w:r w:rsidRPr="002F64BB">
        <w:rPr>
          <w:rFonts w:ascii="Sakkal Majalla" w:eastAsiaTheme="minorEastAsia" w:hAnsi="Sakkal Majalla" w:cs="Sakkal Majalla"/>
          <w:color w:val="auto"/>
          <w:sz w:val="32"/>
          <w:szCs w:val="32"/>
          <w:rtl/>
        </w:rPr>
        <w:t>التطبيق في تطوير مهاراتهم اللغوية</w:t>
      </w:r>
      <w:r w:rsidRPr="002F64BB">
        <w:rPr>
          <w:rFonts w:ascii="Sakkal Majalla" w:eastAsiaTheme="minorEastAsia" w:hAnsi="Sakkal Majalla" w:cs="Sakkal Majalla"/>
          <w:color w:val="auto"/>
          <w:sz w:val="32"/>
          <w:szCs w:val="32"/>
        </w:rPr>
        <w:t>.»</w:t>
      </w:r>
    </w:p>
    <w:p w14:paraId="540828D6" w14:textId="693E563B" w:rsidR="00281CD0" w:rsidRPr="00596EA5" w:rsidRDefault="00432942" w:rsidP="00B776F7">
      <w:pPr>
        <w:pStyle w:val="Heading2"/>
        <w:bidi/>
        <w:rPr>
          <w:rFonts w:ascii="Sakkal Majalla" w:hAnsi="Sakkal Majalla" w:cs="Sakkal Majalla"/>
          <w:color w:val="auto"/>
          <w:sz w:val="32"/>
          <w:szCs w:val="32"/>
        </w:rPr>
      </w:pPr>
      <w:r w:rsidRPr="00596EA5">
        <w:rPr>
          <w:rFonts w:ascii="Sakkal Majalla" w:hAnsi="Sakkal Majalla" w:cs="Sakkal Majalla"/>
          <w:color w:val="auto"/>
          <w:sz w:val="32"/>
          <w:szCs w:val="32"/>
          <w:rtl/>
        </w:rPr>
        <w:t>اولاً</w:t>
      </w:r>
      <w:r w:rsidR="00000000" w:rsidRPr="00596EA5">
        <w:rPr>
          <w:rFonts w:ascii="Sakkal Majalla" w:hAnsi="Sakkal Majalla" w:cs="Sakkal Majalla"/>
          <w:color w:val="auto"/>
          <w:sz w:val="32"/>
          <w:szCs w:val="32"/>
        </w:rPr>
        <w:t xml:space="preserve">: </w:t>
      </w:r>
      <w:r w:rsidRPr="00596EA5">
        <w:rPr>
          <w:rFonts w:ascii="Sakkal Majalla" w:hAnsi="Sakkal Majalla" w:cs="Sakkal Majalla"/>
          <w:color w:val="auto"/>
          <w:sz w:val="32"/>
          <w:szCs w:val="32"/>
          <w:rtl/>
        </w:rPr>
        <w:t>المقدمة</w:t>
      </w:r>
      <w:r w:rsidR="00000000" w:rsidRPr="00596EA5">
        <w:rPr>
          <w:rFonts w:ascii="Sakkal Majalla" w:hAnsi="Sakkal Majalla" w:cs="Sakkal Majalla"/>
          <w:color w:val="auto"/>
          <w:sz w:val="32"/>
          <w:szCs w:val="32"/>
        </w:rPr>
        <w:t xml:space="preserve"> </w:t>
      </w:r>
    </w:p>
    <w:p w14:paraId="55E460F4" w14:textId="7038AD71" w:rsidR="00B776F7" w:rsidRPr="00596EA5" w:rsidRDefault="00000000" w:rsidP="003369BD">
      <w:pPr>
        <w:bidi/>
        <w:ind w:left="-90" w:firstLine="450"/>
        <w:jc w:val="both"/>
        <w:rPr>
          <w:rFonts w:ascii="Sakkal Majalla" w:hAnsi="Sakkal Majalla" w:cs="Sakkal Majalla"/>
          <w:sz w:val="26"/>
          <w:szCs w:val="26"/>
        </w:rPr>
      </w:pPr>
      <w:r w:rsidRPr="00596EA5">
        <w:rPr>
          <w:rFonts w:ascii="Sakkal Majalla" w:hAnsi="Sakkal Majalla" w:cs="Sakkal Majalla"/>
          <w:sz w:val="26"/>
          <w:szCs w:val="26"/>
        </w:rPr>
        <w:t xml:space="preserve">يسعد الباحث في برنامج الماجستير في التسويق الرقمي أن يقدّم لكم هذا الاستبيان الذي يهدف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إلى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جمع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بيانات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علمية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دقيقة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حول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دور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التطبيقات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الرقمية السعودية في تسويق تعليم اللغة العربية – تطبيق "علمني العربية" نموذجًا –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معهد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البر</w:t>
      </w:r>
      <w:proofErr w:type="spellEnd"/>
      <w:r w:rsidR="00B776F7" w:rsidRPr="00596EA5">
        <w:rPr>
          <w:rFonts w:ascii="Sakkal Majalla" w:hAnsi="Sakkal Majalla" w:cs="Sakkal Majalla" w:hint="cs"/>
          <w:sz w:val="26"/>
          <w:szCs w:val="26"/>
          <w:rtl/>
        </w:rPr>
        <w:t xml:space="preserve"> بأندونيسيا،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ويأتي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هذا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الاستبيان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ضمن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متطلبات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دراسة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علمية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تسعى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إلى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تحليل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مدى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إسهام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التطبيقات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الرقمية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تطوير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المهارات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اللغوية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الأربع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لدى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المتعلمين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غير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الناطقين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باللغة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العربية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،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وهي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: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الاستماع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،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والمحادثة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،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والقراءة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،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والكتابة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>.</w:t>
      </w:r>
      <w:r w:rsidRPr="00596EA5">
        <w:rPr>
          <w:rFonts w:ascii="Sakkal Majalla" w:hAnsi="Sakkal Majalla" w:cs="Sakkal Majalla"/>
          <w:sz w:val="26"/>
          <w:szCs w:val="26"/>
        </w:rPr>
        <w:br/>
        <w:t xml:space="preserve">إن مشاركتكم في هذا الاستبيان تُعد عنصرًا مهمًا في إنجاح الدراسة؛ لما تقدّمونه من معلومات موضوعية تسهم في تطوير البرامج التعليمية وتحسين جودة تعلم اللغة العربية لغير الناطقين بها عبر التقنيات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الحديثة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br/>
        <w:t xml:space="preserve">ويؤكد الباحث أن جميع المعلومات الواردة في إجاباتكم ستُستخدم لأغراض البحث العلمي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فقط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،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وستُعامل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بسرية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596EA5">
        <w:rPr>
          <w:rFonts w:ascii="Sakkal Majalla" w:hAnsi="Sakkal Majalla" w:cs="Sakkal Majalla"/>
          <w:sz w:val="26"/>
          <w:szCs w:val="26"/>
        </w:rPr>
        <w:t>تامة</w:t>
      </w:r>
      <w:proofErr w:type="spellEnd"/>
      <w:r w:rsidRPr="00596EA5">
        <w:rPr>
          <w:rFonts w:ascii="Sakkal Majalla" w:hAnsi="Sakkal Majalla" w:cs="Sakkal Majalla"/>
          <w:sz w:val="26"/>
          <w:szCs w:val="26"/>
        </w:rPr>
        <w:br/>
      </w:r>
      <w:r w:rsidR="00432942" w:rsidRPr="00596EA5">
        <w:rPr>
          <w:rFonts w:ascii="Sakkal Majalla" w:hAnsi="Sakkal Majalla" w:cs="Sakkal Majalla"/>
          <w:sz w:val="26"/>
          <w:szCs w:val="26"/>
          <w:rtl/>
        </w:rPr>
        <w:br/>
      </w:r>
      <w:r w:rsidR="00432942" w:rsidRPr="00596EA5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ثانيا: </w:t>
      </w:r>
      <w:r w:rsidR="00B776F7" w:rsidRPr="00596EA5">
        <w:rPr>
          <w:rFonts w:ascii="Sakkal Majalla" w:hAnsi="Sakkal Majalla" w:cs="Sakkal Majalla" w:hint="cs"/>
          <w:b/>
          <w:bCs/>
          <w:sz w:val="32"/>
          <w:szCs w:val="32"/>
          <w:rtl/>
        </w:rPr>
        <w:t>أهداف  الدراسة</w:t>
      </w:r>
    </w:p>
    <w:p w14:paraId="17C6EBB5" w14:textId="77777777" w:rsidR="00B776F7" w:rsidRDefault="00B776F7" w:rsidP="00B776F7">
      <w:pPr>
        <w:pStyle w:val="ListParagraph"/>
        <w:numPr>
          <w:ilvl w:val="0"/>
          <w:numId w:val="17"/>
        </w:numPr>
        <w:bidi/>
        <w:rPr>
          <w:rFonts w:ascii="Sakkal Majalla" w:hAnsi="Sakkal Majalla" w:cs="Sakkal Majalla"/>
          <w:sz w:val="26"/>
          <w:szCs w:val="26"/>
        </w:rPr>
      </w:pPr>
      <w:proofErr w:type="spellStart"/>
      <w:r w:rsidRPr="00B776F7">
        <w:rPr>
          <w:rFonts w:ascii="Sakkal Majalla" w:hAnsi="Sakkal Majalla" w:cs="Sakkal Majalla"/>
          <w:sz w:val="26"/>
          <w:szCs w:val="26"/>
        </w:rPr>
        <w:t>قياس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دور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التطبيقات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الرقمية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السعودية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–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وتحديدًا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تطبيق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علمني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العربية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–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تطوير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مهارة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الاستماع</w:t>
      </w:r>
      <w:proofErr w:type="spellEnd"/>
      <w:r>
        <w:rPr>
          <w:rFonts w:ascii="Sakkal Majalla" w:hAnsi="Sakkal Majalla" w:cs="Sakkal Majalla" w:hint="cs"/>
          <w:sz w:val="26"/>
          <w:szCs w:val="26"/>
          <w:rtl/>
        </w:rPr>
        <w:t xml:space="preserve"> </w:t>
      </w:r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لدى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المتعلمين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غير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الناطقين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بالعربية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معهد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="00000000" w:rsidRPr="00B776F7">
        <w:rPr>
          <w:rFonts w:ascii="Sakkal Majalla" w:hAnsi="Sakkal Majalla" w:cs="Sakkal Majalla"/>
          <w:sz w:val="26"/>
          <w:szCs w:val="26"/>
        </w:rPr>
        <w:t>البر</w:t>
      </w:r>
      <w:proofErr w:type="spellEnd"/>
      <w:r w:rsidR="00000000" w:rsidRPr="00B776F7">
        <w:rPr>
          <w:rFonts w:ascii="Sakkal Majalla" w:hAnsi="Sakkal Majalla" w:cs="Sakkal Majalla"/>
          <w:sz w:val="26"/>
          <w:szCs w:val="26"/>
        </w:rPr>
        <w:t>.</w:t>
      </w:r>
    </w:p>
    <w:p w14:paraId="625C5E46" w14:textId="7989B92A" w:rsidR="00B776F7" w:rsidRDefault="00B776F7" w:rsidP="00B776F7">
      <w:pPr>
        <w:pStyle w:val="ListParagraph"/>
        <w:numPr>
          <w:ilvl w:val="0"/>
          <w:numId w:val="17"/>
        </w:numPr>
        <w:bidi/>
        <w:rPr>
          <w:rFonts w:ascii="Sakkal Majalla" w:hAnsi="Sakkal Majalla" w:cs="Sakkal Majalla"/>
          <w:sz w:val="26"/>
          <w:szCs w:val="26"/>
        </w:rPr>
      </w:pPr>
      <w:r>
        <w:rPr>
          <w:rFonts w:ascii="Sakkal Majalla" w:hAnsi="Sakkal Majalla" w:cs="Sakkal Majalla" w:hint="cs"/>
          <w:sz w:val="26"/>
          <w:szCs w:val="26"/>
          <w:rtl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التعرف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على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مدى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تأثير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التطبيق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تنمية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مهارة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المحادثة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لدى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المتعلمين</w:t>
      </w:r>
      <w:proofErr w:type="spellEnd"/>
    </w:p>
    <w:p w14:paraId="1385AC27" w14:textId="77777777" w:rsidR="00B776F7" w:rsidRDefault="00B776F7" w:rsidP="00B776F7">
      <w:pPr>
        <w:pStyle w:val="ListParagraph"/>
        <w:numPr>
          <w:ilvl w:val="0"/>
          <w:numId w:val="17"/>
        </w:numPr>
        <w:bidi/>
        <w:rPr>
          <w:rFonts w:ascii="Sakkal Majalla" w:hAnsi="Sakkal Majalla" w:cs="Sakkal Majalla"/>
          <w:sz w:val="26"/>
          <w:szCs w:val="26"/>
        </w:rPr>
      </w:pPr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تحليل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إسهام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التطبيق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تعزيز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مهارة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القراءة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وتطوير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الفهم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القرائي</w:t>
      </w:r>
      <w:proofErr w:type="spellEnd"/>
    </w:p>
    <w:p w14:paraId="0C2B44A5" w14:textId="77777777" w:rsidR="00EC2283" w:rsidRDefault="00B776F7" w:rsidP="00B776F7">
      <w:pPr>
        <w:pStyle w:val="ListParagraph"/>
        <w:numPr>
          <w:ilvl w:val="0"/>
          <w:numId w:val="17"/>
        </w:numPr>
        <w:bidi/>
        <w:rPr>
          <w:rFonts w:ascii="Sakkal Majalla" w:hAnsi="Sakkal Majalla" w:cs="Sakkal Majalla"/>
          <w:sz w:val="26"/>
          <w:szCs w:val="26"/>
        </w:rPr>
      </w:pPr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دراسة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دور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التطبيق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تحسين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مهارة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الكتابة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لدى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المتعلمين</w:t>
      </w:r>
      <w:proofErr w:type="spellEnd"/>
    </w:p>
    <w:p w14:paraId="33A7F316" w14:textId="50D2F4AD" w:rsidR="00281CD0" w:rsidRPr="00B776F7" w:rsidRDefault="00EC2283" w:rsidP="00EC2283">
      <w:pPr>
        <w:pStyle w:val="ListParagraph"/>
        <w:numPr>
          <w:ilvl w:val="0"/>
          <w:numId w:val="17"/>
        </w:numPr>
        <w:bidi/>
        <w:rPr>
          <w:rFonts w:ascii="Sakkal Majalla" w:hAnsi="Sakkal Majalla" w:cs="Sakkal Majalla"/>
          <w:sz w:val="26"/>
          <w:szCs w:val="26"/>
        </w:rPr>
      </w:pPr>
      <w:proofErr w:type="spellStart"/>
      <w:r w:rsidRPr="00B776F7">
        <w:rPr>
          <w:rFonts w:ascii="Sakkal Majalla" w:hAnsi="Sakkal Majalla" w:cs="Sakkal Majalla"/>
          <w:sz w:val="26"/>
          <w:szCs w:val="26"/>
        </w:rPr>
        <w:t>توفير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بيانات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كمية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تمكّن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الباحث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من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إجراء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التحليلات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الإحصائية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المناسبة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باستخدام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مقياس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ليكرت</w:t>
      </w:r>
      <w:proofErr w:type="spellEnd"/>
      <w:r w:rsidRPr="00B776F7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B776F7">
        <w:rPr>
          <w:rFonts w:ascii="Sakkal Majalla" w:hAnsi="Sakkal Majalla" w:cs="Sakkal Majalla"/>
          <w:sz w:val="26"/>
          <w:szCs w:val="26"/>
        </w:rPr>
        <w:t>الخماسي</w:t>
      </w:r>
      <w:proofErr w:type="spellEnd"/>
      <w:r>
        <w:rPr>
          <w:rFonts w:ascii="Sakkal Majalla" w:hAnsi="Sakkal Majalla" w:cs="Sakkal Majalla" w:hint="cs"/>
          <w:sz w:val="26"/>
          <w:szCs w:val="26"/>
          <w:rtl/>
        </w:rPr>
        <w:t>.</w:t>
      </w:r>
      <w:r w:rsidR="00000000" w:rsidRPr="00B776F7">
        <w:rPr>
          <w:rFonts w:ascii="Sakkal Majalla" w:hAnsi="Sakkal Majalla" w:cs="Sakkal Majalla"/>
          <w:sz w:val="26"/>
          <w:szCs w:val="26"/>
        </w:rPr>
        <w:br/>
      </w:r>
    </w:p>
    <w:p w14:paraId="6F7772E3" w14:textId="52609063" w:rsidR="00955EB9" w:rsidRPr="00596EA5" w:rsidRDefault="00596EA5" w:rsidP="00955EB9">
      <w:pPr>
        <w:bidi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6EA5">
        <w:rPr>
          <w:rFonts w:ascii="Sakkal Majalla" w:hAnsi="Sakkal Majalla" w:cs="Sakkal Majalla"/>
          <w:b/>
          <w:bCs/>
          <w:sz w:val="32"/>
          <w:szCs w:val="32"/>
          <w:rtl/>
        </w:rPr>
        <w:t>ثالثا:أهمية الدراسة</w:t>
      </w:r>
    </w:p>
    <w:p w14:paraId="40CF5FE9" w14:textId="665446A5" w:rsidR="00955EB9" w:rsidRPr="00955EB9" w:rsidRDefault="00955EB9" w:rsidP="00955EB9">
      <w:pPr>
        <w:pStyle w:val="ListParagraph"/>
        <w:numPr>
          <w:ilvl w:val="0"/>
          <w:numId w:val="18"/>
        </w:numPr>
        <w:bidi/>
        <w:rPr>
          <w:rFonts w:ascii="Sakkal Majalla" w:hAnsi="Sakkal Majalla" w:cs="Sakkal Majalla"/>
          <w:sz w:val="26"/>
          <w:szCs w:val="26"/>
          <w:rtl/>
        </w:rPr>
      </w:pPr>
      <w:proofErr w:type="spellStart"/>
      <w:r w:rsidRPr="00955EB9">
        <w:rPr>
          <w:rFonts w:ascii="Sakkal Majalla" w:hAnsi="Sakkal Majalla" w:cs="Sakkal Majalla"/>
          <w:sz w:val="26"/>
          <w:szCs w:val="26"/>
        </w:rPr>
        <w:t>يساهم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توفير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بيانات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علمية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دقيقة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حول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فعالية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التطبيقات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الرقمية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السعودية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مجال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تعليم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اللغة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العربية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r w:rsidR="003369BD">
        <w:rPr>
          <w:rFonts w:ascii="Sakkal Majalla" w:hAnsi="Sakkal Majalla" w:cs="Sakkal Majalla" w:hint="cs"/>
          <w:sz w:val="26"/>
          <w:szCs w:val="26"/>
          <w:rtl/>
        </w:rPr>
        <w:t xml:space="preserve"> لغير الناطقين بها.</w:t>
      </w:r>
    </w:p>
    <w:p w14:paraId="00B9805A" w14:textId="05C93219" w:rsidR="00955EB9" w:rsidRPr="00955EB9" w:rsidRDefault="00955EB9" w:rsidP="00955EB9">
      <w:pPr>
        <w:pStyle w:val="ListParagraph"/>
        <w:numPr>
          <w:ilvl w:val="0"/>
          <w:numId w:val="18"/>
        </w:numPr>
        <w:bidi/>
      </w:pPr>
      <w:proofErr w:type="spellStart"/>
      <w:r w:rsidRPr="00955EB9">
        <w:rPr>
          <w:rFonts w:ascii="Sakkal Majalla" w:hAnsi="Sakkal Majalla" w:cs="Sakkal Majalla"/>
          <w:sz w:val="26"/>
          <w:szCs w:val="26"/>
        </w:rPr>
        <w:t>يسهم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تحسين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ممارسات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تعليم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اللغة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العربية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المعاهد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والجامعات</w:t>
      </w:r>
      <w:proofErr w:type="spellEnd"/>
      <w:r w:rsidR="003369BD">
        <w:rPr>
          <w:rFonts w:ascii="Sakkal Majalla" w:hAnsi="Sakkal Majalla" w:cs="Sakkal Majalla" w:hint="cs"/>
          <w:sz w:val="26"/>
          <w:szCs w:val="26"/>
          <w:rtl/>
        </w:rPr>
        <w:t>.</w:t>
      </w:r>
    </w:p>
    <w:p w14:paraId="58847EA6" w14:textId="12938D47" w:rsidR="00955EB9" w:rsidRPr="00955EB9" w:rsidRDefault="00955EB9" w:rsidP="00955EB9">
      <w:pPr>
        <w:pStyle w:val="ListParagraph"/>
        <w:numPr>
          <w:ilvl w:val="0"/>
          <w:numId w:val="18"/>
        </w:numPr>
        <w:bidi/>
      </w:pPr>
      <w:proofErr w:type="spellStart"/>
      <w:r w:rsidRPr="00955EB9">
        <w:rPr>
          <w:rFonts w:ascii="Sakkal Majalla" w:hAnsi="Sakkal Majalla" w:cs="Sakkal Majalla"/>
          <w:sz w:val="26"/>
          <w:szCs w:val="26"/>
        </w:rPr>
        <w:t>يساعد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تطوير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البرامج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التعليمية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القائمة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على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التقنيات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الحديثة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بما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يتناسب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مع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الاتجاهات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التربوية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المعاصرة</w:t>
      </w:r>
      <w:proofErr w:type="spellEnd"/>
      <w:r w:rsidR="003369BD">
        <w:rPr>
          <w:rFonts w:ascii="Sakkal Majalla" w:hAnsi="Sakkal Majalla" w:cs="Sakkal Majalla" w:hint="cs"/>
          <w:sz w:val="26"/>
          <w:szCs w:val="26"/>
          <w:rtl/>
        </w:rPr>
        <w:t>.</w:t>
      </w:r>
    </w:p>
    <w:p w14:paraId="72453361" w14:textId="3C3A31D6" w:rsidR="005B158F" w:rsidRPr="005B158F" w:rsidRDefault="00955EB9" w:rsidP="00955EB9">
      <w:pPr>
        <w:pStyle w:val="ListParagraph"/>
        <w:numPr>
          <w:ilvl w:val="0"/>
          <w:numId w:val="18"/>
        </w:numPr>
        <w:bidi/>
      </w:pPr>
      <w:proofErr w:type="spellStart"/>
      <w:r w:rsidRPr="00955EB9">
        <w:rPr>
          <w:rFonts w:ascii="Sakkal Majalla" w:hAnsi="Sakkal Majalla" w:cs="Sakkal Majalla"/>
          <w:sz w:val="26"/>
          <w:szCs w:val="26"/>
        </w:rPr>
        <w:lastRenderedPageBreak/>
        <w:t>يمكّن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الباحث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من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تقديم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توصيات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علمية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حول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تنمية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المهارات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اللغوية</w:t>
      </w:r>
      <w:proofErr w:type="spellEnd"/>
      <w:r w:rsidR="003369BD">
        <w:rPr>
          <w:rFonts w:ascii="Sakkal Majalla" w:hAnsi="Sakkal Majalla" w:cs="Sakkal Majalla" w:hint="cs"/>
          <w:sz w:val="26"/>
          <w:szCs w:val="26"/>
          <w:rtl/>
        </w:rPr>
        <w:t>.</w:t>
      </w:r>
    </w:p>
    <w:p w14:paraId="7161BBA0" w14:textId="7A3FED23" w:rsidR="00596EA5" w:rsidRPr="00596EA5" w:rsidRDefault="005B158F" w:rsidP="005B158F">
      <w:pPr>
        <w:pStyle w:val="ListParagraph"/>
        <w:numPr>
          <w:ilvl w:val="0"/>
          <w:numId w:val="18"/>
        </w:numPr>
        <w:bidi/>
      </w:pPr>
      <w:proofErr w:type="spellStart"/>
      <w:r w:rsidRPr="00955EB9">
        <w:rPr>
          <w:rFonts w:ascii="Sakkal Majalla" w:hAnsi="Sakkal Majalla" w:cs="Sakkal Majalla"/>
          <w:sz w:val="26"/>
          <w:szCs w:val="26"/>
        </w:rPr>
        <w:t>يدعم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توجهات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المؤسسات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التعليمية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نحو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دمج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التقنيات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التعليمية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في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تدريس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مهارات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اللغة</w:t>
      </w:r>
      <w:proofErr w:type="spellEnd"/>
      <w:r w:rsidRPr="00955EB9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955EB9">
        <w:rPr>
          <w:rFonts w:ascii="Sakkal Majalla" w:hAnsi="Sakkal Majalla" w:cs="Sakkal Majalla"/>
          <w:sz w:val="26"/>
          <w:szCs w:val="26"/>
        </w:rPr>
        <w:t>الأربع</w:t>
      </w:r>
      <w:proofErr w:type="spellEnd"/>
      <w:r w:rsidR="00596EA5">
        <w:rPr>
          <w:rFonts w:ascii="Sakkal Majalla" w:hAnsi="Sakkal Majalla" w:cs="Sakkal Majalla" w:hint="cs"/>
          <w:sz w:val="26"/>
          <w:szCs w:val="26"/>
          <w:rtl/>
        </w:rPr>
        <w:t>.</w:t>
      </w:r>
    </w:p>
    <w:p w14:paraId="23FE48D9" w14:textId="77777777" w:rsidR="00596EA5" w:rsidRDefault="00596EA5" w:rsidP="00596EA5">
      <w:pPr>
        <w:pStyle w:val="ListParagraph"/>
        <w:bidi/>
        <w:rPr>
          <w:rFonts w:ascii="Sakkal Majalla" w:hAnsi="Sakkal Majalla" w:cs="Sakkal Majalla"/>
          <w:sz w:val="26"/>
          <w:szCs w:val="26"/>
          <w:rtl/>
        </w:rPr>
      </w:pPr>
    </w:p>
    <w:p w14:paraId="6A8A06FF" w14:textId="77777777" w:rsidR="00596EA5" w:rsidRPr="00596EA5" w:rsidRDefault="00596EA5" w:rsidP="00596EA5">
      <w:pPr>
        <w:pStyle w:val="ListParagraph"/>
        <w:bidi/>
      </w:pPr>
    </w:p>
    <w:p w14:paraId="40488769" w14:textId="2129893C" w:rsidR="00285A01" w:rsidRPr="00596EA5" w:rsidRDefault="00596EA5" w:rsidP="00596EA5">
      <w:pPr>
        <w:bidi/>
        <w:ind w:left="1080" w:hanging="990"/>
        <w:rPr>
          <w:sz w:val="32"/>
          <w:szCs w:val="32"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رابعاً: </w:t>
      </w:r>
      <w:r w:rsidR="00B776F7" w:rsidRPr="00596EA5">
        <w:rPr>
          <w:rFonts w:ascii="Sakkal Majalla" w:hAnsi="Sakkal Majalla" w:cs="Sakkal Majalla" w:hint="cs"/>
          <w:b/>
          <w:bCs/>
          <w:sz w:val="32"/>
          <w:szCs w:val="32"/>
          <w:rtl/>
        </w:rPr>
        <w:t>ت</w:t>
      </w:r>
      <w:r w:rsidR="00285A01" w:rsidRPr="00596EA5">
        <w:rPr>
          <w:rFonts w:ascii="Sakkal Majalla" w:hAnsi="Sakkal Majalla" w:cs="Sakkal Majalla"/>
          <w:b/>
          <w:bCs/>
          <w:sz w:val="32"/>
          <w:szCs w:val="32"/>
          <w:rtl/>
        </w:rPr>
        <w:t>ساؤلات الدراسة (البحث)</w:t>
      </w:r>
    </w:p>
    <w:p w14:paraId="397FA7F4" w14:textId="77777777" w:rsidR="00285A01" w:rsidRPr="00285A01" w:rsidRDefault="00285A01" w:rsidP="00B776F7">
      <w:p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>السؤال الرئيس</w:t>
      </w:r>
      <w:r w:rsidRPr="00285A01">
        <w:rPr>
          <w:rFonts w:ascii="Sakkal Majalla" w:hAnsi="Sakkal Majalla" w:cs="Sakkal Majalla"/>
          <w:sz w:val="26"/>
          <w:szCs w:val="26"/>
        </w:rPr>
        <w:t>:</w:t>
      </w:r>
      <w:r w:rsidRPr="00285A01">
        <w:rPr>
          <w:rFonts w:ascii="Sakkal Majalla" w:hAnsi="Sakkal Majalla" w:cs="Sakkal Majalla"/>
          <w:sz w:val="26"/>
          <w:szCs w:val="26"/>
        </w:rPr>
        <w:br/>
      </w:r>
      <w:r w:rsidRPr="00285A01">
        <w:rPr>
          <w:rFonts w:ascii="Sakkal Majalla" w:hAnsi="Sakkal Majalla" w:cs="Sakkal Majalla"/>
          <w:b/>
          <w:bCs/>
          <w:sz w:val="26"/>
          <w:szCs w:val="26"/>
          <w:rtl/>
        </w:rPr>
        <w:t>ما دور التطبيقات الرقمية السعودية في تسويق تعليم اللغة العربية – تطبيق علمني العربية نموذجًا – في معهد البر؟</w:t>
      </w:r>
    </w:p>
    <w:p w14:paraId="715B0930" w14:textId="77777777" w:rsidR="00285A01" w:rsidRPr="00285A01" w:rsidRDefault="00285A01" w:rsidP="00B776F7">
      <w:p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>ويتفرع منه الأسئلة الآتية</w:t>
      </w:r>
      <w:r w:rsidRPr="00285A01">
        <w:rPr>
          <w:rFonts w:ascii="Sakkal Majalla" w:hAnsi="Sakkal Majalla" w:cs="Sakkal Majalla"/>
          <w:sz w:val="26"/>
          <w:szCs w:val="26"/>
        </w:rPr>
        <w:t>:</w:t>
      </w:r>
    </w:p>
    <w:p w14:paraId="4C7C7691" w14:textId="77777777" w:rsidR="00285A01" w:rsidRPr="00285A01" w:rsidRDefault="00285A01" w:rsidP="00B776F7">
      <w:pPr>
        <w:numPr>
          <w:ilvl w:val="0"/>
          <w:numId w:val="14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 xml:space="preserve">ما دور التطبيقات الرقمية السعودية في تطوير تعلم </w:t>
      </w:r>
      <w:r w:rsidRPr="00285A01">
        <w:rPr>
          <w:rFonts w:ascii="Sakkal Majalla" w:hAnsi="Sakkal Majalla" w:cs="Sakkal Majalla"/>
          <w:b/>
          <w:bCs/>
          <w:sz w:val="26"/>
          <w:szCs w:val="26"/>
          <w:rtl/>
        </w:rPr>
        <w:t>مهارة القراءة</w:t>
      </w:r>
      <w:r w:rsidRPr="00285A01">
        <w:rPr>
          <w:rFonts w:ascii="Sakkal Majalla" w:hAnsi="Sakkal Majalla" w:cs="Sakkal Majalla"/>
          <w:sz w:val="26"/>
          <w:szCs w:val="26"/>
          <w:rtl/>
        </w:rPr>
        <w:t xml:space="preserve"> لغير الناطقين بها بتطبيق علمني العربية نموذجًا؟</w:t>
      </w:r>
    </w:p>
    <w:p w14:paraId="5DDD6387" w14:textId="77777777" w:rsidR="00285A01" w:rsidRPr="00285A01" w:rsidRDefault="00285A01" w:rsidP="00B776F7">
      <w:pPr>
        <w:numPr>
          <w:ilvl w:val="0"/>
          <w:numId w:val="14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 xml:space="preserve">ما دور التطبيقات الرقمية السعودية في تطوير تعلم </w:t>
      </w:r>
      <w:r w:rsidRPr="00285A01">
        <w:rPr>
          <w:rFonts w:ascii="Sakkal Majalla" w:hAnsi="Sakkal Majalla" w:cs="Sakkal Majalla"/>
          <w:b/>
          <w:bCs/>
          <w:sz w:val="26"/>
          <w:szCs w:val="26"/>
          <w:rtl/>
        </w:rPr>
        <w:t>مهارة الكتابة</w:t>
      </w:r>
      <w:r w:rsidRPr="00285A01">
        <w:rPr>
          <w:rFonts w:ascii="Sakkal Majalla" w:hAnsi="Sakkal Majalla" w:cs="Sakkal Majalla"/>
          <w:sz w:val="26"/>
          <w:szCs w:val="26"/>
          <w:rtl/>
        </w:rPr>
        <w:t xml:space="preserve"> لغير الناطقين بها؟</w:t>
      </w:r>
    </w:p>
    <w:p w14:paraId="11401D7E" w14:textId="77777777" w:rsidR="00285A01" w:rsidRPr="00285A01" w:rsidRDefault="00285A01" w:rsidP="00B776F7">
      <w:pPr>
        <w:numPr>
          <w:ilvl w:val="0"/>
          <w:numId w:val="14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 xml:space="preserve">ما دور التطبيقات الرقمية السعودية في تطوير تعلم </w:t>
      </w:r>
      <w:r w:rsidRPr="00285A01">
        <w:rPr>
          <w:rFonts w:ascii="Sakkal Majalla" w:hAnsi="Sakkal Majalla" w:cs="Sakkal Majalla"/>
          <w:b/>
          <w:bCs/>
          <w:sz w:val="26"/>
          <w:szCs w:val="26"/>
          <w:rtl/>
        </w:rPr>
        <w:t>مهارة الاستماع</w:t>
      </w:r>
      <w:r w:rsidRPr="00285A01">
        <w:rPr>
          <w:rFonts w:ascii="Sakkal Majalla" w:hAnsi="Sakkal Majalla" w:cs="Sakkal Majalla"/>
          <w:sz w:val="26"/>
          <w:szCs w:val="26"/>
          <w:rtl/>
        </w:rPr>
        <w:t xml:space="preserve"> لغير الناطقين بها؟</w:t>
      </w:r>
    </w:p>
    <w:p w14:paraId="63B83061" w14:textId="77777777" w:rsidR="00285A01" w:rsidRPr="00285A01" w:rsidRDefault="00285A01" w:rsidP="00B776F7">
      <w:pPr>
        <w:numPr>
          <w:ilvl w:val="0"/>
          <w:numId w:val="14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 xml:space="preserve">ما دور التطبيقات الرقمية السعودية في تطوير تعلم </w:t>
      </w:r>
      <w:r w:rsidRPr="00285A01">
        <w:rPr>
          <w:rFonts w:ascii="Sakkal Majalla" w:hAnsi="Sakkal Majalla" w:cs="Sakkal Majalla"/>
          <w:b/>
          <w:bCs/>
          <w:sz w:val="26"/>
          <w:szCs w:val="26"/>
          <w:rtl/>
        </w:rPr>
        <w:t>مهارة المحادثة</w:t>
      </w:r>
      <w:r w:rsidRPr="00285A01">
        <w:rPr>
          <w:rFonts w:ascii="Sakkal Majalla" w:hAnsi="Sakkal Majalla" w:cs="Sakkal Majalla"/>
          <w:sz w:val="26"/>
          <w:szCs w:val="26"/>
          <w:rtl/>
        </w:rPr>
        <w:t xml:space="preserve"> لغير الناطقين بها؟</w:t>
      </w:r>
    </w:p>
    <w:p w14:paraId="4836474C" w14:textId="77777777" w:rsidR="005B158F" w:rsidRPr="00285A01" w:rsidRDefault="005B158F" w:rsidP="005B158F">
      <w:pPr>
        <w:bidi/>
        <w:rPr>
          <w:rFonts w:ascii="Sakkal Majalla" w:hAnsi="Sakkal Majalla" w:cs="Sakkal Majalla"/>
          <w:sz w:val="26"/>
          <w:szCs w:val="26"/>
        </w:rPr>
      </w:pPr>
    </w:p>
    <w:p w14:paraId="5F5A4378" w14:textId="71127415" w:rsidR="0031380F" w:rsidRPr="00596EA5" w:rsidRDefault="00285A01" w:rsidP="005B158F">
      <w:pPr>
        <w:bidi/>
        <w:jc w:val="center"/>
        <w:rPr>
          <w:rFonts w:ascii="Sakkal Majalla" w:hAnsi="Sakkal Majalla" w:cs="Sakkal Majalla"/>
          <w:b/>
          <w:bCs/>
          <w:sz w:val="44"/>
          <w:szCs w:val="44"/>
          <w:rtl/>
        </w:rPr>
      </w:pPr>
      <w:r w:rsidRPr="00596EA5">
        <w:rPr>
          <w:rFonts w:ascii="Sakkal Majalla" w:hAnsi="Sakkal Majalla" w:cs="Sakkal Majalla" w:hint="cs"/>
          <w:b/>
          <w:bCs/>
          <w:sz w:val="44"/>
          <w:szCs w:val="44"/>
          <w:rtl/>
        </w:rPr>
        <w:t>محاور</w:t>
      </w:r>
      <w:r w:rsidR="00432942" w:rsidRPr="00596EA5">
        <w:rPr>
          <w:rFonts w:ascii="Sakkal Majalla" w:hAnsi="Sakkal Majalla" w:cs="Sakkal Majalla"/>
          <w:b/>
          <w:bCs/>
          <w:sz w:val="44"/>
          <w:szCs w:val="44"/>
          <w:rtl/>
        </w:rPr>
        <w:t xml:space="preserve"> الاستبيان</w:t>
      </w:r>
    </w:p>
    <w:p w14:paraId="65477B45" w14:textId="1C7A1C9F" w:rsidR="00285A01" w:rsidRPr="00285A01" w:rsidRDefault="005B158F" w:rsidP="00B776F7">
      <w:pPr>
        <w:bidi/>
        <w:rPr>
          <w:rFonts w:ascii="Sakkal Majalla" w:hAnsi="Sakkal Majalla" w:cs="Sakkal Majalla"/>
          <w:b/>
          <w:bCs/>
          <w:sz w:val="32"/>
          <w:szCs w:val="32"/>
        </w:rPr>
      </w:pPr>
      <w:r w:rsidRPr="00596EA5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أولاً: </w:t>
      </w:r>
      <w:r w:rsidR="00285A01" w:rsidRPr="00285A01">
        <w:rPr>
          <w:rFonts w:ascii="Sakkal Majalla" w:hAnsi="Sakkal Majalla" w:cs="Sakkal Majalla"/>
          <w:b/>
          <w:bCs/>
          <w:sz w:val="32"/>
          <w:szCs w:val="32"/>
          <w:rtl/>
        </w:rPr>
        <w:t>المتغيرات البحثية</w:t>
      </w:r>
    </w:p>
    <w:p w14:paraId="025100E1" w14:textId="77777777" w:rsidR="00285A01" w:rsidRPr="00285A01" w:rsidRDefault="00285A01" w:rsidP="00B776F7">
      <w:p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>يرتكز هذا الاستبيان على متغيرين رئيسيين في الدراسة</w:t>
      </w:r>
      <w:r w:rsidRPr="00285A01">
        <w:rPr>
          <w:rFonts w:ascii="Sakkal Majalla" w:hAnsi="Sakkal Majalla" w:cs="Sakkal Majalla"/>
          <w:sz w:val="26"/>
          <w:szCs w:val="26"/>
        </w:rPr>
        <w:t>:</w:t>
      </w:r>
    </w:p>
    <w:p w14:paraId="789B600C" w14:textId="7935609E" w:rsidR="00285A01" w:rsidRPr="00285A01" w:rsidRDefault="005B158F" w:rsidP="00B776F7">
      <w:pPr>
        <w:bidi/>
        <w:rPr>
          <w:rFonts w:ascii="Sakkal Majalla" w:hAnsi="Sakkal Majalla" w:cs="Sakkal Majalla"/>
          <w:sz w:val="26"/>
          <w:szCs w:val="26"/>
        </w:rPr>
      </w:pPr>
      <w:r>
        <w:rPr>
          <w:rFonts w:ascii="Sakkal Majalla" w:hAnsi="Sakkal Majalla" w:cs="Sakkal Majalla" w:hint="cs"/>
          <w:b/>
          <w:bCs/>
          <w:sz w:val="26"/>
          <w:szCs w:val="26"/>
          <w:rtl/>
        </w:rPr>
        <w:t>1-</w:t>
      </w:r>
      <w:r w:rsidR="00285A01" w:rsidRPr="00285A0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المتغير المستقل</w:t>
      </w:r>
      <w:r w:rsidR="00285A01" w:rsidRPr="00285A01">
        <w:rPr>
          <w:rFonts w:ascii="Sakkal Majalla" w:hAnsi="Sakkal Majalla" w:cs="Sakkal Majalla"/>
          <w:b/>
          <w:bCs/>
          <w:sz w:val="26"/>
          <w:szCs w:val="26"/>
        </w:rPr>
        <w:t xml:space="preserve"> (Independent Variable):</w:t>
      </w:r>
      <w:r w:rsidR="00285A01" w:rsidRPr="00285A01">
        <w:rPr>
          <w:rFonts w:ascii="Sakkal Majalla" w:hAnsi="Sakkal Majalla" w:cs="Sakkal Majalla"/>
          <w:sz w:val="26"/>
          <w:szCs w:val="26"/>
        </w:rPr>
        <w:br/>
        <w:t xml:space="preserve">• </w:t>
      </w:r>
      <w:r w:rsidR="00285A01" w:rsidRPr="00285A01">
        <w:rPr>
          <w:rFonts w:ascii="Sakkal Majalla" w:hAnsi="Sakkal Majalla" w:cs="Sakkal Majalla"/>
          <w:sz w:val="26"/>
          <w:szCs w:val="26"/>
          <w:rtl/>
        </w:rPr>
        <w:t>التطبيقات الرقمية السعودية – وتحديدًا تطبيق "علمني العربية</w:t>
      </w:r>
      <w:r w:rsidR="00285A01" w:rsidRPr="00285A01">
        <w:rPr>
          <w:rFonts w:ascii="Sakkal Majalla" w:hAnsi="Sakkal Majalla" w:cs="Sakkal Majalla"/>
          <w:sz w:val="26"/>
          <w:szCs w:val="26"/>
        </w:rPr>
        <w:t>".</w:t>
      </w:r>
      <w:r w:rsidR="00285A01" w:rsidRPr="00285A01">
        <w:rPr>
          <w:rFonts w:ascii="Sakkal Majalla" w:hAnsi="Sakkal Majalla" w:cs="Sakkal Majalla"/>
          <w:sz w:val="26"/>
          <w:szCs w:val="26"/>
        </w:rPr>
        <w:br/>
      </w:r>
      <w:r w:rsidR="00285A01" w:rsidRPr="00285A01">
        <w:rPr>
          <w:rFonts w:ascii="Sakkal Majalla" w:hAnsi="Sakkal Majalla" w:cs="Sakkal Majalla"/>
          <w:sz w:val="26"/>
          <w:szCs w:val="26"/>
          <w:rtl/>
        </w:rPr>
        <w:t>ويمثل خصائص التطبيق، واستخدامه، وجودة مكوناته التعليمية والتقنية</w:t>
      </w:r>
      <w:r w:rsidR="00285A01" w:rsidRPr="00285A01">
        <w:rPr>
          <w:rFonts w:ascii="Sakkal Majalla" w:hAnsi="Sakkal Majalla" w:cs="Sakkal Majalla"/>
          <w:sz w:val="26"/>
          <w:szCs w:val="26"/>
        </w:rPr>
        <w:t>.</w:t>
      </w:r>
    </w:p>
    <w:p w14:paraId="7BC0A1EC" w14:textId="4E3BC33B" w:rsidR="00285A01" w:rsidRPr="00285A01" w:rsidRDefault="005B158F" w:rsidP="00B776F7">
      <w:pPr>
        <w:bidi/>
        <w:rPr>
          <w:rFonts w:ascii="Sakkal Majalla" w:hAnsi="Sakkal Majalla" w:cs="Sakkal Majalla"/>
          <w:sz w:val="26"/>
          <w:szCs w:val="26"/>
        </w:rPr>
      </w:pPr>
      <w:r>
        <w:rPr>
          <w:rFonts w:ascii="Sakkal Majalla" w:hAnsi="Sakkal Majalla" w:cs="Sakkal Majalla" w:hint="cs"/>
          <w:b/>
          <w:bCs/>
          <w:sz w:val="26"/>
          <w:szCs w:val="26"/>
          <w:rtl/>
        </w:rPr>
        <w:t>2-</w:t>
      </w:r>
      <w:r w:rsidR="00285A01" w:rsidRPr="00285A01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المتغير التابع</w:t>
      </w:r>
      <w:r w:rsidR="00285A01" w:rsidRPr="00285A01">
        <w:rPr>
          <w:rFonts w:ascii="Sakkal Majalla" w:hAnsi="Sakkal Majalla" w:cs="Sakkal Majalla"/>
          <w:b/>
          <w:bCs/>
          <w:sz w:val="26"/>
          <w:szCs w:val="26"/>
        </w:rPr>
        <w:t xml:space="preserve"> (Dependent Variable):</w:t>
      </w:r>
      <w:r w:rsidR="00285A01" w:rsidRPr="00285A01">
        <w:rPr>
          <w:rFonts w:ascii="Sakkal Majalla" w:hAnsi="Sakkal Majalla" w:cs="Sakkal Majalla"/>
          <w:sz w:val="26"/>
          <w:szCs w:val="26"/>
        </w:rPr>
        <w:br/>
        <w:t xml:space="preserve">• </w:t>
      </w:r>
      <w:r w:rsidR="00285A01" w:rsidRPr="00285A01">
        <w:rPr>
          <w:rFonts w:ascii="Sakkal Majalla" w:hAnsi="Sakkal Majalla" w:cs="Sakkal Majalla"/>
          <w:sz w:val="26"/>
          <w:szCs w:val="26"/>
          <w:rtl/>
        </w:rPr>
        <w:t>تنمية المهارات اللغوية الأربع لدى المتعلمين غير الناطقين بالعربية، وهي</w:t>
      </w:r>
      <w:r w:rsidR="00285A01" w:rsidRPr="00285A01">
        <w:rPr>
          <w:rFonts w:ascii="Sakkal Majalla" w:hAnsi="Sakkal Majalla" w:cs="Sakkal Majalla"/>
          <w:sz w:val="26"/>
          <w:szCs w:val="26"/>
        </w:rPr>
        <w:t>:</w:t>
      </w:r>
    </w:p>
    <w:p w14:paraId="2810CB5A" w14:textId="77777777" w:rsidR="00285A01" w:rsidRPr="00285A01" w:rsidRDefault="00285A01" w:rsidP="00B776F7">
      <w:pPr>
        <w:numPr>
          <w:ilvl w:val="0"/>
          <w:numId w:val="15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>مهارة الاستماع</w:t>
      </w:r>
    </w:p>
    <w:p w14:paraId="275615D6" w14:textId="77777777" w:rsidR="00285A01" w:rsidRPr="00285A01" w:rsidRDefault="00285A01" w:rsidP="00B776F7">
      <w:pPr>
        <w:numPr>
          <w:ilvl w:val="0"/>
          <w:numId w:val="15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lastRenderedPageBreak/>
        <w:t>مهارة المحادثة</w:t>
      </w:r>
    </w:p>
    <w:p w14:paraId="2C9079ED" w14:textId="77777777" w:rsidR="00285A01" w:rsidRPr="00285A01" w:rsidRDefault="00285A01" w:rsidP="00B776F7">
      <w:pPr>
        <w:numPr>
          <w:ilvl w:val="0"/>
          <w:numId w:val="15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>مهارة القراءة</w:t>
      </w:r>
    </w:p>
    <w:p w14:paraId="3DA24201" w14:textId="77777777" w:rsidR="00285A01" w:rsidRPr="00285A01" w:rsidRDefault="00285A01" w:rsidP="00B776F7">
      <w:pPr>
        <w:numPr>
          <w:ilvl w:val="0"/>
          <w:numId w:val="15"/>
        </w:numPr>
        <w:bidi/>
        <w:rPr>
          <w:rFonts w:ascii="Sakkal Majalla" w:hAnsi="Sakkal Majalla" w:cs="Sakkal Majalla"/>
          <w:sz w:val="26"/>
          <w:szCs w:val="26"/>
        </w:rPr>
      </w:pPr>
      <w:r w:rsidRPr="00285A01">
        <w:rPr>
          <w:rFonts w:ascii="Sakkal Majalla" w:hAnsi="Sakkal Majalla" w:cs="Sakkal Majalla"/>
          <w:sz w:val="26"/>
          <w:szCs w:val="26"/>
          <w:rtl/>
        </w:rPr>
        <w:t>مهارة الكتابة</w:t>
      </w:r>
    </w:p>
    <w:p w14:paraId="337725FC" w14:textId="77777777" w:rsidR="005B158F" w:rsidRPr="00596EA5" w:rsidRDefault="005B158F" w:rsidP="00B776F7">
      <w:pPr>
        <w:bidi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6EA5">
        <w:rPr>
          <w:rFonts w:ascii="Sakkal Majalla" w:hAnsi="Sakkal Majalla" w:cs="Sakkal Majalla" w:hint="cs"/>
          <w:b/>
          <w:bCs/>
          <w:sz w:val="32"/>
          <w:szCs w:val="32"/>
          <w:rtl/>
        </w:rPr>
        <w:t>ثانياً: البيانات الديموغرافية</w:t>
      </w:r>
    </w:p>
    <w:p w14:paraId="4E1745EB" w14:textId="1338D871" w:rsidR="00285A01" w:rsidRPr="00285A01" w:rsidRDefault="005B158F" w:rsidP="005B158F">
      <w:pPr>
        <w:bidi/>
        <w:rPr>
          <w:rFonts w:ascii="Sakkal Majalla" w:hAnsi="Sakkal Majalla" w:cs="Sakkal Majalla"/>
          <w:sz w:val="26"/>
          <w:szCs w:val="26"/>
          <w:rtl/>
        </w:rPr>
      </w:pPr>
      <w:r>
        <w:rPr>
          <w:rFonts w:ascii="Sakkal Majalla" w:hAnsi="Sakkal Majalla" w:cs="Sakkal Majalla" w:hint="cs"/>
          <w:sz w:val="26"/>
          <w:szCs w:val="26"/>
          <w:rtl/>
        </w:rPr>
        <w:t xml:space="preserve"> </w:t>
      </w:r>
      <w:r w:rsidR="002F64BB">
        <w:rPr>
          <w:rFonts w:ascii="Sakkal Majalla" w:hAnsi="Sakkal Majalla" w:cs="Sakkal Majalla" w:hint="cs"/>
          <w:sz w:val="26"/>
          <w:szCs w:val="26"/>
          <w:rtl/>
        </w:rPr>
        <w:t xml:space="preserve">1-العمر 2-الجنس 3- اللغة الأم 4- عدد </w:t>
      </w:r>
      <w:r>
        <w:rPr>
          <w:rFonts w:ascii="Sakkal Majalla" w:hAnsi="Sakkal Majalla" w:cs="Sakkal Majalla" w:hint="cs"/>
          <w:sz w:val="26"/>
          <w:szCs w:val="26"/>
          <w:rtl/>
        </w:rPr>
        <w:t xml:space="preserve"> ساعات استخدام تطبيق علمني العربية، المستوى اللغوي " مبتدئ، متوسط، متقدم"</w:t>
      </w:r>
    </w:p>
    <w:p w14:paraId="0B90000A" w14:textId="3742F298" w:rsidR="00281CD0" w:rsidRPr="005B158F" w:rsidRDefault="00432942" w:rsidP="005B158F">
      <w:pPr>
        <w:bidi/>
        <w:rPr>
          <w:rFonts w:ascii="Sakkal Majalla" w:hAnsi="Sakkal Majalla" w:cs="Sakkal Majalla"/>
          <w:b/>
          <w:bCs/>
          <w:sz w:val="26"/>
          <w:szCs w:val="26"/>
        </w:rPr>
      </w:pPr>
      <w:r w:rsidRPr="005B158F">
        <w:rPr>
          <w:rFonts w:ascii="Sakkal Majalla" w:hAnsi="Sakkal Majalla" w:cs="Sakkal Majalla"/>
          <w:b/>
          <w:bCs/>
          <w:sz w:val="26"/>
          <w:szCs w:val="26"/>
          <w:rtl/>
        </w:rPr>
        <w:t xml:space="preserve">ثانيا: </w:t>
      </w:r>
      <w:r w:rsidR="00000000" w:rsidRPr="005B158F">
        <w:rPr>
          <w:rFonts w:ascii="Sakkal Majalla" w:hAnsi="Sakkal Majalla" w:cs="Sakkal Majalla"/>
          <w:b/>
          <w:bCs/>
          <w:sz w:val="26"/>
          <w:szCs w:val="26"/>
        </w:rPr>
        <w:t xml:space="preserve">: </w:t>
      </w:r>
      <w:proofErr w:type="spellStart"/>
      <w:r w:rsidR="00000000" w:rsidRPr="005B158F">
        <w:rPr>
          <w:rFonts w:ascii="Sakkal Majalla" w:hAnsi="Sakkal Majalla" w:cs="Sakkal Majalla"/>
          <w:b/>
          <w:bCs/>
          <w:sz w:val="26"/>
          <w:szCs w:val="26"/>
        </w:rPr>
        <w:t>طريقة</w:t>
      </w:r>
      <w:proofErr w:type="spellEnd"/>
      <w:r w:rsidR="00000000" w:rsidRPr="005B158F">
        <w:rPr>
          <w:rFonts w:ascii="Sakkal Majalla" w:hAnsi="Sakkal Majalla" w:cs="Sakkal Majalla"/>
          <w:b/>
          <w:bCs/>
          <w:sz w:val="26"/>
          <w:szCs w:val="26"/>
        </w:rPr>
        <w:t xml:space="preserve"> </w:t>
      </w:r>
      <w:proofErr w:type="spellStart"/>
      <w:r w:rsidR="00000000" w:rsidRPr="005B158F">
        <w:rPr>
          <w:rFonts w:ascii="Sakkal Majalla" w:hAnsi="Sakkal Majalla" w:cs="Sakkal Majalla"/>
          <w:b/>
          <w:bCs/>
          <w:sz w:val="26"/>
          <w:szCs w:val="26"/>
        </w:rPr>
        <w:t>الإجابة</w:t>
      </w:r>
      <w:proofErr w:type="spellEnd"/>
      <w:r w:rsidR="00000000" w:rsidRPr="005B158F">
        <w:rPr>
          <w:rFonts w:ascii="Sakkal Majalla" w:hAnsi="Sakkal Majalla" w:cs="Sakkal Majalla"/>
          <w:b/>
          <w:bCs/>
          <w:sz w:val="26"/>
          <w:szCs w:val="26"/>
        </w:rPr>
        <w:t xml:space="preserve"> – مقياس ليكرت الخماسي</w:t>
      </w:r>
    </w:p>
    <w:p w14:paraId="63A0C95E" w14:textId="77777777" w:rsidR="00432942" w:rsidRPr="00285A01" w:rsidRDefault="00000000" w:rsidP="00B776F7">
      <w:pPr>
        <w:bidi/>
        <w:rPr>
          <w:rFonts w:ascii="Sakkal Majalla" w:hAnsi="Sakkal Majalla" w:cs="Sakkal Majalla"/>
          <w:sz w:val="26"/>
          <w:szCs w:val="26"/>
          <w:rtl/>
        </w:rPr>
      </w:pPr>
      <w:r w:rsidRPr="00285A01">
        <w:rPr>
          <w:rFonts w:ascii="Sakkal Majalla" w:hAnsi="Sakkal Majalla" w:cs="Sakkal Majalla"/>
          <w:sz w:val="26"/>
          <w:szCs w:val="26"/>
        </w:rPr>
        <w:t>5 = أوافق بشدة</w:t>
      </w:r>
      <w:r w:rsidRPr="00285A01">
        <w:rPr>
          <w:rFonts w:ascii="Sakkal Majalla" w:hAnsi="Sakkal Majalla" w:cs="Sakkal Majalla"/>
          <w:sz w:val="26"/>
          <w:szCs w:val="26"/>
        </w:rPr>
        <w:br/>
        <w:t>4 = أوافق</w:t>
      </w:r>
      <w:r w:rsidRPr="00285A01">
        <w:rPr>
          <w:rFonts w:ascii="Sakkal Majalla" w:hAnsi="Sakkal Majalla" w:cs="Sakkal Majalla"/>
          <w:sz w:val="26"/>
          <w:szCs w:val="26"/>
        </w:rPr>
        <w:br/>
        <w:t>3 = محايد</w:t>
      </w:r>
      <w:r w:rsidRPr="00285A01">
        <w:rPr>
          <w:rFonts w:ascii="Sakkal Majalla" w:hAnsi="Sakkal Majalla" w:cs="Sakkal Majalla"/>
          <w:sz w:val="26"/>
          <w:szCs w:val="26"/>
        </w:rPr>
        <w:br/>
        <w:t>2 = لا أوافق</w:t>
      </w:r>
      <w:r w:rsidRPr="00285A01">
        <w:rPr>
          <w:rFonts w:ascii="Sakkal Majalla" w:hAnsi="Sakkal Majalla" w:cs="Sakkal Majalla"/>
          <w:sz w:val="26"/>
          <w:szCs w:val="26"/>
        </w:rPr>
        <w:br/>
        <w:t xml:space="preserve">1 = </w:t>
      </w:r>
      <w:proofErr w:type="spellStart"/>
      <w:r w:rsidRPr="00285A01">
        <w:rPr>
          <w:rFonts w:ascii="Sakkal Majalla" w:hAnsi="Sakkal Majalla" w:cs="Sakkal Majalla"/>
          <w:sz w:val="26"/>
          <w:szCs w:val="26"/>
        </w:rPr>
        <w:t>لا</w:t>
      </w:r>
      <w:proofErr w:type="spellEnd"/>
      <w:r w:rsidRPr="00285A01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285A01">
        <w:rPr>
          <w:rFonts w:ascii="Sakkal Majalla" w:hAnsi="Sakkal Majalla" w:cs="Sakkal Majalla"/>
          <w:sz w:val="26"/>
          <w:szCs w:val="26"/>
        </w:rPr>
        <w:t>أوافق</w:t>
      </w:r>
      <w:proofErr w:type="spellEnd"/>
      <w:r w:rsidRPr="00285A01">
        <w:rPr>
          <w:rFonts w:ascii="Sakkal Majalla" w:hAnsi="Sakkal Majalla" w:cs="Sakkal Majalla"/>
          <w:sz w:val="26"/>
          <w:szCs w:val="26"/>
        </w:rPr>
        <w:t xml:space="preserve"> </w:t>
      </w:r>
      <w:proofErr w:type="spellStart"/>
      <w:r w:rsidRPr="00285A01">
        <w:rPr>
          <w:rFonts w:ascii="Sakkal Majalla" w:hAnsi="Sakkal Majalla" w:cs="Sakkal Majalla"/>
          <w:sz w:val="26"/>
          <w:szCs w:val="26"/>
        </w:rPr>
        <w:t>بشدة</w:t>
      </w:r>
      <w:proofErr w:type="spellEnd"/>
    </w:p>
    <w:p w14:paraId="2AEE05E3" w14:textId="0913028D" w:rsidR="00544574" w:rsidRDefault="00596EA5" w:rsidP="00544574">
      <w:pPr>
        <w:pStyle w:val="Heading3"/>
        <w:bidi/>
        <w:rPr>
          <w:rFonts w:ascii="Sakkal Majalla" w:hAnsi="Sakkal Majalla" w:cs="Sakkal Majalla"/>
          <w:color w:val="auto"/>
          <w:sz w:val="26"/>
          <w:szCs w:val="26"/>
          <w:rtl/>
        </w:rPr>
      </w:pPr>
      <w:r w:rsidRPr="00596EA5">
        <w:rPr>
          <w:rFonts w:ascii="Sakkal Majalla" w:hAnsi="Sakkal Majalla" w:cs="Sakkal Majalla" w:hint="cs"/>
          <w:color w:val="auto"/>
          <w:sz w:val="32"/>
          <w:szCs w:val="32"/>
          <w:rtl/>
        </w:rPr>
        <w:t>ثالثاً: محاور الاستبيان</w:t>
      </w:r>
      <w:r w:rsidR="00432942" w:rsidRPr="00285A01">
        <w:rPr>
          <w:rFonts w:ascii="Sakkal Majalla" w:hAnsi="Sakkal Majalla" w:cs="Sakkal Majalla"/>
          <w:b w:val="0"/>
          <w:bCs w:val="0"/>
          <w:color w:val="auto"/>
          <w:sz w:val="26"/>
          <w:szCs w:val="26"/>
          <w:rtl/>
        </w:rPr>
        <w:br/>
      </w:r>
      <w:r w:rsidR="00432942" w:rsidRPr="00285A01">
        <w:rPr>
          <w:rFonts w:ascii="Sakkal Majalla" w:hAnsi="Sakkal Majalla" w:cs="Sakkal Majalla"/>
          <w:b w:val="0"/>
          <w:bCs w:val="0"/>
          <w:color w:val="auto"/>
          <w:sz w:val="26"/>
          <w:szCs w:val="26"/>
          <w:rtl/>
        </w:rPr>
        <w:br/>
      </w:r>
      <w:r w:rsidR="00A55927" w:rsidRPr="00A55927">
        <w:rPr>
          <w:rFonts w:ascii="Sakkal Majalla" w:hAnsi="Sakkal Majalla" w:cs="Sakkal Majalla"/>
          <w:color w:val="auto"/>
          <w:sz w:val="26"/>
          <w:szCs w:val="26"/>
        </w:rPr>
        <w:t xml:space="preserve">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544574" w14:paraId="4C0C722C" w14:textId="77777777" w:rsidTr="0018584B">
        <w:trPr>
          <w:trHeight w:val="251"/>
        </w:trPr>
        <w:tc>
          <w:tcPr>
            <w:tcW w:w="8630" w:type="dxa"/>
            <w:gridSpan w:val="5"/>
          </w:tcPr>
          <w:p w14:paraId="03B18373" w14:textId="20B70AB8" w:rsidR="00544574" w:rsidRPr="0018584B" w:rsidRDefault="00B009E1" w:rsidP="00B009E1">
            <w:pPr>
              <w:pStyle w:val="Heading3"/>
              <w:bidi/>
              <w:ind w:left="720"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المحور الأول: (متغير تابع)</w:t>
            </w:r>
            <w:r w:rsidRPr="00285A01">
              <w:rPr>
                <w:rFonts w:ascii="Sakkal Majalla" w:hAnsi="Sakkal Majalla" w:cs="Sakkal Majalla"/>
                <w:b w:val="0"/>
                <w:bCs w:val="0"/>
                <w:sz w:val="26"/>
                <w:szCs w:val="26"/>
                <w:rtl/>
              </w:rPr>
              <w:br/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الأبع</w:t>
            </w:r>
            <w:r w:rsidR="002F64BB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 xml:space="preserve">اد: 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 xml:space="preserve"> 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وضوح الصوت – تنوع الأنشطة – تمييز الأصوات – فهم المواقف التواصلية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>.</w:t>
            </w:r>
          </w:p>
        </w:tc>
      </w:tr>
      <w:tr w:rsidR="00B009E1" w14:paraId="090F7E47" w14:textId="77777777" w:rsidTr="00B540F1">
        <w:trPr>
          <w:trHeight w:val="180"/>
        </w:trPr>
        <w:tc>
          <w:tcPr>
            <w:tcW w:w="8630" w:type="dxa"/>
            <w:gridSpan w:val="5"/>
          </w:tcPr>
          <w:p w14:paraId="1A17406E" w14:textId="30ADDF00" w:rsidR="00B009E1" w:rsidRPr="003604CD" w:rsidRDefault="003604CD" w:rsidP="003604CD">
            <w:pPr>
              <w:pStyle w:val="Heading3"/>
              <w:bidi/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</w:pPr>
            <w:r w:rsidRPr="003604CD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1.</w:t>
            </w:r>
            <w:r w:rsidR="00B009E1" w:rsidRPr="003604CD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يساعدني تطبيق علمني العربية على فهم المقاطع الصوتية بسهولة</w:t>
            </w:r>
          </w:p>
        </w:tc>
      </w:tr>
      <w:tr w:rsidR="00B009E1" w14:paraId="096E64F3" w14:textId="77777777" w:rsidTr="00B009E1">
        <w:trPr>
          <w:trHeight w:val="210"/>
        </w:trPr>
        <w:tc>
          <w:tcPr>
            <w:tcW w:w="1726" w:type="dxa"/>
          </w:tcPr>
          <w:p w14:paraId="42E76AC5" w14:textId="61BFD190" w:rsidR="00B009E1" w:rsidRPr="00544574" w:rsidRDefault="00B009E1" w:rsidP="00B009E1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42F7D6EA" w14:textId="16D7730E" w:rsidR="00B009E1" w:rsidRPr="00544574" w:rsidRDefault="00B009E1" w:rsidP="00B009E1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38FCB68F" w14:textId="6265AF95" w:rsidR="00B009E1" w:rsidRPr="00544574" w:rsidRDefault="00B009E1" w:rsidP="00B009E1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51F466D6" w14:textId="720DDC9D" w:rsidR="00B009E1" w:rsidRPr="00544574" w:rsidRDefault="00B009E1" w:rsidP="00B009E1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281A063F" w14:textId="18D56C0C" w:rsidR="00B009E1" w:rsidRPr="00544574" w:rsidRDefault="00B009E1" w:rsidP="00B009E1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B009E1" w14:paraId="26F2504D" w14:textId="77777777" w:rsidTr="00544574">
        <w:trPr>
          <w:trHeight w:val="138"/>
        </w:trPr>
        <w:tc>
          <w:tcPr>
            <w:tcW w:w="1726" w:type="dxa"/>
          </w:tcPr>
          <w:p w14:paraId="66DC7F96" w14:textId="77777777" w:rsidR="00B009E1" w:rsidRPr="00544574" w:rsidRDefault="00B009E1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417845F" w14:textId="77777777" w:rsidR="00B009E1" w:rsidRPr="00544574" w:rsidRDefault="00B009E1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53DF30D" w14:textId="77777777" w:rsidR="00B009E1" w:rsidRPr="00544574" w:rsidRDefault="00B009E1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4A1F897" w14:textId="77777777" w:rsidR="00B009E1" w:rsidRPr="00544574" w:rsidRDefault="00B009E1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4CA7B8B" w14:textId="77777777" w:rsidR="00B009E1" w:rsidRPr="00544574" w:rsidRDefault="00B009E1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73A1A74C" w14:textId="77777777" w:rsidTr="00854895">
        <w:tc>
          <w:tcPr>
            <w:tcW w:w="8630" w:type="dxa"/>
            <w:gridSpan w:val="5"/>
          </w:tcPr>
          <w:p w14:paraId="2EE072D2" w14:textId="17CB3254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3604C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2.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يوفّر التطبيق أنشطة صوتية مناسبة لمستواي</w:t>
            </w:r>
          </w:p>
        </w:tc>
      </w:tr>
      <w:tr w:rsidR="0018584B" w14:paraId="327A5913" w14:textId="77777777" w:rsidTr="00544574">
        <w:tc>
          <w:tcPr>
            <w:tcW w:w="1726" w:type="dxa"/>
          </w:tcPr>
          <w:p w14:paraId="40186C66" w14:textId="7D72AF68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04036C63" w14:textId="33C01C19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1261B196" w14:textId="6C02B389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48E693FE" w14:textId="3EAE8169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0C86292" w14:textId="47A76FB0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35174461" w14:textId="77777777" w:rsidTr="00544574">
        <w:tc>
          <w:tcPr>
            <w:tcW w:w="1726" w:type="dxa"/>
          </w:tcPr>
          <w:p w14:paraId="502B2ADE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318668F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A23429A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5BF192A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F35269D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412F8488" w14:textId="77777777" w:rsidTr="00636409">
        <w:tc>
          <w:tcPr>
            <w:tcW w:w="8630" w:type="dxa"/>
            <w:gridSpan w:val="5"/>
          </w:tcPr>
          <w:p w14:paraId="5A8526D4" w14:textId="6DD7F076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3.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أسهم التطبيق في تحسين قدرتي على تمييز الأصوات والحروف العربية</w:t>
            </w:r>
          </w:p>
        </w:tc>
      </w:tr>
      <w:tr w:rsidR="0018584B" w14:paraId="015C2D9E" w14:textId="77777777" w:rsidTr="00544574">
        <w:tc>
          <w:tcPr>
            <w:tcW w:w="1726" w:type="dxa"/>
          </w:tcPr>
          <w:p w14:paraId="114ACA72" w14:textId="179A8189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7D452412" w14:textId="1D6829C8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6085B8A2" w14:textId="40179C4C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05091910" w14:textId="64D3E3C0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913381B" w14:textId="2FD53C47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36428B84" w14:textId="77777777" w:rsidTr="00544574">
        <w:tc>
          <w:tcPr>
            <w:tcW w:w="1726" w:type="dxa"/>
          </w:tcPr>
          <w:p w14:paraId="246D3B6E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D8D9FF0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D3D7DC7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B0EE8A1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5FF17D8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5C8B8796" w14:textId="77777777" w:rsidTr="003C56BB">
        <w:tc>
          <w:tcPr>
            <w:tcW w:w="8630" w:type="dxa"/>
            <w:gridSpan w:val="5"/>
          </w:tcPr>
          <w:p w14:paraId="60133956" w14:textId="267C7903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4.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يتيح التطبيق إعادة الاستماع مما يسهم في التدريب الذاتي</w:t>
            </w:r>
          </w:p>
        </w:tc>
      </w:tr>
      <w:tr w:rsidR="0018584B" w14:paraId="214BE3FF" w14:textId="77777777" w:rsidTr="00544574">
        <w:tc>
          <w:tcPr>
            <w:tcW w:w="1726" w:type="dxa"/>
          </w:tcPr>
          <w:p w14:paraId="7F4EA8B2" w14:textId="23D9700C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07AAC102" w14:textId="67AC3C7F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3CBB2572" w14:textId="5599C08F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2985755" w14:textId="067D016C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95B5EAC" w14:textId="04AC4D0D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699125C8" w14:textId="77777777" w:rsidTr="00544574">
        <w:tc>
          <w:tcPr>
            <w:tcW w:w="1726" w:type="dxa"/>
          </w:tcPr>
          <w:p w14:paraId="11E163B9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EBB6423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5FD4178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FC57F9F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6BDC73B" w14:textId="77777777" w:rsidR="0018584B" w:rsidRPr="00544574" w:rsidRDefault="0018584B" w:rsidP="00544574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71A60C8D" w14:textId="77777777" w:rsidTr="000546B6">
        <w:tc>
          <w:tcPr>
            <w:tcW w:w="8630" w:type="dxa"/>
            <w:gridSpan w:val="5"/>
          </w:tcPr>
          <w:p w14:paraId="2826C025" w14:textId="246CEEE8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3604C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5.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ألاحظ تطورًا في مهارة الاستماع منذ استخدام التطبيق</w:t>
            </w:r>
          </w:p>
        </w:tc>
      </w:tr>
      <w:tr w:rsidR="0018584B" w14:paraId="4560BC0F" w14:textId="77777777" w:rsidTr="00544574">
        <w:tc>
          <w:tcPr>
            <w:tcW w:w="1726" w:type="dxa"/>
          </w:tcPr>
          <w:p w14:paraId="58FF794E" w14:textId="1FE3F132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5BDD8BB0" w14:textId="06A8CA7B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5D44BD6C" w14:textId="146C96D2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123B3F3" w14:textId="24E2AA5E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1BB3157" w14:textId="26AE94D8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76A716D8" w14:textId="77777777" w:rsidTr="00544574">
        <w:tc>
          <w:tcPr>
            <w:tcW w:w="1726" w:type="dxa"/>
          </w:tcPr>
          <w:p w14:paraId="0A6B48F6" w14:textId="40FA1BEE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0DAB04D" w14:textId="4275EC61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0AA56E2" w14:textId="29D3EE9E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1D3FEEE" w14:textId="5A5C8129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CE7E0C7" w14:textId="72B9BB8A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1DD45281" w14:textId="77777777" w:rsidTr="00111D88">
        <w:tc>
          <w:tcPr>
            <w:tcW w:w="8630" w:type="dxa"/>
            <w:gridSpan w:val="5"/>
          </w:tcPr>
          <w:p w14:paraId="31C997E1" w14:textId="7E65FB0A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3604C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6.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يدعم التطبيق استماعي للمواقف التواصلية الواقعية</w:t>
            </w:r>
          </w:p>
        </w:tc>
      </w:tr>
      <w:tr w:rsidR="0018584B" w14:paraId="1E879C22" w14:textId="77777777" w:rsidTr="00544574">
        <w:tc>
          <w:tcPr>
            <w:tcW w:w="1726" w:type="dxa"/>
          </w:tcPr>
          <w:p w14:paraId="39C4FD27" w14:textId="195903B5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553087AD" w14:textId="06EFE3A4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41D1CEC4" w14:textId="3BFCB67D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28F603A8" w14:textId="68F19DD1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00F6FE54" w14:textId="184054E9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630E2055" w14:textId="77777777" w:rsidTr="00544574">
        <w:tc>
          <w:tcPr>
            <w:tcW w:w="1726" w:type="dxa"/>
          </w:tcPr>
          <w:p w14:paraId="213D5C51" w14:textId="749C23A9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A0B569B" w14:textId="7AD265E6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0066794" w14:textId="7A9680A6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0C0687E" w14:textId="2D358E0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0756770" w14:textId="3FE41CE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4EAA6298" w14:textId="77777777" w:rsidTr="00A37FB4">
        <w:tc>
          <w:tcPr>
            <w:tcW w:w="8630" w:type="dxa"/>
            <w:gridSpan w:val="5"/>
          </w:tcPr>
          <w:p w14:paraId="5EF741F6" w14:textId="40DF5B07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3604C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7.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المحتوى الصوتي واضح وسهل المتابعة</w:t>
            </w:r>
          </w:p>
        </w:tc>
      </w:tr>
      <w:tr w:rsidR="0018584B" w14:paraId="1821CE21" w14:textId="77777777" w:rsidTr="00544574">
        <w:tc>
          <w:tcPr>
            <w:tcW w:w="1726" w:type="dxa"/>
          </w:tcPr>
          <w:p w14:paraId="7B8C292B" w14:textId="59AF1062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4B144990" w14:textId="2C145758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6456E55D" w14:textId="23679959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4AA08A2" w14:textId="58729EA8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3A1A259D" w14:textId="403D7D21" w:rsidR="0018584B" w:rsidRPr="00544574" w:rsidRDefault="0018584B" w:rsidP="0018584B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494CD144" w14:textId="77777777" w:rsidTr="00544574">
        <w:tc>
          <w:tcPr>
            <w:tcW w:w="1726" w:type="dxa"/>
          </w:tcPr>
          <w:p w14:paraId="00F8FF67" w14:textId="061A796A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B6ABEB3" w14:textId="628792E0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922C047" w14:textId="6CF733B5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53754B6" w14:textId="27CFE0FE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6B999C3" w14:textId="68F8B1F5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649C8A3C" w14:textId="77777777" w:rsidTr="00345505">
        <w:tc>
          <w:tcPr>
            <w:tcW w:w="8630" w:type="dxa"/>
            <w:gridSpan w:val="5"/>
          </w:tcPr>
          <w:p w14:paraId="5862E29D" w14:textId="4482BF4D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8.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يسهم التطبيق في تحسين فهمي </w:t>
            </w:r>
            <w:r w:rsidR="002F64B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للغة</w:t>
            </w:r>
            <w:r w:rsidR="0018584B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العربية الفصيحة الواردة في المحتوى</w:t>
            </w:r>
          </w:p>
        </w:tc>
      </w:tr>
      <w:tr w:rsidR="0018584B" w14:paraId="6F4A50B9" w14:textId="77777777" w:rsidTr="00544574">
        <w:tc>
          <w:tcPr>
            <w:tcW w:w="1726" w:type="dxa"/>
          </w:tcPr>
          <w:p w14:paraId="5B91240F" w14:textId="5C0BC6A8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6A214A6F" w14:textId="4AD10342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1A316F40" w14:textId="4F76C7DA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585A571" w14:textId="1ADDDDF9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2328CCEC" w14:textId="4C9962E3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18584B" w14:paraId="0071EE47" w14:textId="77777777" w:rsidTr="00544574">
        <w:tc>
          <w:tcPr>
            <w:tcW w:w="1726" w:type="dxa"/>
          </w:tcPr>
          <w:p w14:paraId="14D3EFAA" w14:textId="7777777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19E1A89" w14:textId="7777777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96CC213" w14:textId="7777777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C5E379B" w14:textId="7777777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58813F1" w14:textId="77777777" w:rsidR="0018584B" w:rsidRPr="00544574" w:rsidRDefault="0018584B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18584B" w14:paraId="3522E194" w14:textId="77777777" w:rsidTr="00477DFA">
        <w:tc>
          <w:tcPr>
            <w:tcW w:w="8630" w:type="dxa"/>
            <w:gridSpan w:val="5"/>
          </w:tcPr>
          <w:p w14:paraId="061D8278" w14:textId="76ECE1B6" w:rsidR="0018584B" w:rsidRPr="003604CD" w:rsidRDefault="003604CD" w:rsidP="003604CD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9.</w:t>
            </w:r>
            <w:r w:rsidR="00B009E1" w:rsidRPr="003604C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ما اقتراحاتك لتطوير مهارة الاستماع في التطبيق</w:t>
            </w:r>
          </w:p>
        </w:tc>
      </w:tr>
      <w:tr w:rsidR="00B009E1" w14:paraId="0A3EB4F8" w14:textId="77777777" w:rsidTr="00611431">
        <w:tc>
          <w:tcPr>
            <w:tcW w:w="8630" w:type="dxa"/>
            <w:gridSpan w:val="5"/>
          </w:tcPr>
          <w:p w14:paraId="3BD234C1" w14:textId="77777777" w:rsidR="00B009E1" w:rsidRPr="00544574" w:rsidRDefault="00B009E1" w:rsidP="0018584B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</w:tbl>
    <w:p w14:paraId="2D6BCF39" w14:textId="77777777" w:rsidR="00544574" w:rsidRPr="00544574" w:rsidRDefault="00544574" w:rsidP="00544574">
      <w:pPr>
        <w:bidi/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EC20A4" w14:paraId="599357DF" w14:textId="77777777" w:rsidTr="007E20DA">
        <w:trPr>
          <w:trHeight w:val="251"/>
        </w:trPr>
        <w:tc>
          <w:tcPr>
            <w:tcW w:w="8630" w:type="dxa"/>
            <w:gridSpan w:val="5"/>
          </w:tcPr>
          <w:p w14:paraId="64EAF892" w14:textId="77777777" w:rsidR="00EC20A4" w:rsidRPr="00A55927" w:rsidRDefault="00EC20A4" w:rsidP="00EC20A4">
            <w:pPr>
              <w:pStyle w:val="Heading3"/>
              <w:bidi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المحور الثاني: مهارة المحادثة (متغير تابع)</w:t>
            </w:r>
          </w:p>
          <w:p w14:paraId="039A82AA" w14:textId="66F1D7D1" w:rsidR="00EC20A4" w:rsidRPr="00EC20A4" w:rsidRDefault="00EC20A4" w:rsidP="00EC20A4">
            <w:pPr>
              <w:pStyle w:val="Heading3"/>
              <w:bidi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الأبعاد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 xml:space="preserve">: </w:t>
            </w:r>
            <w:r w:rsidR="002F64BB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 xml:space="preserve"> 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الطلاقة – النطق – التفاعل – تنمية المفردات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>.</w:t>
            </w:r>
          </w:p>
        </w:tc>
      </w:tr>
      <w:tr w:rsidR="00EC20A4" w14:paraId="61291B65" w14:textId="77777777" w:rsidTr="007E20DA">
        <w:trPr>
          <w:trHeight w:val="180"/>
        </w:trPr>
        <w:tc>
          <w:tcPr>
            <w:tcW w:w="8630" w:type="dxa"/>
            <w:gridSpan w:val="5"/>
          </w:tcPr>
          <w:p w14:paraId="049EF4FC" w14:textId="462E45CF" w:rsidR="00EC20A4" w:rsidRPr="00EC20A4" w:rsidRDefault="00601ED3" w:rsidP="00601ED3">
            <w:pPr>
              <w:pStyle w:val="Heading3"/>
              <w:bidi/>
              <w:rPr>
                <w:rFonts w:ascii="Sakkal Majalla" w:hAnsi="Sakkal Majalla" w:cs="Sakkal Majalla"/>
                <w:b w:val="0"/>
                <w:bCs w:val="0"/>
                <w:color w:val="auto"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1</w:t>
            </w:r>
            <w:r w:rsidR="00EC20A4" w:rsidRPr="00601ED3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.</w:t>
            </w:r>
            <w:r w:rsidR="00EC20A4" w:rsidRPr="00601ED3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 xml:space="preserve"> </w:t>
            </w:r>
            <w:r w:rsidR="00EC20A4" w:rsidRPr="00601ED3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يساعدني التطبيق على ممارسة المحادثة من خلال تدريبات تفاعلية</w:t>
            </w:r>
            <w:r w:rsidR="00EC20A4" w:rsidRPr="00A55927">
              <w:rPr>
                <w:rFonts w:ascii="Sakkal Majalla" w:hAnsi="Sakkal Majalla" w:cs="Sakkal Majalla"/>
                <w:b w:val="0"/>
                <w:bCs w:val="0"/>
                <w:color w:val="auto"/>
                <w:sz w:val="26"/>
                <w:szCs w:val="26"/>
              </w:rPr>
              <w:t>.</w:t>
            </w:r>
          </w:p>
        </w:tc>
      </w:tr>
      <w:tr w:rsidR="00EC20A4" w14:paraId="306975BF" w14:textId="77777777" w:rsidTr="007E20DA">
        <w:trPr>
          <w:trHeight w:val="210"/>
        </w:trPr>
        <w:tc>
          <w:tcPr>
            <w:tcW w:w="1726" w:type="dxa"/>
          </w:tcPr>
          <w:p w14:paraId="010CE636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66E8440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778703BB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11A708E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00D7C61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7FF9EEF1" w14:textId="77777777" w:rsidTr="007E20DA">
        <w:trPr>
          <w:trHeight w:val="138"/>
        </w:trPr>
        <w:tc>
          <w:tcPr>
            <w:tcW w:w="1726" w:type="dxa"/>
          </w:tcPr>
          <w:p w14:paraId="58D6F86D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A0557D8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A07E90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C83E9DE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BAFBD31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58526415" w14:textId="77777777" w:rsidTr="007E20DA">
        <w:tc>
          <w:tcPr>
            <w:tcW w:w="8630" w:type="dxa"/>
            <w:gridSpan w:val="5"/>
          </w:tcPr>
          <w:p w14:paraId="32509434" w14:textId="5952E4BA" w:rsidR="00EC20A4" w:rsidRPr="00601ED3" w:rsidRDefault="00B80449" w:rsidP="00EC20A4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 xml:space="preserve">2. 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يعزز التطبيق قدرتي على التحدث بطلاقة أكبر</w:t>
            </w:r>
          </w:p>
        </w:tc>
      </w:tr>
      <w:tr w:rsidR="00EC20A4" w14:paraId="6263F922" w14:textId="77777777" w:rsidTr="007E20DA">
        <w:tc>
          <w:tcPr>
            <w:tcW w:w="1726" w:type="dxa"/>
          </w:tcPr>
          <w:p w14:paraId="6BD6679F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1B52317B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3B40F2C2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45ADC35C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362C73D1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18D33469" w14:textId="77777777" w:rsidTr="007E20DA">
        <w:tc>
          <w:tcPr>
            <w:tcW w:w="1726" w:type="dxa"/>
          </w:tcPr>
          <w:p w14:paraId="30596FE2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2260578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7ACBAAA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881DF26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95ABB61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6358F5DF" w14:textId="77777777" w:rsidTr="007E20DA">
        <w:tc>
          <w:tcPr>
            <w:tcW w:w="8630" w:type="dxa"/>
            <w:gridSpan w:val="5"/>
          </w:tcPr>
          <w:p w14:paraId="798E4E26" w14:textId="55393E16" w:rsidR="00EC20A4" w:rsidRPr="00601ED3" w:rsidRDefault="00601ED3" w:rsidP="00601ED3">
            <w:pPr>
              <w:bidi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3</w:t>
            </w:r>
            <w:r w:rsidR="00B80449" w:rsidRPr="00601ED3">
              <w:rPr>
                <w:rFonts w:ascii="Sakkal Majalla" w:hAnsi="Sakkal Majalla" w:cs="Sakkal Majalla" w:hint="cs"/>
                <w:b/>
                <w:bCs/>
                <w:rtl/>
              </w:rPr>
              <w:t xml:space="preserve">. </w:t>
            </w:r>
            <w:r w:rsidR="00B80449"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يقدم التطبيق نماذج نطق تساعدني على تحسين نطقي</w:t>
            </w:r>
          </w:p>
        </w:tc>
      </w:tr>
      <w:tr w:rsidR="00EC20A4" w14:paraId="65D90E0B" w14:textId="77777777" w:rsidTr="007E20DA">
        <w:tc>
          <w:tcPr>
            <w:tcW w:w="1726" w:type="dxa"/>
          </w:tcPr>
          <w:p w14:paraId="66DD65C5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569616C6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56F48C76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EBD5F3C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1FB6EDE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66A40B2B" w14:textId="77777777" w:rsidTr="007E20DA">
        <w:tc>
          <w:tcPr>
            <w:tcW w:w="1726" w:type="dxa"/>
          </w:tcPr>
          <w:p w14:paraId="52FC9C3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001596C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ED0589B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9E3FA03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9FB3EC5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3819EC6D" w14:textId="77777777" w:rsidTr="007E20DA">
        <w:tc>
          <w:tcPr>
            <w:tcW w:w="8630" w:type="dxa"/>
            <w:gridSpan w:val="5"/>
          </w:tcPr>
          <w:p w14:paraId="3E4D5746" w14:textId="2A03B19D" w:rsidR="00EC20A4" w:rsidRPr="00601ED3" w:rsidRDefault="00601ED3" w:rsidP="00601ED3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4</w:t>
            </w:r>
            <w:r w:rsidR="00B80449" w:rsidRPr="00601ED3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="00B80449"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B80449"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يوفر التطبيق مواقف محادثة مرتبطة بالحياة اليومية</w:t>
            </w:r>
          </w:p>
        </w:tc>
      </w:tr>
      <w:tr w:rsidR="00EC20A4" w14:paraId="14BA34F0" w14:textId="77777777" w:rsidTr="007E20DA">
        <w:tc>
          <w:tcPr>
            <w:tcW w:w="1726" w:type="dxa"/>
          </w:tcPr>
          <w:p w14:paraId="558FDCD3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0B177295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1D936F22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C1B3D40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7C09882E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6C8ABC93" w14:textId="77777777" w:rsidTr="007E20DA">
        <w:tc>
          <w:tcPr>
            <w:tcW w:w="1726" w:type="dxa"/>
          </w:tcPr>
          <w:p w14:paraId="468DA82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3783575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5A7B52C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DDE59DD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62A36F3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12650149" w14:textId="77777777" w:rsidTr="007E20DA">
        <w:tc>
          <w:tcPr>
            <w:tcW w:w="8630" w:type="dxa"/>
            <w:gridSpan w:val="5"/>
          </w:tcPr>
          <w:p w14:paraId="21714B5D" w14:textId="5B87617E" w:rsidR="00EC20A4" w:rsidRPr="00601ED3" w:rsidRDefault="00601ED3" w:rsidP="00601ED3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5</w:t>
            </w:r>
            <w:r w:rsidR="00B80449" w:rsidRPr="00601ED3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="00B80449"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B80449"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زادت ثقتي في التحدث بالعربية بفضل التطبيق</w:t>
            </w:r>
          </w:p>
        </w:tc>
      </w:tr>
      <w:tr w:rsidR="00EC20A4" w14:paraId="6BE4309A" w14:textId="77777777" w:rsidTr="007E20DA">
        <w:tc>
          <w:tcPr>
            <w:tcW w:w="1726" w:type="dxa"/>
          </w:tcPr>
          <w:p w14:paraId="47EF0078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36F1E937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798CB2DA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25B6472A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CD4D45F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44F88048" w14:textId="77777777" w:rsidTr="007E20DA">
        <w:tc>
          <w:tcPr>
            <w:tcW w:w="1726" w:type="dxa"/>
          </w:tcPr>
          <w:p w14:paraId="2C2979F5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E38892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9F1FB73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3484EA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7FE61BF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1052BD6C" w14:textId="77777777" w:rsidTr="007E20DA">
        <w:tc>
          <w:tcPr>
            <w:tcW w:w="8630" w:type="dxa"/>
            <w:gridSpan w:val="5"/>
          </w:tcPr>
          <w:p w14:paraId="0C5E14DB" w14:textId="690361F6" w:rsidR="00EC20A4" w:rsidRPr="00601ED3" w:rsidRDefault="00B80449" w:rsidP="00B80449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>6.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يساعدني التطبيق في اكتساب مفردات جديدة للمحادثة</w:t>
            </w:r>
          </w:p>
        </w:tc>
      </w:tr>
      <w:tr w:rsidR="00EC20A4" w14:paraId="1F5CA230" w14:textId="77777777" w:rsidTr="007E20DA">
        <w:tc>
          <w:tcPr>
            <w:tcW w:w="1726" w:type="dxa"/>
          </w:tcPr>
          <w:p w14:paraId="5139A3FC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2B54ECE4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7410A158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D0AA7DA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CD62BD6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1A672875" w14:textId="77777777" w:rsidTr="007E20DA">
        <w:tc>
          <w:tcPr>
            <w:tcW w:w="1726" w:type="dxa"/>
          </w:tcPr>
          <w:p w14:paraId="3FC6BF10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69CA86C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2F60863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3AC669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7E8007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2DBB42C1" w14:textId="77777777" w:rsidTr="007E20DA">
        <w:tc>
          <w:tcPr>
            <w:tcW w:w="8630" w:type="dxa"/>
            <w:gridSpan w:val="5"/>
          </w:tcPr>
          <w:p w14:paraId="0287C5C8" w14:textId="1C90C94E" w:rsidR="00EC20A4" w:rsidRPr="00601ED3" w:rsidRDefault="00B80449" w:rsidP="00B80449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lastRenderedPageBreak/>
              <w:t>7.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ألاحظ تحسنًا في أسلوبي عند التحدث بالعربية</w:t>
            </w:r>
          </w:p>
        </w:tc>
      </w:tr>
      <w:tr w:rsidR="00EC20A4" w14:paraId="216B124E" w14:textId="77777777" w:rsidTr="007E20DA">
        <w:tc>
          <w:tcPr>
            <w:tcW w:w="1726" w:type="dxa"/>
          </w:tcPr>
          <w:p w14:paraId="03FCA955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0EF8C360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786BF4C4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6099FA90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0E2E4DCB" w14:textId="77777777" w:rsidR="00EC20A4" w:rsidRPr="00544574" w:rsidRDefault="00EC20A4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792C69AE" w14:textId="77777777" w:rsidTr="007E20DA">
        <w:tc>
          <w:tcPr>
            <w:tcW w:w="1726" w:type="dxa"/>
          </w:tcPr>
          <w:p w14:paraId="23A9FE9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B98F94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69F7CB2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F7F8E1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B7A982B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0B41984A" w14:textId="77777777" w:rsidTr="007E20DA">
        <w:tc>
          <w:tcPr>
            <w:tcW w:w="8630" w:type="dxa"/>
            <w:gridSpan w:val="5"/>
          </w:tcPr>
          <w:p w14:paraId="37DF4407" w14:textId="2AD8DA6F" w:rsidR="00EC20A4" w:rsidRPr="002F64BB" w:rsidRDefault="002F64BB" w:rsidP="002F64BB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8</w:t>
            </w:r>
            <w:r w:rsidR="00B80449" w:rsidRPr="002F64BB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="00B80449" w:rsidRPr="002F64B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B80449" w:rsidRPr="002F64B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يدعم التطبيق تصحيح أخطائي في النطق أو التعبير</w:t>
            </w:r>
          </w:p>
        </w:tc>
      </w:tr>
      <w:tr w:rsidR="00EC20A4" w14:paraId="6C9C07B1" w14:textId="77777777" w:rsidTr="007E20DA">
        <w:tc>
          <w:tcPr>
            <w:tcW w:w="1726" w:type="dxa"/>
          </w:tcPr>
          <w:p w14:paraId="6E7BF6E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24BB88E2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497F09E9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29AC183F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A2AF23E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EC20A4" w14:paraId="6179E8D2" w14:textId="77777777" w:rsidTr="007E20DA">
        <w:tc>
          <w:tcPr>
            <w:tcW w:w="1726" w:type="dxa"/>
          </w:tcPr>
          <w:p w14:paraId="38E002F8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4DEACB4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D94293D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7FEFDAC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C569AB5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EC20A4" w14:paraId="2FB87144" w14:textId="77777777" w:rsidTr="007E20DA">
        <w:tc>
          <w:tcPr>
            <w:tcW w:w="8630" w:type="dxa"/>
            <w:gridSpan w:val="5"/>
          </w:tcPr>
          <w:p w14:paraId="1CE59CAE" w14:textId="4255F6E1" w:rsidR="00EC20A4" w:rsidRPr="00601ED3" w:rsidRDefault="00B80449" w:rsidP="00601ED3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>9.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ما اقتراحاتك لتطوير مهارة المحادثة في التطبيق</w:t>
            </w:r>
          </w:p>
        </w:tc>
      </w:tr>
      <w:tr w:rsidR="00EC20A4" w14:paraId="4C68AD23" w14:textId="77777777" w:rsidTr="007E20DA">
        <w:tc>
          <w:tcPr>
            <w:tcW w:w="8630" w:type="dxa"/>
            <w:gridSpan w:val="5"/>
          </w:tcPr>
          <w:p w14:paraId="51DDFE11" w14:textId="77777777" w:rsidR="00EC20A4" w:rsidRPr="00544574" w:rsidRDefault="00EC20A4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</w:tbl>
    <w:p w14:paraId="05348939" w14:textId="20E276A3" w:rsidR="00544574" w:rsidRDefault="00544574" w:rsidP="00544574">
      <w:pPr>
        <w:bidi/>
        <w:rPr>
          <w:rFonts w:ascii="Sakkal Majalla" w:eastAsiaTheme="majorEastAsia" w:hAnsi="Sakkal Majalla" w:cs="Sakkal Majalla"/>
          <w:b/>
          <w:bCs/>
          <w:sz w:val="26"/>
          <w:szCs w:val="26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AF2672" w14:paraId="576AEE59" w14:textId="77777777" w:rsidTr="007E20DA">
        <w:trPr>
          <w:trHeight w:val="251"/>
        </w:trPr>
        <w:tc>
          <w:tcPr>
            <w:tcW w:w="8630" w:type="dxa"/>
            <w:gridSpan w:val="5"/>
          </w:tcPr>
          <w:p w14:paraId="00A5CC18" w14:textId="77777777" w:rsidR="00AF2672" w:rsidRPr="00A55927" w:rsidRDefault="00AF2672" w:rsidP="00AF2672">
            <w:pPr>
              <w:pStyle w:val="Heading3"/>
              <w:bidi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المحور الثالث: مهارة القراءة (متغير تابع)</w:t>
            </w:r>
          </w:p>
          <w:p w14:paraId="0BFBD6C5" w14:textId="5C40A94B" w:rsidR="00AF2672" w:rsidRPr="00AF2672" w:rsidRDefault="00AF2672" w:rsidP="00AF2672">
            <w:pPr>
              <w:pStyle w:val="Heading3"/>
              <w:bidi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الأبعاد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 xml:space="preserve">: </w:t>
            </w:r>
            <w:r w:rsidR="002F64BB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 xml:space="preserve"> 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الفهم القرائي – التعرف على المفردات – سرعة القراءة – تمييز الحروف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>.</w:t>
            </w:r>
          </w:p>
        </w:tc>
      </w:tr>
      <w:tr w:rsidR="00AF2672" w14:paraId="0180A833" w14:textId="77777777" w:rsidTr="007E20DA">
        <w:trPr>
          <w:trHeight w:val="180"/>
        </w:trPr>
        <w:tc>
          <w:tcPr>
            <w:tcW w:w="8630" w:type="dxa"/>
            <w:gridSpan w:val="5"/>
          </w:tcPr>
          <w:p w14:paraId="3C46C1AC" w14:textId="73FD1B99" w:rsidR="00AF2672" w:rsidRPr="00EC20A4" w:rsidRDefault="00AF2672" w:rsidP="007E20DA">
            <w:pPr>
              <w:pStyle w:val="Heading3"/>
              <w:bidi/>
              <w:rPr>
                <w:rFonts w:ascii="Sakkal Majalla" w:hAnsi="Sakkal Majalla" w:cs="Sakkal Majalla"/>
                <w:b w:val="0"/>
                <w:bCs w:val="0"/>
                <w:color w:val="auto"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1</w:t>
            </w:r>
            <w:r w:rsidRPr="00601ED3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.</w:t>
            </w:r>
            <w:r w:rsidRPr="00A55927">
              <w:rPr>
                <w:rFonts w:ascii="Sakkal Majalla" w:hAnsi="Sakkal Majalla" w:cs="Sakkal Majalla"/>
                <w:b w:val="0"/>
                <w:bCs w:val="0"/>
                <w:color w:val="auto"/>
                <w:sz w:val="26"/>
                <w:szCs w:val="26"/>
                <w:rtl/>
              </w:rPr>
              <w:t xml:space="preserve"> </w:t>
            </w:r>
            <w:r w:rsidRPr="00AF2672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يساعدني التطبيق على قراءة النصوص العربية بسهولة أكبر</w:t>
            </w:r>
          </w:p>
        </w:tc>
      </w:tr>
      <w:tr w:rsidR="00AF2672" w14:paraId="3D5EA2DC" w14:textId="77777777" w:rsidTr="007E20DA">
        <w:trPr>
          <w:trHeight w:val="210"/>
        </w:trPr>
        <w:tc>
          <w:tcPr>
            <w:tcW w:w="1726" w:type="dxa"/>
          </w:tcPr>
          <w:p w14:paraId="3FC14F4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760BD4D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3EF2788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705D2B0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3570A45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3C6E0BCB" w14:textId="77777777" w:rsidTr="007E20DA">
        <w:trPr>
          <w:trHeight w:val="138"/>
        </w:trPr>
        <w:tc>
          <w:tcPr>
            <w:tcW w:w="1726" w:type="dxa"/>
          </w:tcPr>
          <w:p w14:paraId="729A9D4C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091627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47B8B28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296572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C9A099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49BC15E4" w14:textId="77777777" w:rsidTr="007E20DA">
        <w:tc>
          <w:tcPr>
            <w:tcW w:w="8630" w:type="dxa"/>
            <w:gridSpan w:val="5"/>
          </w:tcPr>
          <w:p w14:paraId="64C737FF" w14:textId="091B7800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 xml:space="preserve">2. 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يقدم التطبيق نصوصًا مناسبة لمستوى المتعلم</w:t>
            </w:r>
            <w:r w:rsidRPr="00AF2672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.</w:t>
            </w:r>
          </w:p>
        </w:tc>
      </w:tr>
      <w:tr w:rsidR="00AF2672" w14:paraId="2B299CA1" w14:textId="77777777" w:rsidTr="007E20DA">
        <w:tc>
          <w:tcPr>
            <w:tcW w:w="1726" w:type="dxa"/>
          </w:tcPr>
          <w:p w14:paraId="4FA0A704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61342077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27CE512B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10CB397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F5280F2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32FD0813" w14:textId="77777777" w:rsidTr="007E20DA">
        <w:tc>
          <w:tcPr>
            <w:tcW w:w="1726" w:type="dxa"/>
          </w:tcPr>
          <w:p w14:paraId="766AA8B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4D7B20C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1D6657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8FFE18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B7C84BD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1166B905" w14:textId="77777777" w:rsidTr="007E20DA">
        <w:tc>
          <w:tcPr>
            <w:tcW w:w="8630" w:type="dxa"/>
            <w:gridSpan w:val="5"/>
          </w:tcPr>
          <w:p w14:paraId="302B8A55" w14:textId="736E6412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AF2672">
              <w:rPr>
                <w:rFonts w:ascii="Sakkal Majalla" w:hAnsi="Sakkal Majalla" w:cs="Sakkal Majalla" w:hint="cs"/>
                <w:b/>
                <w:bCs/>
                <w:rtl/>
              </w:rPr>
              <w:t xml:space="preserve">3. 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أسهم التطبيق في تحسين سرعة قراءتي</w:t>
            </w:r>
          </w:p>
        </w:tc>
      </w:tr>
      <w:tr w:rsidR="00AF2672" w14:paraId="58DB92FB" w14:textId="77777777" w:rsidTr="007E20DA">
        <w:tc>
          <w:tcPr>
            <w:tcW w:w="1726" w:type="dxa"/>
          </w:tcPr>
          <w:p w14:paraId="2CD4BC00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783D14E7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5A57D801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7068264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FC522F9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3F6C2225" w14:textId="77777777" w:rsidTr="007E20DA">
        <w:tc>
          <w:tcPr>
            <w:tcW w:w="1726" w:type="dxa"/>
          </w:tcPr>
          <w:p w14:paraId="7AA28FE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9789B1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2E398E7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06DA8F0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9F6E2EA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29AB4B81" w14:textId="77777777" w:rsidTr="007E20DA">
        <w:tc>
          <w:tcPr>
            <w:tcW w:w="8630" w:type="dxa"/>
            <w:gridSpan w:val="5"/>
          </w:tcPr>
          <w:p w14:paraId="3266B7F0" w14:textId="56326C59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AF2672">
              <w:rPr>
                <w:rFonts w:ascii="Sakkal Majalla" w:hAnsi="Sakkal Majalla" w:cs="Sakkal Majalla" w:hint="cs"/>
                <w:b/>
                <w:bCs/>
                <w:rtl/>
              </w:rPr>
              <w:t>4.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يساعد التطبيق في فهم معاني المفردات أثناء القراءة</w:t>
            </w:r>
          </w:p>
        </w:tc>
      </w:tr>
      <w:tr w:rsidR="00AF2672" w14:paraId="2164E3DA" w14:textId="77777777" w:rsidTr="007E20DA">
        <w:tc>
          <w:tcPr>
            <w:tcW w:w="1726" w:type="dxa"/>
          </w:tcPr>
          <w:p w14:paraId="2B7C5B1F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5CC08422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6099FE5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0EBE4DD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35BCA724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464303AF" w14:textId="77777777" w:rsidTr="007E20DA">
        <w:tc>
          <w:tcPr>
            <w:tcW w:w="1726" w:type="dxa"/>
          </w:tcPr>
          <w:p w14:paraId="3685D88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7D0343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97104C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FD0AFA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3EFEC2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262E7398" w14:textId="77777777" w:rsidTr="007E20DA">
        <w:tc>
          <w:tcPr>
            <w:tcW w:w="8630" w:type="dxa"/>
            <w:gridSpan w:val="5"/>
          </w:tcPr>
          <w:p w14:paraId="13F12BEA" w14:textId="228EC2A5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AF2672">
              <w:rPr>
                <w:rFonts w:ascii="Sakkal Majalla" w:hAnsi="Sakkal Majalla" w:cs="Sakkal Majalla" w:hint="cs"/>
                <w:b/>
                <w:bCs/>
                <w:rtl/>
              </w:rPr>
              <w:t>5.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تدعم الأنشطة التفاعلية مهارة الفهم القرائي</w:t>
            </w:r>
          </w:p>
        </w:tc>
      </w:tr>
      <w:tr w:rsidR="00AF2672" w14:paraId="7508E08F" w14:textId="77777777" w:rsidTr="007E20DA">
        <w:tc>
          <w:tcPr>
            <w:tcW w:w="1726" w:type="dxa"/>
          </w:tcPr>
          <w:p w14:paraId="5F1561E9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525A23BA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6719689D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54CF4B44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2F874FB0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1D3365D1" w14:textId="77777777" w:rsidTr="007E20DA">
        <w:tc>
          <w:tcPr>
            <w:tcW w:w="1726" w:type="dxa"/>
          </w:tcPr>
          <w:p w14:paraId="709BD50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548F40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AC6226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E21D6C8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3396DB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418BE7FF" w14:textId="77777777" w:rsidTr="007E20DA">
        <w:tc>
          <w:tcPr>
            <w:tcW w:w="8630" w:type="dxa"/>
            <w:gridSpan w:val="5"/>
          </w:tcPr>
          <w:p w14:paraId="57D5D652" w14:textId="176475A7" w:rsidR="00AF2672" w:rsidRPr="00601ED3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>6.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يساعدني التطبيق على التمييز بين الحروف المتشابهة</w:t>
            </w:r>
          </w:p>
        </w:tc>
      </w:tr>
      <w:tr w:rsidR="00AF2672" w14:paraId="1C57C51A" w14:textId="77777777" w:rsidTr="007E20DA">
        <w:tc>
          <w:tcPr>
            <w:tcW w:w="1726" w:type="dxa"/>
          </w:tcPr>
          <w:p w14:paraId="2F50042B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2BBCB9FE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02380CFC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B56CC81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0BF04A1C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5CAB9C4C" w14:textId="77777777" w:rsidTr="007E20DA">
        <w:tc>
          <w:tcPr>
            <w:tcW w:w="1726" w:type="dxa"/>
          </w:tcPr>
          <w:p w14:paraId="6E31415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2A5CBED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D8D2B0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BB85CA0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AC618A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6719F8F8" w14:textId="77777777" w:rsidTr="007E20DA">
        <w:tc>
          <w:tcPr>
            <w:tcW w:w="8630" w:type="dxa"/>
            <w:gridSpan w:val="5"/>
          </w:tcPr>
          <w:p w14:paraId="3E97F836" w14:textId="7735F347" w:rsidR="00AF2672" w:rsidRPr="00601ED3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>7.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ألاحظ تحسنًا في مهارة الربط بين الجمل وفهم السياق</w:t>
            </w:r>
          </w:p>
        </w:tc>
      </w:tr>
      <w:tr w:rsidR="00AF2672" w14:paraId="4500E2D7" w14:textId="77777777" w:rsidTr="007E20DA">
        <w:tc>
          <w:tcPr>
            <w:tcW w:w="1726" w:type="dxa"/>
          </w:tcPr>
          <w:p w14:paraId="6A713BA0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15095ACB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22ECE647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54B0509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A0D22E7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439A478F" w14:textId="77777777" w:rsidTr="007E20DA">
        <w:tc>
          <w:tcPr>
            <w:tcW w:w="1726" w:type="dxa"/>
          </w:tcPr>
          <w:p w14:paraId="4E0B33A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EC9C74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DEE529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AE46C3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8183447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7E45DD1D" w14:textId="77777777" w:rsidTr="007E20DA">
        <w:tc>
          <w:tcPr>
            <w:tcW w:w="8630" w:type="dxa"/>
            <w:gridSpan w:val="5"/>
          </w:tcPr>
          <w:p w14:paraId="10B80288" w14:textId="75BDCB0C" w:rsidR="00AF2672" w:rsidRPr="00AF2672" w:rsidRDefault="00AF2672" w:rsidP="00AF2672">
            <w:pPr>
              <w:bidi/>
              <w:rPr>
                <w:rFonts w:ascii="Sakkal Majalla" w:hAnsi="Sakkal Majalla" w:cs="Sakkal Majalla" w:hint="cs"/>
                <w:b/>
                <w:bCs/>
                <w:rtl/>
              </w:rPr>
            </w:pPr>
            <w:r>
              <w:rPr>
                <w:rFonts w:ascii="Sakkal Majalla" w:hAnsi="Sakkal Majalla" w:cs="Sakkal Majalla"/>
                <w:b/>
                <w:bCs/>
              </w:rPr>
              <w:t>8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Pr="00A55927">
              <w:rPr>
                <w:rFonts w:ascii="Sakkal Majalla" w:hAnsi="Sakkal Majalla" w:cs="Sakkal Majalla"/>
                <w:sz w:val="26"/>
                <w:szCs w:val="26"/>
                <w:rtl/>
              </w:rPr>
              <w:t xml:space="preserve"> 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أسهم التطبيق في تعزيز قدرتي على قراءة نصوص أطول</w:t>
            </w:r>
          </w:p>
        </w:tc>
      </w:tr>
      <w:tr w:rsidR="00AF2672" w14:paraId="258C79AA" w14:textId="77777777" w:rsidTr="007E20DA">
        <w:tc>
          <w:tcPr>
            <w:tcW w:w="1726" w:type="dxa"/>
          </w:tcPr>
          <w:p w14:paraId="5940AD3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21416D8C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66145C8A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62EFB5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436C1C74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6B8D4435" w14:textId="77777777" w:rsidTr="007E20DA">
        <w:tc>
          <w:tcPr>
            <w:tcW w:w="1726" w:type="dxa"/>
          </w:tcPr>
          <w:p w14:paraId="19243B5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E051E2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5624B5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6F1BAB2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2943A4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03FAC992" w14:textId="77777777" w:rsidTr="007E20DA">
        <w:tc>
          <w:tcPr>
            <w:tcW w:w="8630" w:type="dxa"/>
            <w:gridSpan w:val="5"/>
          </w:tcPr>
          <w:p w14:paraId="257E93DA" w14:textId="246895A8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AF2672">
              <w:rPr>
                <w:rFonts w:ascii="Sakkal Majalla" w:hAnsi="Sakkal Majalla" w:cs="Sakkal Majalla" w:hint="cs"/>
                <w:b/>
                <w:bCs/>
                <w:rtl/>
              </w:rPr>
              <w:lastRenderedPageBreak/>
              <w:t>9.</w:t>
            </w:r>
            <w:r w:rsidRPr="00AF2672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ما اقتراحاتك لتطوير مهارة القراءة في التطبيق</w:t>
            </w:r>
          </w:p>
        </w:tc>
      </w:tr>
      <w:tr w:rsidR="00AF2672" w14:paraId="574B3F3C" w14:textId="77777777" w:rsidTr="007E20DA">
        <w:tc>
          <w:tcPr>
            <w:tcW w:w="8630" w:type="dxa"/>
            <w:gridSpan w:val="5"/>
          </w:tcPr>
          <w:p w14:paraId="4713A26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</w:tbl>
    <w:p w14:paraId="2C9F1C51" w14:textId="77777777" w:rsidR="00AF2672" w:rsidRDefault="00AF2672" w:rsidP="00AF2672">
      <w:pPr>
        <w:bidi/>
        <w:rPr>
          <w:rFonts w:ascii="Sakkal Majalla" w:eastAsiaTheme="majorEastAsia" w:hAnsi="Sakkal Majalla" w:cs="Sakkal Majalla"/>
          <w:b/>
          <w:bCs/>
          <w:sz w:val="26"/>
          <w:szCs w:val="26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AF2672" w14:paraId="47D9C4B1" w14:textId="77777777" w:rsidTr="007E20DA">
        <w:trPr>
          <w:trHeight w:val="251"/>
        </w:trPr>
        <w:tc>
          <w:tcPr>
            <w:tcW w:w="8630" w:type="dxa"/>
            <w:gridSpan w:val="5"/>
          </w:tcPr>
          <w:p w14:paraId="7DC4A34F" w14:textId="77777777" w:rsidR="008F7CFB" w:rsidRPr="00A55927" w:rsidRDefault="008F7CFB" w:rsidP="008F7CFB">
            <w:pPr>
              <w:pStyle w:val="Heading3"/>
              <w:bidi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المحور الرابع: مهارة الكتابة (متغير تابع)</w:t>
            </w:r>
          </w:p>
          <w:p w14:paraId="13E15DD7" w14:textId="7B9E4426" w:rsidR="00AF2672" w:rsidRPr="008F7CFB" w:rsidRDefault="008F7CFB" w:rsidP="008F7CFB">
            <w:pPr>
              <w:pStyle w:val="Heading3"/>
              <w:bidi/>
              <w:jc w:val="center"/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</w:pP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الأبع</w:t>
            </w:r>
            <w:r w:rsidR="002F64BB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 xml:space="preserve">اد: 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 xml:space="preserve"> 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كتابة الحروف – الإملاء – بناء الجملة – التعبير الكتابي</w:t>
            </w:r>
            <w:r w:rsidRPr="00A55927">
              <w:rPr>
                <w:rFonts w:ascii="Sakkal Majalla" w:hAnsi="Sakkal Majalla" w:cs="Sakkal Majalla"/>
                <w:color w:val="auto"/>
                <w:sz w:val="26"/>
                <w:szCs w:val="26"/>
              </w:rPr>
              <w:t>.</w:t>
            </w:r>
          </w:p>
        </w:tc>
      </w:tr>
      <w:tr w:rsidR="00AF2672" w14:paraId="3B63455B" w14:textId="77777777" w:rsidTr="007E20DA">
        <w:trPr>
          <w:trHeight w:val="180"/>
        </w:trPr>
        <w:tc>
          <w:tcPr>
            <w:tcW w:w="8630" w:type="dxa"/>
            <w:gridSpan w:val="5"/>
          </w:tcPr>
          <w:p w14:paraId="085B8E00" w14:textId="347AB1A3" w:rsidR="00AF2672" w:rsidRPr="00EC20A4" w:rsidRDefault="00AF2672" w:rsidP="007E20DA">
            <w:pPr>
              <w:pStyle w:val="Heading3"/>
              <w:bidi/>
              <w:rPr>
                <w:rFonts w:ascii="Sakkal Majalla" w:hAnsi="Sakkal Majalla" w:cs="Sakkal Majalla"/>
                <w:b w:val="0"/>
                <w:bCs w:val="0"/>
                <w:color w:val="auto"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1</w:t>
            </w:r>
            <w:r w:rsidRPr="00601ED3">
              <w:rPr>
                <w:rFonts w:ascii="Sakkal Majalla" w:hAnsi="Sakkal Majalla" w:cs="Sakkal Majalla" w:hint="cs"/>
                <w:color w:val="auto"/>
                <w:sz w:val="26"/>
                <w:szCs w:val="26"/>
                <w:rtl/>
              </w:rPr>
              <w:t>.</w:t>
            </w:r>
            <w:r w:rsidRPr="00A55927">
              <w:rPr>
                <w:rFonts w:ascii="Sakkal Majalla" w:hAnsi="Sakkal Majalla" w:cs="Sakkal Majalla"/>
                <w:b w:val="0"/>
                <w:bCs w:val="0"/>
                <w:color w:val="auto"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color w:val="auto"/>
                <w:sz w:val="26"/>
                <w:szCs w:val="26"/>
                <w:rtl/>
              </w:rPr>
              <w:t>يقدم التطبيق تدريبات تساعدني على تحسين الكتابة</w:t>
            </w:r>
          </w:p>
        </w:tc>
      </w:tr>
      <w:tr w:rsidR="00AF2672" w14:paraId="17250CBE" w14:textId="77777777" w:rsidTr="007E20DA">
        <w:trPr>
          <w:trHeight w:val="210"/>
        </w:trPr>
        <w:tc>
          <w:tcPr>
            <w:tcW w:w="1726" w:type="dxa"/>
          </w:tcPr>
          <w:p w14:paraId="6A68861A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46ED8FAD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22ADBFD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EA51C00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1F30331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293EBEC1" w14:textId="77777777" w:rsidTr="007E20DA">
        <w:trPr>
          <w:trHeight w:val="138"/>
        </w:trPr>
        <w:tc>
          <w:tcPr>
            <w:tcW w:w="1726" w:type="dxa"/>
          </w:tcPr>
          <w:p w14:paraId="0366938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135F52A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E0B074D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823F3E8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650EA7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1F792B9B" w14:textId="77777777" w:rsidTr="007E20DA">
        <w:tc>
          <w:tcPr>
            <w:tcW w:w="8630" w:type="dxa"/>
            <w:gridSpan w:val="5"/>
          </w:tcPr>
          <w:p w14:paraId="6728B373" w14:textId="59095F0D" w:rsidR="00AF2672" w:rsidRPr="008F7CFB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>2.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يساعدني التطبيق على كتابة الحروف العربية بشكل صحيح</w:t>
            </w:r>
          </w:p>
        </w:tc>
      </w:tr>
      <w:tr w:rsidR="00AF2672" w14:paraId="143352B8" w14:textId="77777777" w:rsidTr="007E20DA">
        <w:tc>
          <w:tcPr>
            <w:tcW w:w="1726" w:type="dxa"/>
          </w:tcPr>
          <w:p w14:paraId="068A9135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0CF16511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23BEE33E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6D207F7D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12C7C092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6823856D" w14:textId="77777777" w:rsidTr="007E20DA">
        <w:tc>
          <w:tcPr>
            <w:tcW w:w="1726" w:type="dxa"/>
          </w:tcPr>
          <w:p w14:paraId="0FF920B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3696F2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ED97D4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8A9399B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F13DD7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06D3A02B" w14:textId="77777777" w:rsidTr="007E20DA">
        <w:tc>
          <w:tcPr>
            <w:tcW w:w="8630" w:type="dxa"/>
            <w:gridSpan w:val="5"/>
          </w:tcPr>
          <w:p w14:paraId="35C2A228" w14:textId="530BA761" w:rsidR="00AF2672" w:rsidRPr="008F7CFB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 xml:space="preserve">3.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يسهم التطبيق في تحسين الإملاء العربي لدي</w:t>
            </w:r>
          </w:p>
        </w:tc>
      </w:tr>
      <w:tr w:rsidR="00AF2672" w14:paraId="68ADDE78" w14:textId="77777777" w:rsidTr="007E20DA">
        <w:tc>
          <w:tcPr>
            <w:tcW w:w="1726" w:type="dxa"/>
          </w:tcPr>
          <w:p w14:paraId="7FB4379B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3FC63908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3286CE56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78A67854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25632C79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0D08972B" w14:textId="77777777" w:rsidTr="007E20DA">
        <w:tc>
          <w:tcPr>
            <w:tcW w:w="1726" w:type="dxa"/>
          </w:tcPr>
          <w:p w14:paraId="713C8A7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A99E90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D8C8E20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435356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184E406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043296F7" w14:textId="77777777" w:rsidTr="007E20DA">
        <w:tc>
          <w:tcPr>
            <w:tcW w:w="8630" w:type="dxa"/>
            <w:gridSpan w:val="5"/>
          </w:tcPr>
          <w:p w14:paraId="1D9BFC81" w14:textId="3C1DFF6F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AF2672">
              <w:rPr>
                <w:rFonts w:ascii="Sakkal Majalla" w:hAnsi="Sakkal Majalla" w:cs="Sakkal Majalla" w:hint="cs"/>
                <w:b/>
                <w:bCs/>
                <w:rtl/>
              </w:rPr>
              <w:t>4</w:t>
            </w: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يوفر التطبيق أنشطة كتابية تحاكي مواقف الحياة اليومية</w:t>
            </w:r>
          </w:p>
        </w:tc>
      </w:tr>
      <w:tr w:rsidR="00AF2672" w14:paraId="5499E40A" w14:textId="77777777" w:rsidTr="007E20DA">
        <w:tc>
          <w:tcPr>
            <w:tcW w:w="1726" w:type="dxa"/>
          </w:tcPr>
          <w:p w14:paraId="23D63AC1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6C98BA5A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3A32106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2DABDCB7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353F332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3D55EA28" w14:textId="77777777" w:rsidTr="007E20DA">
        <w:tc>
          <w:tcPr>
            <w:tcW w:w="1726" w:type="dxa"/>
          </w:tcPr>
          <w:p w14:paraId="2ECE260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596B96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254A2B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3F2A2E4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E5FD40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6A9EB025" w14:textId="77777777" w:rsidTr="007E20DA">
        <w:tc>
          <w:tcPr>
            <w:tcW w:w="8630" w:type="dxa"/>
            <w:gridSpan w:val="5"/>
          </w:tcPr>
          <w:p w14:paraId="2404E3AA" w14:textId="1C1A9292" w:rsidR="00AF2672" w:rsidRPr="008F7CFB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>5</w:t>
            </w:r>
            <w:r w:rsidR="008F7CFB" w:rsidRPr="008F7CFB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ألاحظ تحسنًا في كتابة الجمل العربية</w:t>
            </w:r>
          </w:p>
        </w:tc>
      </w:tr>
      <w:tr w:rsidR="00AF2672" w14:paraId="0FD12AAB" w14:textId="77777777" w:rsidTr="007E20DA">
        <w:tc>
          <w:tcPr>
            <w:tcW w:w="1726" w:type="dxa"/>
          </w:tcPr>
          <w:p w14:paraId="64D86EE7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5E239099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156F2104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63524B5A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67219EAC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27CF2157" w14:textId="77777777" w:rsidTr="007E20DA">
        <w:tc>
          <w:tcPr>
            <w:tcW w:w="1726" w:type="dxa"/>
          </w:tcPr>
          <w:p w14:paraId="665E911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4F1680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C302590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E1DE36C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BAA857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13F68C77" w14:textId="77777777" w:rsidTr="007E20DA">
        <w:tc>
          <w:tcPr>
            <w:tcW w:w="8630" w:type="dxa"/>
            <w:gridSpan w:val="5"/>
          </w:tcPr>
          <w:p w14:paraId="503ECACA" w14:textId="6E524F86" w:rsidR="00AF2672" w:rsidRPr="008F7CFB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>6.</w:t>
            </w:r>
            <w:r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يساعد التطبيق في تبسيط قواعد الكتابة للمتعلمين</w:t>
            </w:r>
          </w:p>
        </w:tc>
      </w:tr>
      <w:tr w:rsidR="00AF2672" w14:paraId="17FB9DED" w14:textId="77777777" w:rsidTr="007E20DA">
        <w:tc>
          <w:tcPr>
            <w:tcW w:w="1726" w:type="dxa"/>
          </w:tcPr>
          <w:p w14:paraId="747765FA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2390233B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6BA44833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1872CE75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076710C9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437C0CF8" w14:textId="77777777" w:rsidTr="007E20DA">
        <w:tc>
          <w:tcPr>
            <w:tcW w:w="1726" w:type="dxa"/>
          </w:tcPr>
          <w:p w14:paraId="2AE65BB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6258AA42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E8883B5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631BFD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D9AB76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6C03FD08" w14:textId="77777777" w:rsidTr="007E20DA">
        <w:tc>
          <w:tcPr>
            <w:tcW w:w="8630" w:type="dxa"/>
            <w:gridSpan w:val="5"/>
          </w:tcPr>
          <w:p w14:paraId="090A524D" w14:textId="29CAA908" w:rsidR="00AF2672" w:rsidRPr="00601ED3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601ED3">
              <w:rPr>
                <w:rFonts w:ascii="Sakkal Majalla" w:hAnsi="Sakkal Majalla" w:cs="Sakkal Majalla" w:hint="cs"/>
                <w:b/>
                <w:bCs/>
                <w:rtl/>
              </w:rPr>
              <w:t>7.</w:t>
            </w:r>
            <w:r w:rsidRPr="00601ED3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يدعم التطبيق كتابتي من خلال التغذية الراجعة الفورية</w:t>
            </w:r>
          </w:p>
        </w:tc>
      </w:tr>
      <w:tr w:rsidR="00AF2672" w14:paraId="36AD0494" w14:textId="77777777" w:rsidTr="007E20DA">
        <w:tc>
          <w:tcPr>
            <w:tcW w:w="1726" w:type="dxa"/>
          </w:tcPr>
          <w:p w14:paraId="700F0A6C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0C0FCE71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556F8C9B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3372020E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37C5B492" w14:textId="77777777" w:rsidR="00AF2672" w:rsidRPr="00544574" w:rsidRDefault="00AF2672" w:rsidP="007E20DA">
            <w:pPr>
              <w:bidi/>
              <w:jc w:val="center"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41436601" w14:textId="77777777" w:rsidTr="007E20DA">
        <w:tc>
          <w:tcPr>
            <w:tcW w:w="1726" w:type="dxa"/>
          </w:tcPr>
          <w:p w14:paraId="26957CCE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4FE1B8E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17FA6D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392FC0DF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78070B24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76D8B4A1" w14:textId="77777777" w:rsidTr="007E20DA">
        <w:tc>
          <w:tcPr>
            <w:tcW w:w="8630" w:type="dxa"/>
            <w:gridSpan w:val="5"/>
          </w:tcPr>
          <w:p w14:paraId="51AD0D01" w14:textId="6873EA13" w:rsidR="00AF2672" w:rsidRPr="008F7CFB" w:rsidRDefault="00AF2672" w:rsidP="007E20DA">
            <w:pPr>
              <w:bidi/>
              <w:rPr>
                <w:rFonts w:ascii="Sakkal Majalla" w:hAnsi="Sakkal Majalla" w:cs="Sakkal Majalla" w:hint="cs"/>
                <w:b/>
                <w:bCs/>
                <w:rtl/>
              </w:rPr>
            </w:pPr>
            <w:r w:rsidRPr="008F7CFB">
              <w:rPr>
                <w:rFonts w:ascii="Sakkal Majalla" w:hAnsi="Sakkal Majalla" w:cs="Sakkal Majalla"/>
                <w:b/>
                <w:bCs/>
              </w:rPr>
              <w:t>8</w:t>
            </w: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ساعدني التطبيق على كتابة فقرات قصيرة باللغة العربية بثقة أكبر</w:t>
            </w:r>
          </w:p>
        </w:tc>
      </w:tr>
      <w:tr w:rsidR="00AF2672" w14:paraId="3B76BC79" w14:textId="77777777" w:rsidTr="007E20DA">
        <w:tc>
          <w:tcPr>
            <w:tcW w:w="1726" w:type="dxa"/>
          </w:tcPr>
          <w:p w14:paraId="7296797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بشدة = 5</w:t>
            </w:r>
          </w:p>
        </w:tc>
        <w:tc>
          <w:tcPr>
            <w:tcW w:w="1726" w:type="dxa"/>
          </w:tcPr>
          <w:p w14:paraId="11BE1F7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أوافق = 4</w:t>
            </w:r>
          </w:p>
        </w:tc>
        <w:tc>
          <w:tcPr>
            <w:tcW w:w="1726" w:type="dxa"/>
          </w:tcPr>
          <w:p w14:paraId="45C93D31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محايد = 3</w:t>
            </w:r>
          </w:p>
        </w:tc>
        <w:tc>
          <w:tcPr>
            <w:tcW w:w="1726" w:type="dxa"/>
          </w:tcPr>
          <w:p w14:paraId="543D6667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= 2</w:t>
            </w:r>
          </w:p>
        </w:tc>
        <w:tc>
          <w:tcPr>
            <w:tcW w:w="1726" w:type="dxa"/>
          </w:tcPr>
          <w:p w14:paraId="528E62F2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  <w:r w:rsidRPr="00544574">
              <w:rPr>
                <w:rFonts w:ascii="Sakkal Majalla" w:hAnsi="Sakkal Majalla" w:cs="Sakkal Majalla"/>
                <w:rtl/>
              </w:rPr>
              <w:t>لا أوافق بشدة = 1</w:t>
            </w:r>
          </w:p>
        </w:tc>
      </w:tr>
      <w:tr w:rsidR="00AF2672" w14:paraId="7D1813D3" w14:textId="77777777" w:rsidTr="007E20DA">
        <w:tc>
          <w:tcPr>
            <w:tcW w:w="1726" w:type="dxa"/>
          </w:tcPr>
          <w:p w14:paraId="552950A3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2D075F8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EE85726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0263FA84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726" w:type="dxa"/>
          </w:tcPr>
          <w:p w14:paraId="508E45C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  <w:tr w:rsidR="00AF2672" w14:paraId="42273283" w14:textId="77777777" w:rsidTr="007E20DA">
        <w:tc>
          <w:tcPr>
            <w:tcW w:w="8630" w:type="dxa"/>
            <w:gridSpan w:val="5"/>
          </w:tcPr>
          <w:p w14:paraId="1FBD7466" w14:textId="4577CAD4" w:rsidR="00AF2672" w:rsidRPr="00AF2672" w:rsidRDefault="00AF2672" w:rsidP="007E20DA">
            <w:pPr>
              <w:bidi/>
              <w:rPr>
                <w:rFonts w:ascii="Sakkal Majalla" w:hAnsi="Sakkal Majalla" w:cs="Sakkal Majalla"/>
                <w:b/>
                <w:bCs/>
                <w:rtl/>
              </w:rPr>
            </w:pPr>
            <w:r w:rsidRPr="00AF2672">
              <w:rPr>
                <w:rFonts w:ascii="Sakkal Majalla" w:hAnsi="Sakkal Majalla" w:cs="Sakkal Majalla" w:hint="cs"/>
                <w:b/>
                <w:bCs/>
                <w:rtl/>
              </w:rPr>
              <w:t>9</w:t>
            </w:r>
            <w:r w:rsidRPr="008F7CFB">
              <w:rPr>
                <w:rFonts w:ascii="Sakkal Majalla" w:hAnsi="Sakkal Majalla" w:cs="Sakkal Majalla" w:hint="cs"/>
                <w:b/>
                <w:bCs/>
                <w:rtl/>
              </w:rPr>
              <w:t>.</w:t>
            </w:r>
            <w:r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="008F7CFB" w:rsidRPr="008F7C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ما اقتراحاتك لتطوير مهارة الكتابة في التطبيق</w:t>
            </w:r>
          </w:p>
        </w:tc>
      </w:tr>
      <w:tr w:rsidR="00AF2672" w14:paraId="790CC569" w14:textId="77777777" w:rsidTr="007E20DA">
        <w:tc>
          <w:tcPr>
            <w:tcW w:w="8630" w:type="dxa"/>
            <w:gridSpan w:val="5"/>
          </w:tcPr>
          <w:p w14:paraId="74C9B409" w14:textId="77777777" w:rsidR="00AF2672" w:rsidRPr="00544574" w:rsidRDefault="00AF2672" w:rsidP="007E20DA">
            <w:pPr>
              <w:bidi/>
              <w:rPr>
                <w:rFonts w:ascii="Sakkal Majalla" w:hAnsi="Sakkal Majalla" w:cs="Sakkal Majalla"/>
                <w:rtl/>
              </w:rPr>
            </w:pPr>
          </w:p>
        </w:tc>
      </w:tr>
    </w:tbl>
    <w:p w14:paraId="57900129" w14:textId="77777777" w:rsidR="00AF2672" w:rsidRDefault="00AF2672" w:rsidP="00AF2672">
      <w:pPr>
        <w:bidi/>
        <w:rPr>
          <w:rFonts w:ascii="Sakkal Majalla" w:eastAsiaTheme="majorEastAsia" w:hAnsi="Sakkal Majalla" w:cs="Sakkal Majalla"/>
          <w:b/>
          <w:bCs/>
          <w:sz w:val="26"/>
          <w:szCs w:val="26"/>
          <w:rtl/>
        </w:rPr>
      </w:pPr>
    </w:p>
    <w:p w14:paraId="2123066C" w14:textId="07D893B0" w:rsidR="008F7CFB" w:rsidRPr="00A55927" w:rsidRDefault="008F7CFB" w:rsidP="008F7CFB">
      <w:pPr>
        <w:bidi/>
        <w:jc w:val="center"/>
        <w:rPr>
          <w:rFonts w:ascii="Sakkal Majalla" w:eastAsiaTheme="majorEastAsia" w:hAnsi="Sakkal Majalla" w:cs="Sakkal Majalla"/>
          <w:b/>
          <w:bCs/>
          <w:sz w:val="26"/>
          <w:szCs w:val="26"/>
        </w:rPr>
      </w:pPr>
      <w:r>
        <w:rPr>
          <w:rFonts w:ascii="Sakkal Majalla" w:eastAsiaTheme="majorEastAsia" w:hAnsi="Sakkal Majalla" w:cs="Sakkal Majalla" w:hint="cs"/>
          <w:b/>
          <w:bCs/>
          <w:sz w:val="26"/>
          <w:szCs w:val="26"/>
          <w:rtl/>
        </w:rPr>
        <w:t>شكـــــــــــــــــــــــرا لوقتكــــــــــــــم</w:t>
      </w:r>
    </w:p>
    <w:sectPr w:rsidR="008F7CFB" w:rsidRPr="00A5592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7D74275"/>
    <w:multiLevelType w:val="hybridMultilevel"/>
    <w:tmpl w:val="D9CC105C"/>
    <w:lvl w:ilvl="0" w:tplc="1CFEC6AA">
      <w:start w:val="1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E11B3D"/>
    <w:multiLevelType w:val="multilevel"/>
    <w:tmpl w:val="73FCE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7706C"/>
    <w:multiLevelType w:val="multilevel"/>
    <w:tmpl w:val="4036D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6E6DA5"/>
    <w:multiLevelType w:val="hybridMultilevel"/>
    <w:tmpl w:val="1D42B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1545F"/>
    <w:multiLevelType w:val="multilevel"/>
    <w:tmpl w:val="045A4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F57E43"/>
    <w:multiLevelType w:val="multilevel"/>
    <w:tmpl w:val="6194E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C3387D"/>
    <w:multiLevelType w:val="hybridMultilevel"/>
    <w:tmpl w:val="B0E0F8F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7F166CF"/>
    <w:multiLevelType w:val="hybridMultilevel"/>
    <w:tmpl w:val="DA0802A2"/>
    <w:lvl w:ilvl="0" w:tplc="6C88301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F500E5"/>
    <w:multiLevelType w:val="multilevel"/>
    <w:tmpl w:val="02EA1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182BC0"/>
    <w:multiLevelType w:val="hybridMultilevel"/>
    <w:tmpl w:val="478AE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F4D7B"/>
    <w:multiLevelType w:val="hybridMultilevel"/>
    <w:tmpl w:val="B46C2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0C7A99"/>
    <w:multiLevelType w:val="multilevel"/>
    <w:tmpl w:val="432C5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4388836">
    <w:abstractNumId w:val="8"/>
  </w:num>
  <w:num w:numId="2" w16cid:durableId="595287853">
    <w:abstractNumId w:val="6"/>
  </w:num>
  <w:num w:numId="3" w16cid:durableId="1401714302">
    <w:abstractNumId w:val="5"/>
  </w:num>
  <w:num w:numId="4" w16cid:durableId="1854611221">
    <w:abstractNumId w:val="4"/>
  </w:num>
  <w:num w:numId="5" w16cid:durableId="1892306614">
    <w:abstractNumId w:val="7"/>
  </w:num>
  <w:num w:numId="6" w16cid:durableId="1808165769">
    <w:abstractNumId w:val="3"/>
  </w:num>
  <w:num w:numId="7" w16cid:durableId="1853108928">
    <w:abstractNumId w:val="2"/>
  </w:num>
  <w:num w:numId="8" w16cid:durableId="1743678651">
    <w:abstractNumId w:val="1"/>
  </w:num>
  <w:num w:numId="9" w16cid:durableId="1764915045">
    <w:abstractNumId w:val="0"/>
  </w:num>
  <w:num w:numId="10" w16cid:durableId="1199708995">
    <w:abstractNumId w:val="13"/>
  </w:num>
  <w:num w:numId="11" w16cid:durableId="1510024791">
    <w:abstractNumId w:val="10"/>
  </w:num>
  <w:num w:numId="12" w16cid:durableId="1012415819">
    <w:abstractNumId w:val="11"/>
  </w:num>
  <w:num w:numId="13" w16cid:durableId="1511605272">
    <w:abstractNumId w:val="17"/>
  </w:num>
  <w:num w:numId="14" w16cid:durableId="973370118">
    <w:abstractNumId w:val="20"/>
  </w:num>
  <w:num w:numId="15" w16cid:durableId="1210386080">
    <w:abstractNumId w:val="14"/>
  </w:num>
  <w:num w:numId="16" w16cid:durableId="854926182">
    <w:abstractNumId w:val="18"/>
  </w:num>
  <w:num w:numId="17" w16cid:durableId="1790515801">
    <w:abstractNumId w:val="9"/>
  </w:num>
  <w:num w:numId="18" w16cid:durableId="175728894">
    <w:abstractNumId w:val="16"/>
  </w:num>
  <w:num w:numId="19" w16cid:durableId="2106732724">
    <w:abstractNumId w:val="15"/>
  </w:num>
  <w:num w:numId="20" w16cid:durableId="106777511">
    <w:abstractNumId w:val="12"/>
  </w:num>
  <w:num w:numId="21" w16cid:durableId="161378590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8584B"/>
    <w:rsid w:val="001F4049"/>
    <w:rsid w:val="00281CD0"/>
    <w:rsid w:val="00285A01"/>
    <w:rsid w:val="0029639D"/>
    <w:rsid w:val="002F64BB"/>
    <w:rsid w:val="0031380F"/>
    <w:rsid w:val="00326F90"/>
    <w:rsid w:val="003369BD"/>
    <w:rsid w:val="003604CD"/>
    <w:rsid w:val="00432942"/>
    <w:rsid w:val="00544574"/>
    <w:rsid w:val="00596EA5"/>
    <w:rsid w:val="005B158F"/>
    <w:rsid w:val="00601ED3"/>
    <w:rsid w:val="006706BD"/>
    <w:rsid w:val="00894845"/>
    <w:rsid w:val="008F7CFB"/>
    <w:rsid w:val="00955EB9"/>
    <w:rsid w:val="00A55927"/>
    <w:rsid w:val="00AA1D8D"/>
    <w:rsid w:val="00AF2672"/>
    <w:rsid w:val="00B009E1"/>
    <w:rsid w:val="00B47730"/>
    <w:rsid w:val="00B776F7"/>
    <w:rsid w:val="00B80449"/>
    <w:rsid w:val="00BC17ED"/>
    <w:rsid w:val="00CB0664"/>
    <w:rsid w:val="00EC20A4"/>
    <w:rsid w:val="00EC2283"/>
    <w:rsid w:val="00F50C8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D5AF4C"/>
  <w14:defaultImageDpi w14:val="300"/>
  <w15:docId w15:val="{93567B9D-CA3D-439E-8991-86513EFB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1244</Words>
  <Characters>6706</Characters>
  <Application>Microsoft Office Word</Application>
  <DocSecurity>0</DocSecurity>
  <Lines>191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MS APPS</cp:lastModifiedBy>
  <cp:revision>3</cp:revision>
  <cp:lastPrinted>2025-12-06T11:41:00Z</cp:lastPrinted>
  <dcterms:created xsi:type="dcterms:W3CDTF">2025-12-06T11:41:00Z</dcterms:created>
  <dcterms:modified xsi:type="dcterms:W3CDTF">2025-12-06T11:52:00Z</dcterms:modified>
  <cp:category/>
</cp:coreProperties>
</file>