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CFEE2D" w14:textId="212A756E" w:rsidR="00A141B2" w:rsidRDefault="00A141B2" w:rsidP="00FD56DC">
      <w:pPr>
        <w:pStyle w:val="Heading2"/>
        <w:bidi/>
        <w:rPr>
          <w:rFonts w:ascii="Arial" w:hAnsi="Arial" w:cs="Times New Roman"/>
          <w:color w:val="365F91" w:themeColor="accent1" w:themeShade="BF"/>
          <w:sz w:val="32"/>
          <w:szCs w:val="28"/>
        </w:rPr>
      </w:pPr>
      <w:r w:rsidRPr="00A141B2">
        <w:rPr>
          <w:rFonts w:ascii="Arial" w:hAnsi="Arial" w:cs="Times New Roman" w:hint="cs"/>
          <w:color w:val="365F91" w:themeColor="accent1" w:themeShade="BF"/>
          <w:sz w:val="32"/>
          <w:szCs w:val="28"/>
          <w:rtl/>
        </w:rPr>
        <w:t>مراجعة</w:t>
      </w:r>
      <w:r w:rsidRPr="00A141B2">
        <w:rPr>
          <w:rFonts w:ascii="Arial" w:hAnsi="Arial" w:cs="Times New Roman"/>
          <w:color w:val="365F91" w:themeColor="accent1" w:themeShade="BF"/>
          <w:sz w:val="32"/>
          <w:szCs w:val="28"/>
          <w:rtl/>
        </w:rPr>
        <w:t xml:space="preserve"> </w:t>
      </w:r>
      <w:r w:rsidRPr="00A141B2">
        <w:rPr>
          <w:rFonts w:ascii="Arial" w:hAnsi="Arial" w:cs="Times New Roman" w:hint="cs"/>
          <w:color w:val="365F91" w:themeColor="accent1" w:themeShade="BF"/>
          <w:sz w:val="32"/>
          <w:szCs w:val="28"/>
          <w:rtl/>
        </w:rPr>
        <w:t>أكاديمية</w:t>
      </w:r>
      <w:r w:rsidRPr="00A141B2">
        <w:rPr>
          <w:rFonts w:ascii="Arial" w:hAnsi="Arial" w:cs="Times New Roman"/>
          <w:color w:val="365F91" w:themeColor="accent1" w:themeShade="BF"/>
          <w:sz w:val="32"/>
          <w:szCs w:val="28"/>
          <w:rtl/>
        </w:rPr>
        <w:t xml:space="preserve"> </w:t>
      </w:r>
      <w:r w:rsidRPr="00A141B2">
        <w:rPr>
          <w:rFonts w:ascii="Arial" w:hAnsi="Arial" w:cs="Times New Roman" w:hint="cs"/>
          <w:color w:val="365F91" w:themeColor="accent1" w:themeShade="BF"/>
          <w:sz w:val="32"/>
          <w:szCs w:val="28"/>
          <w:rtl/>
        </w:rPr>
        <w:t>للفصل</w:t>
      </w:r>
      <w:r w:rsidRPr="00A141B2">
        <w:rPr>
          <w:rFonts w:ascii="Arial" w:hAnsi="Arial" w:cs="Times New Roman"/>
          <w:color w:val="365F91" w:themeColor="accent1" w:themeShade="BF"/>
          <w:sz w:val="32"/>
          <w:szCs w:val="28"/>
          <w:rtl/>
        </w:rPr>
        <w:t xml:space="preserve"> </w:t>
      </w:r>
      <w:r w:rsidRPr="00A141B2">
        <w:rPr>
          <w:rFonts w:ascii="Arial" w:hAnsi="Arial" w:cs="Times New Roman" w:hint="cs"/>
          <w:color w:val="365F91" w:themeColor="accent1" w:themeShade="BF"/>
          <w:sz w:val="32"/>
          <w:szCs w:val="28"/>
          <w:rtl/>
        </w:rPr>
        <w:t>الأول</w:t>
      </w:r>
      <w:r w:rsidRPr="00A141B2">
        <w:rPr>
          <w:rFonts w:ascii="Arial" w:hAnsi="Arial" w:cs="Times New Roman"/>
          <w:color w:val="365F91" w:themeColor="accent1" w:themeShade="BF"/>
          <w:sz w:val="32"/>
          <w:szCs w:val="28"/>
          <w:rtl/>
        </w:rPr>
        <w:t xml:space="preserve"> </w:t>
      </w:r>
      <w:r w:rsidRPr="00A141B2">
        <w:rPr>
          <w:rFonts w:ascii="Arial" w:hAnsi="Arial" w:cs="Times New Roman" w:hint="cs"/>
          <w:color w:val="365F91" w:themeColor="accent1" w:themeShade="BF"/>
          <w:sz w:val="32"/>
          <w:szCs w:val="28"/>
          <w:rtl/>
        </w:rPr>
        <w:t>ملف</w:t>
      </w:r>
      <w:r w:rsidRPr="00A141B2">
        <w:rPr>
          <w:rFonts w:ascii="Arial" w:hAnsi="Arial" w:cs="Times New Roman"/>
          <w:color w:val="365F91" w:themeColor="accent1" w:themeShade="BF"/>
          <w:sz w:val="32"/>
          <w:szCs w:val="28"/>
          <w:rtl/>
        </w:rPr>
        <w:t xml:space="preserve">: </w:t>
      </w:r>
      <w:r w:rsidRPr="00A141B2">
        <w:rPr>
          <w:rFonts w:ascii="Arial" w:hAnsi="Arial" w:cs="Times New Roman" w:hint="cs"/>
          <w:color w:val="365F91" w:themeColor="accent1" w:themeShade="BF"/>
          <w:sz w:val="32"/>
          <w:szCs w:val="28"/>
          <w:rtl/>
        </w:rPr>
        <w:t>علي</w:t>
      </w:r>
      <w:r w:rsidRPr="00A141B2">
        <w:rPr>
          <w:rFonts w:ascii="Arial" w:hAnsi="Arial" w:cs="Times New Roman"/>
          <w:color w:val="365F91" w:themeColor="accent1" w:themeShade="BF"/>
          <w:sz w:val="32"/>
          <w:szCs w:val="28"/>
          <w:rtl/>
        </w:rPr>
        <w:t xml:space="preserve"> </w:t>
      </w:r>
      <w:r w:rsidRPr="00A141B2">
        <w:rPr>
          <w:rFonts w:ascii="Arial" w:hAnsi="Arial" w:cs="Times New Roman" w:hint="cs"/>
          <w:color w:val="365F91" w:themeColor="accent1" w:themeShade="BF"/>
          <w:sz w:val="32"/>
          <w:szCs w:val="28"/>
          <w:rtl/>
        </w:rPr>
        <w:t>الحارثي</w:t>
      </w:r>
      <w:r w:rsidRPr="00A141B2">
        <w:rPr>
          <w:rFonts w:ascii="Arial" w:hAnsi="Arial" w:cs="Times New Roman"/>
          <w:color w:val="365F91" w:themeColor="accent1" w:themeShade="BF"/>
          <w:sz w:val="32"/>
          <w:szCs w:val="28"/>
          <w:rtl/>
        </w:rPr>
        <w:t xml:space="preserve"> _</w:t>
      </w:r>
      <w:r w:rsidRPr="00A141B2">
        <w:rPr>
          <w:rFonts w:ascii="Arial" w:hAnsi="Arial" w:cs="Times New Roman" w:hint="cs"/>
          <w:color w:val="365F91" w:themeColor="accent1" w:themeShade="BF"/>
          <w:sz w:val="32"/>
          <w:szCs w:val="28"/>
          <w:rtl/>
        </w:rPr>
        <w:t>التسليم</w:t>
      </w:r>
      <w:r w:rsidRPr="00A141B2">
        <w:rPr>
          <w:rFonts w:ascii="Arial" w:hAnsi="Arial" w:cs="Times New Roman"/>
          <w:color w:val="365F91" w:themeColor="accent1" w:themeShade="BF"/>
          <w:sz w:val="32"/>
          <w:szCs w:val="28"/>
          <w:rtl/>
        </w:rPr>
        <w:t xml:space="preserve"> </w:t>
      </w:r>
      <w:r w:rsidRPr="00A141B2">
        <w:rPr>
          <w:rFonts w:ascii="Arial" w:hAnsi="Arial" w:cs="Times New Roman" w:hint="cs"/>
          <w:color w:val="365F91" w:themeColor="accent1" w:themeShade="BF"/>
          <w:sz w:val="32"/>
          <w:szCs w:val="28"/>
          <w:rtl/>
        </w:rPr>
        <w:t>الأول</w:t>
      </w:r>
    </w:p>
    <w:p w14:paraId="6A7260E2" w14:textId="773EE643" w:rsidR="00F55848" w:rsidRDefault="00A141B2" w:rsidP="00A141B2">
      <w:pPr>
        <w:pStyle w:val="Heading2"/>
        <w:bidi/>
        <w:rPr>
          <w:rtl/>
          <w:lang w:bidi="ar-OM"/>
        </w:rPr>
      </w:pPr>
      <w:r>
        <w:rPr>
          <w:rFonts w:ascii="Arial" w:hAnsi="Arial" w:hint="cs"/>
          <w:sz w:val="28"/>
          <w:rtl/>
          <w:lang w:bidi="ar-OM"/>
        </w:rPr>
        <w:t xml:space="preserve">مقدمة الدراسة </w:t>
      </w:r>
    </w:p>
    <w:tbl>
      <w:tblPr>
        <w:tblStyle w:val="TableGrid"/>
        <w:tblW w:w="9174" w:type="dxa"/>
        <w:jc w:val="right"/>
        <w:tblLook w:val="04A0" w:firstRow="1" w:lastRow="0" w:firstColumn="1" w:lastColumn="0" w:noHBand="0" w:noVBand="1"/>
      </w:tblPr>
      <w:tblGrid>
        <w:gridCol w:w="3433"/>
        <w:gridCol w:w="2464"/>
        <w:gridCol w:w="2039"/>
        <w:gridCol w:w="1238"/>
      </w:tblGrid>
      <w:tr w:rsidR="00EC5601" w14:paraId="2EC6F6EC" w14:textId="1D809FA6" w:rsidTr="00D22271">
        <w:trPr>
          <w:jc w:val="right"/>
        </w:trPr>
        <w:tc>
          <w:tcPr>
            <w:tcW w:w="3433" w:type="dxa"/>
          </w:tcPr>
          <w:p w14:paraId="5E06325D" w14:textId="0E94F6AA" w:rsidR="00EC5601" w:rsidRPr="00B91E5D" w:rsidRDefault="00EC5601" w:rsidP="00EC5601">
            <w:pPr>
              <w:bidi/>
              <w:rPr>
                <w:b/>
                <w:bCs/>
              </w:rPr>
            </w:pPr>
            <w:r w:rsidRPr="00B91E5D">
              <w:rPr>
                <w:rFonts w:hint="cs"/>
                <w:b/>
                <w:bCs/>
                <w:rtl/>
              </w:rPr>
              <w:t>كيفية</w:t>
            </w:r>
            <w:r w:rsidRPr="00B91E5D">
              <w:rPr>
                <w:b/>
                <w:bCs/>
                <w:rtl/>
              </w:rPr>
              <w:t xml:space="preserve"> </w:t>
            </w:r>
            <w:r w:rsidRPr="00B91E5D">
              <w:rPr>
                <w:rFonts w:hint="cs"/>
                <w:b/>
                <w:bCs/>
                <w:rtl/>
              </w:rPr>
              <w:t>التنفيذ</w:t>
            </w:r>
            <w:r w:rsidRPr="00B91E5D">
              <w:rPr>
                <w:b/>
                <w:bCs/>
                <w:rtl/>
              </w:rPr>
              <w:t xml:space="preserve"> (</w:t>
            </w:r>
            <w:r w:rsidRPr="00B91E5D">
              <w:rPr>
                <w:rFonts w:hint="cs"/>
                <w:b/>
                <w:bCs/>
                <w:rtl/>
              </w:rPr>
              <w:t>خطوات</w:t>
            </w:r>
            <w:r w:rsidRPr="00B91E5D">
              <w:rPr>
                <w:b/>
                <w:bCs/>
                <w:rtl/>
              </w:rPr>
              <w:t xml:space="preserve"> </w:t>
            </w:r>
            <w:r w:rsidRPr="00B91E5D">
              <w:rPr>
                <w:rFonts w:hint="cs"/>
                <w:b/>
                <w:bCs/>
                <w:rtl/>
              </w:rPr>
              <w:t>عملية</w:t>
            </w:r>
            <w:r w:rsidRPr="00B91E5D">
              <w:rPr>
                <w:b/>
                <w:bCs/>
                <w:rtl/>
              </w:rPr>
              <w:t xml:space="preserve"> </w:t>
            </w:r>
            <w:r w:rsidRPr="00B91E5D">
              <w:rPr>
                <w:rFonts w:hint="cs"/>
                <w:b/>
                <w:bCs/>
                <w:rtl/>
              </w:rPr>
              <w:t>للطالب</w:t>
            </w:r>
            <w:r w:rsidRPr="00B91E5D">
              <w:rPr>
                <w:b/>
                <w:bCs/>
                <w:rtl/>
              </w:rPr>
              <w:t>)</w:t>
            </w:r>
          </w:p>
        </w:tc>
        <w:tc>
          <w:tcPr>
            <w:tcW w:w="2464" w:type="dxa"/>
          </w:tcPr>
          <w:p w14:paraId="20A8494E" w14:textId="61E1030A" w:rsidR="00EC5601" w:rsidRPr="00B91E5D" w:rsidRDefault="00EC5601" w:rsidP="00EC5601">
            <w:pPr>
              <w:bidi/>
              <w:rPr>
                <w:b/>
                <w:bCs/>
                <w:rtl/>
              </w:rPr>
            </w:pPr>
            <w:r w:rsidRPr="00B91E5D">
              <w:rPr>
                <w:rFonts w:hint="cs"/>
                <w:b/>
                <w:bCs/>
                <w:rtl/>
              </w:rPr>
              <w:t>نص</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بالعربية</w:t>
            </w:r>
            <w:r w:rsidRPr="00B91E5D">
              <w:rPr>
                <w:b/>
                <w:bCs/>
                <w:rtl/>
              </w:rPr>
              <w:t xml:space="preserve"> </w:t>
            </w:r>
            <w:r w:rsidRPr="00B91E5D">
              <w:rPr>
                <w:rFonts w:hint="cs"/>
                <w:b/>
                <w:bCs/>
                <w:rtl/>
              </w:rPr>
              <w:t>الأكاديمية</w:t>
            </w:r>
            <w:r w:rsidRPr="00B91E5D">
              <w:rPr>
                <w:b/>
                <w:bCs/>
                <w:rtl/>
              </w:rPr>
              <w:t>)</w:t>
            </w:r>
          </w:p>
        </w:tc>
        <w:tc>
          <w:tcPr>
            <w:tcW w:w="2039" w:type="dxa"/>
          </w:tcPr>
          <w:p w14:paraId="3F09C7A4" w14:textId="04B14B74" w:rsidR="00EC5601" w:rsidRPr="00B91E5D" w:rsidRDefault="00EC5601" w:rsidP="00EC5601">
            <w:pPr>
              <w:bidi/>
              <w:rPr>
                <w:rFonts w:ascii="Arial" w:hAnsi="Arial"/>
                <w:b/>
                <w:bCs/>
              </w:rPr>
            </w:pPr>
            <w:r w:rsidRPr="00B91E5D">
              <w:rPr>
                <w:rFonts w:hint="cs"/>
                <w:b/>
                <w:bCs/>
                <w:rtl/>
              </w:rPr>
              <w:t>موضع</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في</w:t>
            </w:r>
            <w:r w:rsidRPr="00B91E5D">
              <w:rPr>
                <w:b/>
                <w:bCs/>
                <w:rtl/>
              </w:rPr>
              <w:t xml:space="preserve"> </w:t>
            </w:r>
            <w:r w:rsidRPr="00B91E5D">
              <w:rPr>
                <w:rFonts w:hint="cs"/>
                <w:b/>
                <w:bCs/>
                <w:rtl/>
              </w:rPr>
              <w:t>النص</w:t>
            </w:r>
          </w:p>
        </w:tc>
        <w:tc>
          <w:tcPr>
            <w:tcW w:w="1238" w:type="dxa"/>
          </w:tcPr>
          <w:p w14:paraId="6A796829" w14:textId="0C431D90" w:rsidR="00EC5601" w:rsidRPr="00B91E5D" w:rsidRDefault="00EC5601" w:rsidP="00EC5601">
            <w:pPr>
              <w:bidi/>
              <w:rPr>
                <w:rFonts w:ascii="Arial" w:hAnsi="Arial"/>
                <w:b/>
                <w:bCs/>
              </w:rPr>
            </w:pPr>
            <w:r w:rsidRPr="00B91E5D">
              <w:rPr>
                <w:rFonts w:hint="cs"/>
                <w:b/>
                <w:bCs/>
                <w:rtl/>
              </w:rPr>
              <w:t>رقم</w:t>
            </w:r>
            <w:r w:rsidRPr="00B91E5D">
              <w:rPr>
                <w:b/>
                <w:bCs/>
                <w:rtl/>
              </w:rPr>
              <w:t xml:space="preserve"> </w:t>
            </w:r>
            <w:r w:rsidRPr="00B91E5D">
              <w:rPr>
                <w:rFonts w:hint="cs"/>
                <w:b/>
                <w:bCs/>
                <w:rtl/>
              </w:rPr>
              <w:t>الملاحظة</w:t>
            </w:r>
          </w:p>
        </w:tc>
      </w:tr>
      <w:tr w:rsidR="00BC36AC" w14:paraId="6EC88003" w14:textId="4E9DEA53" w:rsidTr="00D22271">
        <w:trPr>
          <w:jc w:val="right"/>
        </w:trPr>
        <w:tc>
          <w:tcPr>
            <w:tcW w:w="3433" w:type="dxa"/>
          </w:tcPr>
          <w:p w14:paraId="446B988F" w14:textId="442C7E3A" w:rsidR="00BC36AC" w:rsidRDefault="00BC36AC" w:rsidP="00BC36AC">
            <w:pPr>
              <w:bidi/>
            </w:pPr>
            <w:r w:rsidRPr="008E274E">
              <w:rPr>
                <w:rFonts w:hint="cs"/>
                <w:rtl/>
              </w:rPr>
              <w:t>أعد</w:t>
            </w:r>
            <w:r w:rsidRPr="008E274E">
              <w:rPr>
                <w:rtl/>
              </w:rPr>
              <w:t xml:space="preserve"> </w:t>
            </w:r>
            <w:r w:rsidRPr="008E274E">
              <w:rPr>
                <w:rFonts w:hint="cs"/>
                <w:rtl/>
              </w:rPr>
              <w:t>صياغة</w:t>
            </w:r>
            <w:r w:rsidRPr="008E274E">
              <w:rPr>
                <w:rtl/>
              </w:rPr>
              <w:t xml:space="preserve"> </w:t>
            </w:r>
            <w:r w:rsidRPr="008E274E">
              <w:rPr>
                <w:rFonts w:hint="cs"/>
                <w:rtl/>
              </w:rPr>
              <w:t>أول</w:t>
            </w:r>
            <w:r w:rsidRPr="008E274E">
              <w:rPr>
                <w:rtl/>
              </w:rPr>
              <w:t xml:space="preserve"> </w:t>
            </w:r>
            <w:r w:rsidRPr="008E274E">
              <w:rPr>
                <w:rFonts w:hint="cs"/>
                <w:rtl/>
              </w:rPr>
              <w:t>فقرتين</w:t>
            </w:r>
            <w:r w:rsidRPr="008E274E">
              <w:rPr>
                <w:rtl/>
              </w:rPr>
              <w:t xml:space="preserve"> </w:t>
            </w:r>
            <w:r w:rsidRPr="008E274E">
              <w:rPr>
                <w:rFonts w:hint="cs"/>
                <w:rtl/>
              </w:rPr>
              <w:t>لتتضمنا</w:t>
            </w:r>
            <w:r w:rsidRPr="008E274E">
              <w:rPr>
                <w:rtl/>
              </w:rPr>
              <w:t xml:space="preserve">: (1) </w:t>
            </w:r>
            <w:r w:rsidRPr="008E274E">
              <w:rPr>
                <w:rFonts w:hint="cs"/>
                <w:rtl/>
              </w:rPr>
              <w:t>لمحة</w:t>
            </w:r>
            <w:r w:rsidRPr="008E274E">
              <w:rPr>
                <w:rtl/>
              </w:rPr>
              <w:t xml:space="preserve"> </w:t>
            </w:r>
            <w:r w:rsidRPr="008E274E">
              <w:rPr>
                <w:rFonts w:hint="cs"/>
                <w:rtl/>
              </w:rPr>
              <w:t>موثّقة</w:t>
            </w:r>
            <w:r w:rsidRPr="008E274E">
              <w:rPr>
                <w:rtl/>
              </w:rPr>
              <w:t xml:space="preserve"> </w:t>
            </w:r>
            <w:r w:rsidRPr="008E274E">
              <w:rPr>
                <w:rFonts w:hint="cs"/>
                <w:rtl/>
              </w:rPr>
              <w:t>عن</w:t>
            </w:r>
            <w:r w:rsidRPr="008E274E">
              <w:rPr>
                <w:rtl/>
              </w:rPr>
              <w:t xml:space="preserve"> </w:t>
            </w:r>
            <w:r w:rsidRPr="008E274E">
              <w:rPr>
                <w:rFonts w:hint="cs"/>
                <w:rtl/>
              </w:rPr>
              <w:t>مسار</w:t>
            </w:r>
            <w:r w:rsidRPr="008E274E">
              <w:rPr>
                <w:rtl/>
              </w:rPr>
              <w:t xml:space="preserve"> </w:t>
            </w:r>
            <w:r w:rsidRPr="008E274E">
              <w:rPr>
                <w:rFonts w:hint="cs"/>
                <w:rtl/>
              </w:rPr>
              <w:t>التحول</w:t>
            </w:r>
            <w:r w:rsidRPr="008E274E">
              <w:rPr>
                <w:rtl/>
              </w:rPr>
              <w:t xml:space="preserve"> </w:t>
            </w:r>
            <w:r w:rsidRPr="008E274E">
              <w:rPr>
                <w:rFonts w:hint="cs"/>
                <w:rtl/>
              </w:rPr>
              <w:t>الرقمي</w:t>
            </w:r>
            <w:r w:rsidRPr="008E274E">
              <w:rPr>
                <w:rtl/>
              </w:rPr>
              <w:t xml:space="preserve"> </w:t>
            </w:r>
            <w:r w:rsidRPr="008E274E">
              <w:rPr>
                <w:rFonts w:hint="cs"/>
                <w:rtl/>
              </w:rPr>
              <w:t>الحكومي</w:t>
            </w:r>
            <w:r w:rsidRPr="008E274E">
              <w:rPr>
                <w:rtl/>
              </w:rPr>
              <w:t xml:space="preserve"> </w:t>
            </w:r>
            <w:r w:rsidRPr="008E274E">
              <w:rPr>
                <w:rFonts w:hint="cs"/>
                <w:rtl/>
              </w:rPr>
              <w:t>في</w:t>
            </w:r>
            <w:r w:rsidRPr="008E274E">
              <w:rPr>
                <w:rtl/>
              </w:rPr>
              <w:t xml:space="preserve"> </w:t>
            </w:r>
            <w:r w:rsidRPr="008E274E">
              <w:rPr>
                <w:rFonts w:hint="cs"/>
                <w:rtl/>
              </w:rPr>
              <w:t>السعودية</w:t>
            </w:r>
            <w:r w:rsidRPr="008E274E">
              <w:rPr>
                <w:rtl/>
              </w:rPr>
              <w:t xml:space="preserve"> </w:t>
            </w:r>
            <w:r w:rsidRPr="008E274E">
              <w:rPr>
                <w:rFonts w:hint="cs"/>
                <w:rtl/>
              </w:rPr>
              <w:t>مع</w:t>
            </w:r>
            <w:r w:rsidRPr="008E274E">
              <w:rPr>
                <w:rtl/>
              </w:rPr>
              <w:t xml:space="preserve"> </w:t>
            </w:r>
            <w:r w:rsidRPr="008E274E">
              <w:rPr>
                <w:rFonts w:hint="cs"/>
                <w:rtl/>
              </w:rPr>
              <w:t>الإشارة</w:t>
            </w:r>
            <w:r w:rsidRPr="008E274E">
              <w:rPr>
                <w:rtl/>
              </w:rPr>
              <w:t xml:space="preserve"> </w:t>
            </w:r>
            <w:r w:rsidRPr="008E274E">
              <w:rPr>
                <w:rFonts w:hint="cs"/>
                <w:rtl/>
              </w:rPr>
              <w:t>إلى</w:t>
            </w:r>
            <w:r w:rsidRPr="008E274E">
              <w:rPr>
                <w:rtl/>
              </w:rPr>
              <w:t xml:space="preserve"> </w:t>
            </w:r>
            <w:r w:rsidRPr="008E274E">
              <w:rPr>
                <w:rFonts w:hint="cs"/>
                <w:rtl/>
              </w:rPr>
              <w:t>الوزارة،</w:t>
            </w:r>
            <w:r w:rsidRPr="008E274E">
              <w:rPr>
                <w:rtl/>
              </w:rPr>
              <w:t xml:space="preserve"> (2) </w:t>
            </w:r>
            <w:r w:rsidRPr="008E274E">
              <w:rPr>
                <w:rFonts w:hint="cs"/>
                <w:rtl/>
              </w:rPr>
              <w:t>إبراز</w:t>
            </w:r>
            <w:r w:rsidRPr="008E274E">
              <w:rPr>
                <w:rtl/>
              </w:rPr>
              <w:t xml:space="preserve"> </w:t>
            </w:r>
            <w:r w:rsidRPr="008E274E">
              <w:rPr>
                <w:rFonts w:hint="cs"/>
                <w:rtl/>
              </w:rPr>
              <w:t>العدالة</w:t>
            </w:r>
            <w:r w:rsidRPr="008E274E">
              <w:rPr>
                <w:rtl/>
              </w:rPr>
              <w:t xml:space="preserve"> </w:t>
            </w:r>
            <w:r w:rsidRPr="008E274E">
              <w:rPr>
                <w:rFonts w:hint="cs"/>
                <w:rtl/>
              </w:rPr>
              <w:t>الوظيفية</w:t>
            </w:r>
            <w:r w:rsidRPr="008E274E">
              <w:rPr>
                <w:rtl/>
              </w:rPr>
              <w:t xml:space="preserve"> </w:t>
            </w:r>
            <w:r w:rsidRPr="008E274E">
              <w:rPr>
                <w:rFonts w:hint="cs"/>
                <w:rtl/>
              </w:rPr>
              <w:t>كقضية</w:t>
            </w:r>
            <w:r w:rsidRPr="008E274E">
              <w:rPr>
                <w:rtl/>
              </w:rPr>
              <w:t xml:space="preserve"> </w:t>
            </w:r>
            <w:r w:rsidRPr="008E274E">
              <w:rPr>
                <w:rFonts w:hint="cs"/>
                <w:rtl/>
              </w:rPr>
              <w:t>محورية</w:t>
            </w:r>
            <w:r w:rsidRPr="008E274E">
              <w:rPr>
                <w:rtl/>
              </w:rPr>
              <w:t xml:space="preserve"> </w:t>
            </w:r>
            <w:r w:rsidRPr="008E274E">
              <w:rPr>
                <w:rFonts w:hint="cs"/>
                <w:rtl/>
              </w:rPr>
              <w:t>في</w:t>
            </w:r>
            <w:r w:rsidRPr="008E274E">
              <w:rPr>
                <w:rtl/>
              </w:rPr>
              <w:t xml:space="preserve"> </w:t>
            </w:r>
            <w:r w:rsidRPr="008E274E">
              <w:rPr>
                <w:rFonts w:hint="cs"/>
                <w:rtl/>
              </w:rPr>
              <w:t>قرارات</w:t>
            </w:r>
            <w:r w:rsidRPr="008E274E">
              <w:rPr>
                <w:rtl/>
              </w:rPr>
              <w:t xml:space="preserve"> </w:t>
            </w:r>
            <w:r w:rsidRPr="008E274E">
              <w:rPr>
                <w:rFonts w:hint="cs"/>
                <w:rtl/>
              </w:rPr>
              <w:t>التوظيف</w:t>
            </w:r>
            <w:r w:rsidRPr="008E274E">
              <w:rPr>
                <w:rtl/>
              </w:rPr>
              <w:t xml:space="preserve"> </w:t>
            </w:r>
            <w:r w:rsidRPr="008E274E">
              <w:rPr>
                <w:rFonts w:hint="cs"/>
                <w:rtl/>
              </w:rPr>
              <w:t>الرقمية،</w:t>
            </w:r>
            <w:r w:rsidRPr="008E274E">
              <w:rPr>
                <w:rtl/>
              </w:rPr>
              <w:t xml:space="preserve"> (3) </w:t>
            </w:r>
            <w:r w:rsidRPr="008E274E">
              <w:rPr>
                <w:rFonts w:hint="cs"/>
                <w:rtl/>
              </w:rPr>
              <w:t>جملة</w:t>
            </w:r>
            <w:r w:rsidRPr="008E274E">
              <w:rPr>
                <w:rtl/>
              </w:rPr>
              <w:t xml:space="preserve"> </w:t>
            </w:r>
            <w:r w:rsidRPr="008E274E">
              <w:rPr>
                <w:rFonts w:hint="cs"/>
                <w:rtl/>
              </w:rPr>
              <w:t>انتقالية</w:t>
            </w:r>
            <w:r w:rsidRPr="008E274E">
              <w:rPr>
                <w:rtl/>
              </w:rPr>
              <w:t xml:space="preserve"> </w:t>
            </w:r>
            <w:r w:rsidRPr="008E274E">
              <w:rPr>
                <w:rFonts w:hint="cs"/>
                <w:rtl/>
              </w:rPr>
              <w:t>تقود</w:t>
            </w:r>
            <w:r w:rsidRPr="008E274E">
              <w:rPr>
                <w:rtl/>
              </w:rPr>
              <w:t xml:space="preserve"> </w:t>
            </w:r>
            <w:r w:rsidRPr="008E274E">
              <w:rPr>
                <w:rFonts w:hint="cs"/>
                <w:rtl/>
              </w:rPr>
              <w:t>مباشرة</w:t>
            </w:r>
            <w:r w:rsidRPr="008E274E">
              <w:rPr>
                <w:rtl/>
              </w:rPr>
              <w:t xml:space="preserve"> </w:t>
            </w:r>
            <w:r w:rsidRPr="008E274E">
              <w:rPr>
                <w:rFonts w:hint="cs"/>
                <w:rtl/>
              </w:rPr>
              <w:t>إلى</w:t>
            </w:r>
            <w:r w:rsidRPr="008E274E">
              <w:rPr>
                <w:rtl/>
              </w:rPr>
              <w:t xml:space="preserve"> </w:t>
            </w:r>
            <w:r w:rsidRPr="008E274E">
              <w:rPr>
                <w:rFonts w:hint="cs"/>
                <w:rtl/>
              </w:rPr>
              <w:t>مشكلة</w:t>
            </w:r>
            <w:r w:rsidRPr="008E274E">
              <w:rPr>
                <w:rtl/>
              </w:rPr>
              <w:t xml:space="preserve"> </w:t>
            </w:r>
            <w:r w:rsidRPr="008E274E">
              <w:rPr>
                <w:rFonts w:hint="cs"/>
                <w:rtl/>
              </w:rPr>
              <w:t>الدراسة</w:t>
            </w:r>
            <w:r w:rsidRPr="008E274E">
              <w:t>.</w:t>
            </w:r>
          </w:p>
        </w:tc>
        <w:tc>
          <w:tcPr>
            <w:tcW w:w="2464" w:type="dxa"/>
          </w:tcPr>
          <w:p w14:paraId="6CD12D70" w14:textId="318A461D" w:rsidR="00BC36AC" w:rsidRPr="00C10C19" w:rsidRDefault="00BC36AC" w:rsidP="00BC36AC">
            <w:pPr>
              <w:bidi/>
              <w:rPr>
                <w:rtl/>
              </w:rPr>
            </w:pPr>
            <w:r w:rsidRPr="00575311">
              <w:rPr>
                <w:rFonts w:hint="cs"/>
                <w:rtl/>
              </w:rPr>
              <w:t>المقدمة</w:t>
            </w:r>
            <w:r w:rsidRPr="00575311">
              <w:rPr>
                <w:rtl/>
              </w:rPr>
              <w:t xml:space="preserve"> </w:t>
            </w:r>
            <w:r w:rsidRPr="00575311">
              <w:rPr>
                <w:rFonts w:hint="cs"/>
                <w:rtl/>
              </w:rPr>
              <w:t>تربط</w:t>
            </w:r>
            <w:r w:rsidRPr="00575311">
              <w:rPr>
                <w:rtl/>
              </w:rPr>
              <w:t xml:space="preserve"> </w:t>
            </w:r>
            <w:r w:rsidRPr="00575311">
              <w:rPr>
                <w:rFonts w:hint="cs"/>
                <w:rtl/>
              </w:rPr>
              <w:t>التحول</w:t>
            </w:r>
            <w:r w:rsidRPr="00575311">
              <w:rPr>
                <w:rtl/>
              </w:rPr>
              <w:t xml:space="preserve"> </w:t>
            </w:r>
            <w:r w:rsidRPr="00575311">
              <w:rPr>
                <w:rFonts w:hint="cs"/>
                <w:rtl/>
              </w:rPr>
              <w:t>الرقمي</w:t>
            </w:r>
            <w:r w:rsidRPr="00575311">
              <w:rPr>
                <w:rtl/>
              </w:rPr>
              <w:t xml:space="preserve"> </w:t>
            </w:r>
            <w:r w:rsidRPr="00575311">
              <w:rPr>
                <w:rFonts w:hint="cs"/>
                <w:rtl/>
              </w:rPr>
              <w:t>برؤية</w:t>
            </w:r>
            <w:r w:rsidRPr="00575311">
              <w:rPr>
                <w:rtl/>
              </w:rPr>
              <w:t xml:space="preserve"> 2030 </w:t>
            </w:r>
            <w:r w:rsidRPr="00575311">
              <w:rPr>
                <w:rFonts w:hint="cs"/>
                <w:rtl/>
              </w:rPr>
              <w:t>وتقدّم</w:t>
            </w:r>
            <w:r w:rsidRPr="00575311">
              <w:rPr>
                <w:rtl/>
              </w:rPr>
              <w:t xml:space="preserve"> </w:t>
            </w:r>
            <w:r w:rsidRPr="00575311">
              <w:rPr>
                <w:rFonts w:hint="cs"/>
                <w:rtl/>
              </w:rPr>
              <w:t>سياقًا</w:t>
            </w:r>
            <w:r w:rsidRPr="00575311">
              <w:rPr>
                <w:rtl/>
              </w:rPr>
              <w:t xml:space="preserve"> </w:t>
            </w:r>
            <w:r w:rsidRPr="00575311">
              <w:rPr>
                <w:rFonts w:hint="cs"/>
                <w:rtl/>
              </w:rPr>
              <w:t>وطنيًا</w:t>
            </w:r>
            <w:r w:rsidRPr="00575311">
              <w:rPr>
                <w:rtl/>
              </w:rPr>
              <w:t xml:space="preserve"> </w:t>
            </w:r>
            <w:r w:rsidRPr="00575311">
              <w:rPr>
                <w:rFonts w:hint="cs"/>
                <w:rtl/>
              </w:rPr>
              <w:t>عامًا،</w:t>
            </w:r>
            <w:r w:rsidRPr="00575311">
              <w:rPr>
                <w:rtl/>
              </w:rPr>
              <w:t xml:space="preserve"> </w:t>
            </w:r>
            <w:r w:rsidRPr="00575311">
              <w:rPr>
                <w:rFonts w:hint="cs"/>
                <w:rtl/>
              </w:rPr>
              <w:t>لكنها</w:t>
            </w:r>
            <w:r w:rsidRPr="00575311">
              <w:rPr>
                <w:rtl/>
              </w:rPr>
              <w:t xml:space="preserve"> </w:t>
            </w:r>
            <w:r w:rsidRPr="00575311">
              <w:rPr>
                <w:rFonts w:hint="cs"/>
                <w:rtl/>
              </w:rPr>
              <w:t>لا</w:t>
            </w:r>
            <w:r w:rsidRPr="00575311">
              <w:rPr>
                <w:rtl/>
              </w:rPr>
              <w:t xml:space="preserve"> </w:t>
            </w:r>
            <w:r w:rsidRPr="00575311">
              <w:rPr>
                <w:rFonts w:hint="cs"/>
                <w:rtl/>
              </w:rPr>
              <w:t>تُبرز</w:t>
            </w:r>
            <w:r w:rsidRPr="00575311">
              <w:rPr>
                <w:rtl/>
              </w:rPr>
              <w:t xml:space="preserve"> </w:t>
            </w:r>
            <w:r w:rsidRPr="00575311">
              <w:rPr>
                <w:rFonts w:hint="cs"/>
                <w:rtl/>
              </w:rPr>
              <w:t>مبكرًا</w:t>
            </w:r>
            <w:r w:rsidRPr="00575311">
              <w:rPr>
                <w:rtl/>
              </w:rPr>
              <w:t xml:space="preserve"> </w:t>
            </w:r>
            <w:r w:rsidRPr="00575311">
              <w:rPr>
                <w:rFonts w:hint="cs"/>
                <w:rtl/>
              </w:rPr>
              <w:t>خصوصية</w:t>
            </w:r>
            <w:r w:rsidRPr="00575311">
              <w:rPr>
                <w:rtl/>
              </w:rPr>
              <w:t xml:space="preserve"> </w:t>
            </w:r>
            <w:r w:rsidRPr="00575311">
              <w:rPr>
                <w:rFonts w:hint="cs"/>
                <w:rtl/>
              </w:rPr>
              <w:t>وزارة</w:t>
            </w:r>
            <w:r w:rsidRPr="00575311">
              <w:rPr>
                <w:rtl/>
              </w:rPr>
              <w:t xml:space="preserve"> </w:t>
            </w:r>
            <w:r w:rsidRPr="00575311">
              <w:rPr>
                <w:rFonts w:hint="cs"/>
                <w:rtl/>
              </w:rPr>
              <w:t>الموارد</w:t>
            </w:r>
            <w:r w:rsidRPr="00575311">
              <w:rPr>
                <w:rtl/>
              </w:rPr>
              <w:t xml:space="preserve"> </w:t>
            </w:r>
            <w:r w:rsidRPr="00575311">
              <w:rPr>
                <w:rFonts w:hint="cs"/>
                <w:rtl/>
              </w:rPr>
              <w:t>البشرية</w:t>
            </w:r>
            <w:r w:rsidRPr="00575311">
              <w:rPr>
                <w:rtl/>
              </w:rPr>
              <w:t xml:space="preserve"> </w:t>
            </w:r>
            <w:r w:rsidRPr="00575311">
              <w:rPr>
                <w:rFonts w:hint="cs"/>
                <w:rtl/>
              </w:rPr>
              <w:t>والتنمية</w:t>
            </w:r>
            <w:r w:rsidRPr="00575311">
              <w:rPr>
                <w:rtl/>
              </w:rPr>
              <w:t xml:space="preserve"> </w:t>
            </w:r>
            <w:r w:rsidRPr="00575311">
              <w:rPr>
                <w:rFonts w:hint="cs"/>
                <w:rtl/>
              </w:rPr>
              <w:t>الاجتماعية</w:t>
            </w:r>
            <w:r w:rsidRPr="00575311">
              <w:rPr>
                <w:rtl/>
              </w:rPr>
              <w:t xml:space="preserve"> </w:t>
            </w:r>
            <w:r w:rsidRPr="00575311">
              <w:rPr>
                <w:rFonts w:hint="cs"/>
                <w:rtl/>
              </w:rPr>
              <w:t>بوصفها</w:t>
            </w:r>
            <w:r w:rsidRPr="00575311">
              <w:rPr>
                <w:rtl/>
              </w:rPr>
              <w:t xml:space="preserve"> </w:t>
            </w:r>
            <w:r w:rsidRPr="00575311">
              <w:rPr>
                <w:rFonts w:hint="cs"/>
                <w:rtl/>
              </w:rPr>
              <w:t>مجال</w:t>
            </w:r>
            <w:r w:rsidRPr="00575311">
              <w:rPr>
                <w:rtl/>
              </w:rPr>
              <w:t xml:space="preserve"> </w:t>
            </w:r>
            <w:r w:rsidRPr="00575311">
              <w:rPr>
                <w:rFonts w:hint="cs"/>
                <w:rtl/>
              </w:rPr>
              <w:t>التطبيق،</w:t>
            </w:r>
            <w:r w:rsidRPr="00575311">
              <w:rPr>
                <w:rtl/>
              </w:rPr>
              <w:t xml:space="preserve"> </w:t>
            </w:r>
            <w:r w:rsidRPr="00575311">
              <w:rPr>
                <w:rFonts w:hint="cs"/>
                <w:rtl/>
              </w:rPr>
              <w:t>ولا</w:t>
            </w:r>
            <w:r w:rsidRPr="00575311">
              <w:rPr>
                <w:rtl/>
              </w:rPr>
              <w:t xml:space="preserve"> </w:t>
            </w:r>
            <w:r w:rsidRPr="00575311">
              <w:rPr>
                <w:rFonts w:hint="cs"/>
                <w:rtl/>
              </w:rPr>
              <w:t>تُظهر</w:t>
            </w:r>
            <w:r w:rsidRPr="00575311">
              <w:rPr>
                <w:rtl/>
              </w:rPr>
              <w:t xml:space="preserve"> </w:t>
            </w:r>
            <w:r w:rsidRPr="00575311">
              <w:rPr>
                <w:rFonts w:hint="cs"/>
                <w:rtl/>
              </w:rPr>
              <w:t>بوضوح</w:t>
            </w:r>
            <w:r w:rsidRPr="00575311">
              <w:rPr>
                <w:rtl/>
              </w:rPr>
              <w:t xml:space="preserve"> </w:t>
            </w:r>
            <w:r w:rsidRPr="00575311">
              <w:rPr>
                <w:rFonts w:hint="cs"/>
                <w:rtl/>
              </w:rPr>
              <w:t>مسألة</w:t>
            </w:r>
            <w:r w:rsidRPr="00575311">
              <w:rPr>
                <w:rtl/>
              </w:rPr>
              <w:t xml:space="preserve"> «</w:t>
            </w:r>
            <w:r w:rsidRPr="00575311">
              <w:rPr>
                <w:rFonts w:hint="cs"/>
                <w:rtl/>
              </w:rPr>
              <w:t>العدالة</w:t>
            </w:r>
            <w:r w:rsidRPr="00575311">
              <w:rPr>
                <w:rtl/>
              </w:rPr>
              <w:t xml:space="preserve"> </w:t>
            </w:r>
            <w:r w:rsidRPr="00575311">
              <w:rPr>
                <w:rFonts w:hint="cs"/>
                <w:rtl/>
              </w:rPr>
              <w:t>الوظيفية</w:t>
            </w:r>
            <w:r w:rsidRPr="00575311">
              <w:rPr>
                <w:rFonts w:hint="eastAsia"/>
                <w:rtl/>
              </w:rPr>
              <w:t>»</w:t>
            </w:r>
            <w:r w:rsidRPr="00575311">
              <w:rPr>
                <w:rtl/>
              </w:rPr>
              <w:t xml:space="preserve"> </w:t>
            </w:r>
            <w:r w:rsidRPr="00575311">
              <w:rPr>
                <w:rFonts w:hint="cs"/>
                <w:rtl/>
              </w:rPr>
              <w:t>كحجر</w:t>
            </w:r>
            <w:r w:rsidRPr="00575311">
              <w:rPr>
                <w:rtl/>
              </w:rPr>
              <w:t xml:space="preserve"> </w:t>
            </w:r>
            <w:r w:rsidRPr="00575311">
              <w:rPr>
                <w:rFonts w:hint="cs"/>
                <w:rtl/>
              </w:rPr>
              <w:t>زاوية</w:t>
            </w:r>
            <w:r w:rsidRPr="00575311">
              <w:rPr>
                <w:rtl/>
              </w:rPr>
              <w:t xml:space="preserve"> </w:t>
            </w:r>
            <w:r w:rsidRPr="00575311">
              <w:rPr>
                <w:rFonts w:hint="cs"/>
                <w:rtl/>
              </w:rPr>
              <w:t>للمشكلة</w:t>
            </w:r>
            <w:r w:rsidRPr="00575311">
              <w:t>.</w:t>
            </w:r>
          </w:p>
        </w:tc>
        <w:tc>
          <w:tcPr>
            <w:tcW w:w="2039" w:type="dxa"/>
          </w:tcPr>
          <w:p w14:paraId="3536B5A6" w14:textId="7310F698" w:rsidR="00BC36AC" w:rsidRDefault="00BC36AC" w:rsidP="00BC36AC">
            <w:pPr>
              <w:bidi/>
              <w:rPr>
                <w:rFonts w:ascii="Arial" w:hAnsi="Arial"/>
              </w:rPr>
            </w:pPr>
            <w:r w:rsidRPr="00C10C19">
              <w:rPr>
                <w:rFonts w:hint="cs"/>
                <w:rtl/>
              </w:rPr>
              <w:t>الفقرة</w:t>
            </w:r>
            <w:r w:rsidRPr="00C10C19">
              <w:rPr>
                <w:rtl/>
              </w:rPr>
              <w:t xml:space="preserve"> </w:t>
            </w:r>
            <w:r w:rsidRPr="00C10C19">
              <w:rPr>
                <w:rFonts w:hint="cs"/>
                <w:rtl/>
              </w:rPr>
              <w:t>الأولى</w:t>
            </w:r>
            <w:r w:rsidRPr="00C10C19">
              <w:rPr>
                <w:rtl/>
              </w:rPr>
              <w:t xml:space="preserve"> </w:t>
            </w:r>
            <w:r w:rsidRPr="00C10C19">
              <w:rPr>
                <w:rFonts w:hint="cs"/>
                <w:rtl/>
              </w:rPr>
              <w:t>من</w:t>
            </w:r>
            <w:r w:rsidRPr="00C10C19">
              <w:rPr>
                <w:rtl/>
              </w:rPr>
              <w:t xml:space="preserve"> </w:t>
            </w:r>
            <w:r w:rsidRPr="00C10C19">
              <w:rPr>
                <w:rFonts w:hint="cs"/>
                <w:rtl/>
              </w:rPr>
              <w:t>المقدمة</w:t>
            </w:r>
          </w:p>
        </w:tc>
        <w:tc>
          <w:tcPr>
            <w:tcW w:w="1238" w:type="dxa"/>
          </w:tcPr>
          <w:p w14:paraId="1B334E8B" w14:textId="753CB69E" w:rsidR="00BC36AC" w:rsidRDefault="00BC36AC" w:rsidP="00BC36AC">
            <w:pPr>
              <w:bidi/>
              <w:rPr>
                <w:rFonts w:ascii="Arial" w:hAnsi="Arial"/>
              </w:rPr>
            </w:pPr>
            <w:r>
              <w:rPr>
                <w:rFonts w:ascii="Arial" w:hAnsi="Arial"/>
              </w:rPr>
              <w:t>1</w:t>
            </w:r>
          </w:p>
        </w:tc>
      </w:tr>
      <w:tr w:rsidR="00BC36AC" w14:paraId="2C9DB403" w14:textId="1A58DC8D" w:rsidTr="00D22271">
        <w:trPr>
          <w:jc w:val="right"/>
        </w:trPr>
        <w:tc>
          <w:tcPr>
            <w:tcW w:w="3433" w:type="dxa"/>
          </w:tcPr>
          <w:p w14:paraId="0DD7D89D" w14:textId="74E7D347" w:rsidR="00BC36AC" w:rsidRDefault="00BC36AC" w:rsidP="00BC36AC">
            <w:pPr>
              <w:bidi/>
            </w:pPr>
            <w:r w:rsidRPr="008E274E">
              <w:rPr>
                <w:rFonts w:hint="cs"/>
                <w:rtl/>
              </w:rPr>
              <w:t>استبدل</w:t>
            </w:r>
            <w:r w:rsidRPr="008E274E">
              <w:rPr>
                <w:rtl/>
              </w:rPr>
              <w:t xml:space="preserve"> </w:t>
            </w:r>
            <w:r w:rsidRPr="008E274E">
              <w:rPr>
                <w:rFonts w:hint="cs"/>
                <w:rtl/>
              </w:rPr>
              <w:t>الشواهد</w:t>
            </w:r>
            <w:r w:rsidRPr="008E274E">
              <w:rPr>
                <w:rtl/>
              </w:rPr>
              <w:t xml:space="preserve"> </w:t>
            </w:r>
            <w:r w:rsidRPr="008E274E">
              <w:rPr>
                <w:rFonts w:hint="cs"/>
                <w:rtl/>
              </w:rPr>
              <w:t>بمقالات</w:t>
            </w:r>
            <w:r w:rsidRPr="008E274E">
              <w:rPr>
                <w:rtl/>
              </w:rPr>
              <w:t xml:space="preserve"> </w:t>
            </w:r>
            <w:r w:rsidRPr="008E274E">
              <w:rPr>
                <w:rFonts w:hint="cs"/>
                <w:rtl/>
              </w:rPr>
              <w:t>محكّمة</w:t>
            </w:r>
            <w:r w:rsidRPr="008E274E">
              <w:rPr>
                <w:rtl/>
              </w:rPr>
              <w:t xml:space="preserve"> </w:t>
            </w:r>
            <w:r w:rsidRPr="008E274E">
              <w:rPr>
                <w:rFonts w:hint="cs"/>
                <w:rtl/>
              </w:rPr>
              <w:t>أو</w:t>
            </w:r>
            <w:r w:rsidRPr="008E274E">
              <w:rPr>
                <w:rtl/>
              </w:rPr>
              <w:t xml:space="preserve"> </w:t>
            </w:r>
            <w:r w:rsidRPr="008E274E">
              <w:rPr>
                <w:rFonts w:hint="cs"/>
                <w:rtl/>
              </w:rPr>
              <w:t>تقارير</w:t>
            </w:r>
            <w:r w:rsidRPr="008E274E">
              <w:rPr>
                <w:rtl/>
              </w:rPr>
              <w:t xml:space="preserve"> </w:t>
            </w:r>
            <w:r w:rsidRPr="008E274E">
              <w:rPr>
                <w:rFonts w:hint="cs"/>
                <w:rtl/>
              </w:rPr>
              <w:t>رسمية</w:t>
            </w:r>
            <w:r w:rsidRPr="008E274E">
              <w:rPr>
                <w:rtl/>
              </w:rPr>
              <w:t xml:space="preserve"> </w:t>
            </w:r>
            <w:r w:rsidRPr="008E274E">
              <w:rPr>
                <w:rFonts w:hint="cs"/>
                <w:rtl/>
              </w:rPr>
              <w:t>حديثة</w:t>
            </w:r>
          </w:p>
        </w:tc>
        <w:tc>
          <w:tcPr>
            <w:tcW w:w="2464" w:type="dxa"/>
          </w:tcPr>
          <w:p w14:paraId="4DB3ACCA" w14:textId="2ECC852D" w:rsidR="00BC36AC" w:rsidRPr="00C10C19" w:rsidRDefault="00BC36AC" w:rsidP="00BC36AC">
            <w:pPr>
              <w:bidi/>
              <w:rPr>
                <w:rtl/>
              </w:rPr>
            </w:pPr>
            <w:r w:rsidRPr="00575311">
              <w:rPr>
                <w:rFonts w:hint="cs"/>
                <w:rtl/>
              </w:rPr>
              <w:t>تُذكر</w:t>
            </w:r>
            <w:r w:rsidRPr="00575311">
              <w:rPr>
                <w:rtl/>
              </w:rPr>
              <w:t xml:space="preserve"> </w:t>
            </w:r>
            <w:r w:rsidRPr="00575311">
              <w:rPr>
                <w:rFonts w:hint="cs"/>
                <w:rtl/>
              </w:rPr>
              <w:t>شواهد</w:t>
            </w:r>
            <w:r w:rsidRPr="00575311">
              <w:rPr>
                <w:rtl/>
              </w:rPr>
              <w:t xml:space="preserve"> </w:t>
            </w:r>
            <w:r w:rsidRPr="00575311">
              <w:rPr>
                <w:rFonts w:hint="cs"/>
                <w:rtl/>
              </w:rPr>
              <w:t>ونسب</w:t>
            </w:r>
            <w:r w:rsidRPr="00575311">
              <w:rPr>
                <w:rtl/>
              </w:rPr>
              <w:t xml:space="preserve"> </w:t>
            </w:r>
            <w:r w:rsidRPr="00575311">
              <w:rPr>
                <w:rFonts w:hint="cs"/>
                <w:rtl/>
              </w:rPr>
              <w:t>دولية</w:t>
            </w:r>
            <w:r w:rsidRPr="00575311">
              <w:rPr>
                <w:rtl/>
              </w:rPr>
              <w:t>/</w:t>
            </w:r>
            <w:r w:rsidRPr="00575311">
              <w:rPr>
                <w:rFonts w:hint="cs"/>
                <w:rtl/>
              </w:rPr>
              <w:t>محلية</w:t>
            </w:r>
            <w:r w:rsidRPr="00575311">
              <w:rPr>
                <w:rtl/>
              </w:rPr>
              <w:t xml:space="preserve"> </w:t>
            </w:r>
            <w:r w:rsidRPr="00575311">
              <w:rPr>
                <w:rFonts w:hint="cs"/>
                <w:rtl/>
              </w:rPr>
              <w:t>دون</w:t>
            </w:r>
            <w:r w:rsidRPr="00575311">
              <w:rPr>
                <w:rtl/>
              </w:rPr>
              <w:t xml:space="preserve"> </w:t>
            </w:r>
            <w:r w:rsidRPr="00575311">
              <w:rPr>
                <w:rFonts w:hint="cs"/>
                <w:rtl/>
              </w:rPr>
              <w:t>إحالات</w:t>
            </w:r>
            <w:r w:rsidRPr="00575311">
              <w:rPr>
                <w:rtl/>
              </w:rPr>
              <w:t xml:space="preserve"> </w:t>
            </w:r>
            <w:r w:rsidRPr="00575311">
              <w:rPr>
                <w:rFonts w:hint="cs"/>
                <w:rtl/>
              </w:rPr>
              <w:t>علمية</w:t>
            </w:r>
            <w:r w:rsidRPr="00575311">
              <w:rPr>
                <w:rtl/>
              </w:rPr>
              <w:t xml:space="preserve"> </w:t>
            </w:r>
            <w:r w:rsidRPr="00575311">
              <w:rPr>
                <w:rFonts w:hint="cs"/>
                <w:rtl/>
              </w:rPr>
              <w:t>رصينة</w:t>
            </w:r>
            <w:r w:rsidRPr="00575311">
              <w:rPr>
                <w:rtl/>
              </w:rPr>
              <w:t xml:space="preserve"> </w:t>
            </w:r>
            <w:r w:rsidRPr="00575311">
              <w:rPr>
                <w:rFonts w:hint="cs"/>
                <w:rtl/>
              </w:rPr>
              <w:t>أو</w:t>
            </w:r>
            <w:r w:rsidRPr="00575311">
              <w:rPr>
                <w:rtl/>
              </w:rPr>
              <w:t xml:space="preserve"> </w:t>
            </w:r>
            <w:r w:rsidRPr="00575311">
              <w:rPr>
                <w:rFonts w:hint="cs"/>
                <w:rtl/>
              </w:rPr>
              <w:t>دون</w:t>
            </w:r>
            <w:r w:rsidRPr="00575311">
              <w:rPr>
                <w:rtl/>
              </w:rPr>
              <w:t xml:space="preserve"> </w:t>
            </w:r>
            <w:r w:rsidRPr="00575311">
              <w:rPr>
                <w:rFonts w:hint="cs"/>
                <w:rtl/>
              </w:rPr>
              <w:t>سنة</w:t>
            </w:r>
            <w:r w:rsidRPr="00575311">
              <w:rPr>
                <w:rtl/>
              </w:rPr>
              <w:t xml:space="preserve"> </w:t>
            </w:r>
            <w:r w:rsidRPr="00575311">
              <w:rPr>
                <w:rFonts w:hint="cs"/>
                <w:rtl/>
              </w:rPr>
              <w:t>وتوثيق</w:t>
            </w:r>
            <w:r w:rsidRPr="00575311">
              <w:rPr>
                <w:rtl/>
              </w:rPr>
              <w:t xml:space="preserve"> </w:t>
            </w:r>
            <w:r w:rsidRPr="00575311">
              <w:rPr>
                <w:rFonts w:hint="cs"/>
                <w:rtl/>
              </w:rPr>
              <w:t>واضح،</w:t>
            </w:r>
            <w:r w:rsidRPr="00575311">
              <w:rPr>
                <w:rtl/>
              </w:rPr>
              <w:t xml:space="preserve"> </w:t>
            </w:r>
            <w:r w:rsidRPr="00575311">
              <w:rPr>
                <w:rFonts w:hint="cs"/>
                <w:rtl/>
              </w:rPr>
              <w:t>ما</w:t>
            </w:r>
            <w:r w:rsidRPr="00575311">
              <w:rPr>
                <w:rtl/>
              </w:rPr>
              <w:t xml:space="preserve"> </w:t>
            </w:r>
            <w:r w:rsidRPr="00575311">
              <w:rPr>
                <w:rFonts w:hint="cs"/>
                <w:rtl/>
              </w:rPr>
              <w:t>يُضعف</w:t>
            </w:r>
            <w:r w:rsidRPr="00575311">
              <w:rPr>
                <w:rtl/>
              </w:rPr>
              <w:t xml:space="preserve"> </w:t>
            </w:r>
            <w:r w:rsidRPr="00575311">
              <w:rPr>
                <w:rFonts w:hint="cs"/>
                <w:rtl/>
              </w:rPr>
              <w:t>خط</w:t>
            </w:r>
            <w:r w:rsidRPr="00575311">
              <w:rPr>
                <w:rtl/>
              </w:rPr>
              <w:t xml:space="preserve"> </w:t>
            </w:r>
            <w:r w:rsidRPr="00575311">
              <w:rPr>
                <w:rFonts w:hint="cs"/>
                <w:rtl/>
              </w:rPr>
              <w:t>الحُجّة</w:t>
            </w:r>
            <w:r w:rsidRPr="00575311">
              <w:t>.</w:t>
            </w:r>
          </w:p>
        </w:tc>
        <w:tc>
          <w:tcPr>
            <w:tcW w:w="2039" w:type="dxa"/>
          </w:tcPr>
          <w:p w14:paraId="457FA891" w14:textId="2FC90438" w:rsidR="00BC36AC" w:rsidRDefault="00BC36AC" w:rsidP="00BC36AC">
            <w:pPr>
              <w:bidi/>
              <w:rPr>
                <w:rFonts w:ascii="Arial" w:hAnsi="Arial"/>
              </w:rPr>
            </w:pPr>
            <w:r w:rsidRPr="00C10C19">
              <w:rPr>
                <w:rFonts w:hint="cs"/>
                <w:rtl/>
              </w:rPr>
              <w:t>منتصف</w:t>
            </w:r>
            <w:r w:rsidRPr="00C10C19">
              <w:rPr>
                <w:rtl/>
              </w:rPr>
              <w:t xml:space="preserve"> </w:t>
            </w:r>
            <w:r w:rsidRPr="00C10C19">
              <w:rPr>
                <w:rFonts w:hint="cs"/>
                <w:rtl/>
              </w:rPr>
              <w:t>المقدمة</w:t>
            </w:r>
            <w:r w:rsidRPr="00C10C19">
              <w:rPr>
                <w:rtl/>
              </w:rPr>
              <w:t xml:space="preserve"> (</w:t>
            </w:r>
            <w:r w:rsidRPr="00C10C19">
              <w:rPr>
                <w:rFonts w:hint="cs"/>
                <w:rtl/>
              </w:rPr>
              <w:t>الأمثلة</w:t>
            </w:r>
            <w:r w:rsidRPr="00C10C19">
              <w:rPr>
                <w:rtl/>
              </w:rPr>
              <w:t xml:space="preserve"> </w:t>
            </w:r>
            <w:r w:rsidRPr="00C10C19">
              <w:rPr>
                <w:rFonts w:hint="cs"/>
                <w:rtl/>
              </w:rPr>
              <w:t>والأرقام</w:t>
            </w:r>
            <w:r w:rsidRPr="00C10C19">
              <w:rPr>
                <w:rtl/>
              </w:rPr>
              <w:t>)</w:t>
            </w:r>
          </w:p>
        </w:tc>
        <w:tc>
          <w:tcPr>
            <w:tcW w:w="1238" w:type="dxa"/>
          </w:tcPr>
          <w:p w14:paraId="5E11CD96" w14:textId="0EE36AAA" w:rsidR="00BC36AC" w:rsidRDefault="00BC36AC" w:rsidP="00BC36AC">
            <w:pPr>
              <w:bidi/>
              <w:rPr>
                <w:rFonts w:ascii="Arial" w:hAnsi="Arial"/>
              </w:rPr>
            </w:pPr>
            <w:r>
              <w:rPr>
                <w:rFonts w:ascii="Arial" w:hAnsi="Arial"/>
              </w:rPr>
              <w:t>2</w:t>
            </w:r>
          </w:p>
        </w:tc>
      </w:tr>
      <w:tr w:rsidR="00BC36AC" w14:paraId="3A79A67D" w14:textId="6C08CE74" w:rsidTr="00D22271">
        <w:trPr>
          <w:jc w:val="right"/>
        </w:trPr>
        <w:tc>
          <w:tcPr>
            <w:tcW w:w="3433" w:type="dxa"/>
          </w:tcPr>
          <w:p w14:paraId="5E569407" w14:textId="63F8DFB5" w:rsidR="00BC36AC" w:rsidRDefault="00BC36AC" w:rsidP="00BC36AC">
            <w:pPr>
              <w:bidi/>
            </w:pPr>
            <w:r w:rsidRPr="008E274E">
              <w:rPr>
                <w:rFonts w:hint="cs"/>
                <w:rtl/>
              </w:rPr>
              <w:t>اختم</w:t>
            </w:r>
            <w:r w:rsidRPr="008E274E">
              <w:rPr>
                <w:rtl/>
              </w:rPr>
              <w:t xml:space="preserve"> </w:t>
            </w:r>
            <w:r w:rsidRPr="008E274E">
              <w:rPr>
                <w:rFonts w:hint="cs"/>
                <w:rtl/>
              </w:rPr>
              <w:t>المقدمة</w:t>
            </w:r>
            <w:r w:rsidRPr="008E274E">
              <w:rPr>
                <w:rtl/>
              </w:rPr>
              <w:t xml:space="preserve"> </w:t>
            </w:r>
            <w:r w:rsidRPr="008E274E">
              <w:rPr>
                <w:rFonts w:hint="cs"/>
                <w:rtl/>
              </w:rPr>
              <w:t>بفقرة</w:t>
            </w:r>
            <w:r w:rsidRPr="008E274E">
              <w:rPr>
                <w:rtl/>
              </w:rPr>
              <w:t xml:space="preserve"> «</w:t>
            </w:r>
            <w:r w:rsidRPr="008E274E">
              <w:rPr>
                <w:rFonts w:hint="cs"/>
                <w:rtl/>
              </w:rPr>
              <w:t>خلاصة</w:t>
            </w:r>
            <w:r w:rsidRPr="008E274E">
              <w:rPr>
                <w:rtl/>
              </w:rPr>
              <w:t xml:space="preserve"> </w:t>
            </w:r>
            <w:r w:rsidRPr="008E274E">
              <w:rPr>
                <w:rFonts w:hint="cs"/>
                <w:rtl/>
              </w:rPr>
              <w:t>الفجوة</w:t>
            </w:r>
            <w:r w:rsidRPr="008E274E">
              <w:rPr>
                <w:rFonts w:hint="eastAsia"/>
                <w:rtl/>
              </w:rPr>
              <w:t>»</w:t>
            </w:r>
            <w:r w:rsidRPr="008E274E">
              <w:rPr>
                <w:rtl/>
              </w:rPr>
              <w:t>: (</w:t>
            </w:r>
            <w:r w:rsidRPr="008E274E">
              <w:rPr>
                <w:rFonts w:hint="cs"/>
                <w:rtl/>
              </w:rPr>
              <w:t>أ</w:t>
            </w:r>
            <w:r w:rsidRPr="008E274E">
              <w:rPr>
                <w:rtl/>
              </w:rPr>
              <w:t xml:space="preserve">) </w:t>
            </w:r>
            <w:r w:rsidRPr="008E274E">
              <w:rPr>
                <w:rFonts w:hint="cs"/>
                <w:rtl/>
              </w:rPr>
              <w:t>ماذا</w:t>
            </w:r>
            <w:r w:rsidRPr="008E274E">
              <w:rPr>
                <w:rtl/>
              </w:rPr>
              <w:t xml:space="preserve"> </w:t>
            </w:r>
            <w:r w:rsidRPr="008E274E">
              <w:rPr>
                <w:rFonts w:hint="cs"/>
                <w:rtl/>
              </w:rPr>
              <w:t>تناولته</w:t>
            </w:r>
            <w:r w:rsidRPr="008E274E">
              <w:rPr>
                <w:rtl/>
              </w:rPr>
              <w:t xml:space="preserve"> </w:t>
            </w:r>
            <w:r w:rsidRPr="008E274E">
              <w:rPr>
                <w:rFonts w:hint="cs"/>
                <w:rtl/>
              </w:rPr>
              <w:t>الأدبيات،</w:t>
            </w:r>
            <w:r w:rsidRPr="008E274E">
              <w:rPr>
                <w:rtl/>
              </w:rPr>
              <w:t xml:space="preserve"> (</w:t>
            </w:r>
            <w:r w:rsidRPr="008E274E">
              <w:rPr>
                <w:rFonts w:hint="cs"/>
                <w:rtl/>
              </w:rPr>
              <w:t>ب</w:t>
            </w:r>
            <w:r w:rsidRPr="008E274E">
              <w:rPr>
                <w:rtl/>
              </w:rPr>
              <w:t xml:space="preserve">) </w:t>
            </w:r>
            <w:r w:rsidRPr="008E274E">
              <w:rPr>
                <w:rFonts w:hint="cs"/>
                <w:rtl/>
              </w:rPr>
              <w:t>ما</w:t>
            </w:r>
            <w:r w:rsidRPr="008E274E">
              <w:rPr>
                <w:rtl/>
              </w:rPr>
              <w:t xml:space="preserve"> </w:t>
            </w:r>
            <w:r w:rsidRPr="008E274E">
              <w:rPr>
                <w:rFonts w:hint="cs"/>
                <w:rtl/>
              </w:rPr>
              <w:t>الذي</w:t>
            </w:r>
            <w:r w:rsidRPr="008E274E">
              <w:rPr>
                <w:rtl/>
              </w:rPr>
              <w:t xml:space="preserve"> </w:t>
            </w:r>
            <w:r w:rsidRPr="008E274E">
              <w:rPr>
                <w:rFonts w:hint="cs"/>
                <w:rtl/>
              </w:rPr>
              <w:t>لم</w:t>
            </w:r>
            <w:r w:rsidRPr="008E274E">
              <w:rPr>
                <w:rtl/>
              </w:rPr>
              <w:t xml:space="preserve"> </w:t>
            </w:r>
            <w:r w:rsidRPr="008E274E">
              <w:rPr>
                <w:rFonts w:hint="cs"/>
                <w:rtl/>
              </w:rPr>
              <w:t>يُتناول</w:t>
            </w:r>
            <w:r w:rsidRPr="008E274E">
              <w:rPr>
                <w:rtl/>
              </w:rPr>
              <w:t xml:space="preserve"> </w:t>
            </w:r>
            <w:r w:rsidRPr="008E274E">
              <w:rPr>
                <w:rFonts w:hint="cs"/>
                <w:rtl/>
              </w:rPr>
              <w:t>محليًا</w:t>
            </w:r>
            <w:r w:rsidRPr="008E274E">
              <w:rPr>
                <w:rtl/>
              </w:rPr>
              <w:t xml:space="preserve"> </w:t>
            </w:r>
            <w:r w:rsidRPr="008E274E">
              <w:rPr>
                <w:rFonts w:hint="cs"/>
                <w:rtl/>
              </w:rPr>
              <w:t>في</w:t>
            </w:r>
            <w:r w:rsidRPr="008E274E">
              <w:rPr>
                <w:rtl/>
              </w:rPr>
              <w:t xml:space="preserve"> </w:t>
            </w:r>
            <w:r w:rsidRPr="008E274E">
              <w:rPr>
                <w:rFonts w:hint="cs"/>
                <w:rtl/>
              </w:rPr>
              <w:t>الوزارة،</w:t>
            </w:r>
            <w:r w:rsidRPr="008E274E">
              <w:rPr>
                <w:rtl/>
              </w:rPr>
              <w:t xml:space="preserve"> (</w:t>
            </w:r>
            <w:r w:rsidRPr="008E274E">
              <w:rPr>
                <w:rFonts w:hint="cs"/>
                <w:rtl/>
              </w:rPr>
              <w:t>ج</w:t>
            </w:r>
            <w:r w:rsidRPr="008E274E">
              <w:rPr>
                <w:rtl/>
              </w:rPr>
              <w:t xml:space="preserve">) </w:t>
            </w:r>
            <w:r w:rsidRPr="008E274E">
              <w:rPr>
                <w:rFonts w:hint="cs"/>
                <w:rtl/>
              </w:rPr>
              <w:t>صياغة</w:t>
            </w:r>
            <w:r w:rsidRPr="008E274E">
              <w:rPr>
                <w:rtl/>
              </w:rPr>
              <w:t xml:space="preserve"> </w:t>
            </w:r>
            <w:r w:rsidRPr="008E274E">
              <w:rPr>
                <w:rFonts w:hint="cs"/>
                <w:rtl/>
              </w:rPr>
              <w:t>فجوة</w:t>
            </w:r>
            <w:r w:rsidRPr="008E274E">
              <w:rPr>
                <w:rtl/>
              </w:rPr>
              <w:t xml:space="preserve"> </w:t>
            </w:r>
            <w:r w:rsidRPr="008E274E">
              <w:rPr>
                <w:rFonts w:hint="cs"/>
                <w:rtl/>
              </w:rPr>
              <w:t>دقيقة</w:t>
            </w:r>
            <w:r w:rsidRPr="008E274E">
              <w:rPr>
                <w:rtl/>
              </w:rPr>
              <w:t xml:space="preserve"> </w:t>
            </w:r>
            <w:r w:rsidRPr="008E274E">
              <w:rPr>
                <w:rFonts w:hint="cs"/>
                <w:rtl/>
              </w:rPr>
              <w:t>تمهّد</w:t>
            </w:r>
            <w:r w:rsidRPr="008E274E">
              <w:rPr>
                <w:rtl/>
              </w:rPr>
              <w:t xml:space="preserve"> </w:t>
            </w:r>
            <w:r w:rsidRPr="008E274E">
              <w:rPr>
                <w:rFonts w:hint="cs"/>
                <w:rtl/>
              </w:rPr>
              <w:t>للمشكلة</w:t>
            </w:r>
            <w:r w:rsidRPr="008E274E">
              <w:t>.</w:t>
            </w:r>
          </w:p>
        </w:tc>
        <w:tc>
          <w:tcPr>
            <w:tcW w:w="2464" w:type="dxa"/>
          </w:tcPr>
          <w:p w14:paraId="5ABB5EA6" w14:textId="4DF5913C" w:rsidR="00BC36AC" w:rsidRPr="00C10C19" w:rsidRDefault="00BC36AC" w:rsidP="00BC36AC">
            <w:pPr>
              <w:bidi/>
              <w:rPr>
                <w:rtl/>
              </w:rPr>
            </w:pPr>
            <w:r w:rsidRPr="00575311">
              <w:rPr>
                <w:rFonts w:hint="cs"/>
                <w:rtl/>
              </w:rPr>
              <w:t>تُعرض</w:t>
            </w:r>
            <w:r w:rsidRPr="00575311">
              <w:rPr>
                <w:rtl/>
              </w:rPr>
              <w:t xml:space="preserve"> </w:t>
            </w:r>
            <w:r w:rsidRPr="00575311">
              <w:rPr>
                <w:rFonts w:hint="cs"/>
                <w:rtl/>
              </w:rPr>
              <w:t>فجوة</w:t>
            </w:r>
            <w:r w:rsidRPr="00575311">
              <w:rPr>
                <w:rtl/>
              </w:rPr>
              <w:t xml:space="preserve"> </w:t>
            </w:r>
            <w:r w:rsidRPr="00575311">
              <w:rPr>
                <w:rFonts w:hint="cs"/>
                <w:rtl/>
              </w:rPr>
              <w:t>معرفية</w:t>
            </w:r>
            <w:r w:rsidRPr="00575311">
              <w:rPr>
                <w:rtl/>
              </w:rPr>
              <w:t xml:space="preserve"> </w:t>
            </w:r>
            <w:r w:rsidRPr="00575311">
              <w:rPr>
                <w:rFonts w:hint="cs"/>
                <w:rtl/>
              </w:rPr>
              <w:t>عامة</w:t>
            </w:r>
            <w:r w:rsidRPr="00575311">
              <w:rPr>
                <w:rtl/>
              </w:rPr>
              <w:t xml:space="preserve"> </w:t>
            </w:r>
            <w:r w:rsidRPr="00575311">
              <w:rPr>
                <w:rFonts w:hint="cs"/>
                <w:rtl/>
              </w:rPr>
              <w:t>حول</w:t>
            </w:r>
            <w:r w:rsidRPr="00575311">
              <w:rPr>
                <w:rtl/>
              </w:rPr>
              <w:t xml:space="preserve"> </w:t>
            </w:r>
            <w:r w:rsidRPr="00575311">
              <w:rPr>
                <w:rFonts w:hint="cs"/>
                <w:rtl/>
              </w:rPr>
              <w:t>تبنّي</w:t>
            </w:r>
            <w:r w:rsidRPr="00575311">
              <w:rPr>
                <w:rtl/>
              </w:rPr>
              <w:t xml:space="preserve"> </w:t>
            </w:r>
            <w:r w:rsidRPr="00575311">
              <w:rPr>
                <w:rFonts w:hint="cs"/>
                <w:rtl/>
              </w:rPr>
              <w:t>أدوات</w:t>
            </w:r>
            <w:r w:rsidRPr="00575311">
              <w:rPr>
                <w:rtl/>
              </w:rPr>
              <w:t xml:space="preserve"> </w:t>
            </w:r>
            <w:r w:rsidRPr="00575311">
              <w:rPr>
                <w:rFonts w:hint="cs"/>
                <w:rtl/>
              </w:rPr>
              <w:t>الذكاء</w:t>
            </w:r>
            <w:r w:rsidRPr="00575311">
              <w:rPr>
                <w:rtl/>
              </w:rPr>
              <w:t xml:space="preserve"> </w:t>
            </w:r>
            <w:r w:rsidRPr="00575311">
              <w:rPr>
                <w:rFonts w:hint="cs"/>
                <w:rtl/>
              </w:rPr>
              <w:t>الاصطناعي</w:t>
            </w:r>
            <w:r w:rsidRPr="00575311">
              <w:rPr>
                <w:rtl/>
              </w:rPr>
              <w:t xml:space="preserve"> </w:t>
            </w:r>
            <w:r w:rsidRPr="00575311">
              <w:rPr>
                <w:rFonts w:hint="cs"/>
                <w:rtl/>
              </w:rPr>
              <w:t>في</w:t>
            </w:r>
            <w:r w:rsidRPr="00575311">
              <w:rPr>
                <w:rtl/>
              </w:rPr>
              <w:t xml:space="preserve"> </w:t>
            </w:r>
            <w:r w:rsidRPr="00575311">
              <w:rPr>
                <w:rFonts w:hint="cs"/>
                <w:rtl/>
              </w:rPr>
              <w:t>التوظيف</w:t>
            </w:r>
            <w:r w:rsidRPr="00575311">
              <w:rPr>
                <w:rtl/>
              </w:rPr>
              <w:t xml:space="preserve"> </w:t>
            </w:r>
            <w:r w:rsidRPr="00575311">
              <w:rPr>
                <w:rFonts w:hint="cs"/>
                <w:rtl/>
              </w:rPr>
              <w:t>دون</w:t>
            </w:r>
            <w:r w:rsidRPr="00575311">
              <w:rPr>
                <w:rtl/>
              </w:rPr>
              <w:t xml:space="preserve"> </w:t>
            </w:r>
            <w:r w:rsidRPr="00575311">
              <w:rPr>
                <w:rFonts w:hint="cs"/>
                <w:rtl/>
              </w:rPr>
              <w:t>تحديد</w:t>
            </w:r>
            <w:r w:rsidRPr="00575311">
              <w:rPr>
                <w:rtl/>
              </w:rPr>
              <w:t xml:space="preserve"> </w:t>
            </w:r>
            <w:r w:rsidRPr="00575311">
              <w:rPr>
                <w:rFonts w:hint="cs"/>
                <w:rtl/>
              </w:rPr>
              <w:t>نوع</w:t>
            </w:r>
            <w:r w:rsidRPr="00575311">
              <w:rPr>
                <w:rtl/>
              </w:rPr>
              <w:t xml:space="preserve"> </w:t>
            </w:r>
            <w:r w:rsidRPr="00575311">
              <w:rPr>
                <w:rFonts w:hint="cs"/>
                <w:rtl/>
              </w:rPr>
              <w:t>الفجوة</w:t>
            </w:r>
            <w:r w:rsidRPr="00575311">
              <w:rPr>
                <w:rtl/>
              </w:rPr>
              <w:t xml:space="preserve"> (</w:t>
            </w:r>
            <w:r w:rsidRPr="00575311">
              <w:rPr>
                <w:rFonts w:hint="cs"/>
                <w:rtl/>
              </w:rPr>
              <w:t>سياقية</w:t>
            </w:r>
            <w:r w:rsidRPr="00575311">
              <w:rPr>
                <w:rtl/>
              </w:rPr>
              <w:t>/</w:t>
            </w:r>
            <w:r w:rsidRPr="00575311">
              <w:rPr>
                <w:rFonts w:hint="cs"/>
                <w:rtl/>
              </w:rPr>
              <w:t>منهجية</w:t>
            </w:r>
            <w:r w:rsidRPr="00575311">
              <w:rPr>
                <w:rtl/>
              </w:rPr>
              <w:t>/</w:t>
            </w:r>
            <w:r w:rsidRPr="00575311">
              <w:rPr>
                <w:rFonts w:hint="cs"/>
                <w:rtl/>
              </w:rPr>
              <w:t>متغيرات</w:t>
            </w:r>
            <w:r w:rsidRPr="00575311">
              <w:rPr>
                <w:rtl/>
              </w:rPr>
              <w:t>/</w:t>
            </w:r>
            <w:r w:rsidRPr="00575311">
              <w:rPr>
                <w:rFonts w:hint="cs"/>
                <w:rtl/>
              </w:rPr>
              <w:t>مجتمع</w:t>
            </w:r>
            <w:r w:rsidRPr="00575311">
              <w:rPr>
                <w:rtl/>
              </w:rPr>
              <w:t xml:space="preserve"> </w:t>
            </w:r>
            <w:r w:rsidRPr="00575311">
              <w:rPr>
                <w:rFonts w:hint="cs"/>
                <w:rtl/>
              </w:rPr>
              <w:t>الدراسة</w:t>
            </w:r>
            <w:r w:rsidRPr="00575311">
              <w:rPr>
                <w:rtl/>
              </w:rPr>
              <w:t>)</w:t>
            </w:r>
            <w:r w:rsidRPr="00575311">
              <w:t>.</w:t>
            </w:r>
          </w:p>
        </w:tc>
        <w:tc>
          <w:tcPr>
            <w:tcW w:w="2039" w:type="dxa"/>
          </w:tcPr>
          <w:p w14:paraId="3EBD9EB7" w14:textId="00F89010" w:rsidR="00BC36AC" w:rsidRDefault="00BC36AC" w:rsidP="00BC36AC">
            <w:pPr>
              <w:bidi/>
              <w:rPr>
                <w:rFonts w:ascii="Arial" w:hAnsi="Arial"/>
              </w:rPr>
            </w:pPr>
            <w:r w:rsidRPr="00C10C19">
              <w:rPr>
                <w:rFonts w:hint="cs"/>
                <w:rtl/>
              </w:rPr>
              <w:t>فقرة</w:t>
            </w:r>
            <w:r w:rsidRPr="00C10C19">
              <w:rPr>
                <w:rtl/>
              </w:rPr>
              <w:t xml:space="preserve"> </w:t>
            </w:r>
            <w:r w:rsidRPr="00C10C19">
              <w:rPr>
                <w:rFonts w:hint="cs"/>
                <w:rtl/>
              </w:rPr>
              <w:t>الفجوة</w:t>
            </w:r>
          </w:p>
        </w:tc>
        <w:tc>
          <w:tcPr>
            <w:tcW w:w="1238" w:type="dxa"/>
          </w:tcPr>
          <w:p w14:paraId="28E5259D" w14:textId="4D728DFA" w:rsidR="00BC36AC" w:rsidRDefault="00BC36AC" w:rsidP="00BC36AC">
            <w:pPr>
              <w:bidi/>
              <w:rPr>
                <w:rFonts w:ascii="Arial" w:hAnsi="Arial"/>
              </w:rPr>
            </w:pPr>
            <w:r>
              <w:rPr>
                <w:rFonts w:ascii="Arial" w:hAnsi="Arial"/>
              </w:rPr>
              <w:t>3</w:t>
            </w:r>
          </w:p>
        </w:tc>
      </w:tr>
      <w:tr w:rsidR="00BC36AC" w14:paraId="54F51298" w14:textId="79E0BA0B" w:rsidTr="00D22271">
        <w:trPr>
          <w:jc w:val="right"/>
        </w:trPr>
        <w:tc>
          <w:tcPr>
            <w:tcW w:w="3433" w:type="dxa"/>
          </w:tcPr>
          <w:p w14:paraId="25CA1785" w14:textId="055291C1" w:rsidR="00BC36AC" w:rsidRDefault="00BC36AC" w:rsidP="00BC36AC">
            <w:pPr>
              <w:bidi/>
            </w:pPr>
            <w:r w:rsidRPr="008E274E">
              <w:rPr>
                <w:rFonts w:hint="cs"/>
                <w:rtl/>
              </w:rPr>
              <w:t>أنشئ</w:t>
            </w:r>
            <w:r w:rsidRPr="008E274E">
              <w:rPr>
                <w:rtl/>
              </w:rPr>
              <w:t xml:space="preserve"> «</w:t>
            </w:r>
            <w:r w:rsidRPr="008E274E">
              <w:rPr>
                <w:rFonts w:hint="cs"/>
                <w:rtl/>
              </w:rPr>
              <w:t>قائمة</w:t>
            </w:r>
            <w:r w:rsidRPr="008E274E">
              <w:rPr>
                <w:rtl/>
              </w:rPr>
              <w:t xml:space="preserve"> </w:t>
            </w:r>
            <w:r w:rsidRPr="008E274E">
              <w:rPr>
                <w:rFonts w:hint="cs"/>
                <w:rtl/>
              </w:rPr>
              <w:t>مسميات</w:t>
            </w:r>
            <w:r w:rsidRPr="008E274E">
              <w:rPr>
                <w:rtl/>
              </w:rPr>
              <w:t xml:space="preserve"> </w:t>
            </w:r>
            <w:r w:rsidRPr="008E274E">
              <w:rPr>
                <w:rFonts w:hint="cs"/>
                <w:rtl/>
              </w:rPr>
              <w:t>معتمدة</w:t>
            </w:r>
            <w:r w:rsidRPr="008E274E">
              <w:rPr>
                <w:rFonts w:hint="eastAsia"/>
                <w:rtl/>
              </w:rPr>
              <w:t>»</w:t>
            </w:r>
            <w:r w:rsidRPr="008E274E">
              <w:rPr>
                <w:rtl/>
              </w:rPr>
              <w:t xml:space="preserve"> </w:t>
            </w:r>
            <w:r w:rsidRPr="008E274E">
              <w:rPr>
                <w:rFonts w:hint="cs"/>
                <w:rtl/>
              </w:rPr>
              <w:t>للمصطلحات</w:t>
            </w:r>
            <w:r w:rsidRPr="008E274E">
              <w:rPr>
                <w:rtl/>
              </w:rPr>
              <w:t xml:space="preserve"> </w:t>
            </w:r>
            <w:r w:rsidRPr="008E274E">
              <w:rPr>
                <w:rFonts w:hint="cs"/>
                <w:rtl/>
              </w:rPr>
              <w:t>التقنية</w:t>
            </w:r>
            <w:r w:rsidRPr="008E274E">
              <w:rPr>
                <w:rtl/>
              </w:rPr>
              <w:t xml:space="preserve"> </w:t>
            </w:r>
            <w:r w:rsidRPr="008E274E">
              <w:rPr>
                <w:rFonts w:hint="cs"/>
                <w:rtl/>
              </w:rPr>
              <w:t>بالعربية</w:t>
            </w:r>
            <w:r w:rsidRPr="008E274E">
              <w:rPr>
                <w:rtl/>
              </w:rPr>
              <w:t xml:space="preserve"> (</w:t>
            </w:r>
            <w:r w:rsidRPr="008E274E">
              <w:rPr>
                <w:rFonts w:hint="cs"/>
                <w:rtl/>
              </w:rPr>
              <w:t>مع</w:t>
            </w:r>
            <w:r w:rsidRPr="008E274E">
              <w:rPr>
                <w:rtl/>
              </w:rPr>
              <w:t xml:space="preserve"> </w:t>
            </w:r>
            <w:r w:rsidRPr="008E274E">
              <w:rPr>
                <w:rFonts w:hint="cs"/>
                <w:rtl/>
              </w:rPr>
              <w:t>مقابلاتها</w:t>
            </w:r>
            <w:r w:rsidRPr="008E274E">
              <w:rPr>
                <w:rtl/>
              </w:rPr>
              <w:t xml:space="preserve"> </w:t>
            </w:r>
            <w:r w:rsidRPr="008E274E">
              <w:rPr>
                <w:rFonts w:hint="cs"/>
                <w:rtl/>
              </w:rPr>
              <w:t>الإنجليزية</w:t>
            </w:r>
            <w:r w:rsidRPr="008E274E">
              <w:rPr>
                <w:rtl/>
              </w:rPr>
              <w:t xml:space="preserve"> </w:t>
            </w:r>
            <w:r w:rsidRPr="008E274E">
              <w:rPr>
                <w:rFonts w:hint="cs"/>
                <w:rtl/>
              </w:rPr>
              <w:t>عند</w:t>
            </w:r>
            <w:r w:rsidRPr="008E274E">
              <w:rPr>
                <w:rtl/>
              </w:rPr>
              <w:t xml:space="preserve"> </w:t>
            </w:r>
            <w:r w:rsidRPr="008E274E">
              <w:rPr>
                <w:rFonts w:hint="cs"/>
                <w:rtl/>
              </w:rPr>
              <w:t>الحاجة</w:t>
            </w:r>
            <w:r w:rsidRPr="008E274E">
              <w:rPr>
                <w:rtl/>
              </w:rPr>
              <w:t>)</w:t>
            </w:r>
            <w:r w:rsidRPr="008E274E">
              <w:rPr>
                <w:rFonts w:hint="cs"/>
                <w:rtl/>
              </w:rPr>
              <w:t>،</w:t>
            </w:r>
            <w:r w:rsidRPr="008E274E">
              <w:rPr>
                <w:rtl/>
              </w:rPr>
              <w:t xml:space="preserve"> </w:t>
            </w:r>
            <w:r w:rsidRPr="008E274E">
              <w:rPr>
                <w:rFonts w:hint="cs"/>
                <w:rtl/>
              </w:rPr>
              <w:t>والتزم</w:t>
            </w:r>
            <w:r w:rsidRPr="008E274E">
              <w:rPr>
                <w:rtl/>
              </w:rPr>
              <w:t xml:space="preserve"> </w:t>
            </w:r>
            <w:r w:rsidRPr="008E274E">
              <w:rPr>
                <w:rFonts w:hint="cs"/>
                <w:rtl/>
              </w:rPr>
              <w:t>بها</w:t>
            </w:r>
            <w:r w:rsidRPr="008E274E">
              <w:rPr>
                <w:rtl/>
              </w:rPr>
              <w:t xml:space="preserve"> </w:t>
            </w:r>
            <w:r w:rsidRPr="008E274E">
              <w:rPr>
                <w:rFonts w:hint="cs"/>
                <w:rtl/>
              </w:rPr>
              <w:t>حرفيًا</w:t>
            </w:r>
            <w:r w:rsidRPr="008E274E">
              <w:rPr>
                <w:rtl/>
              </w:rPr>
              <w:t xml:space="preserve"> </w:t>
            </w:r>
            <w:r w:rsidRPr="008E274E">
              <w:rPr>
                <w:rFonts w:hint="cs"/>
                <w:rtl/>
              </w:rPr>
              <w:t>عبر</w:t>
            </w:r>
            <w:r w:rsidRPr="008E274E">
              <w:rPr>
                <w:rtl/>
              </w:rPr>
              <w:t xml:space="preserve"> </w:t>
            </w:r>
            <w:r w:rsidRPr="008E274E">
              <w:rPr>
                <w:rFonts w:hint="cs"/>
                <w:rtl/>
              </w:rPr>
              <w:t>الفصل،</w:t>
            </w:r>
            <w:r w:rsidRPr="008E274E">
              <w:rPr>
                <w:rtl/>
              </w:rPr>
              <w:t xml:space="preserve"> </w:t>
            </w:r>
            <w:r w:rsidRPr="008E274E">
              <w:rPr>
                <w:rFonts w:hint="cs"/>
                <w:rtl/>
              </w:rPr>
              <w:t>مع</w:t>
            </w:r>
            <w:r w:rsidRPr="008E274E">
              <w:rPr>
                <w:rtl/>
              </w:rPr>
              <w:t xml:space="preserve"> </w:t>
            </w:r>
            <w:r w:rsidRPr="008E274E">
              <w:rPr>
                <w:rFonts w:hint="cs"/>
                <w:rtl/>
              </w:rPr>
              <w:t>مراجعة</w:t>
            </w:r>
            <w:r w:rsidRPr="008E274E">
              <w:rPr>
                <w:rtl/>
              </w:rPr>
              <w:t xml:space="preserve"> </w:t>
            </w:r>
            <w:r w:rsidRPr="008E274E">
              <w:rPr>
                <w:rFonts w:hint="cs"/>
                <w:rtl/>
              </w:rPr>
              <w:t>لغوية</w:t>
            </w:r>
            <w:r w:rsidRPr="008E274E">
              <w:rPr>
                <w:rtl/>
              </w:rPr>
              <w:t xml:space="preserve"> </w:t>
            </w:r>
            <w:r w:rsidRPr="008E274E">
              <w:rPr>
                <w:rFonts w:hint="cs"/>
                <w:rtl/>
              </w:rPr>
              <w:t>نهائية</w:t>
            </w:r>
            <w:r w:rsidRPr="008E274E">
              <w:t>.</w:t>
            </w:r>
          </w:p>
        </w:tc>
        <w:tc>
          <w:tcPr>
            <w:tcW w:w="2464" w:type="dxa"/>
          </w:tcPr>
          <w:p w14:paraId="44DD28F7" w14:textId="61B4A90E" w:rsidR="00BC36AC" w:rsidRPr="00C10C19" w:rsidRDefault="00BC36AC" w:rsidP="00BC36AC">
            <w:pPr>
              <w:bidi/>
              <w:rPr>
                <w:rtl/>
              </w:rPr>
            </w:pPr>
            <w:r w:rsidRPr="00575311">
              <w:rPr>
                <w:rFonts w:hint="cs"/>
                <w:rtl/>
              </w:rPr>
              <w:t>توجد</w:t>
            </w:r>
            <w:r w:rsidRPr="00575311">
              <w:rPr>
                <w:rtl/>
              </w:rPr>
              <w:t xml:space="preserve"> </w:t>
            </w:r>
            <w:r w:rsidRPr="00575311">
              <w:rPr>
                <w:rFonts w:hint="cs"/>
                <w:rtl/>
              </w:rPr>
              <w:t>هنّات</w:t>
            </w:r>
            <w:r w:rsidRPr="00575311">
              <w:rPr>
                <w:rtl/>
              </w:rPr>
              <w:t xml:space="preserve"> </w:t>
            </w:r>
            <w:r w:rsidRPr="00575311">
              <w:rPr>
                <w:rFonts w:hint="cs"/>
                <w:rtl/>
              </w:rPr>
              <w:t>طباعية</w:t>
            </w:r>
            <w:r w:rsidRPr="00575311">
              <w:rPr>
                <w:rtl/>
              </w:rPr>
              <w:t xml:space="preserve"> </w:t>
            </w:r>
            <w:r w:rsidRPr="00575311">
              <w:rPr>
                <w:rFonts w:hint="cs"/>
                <w:rtl/>
              </w:rPr>
              <w:t>وتفاوت</w:t>
            </w:r>
            <w:r w:rsidRPr="00575311">
              <w:rPr>
                <w:rtl/>
              </w:rPr>
              <w:t xml:space="preserve"> </w:t>
            </w:r>
            <w:r w:rsidRPr="00575311">
              <w:rPr>
                <w:rFonts w:hint="cs"/>
                <w:rtl/>
              </w:rPr>
              <w:t>في</w:t>
            </w:r>
            <w:r w:rsidRPr="00575311">
              <w:rPr>
                <w:rtl/>
              </w:rPr>
              <w:t xml:space="preserve"> </w:t>
            </w:r>
            <w:r w:rsidRPr="00575311">
              <w:rPr>
                <w:rFonts w:hint="cs"/>
                <w:rtl/>
              </w:rPr>
              <w:t>تعريب</w:t>
            </w:r>
            <w:r w:rsidRPr="00575311">
              <w:rPr>
                <w:rtl/>
              </w:rPr>
              <w:t xml:space="preserve"> </w:t>
            </w:r>
            <w:r w:rsidRPr="00575311">
              <w:rPr>
                <w:rFonts w:hint="cs"/>
                <w:rtl/>
              </w:rPr>
              <w:t>المصطلحات</w:t>
            </w:r>
            <w:r w:rsidRPr="00575311">
              <w:t xml:space="preserve"> (ATS/NLP/AI Video Analysis/Chatbots) </w:t>
            </w:r>
            <w:r w:rsidRPr="00575311">
              <w:rPr>
                <w:rFonts w:hint="cs"/>
                <w:rtl/>
              </w:rPr>
              <w:t>مع</w:t>
            </w:r>
            <w:r w:rsidRPr="00575311">
              <w:rPr>
                <w:rtl/>
              </w:rPr>
              <w:t xml:space="preserve"> </w:t>
            </w:r>
            <w:r w:rsidRPr="00575311">
              <w:rPr>
                <w:rFonts w:hint="cs"/>
                <w:rtl/>
              </w:rPr>
              <w:t>تكرار</w:t>
            </w:r>
            <w:r w:rsidRPr="00575311">
              <w:rPr>
                <w:rtl/>
              </w:rPr>
              <w:t xml:space="preserve"> </w:t>
            </w:r>
            <w:r w:rsidRPr="00575311">
              <w:rPr>
                <w:rFonts w:hint="cs"/>
                <w:rtl/>
              </w:rPr>
              <w:t>بعض</w:t>
            </w:r>
            <w:r w:rsidRPr="00575311">
              <w:rPr>
                <w:rtl/>
              </w:rPr>
              <w:t xml:space="preserve"> </w:t>
            </w:r>
            <w:r w:rsidRPr="00575311">
              <w:rPr>
                <w:rFonts w:hint="cs"/>
                <w:rtl/>
              </w:rPr>
              <w:t>العبارات</w:t>
            </w:r>
            <w:r w:rsidRPr="00575311">
              <w:t>.</w:t>
            </w:r>
          </w:p>
        </w:tc>
        <w:tc>
          <w:tcPr>
            <w:tcW w:w="2039" w:type="dxa"/>
          </w:tcPr>
          <w:p w14:paraId="14A8A2D8" w14:textId="612ADFEB" w:rsidR="00BC36AC" w:rsidRDefault="00BC36AC" w:rsidP="00BC36AC">
            <w:pPr>
              <w:bidi/>
              <w:rPr>
                <w:rFonts w:ascii="Arial" w:hAnsi="Arial"/>
              </w:rPr>
            </w:pPr>
            <w:r w:rsidRPr="00C10C19">
              <w:rPr>
                <w:rFonts w:hint="cs"/>
                <w:rtl/>
              </w:rPr>
              <w:t>مواضع</w:t>
            </w:r>
            <w:r w:rsidRPr="00C10C19">
              <w:rPr>
                <w:rtl/>
              </w:rPr>
              <w:t xml:space="preserve"> </w:t>
            </w:r>
            <w:r w:rsidRPr="00C10C19">
              <w:rPr>
                <w:rFonts w:hint="cs"/>
                <w:rtl/>
              </w:rPr>
              <w:t>متعددة</w:t>
            </w:r>
          </w:p>
        </w:tc>
        <w:tc>
          <w:tcPr>
            <w:tcW w:w="1238" w:type="dxa"/>
          </w:tcPr>
          <w:p w14:paraId="3D4E392C" w14:textId="0B7EA5BB" w:rsidR="00BC36AC" w:rsidRDefault="00BC36AC" w:rsidP="00BC36AC">
            <w:pPr>
              <w:bidi/>
              <w:rPr>
                <w:rFonts w:ascii="Arial" w:hAnsi="Arial"/>
              </w:rPr>
            </w:pPr>
            <w:r>
              <w:rPr>
                <w:rFonts w:ascii="Arial" w:hAnsi="Arial"/>
              </w:rPr>
              <w:t>4</w:t>
            </w:r>
          </w:p>
        </w:tc>
      </w:tr>
    </w:tbl>
    <w:p w14:paraId="5EA006AB" w14:textId="77777777" w:rsidR="00452DA6" w:rsidRDefault="00452DA6" w:rsidP="00452DA6">
      <w:pPr>
        <w:bidi/>
      </w:pPr>
    </w:p>
    <w:p w14:paraId="55504571" w14:textId="77777777" w:rsidR="00F55848" w:rsidRDefault="00FD567C" w:rsidP="00FD56DC">
      <w:pPr>
        <w:pStyle w:val="Heading2"/>
        <w:bidi/>
      </w:pPr>
      <w:r>
        <w:rPr>
          <w:rFonts w:ascii="Arial" w:hAnsi="Arial"/>
          <w:sz w:val="28"/>
        </w:rPr>
        <w:t>مشكلة الدراسة</w:t>
      </w:r>
    </w:p>
    <w:tbl>
      <w:tblPr>
        <w:tblStyle w:val="TableGrid"/>
        <w:tblW w:w="0" w:type="auto"/>
        <w:jc w:val="right"/>
        <w:tblLook w:val="04A0" w:firstRow="1" w:lastRow="0" w:firstColumn="1" w:lastColumn="0" w:noHBand="0" w:noVBand="1"/>
      </w:tblPr>
      <w:tblGrid>
        <w:gridCol w:w="2638"/>
        <w:gridCol w:w="2741"/>
        <w:gridCol w:w="2020"/>
        <w:gridCol w:w="1231"/>
      </w:tblGrid>
      <w:tr w:rsidR="00EC5601" w14:paraId="275D1FAF" w14:textId="06A7D16A" w:rsidTr="00B01BD2">
        <w:trPr>
          <w:jc w:val="right"/>
        </w:trPr>
        <w:tc>
          <w:tcPr>
            <w:tcW w:w="2836" w:type="dxa"/>
          </w:tcPr>
          <w:p w14:paraId="364CC210" w14:textId="125D4CA9" w:rsidR="00EC5601" w:rsidRDefault="00EC5601" w:rsidP="00EC5601">
            <w:pPr>
              <w:bidi/>
              <w:rPr>
                <w:rFonts w:ascii="Arial" w:hAnsi="Arial"/>
                <w:b/>
              </w:rPr>
            </w:pPr>
            <w:r w:rsidRPr="00B91E5D">
              <w:rPr>
                <w:rFonts w:hint="cs"/>
                <w:b/>
                <w:bCs/>
                <w:rtl/>
              </w:rPr>
              <w:t>كيفية</w:t>
            </w:r>
            <w:r w:rsidRPr="00B91E5D">
              <w:rPr>
                <w:b/>
                <w:bCs/>
                <w:rtl/>
              </w:rPr>
              <w:t xml:space="preserve"> </w:t>
            </w:r>
            <w:r w:rsidRPr="00B91E5D">
              <w:rPr>
                <w:rFonts w:hint="cs"/>
                <w:b/>
                <w:bCs/>
                <w:rtl/>
              </w:rPr>
              <w:t>التنفيذ</w:t>
            </w:r>
            <w:r w:rsidRPr="00B91E5D">
              <w:rPr>
                <w:b/>
                <w:bCs/>
                <w:rtl/>
              </w:rPr>
              <w:t xml:space="preserve"> (</w:t>
            </w:r>
            <w:r w:rsidRPr="00B91E5D">
              <w:rPr>
                <w:rFonts w:hint="cs"/>
                <w:b/>
                <w:bCs/>
                <w:rtl/>
              </w:rPr>
              <w:t>خطوات</w:t>
            </w:r>
            <w:r w:rsidRPr="00B91E5D">
              <w:rPr>
                <w:b/>
                <w:bCs/>
                <w:rtl/>
              </w:rPr>
              <w:t xml:space="preserve"> </w:t>
            </w:r>
            <w:r w:rsidRPr="00B91E5D">
              <w:rPr>
                <w:rFonts w:hint="cs"/>
                <w:b/>
                <w:bCs/>
                <w:rtl/>
              </w:rPr>
              <w:t>عملية</w:t>
            </w:r>
            <w:r w:rsidRPr="00B91E5D">
              <w:rPr>
                <w:b/>
                <w:bCs/>
                <w:rtl/>
              </w:rPr>
              <w:t xml:space="preserve"> </w:t>
            </w:r>
            <w:r w:rsidRPr="00B91E5D">
              <w:rPr>
                <w:rFonts w:hint="cs"/>
                <w:b/>
                <w:bCs/>
                <w:rtl/>
              </w:rPr>
              <w:t>للطالب</w:t>
            </w:r>
            <w:r w:rsidRPr="00B91E5D">
              <w:rPr>
                <w:b/>
                <w:bCs/>
                <w:rtl/>
              </w:rPr>
              <w:t>)</w:t>
            </w:r>
          </w:p>
        </w:tc>
        <w:tc>
          <w:tcPr>
            <w:tcW w:w="2900" w:type="dxa"/>
          </w:tcPr>
          <w:p w14:paraId="0AE64571" w14:textId="02D10CAC" w:rsidR="00EC5601" w:rsidRPr="00B91E5D" w:rsidRDefault="00EC5601" w:rsidP="00EC5601">
            <w:pPr>
              <w:bidi/>
              <w:rPr>
                <w:b/>
                <w:bCs/>
                <w:rtl/>
              </w:rPr>
            </w:pPr>
            <w:r w:rsidRPr="00B91E5D">
              <w:rPr>
                <w:rFonts w:hint="cs"/>
                <w:b/>
                <w:bCs/>
                <w:rtl/>
              </w:rPr>
              <w:t>نص</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بالعربية</w:t>
            </w:r>
            <w:r w:rsidRPr="00B91E5D">
              <w:rPr>
                <w:b/>
                <w:bCs/>
                <w:rtl/>
              </w:rPr>
              <w:t xml:space="preserve"> </w:t>
            </w:r>
            <w:r w:rsidRPr="00B91E5D">
              <w:rPr>
                <w:rFonts w:hint="cs"/>
                <w:b/>
                <w:bCs/>
                <w:rtl/>
              </w:rPr>
              <w:t>الأكاديمية</w:t>
            </w:r>
            <w:r w:rsidRPr="00B91E5D">
              <w:rPr>
                <w:b/>
                <w:bCs/>
                <w:rtl/>
              </w:rPr>
              <w:t>)</w:t>
            </w:r>
          </w:p>
        </w:tc>
        <w:tc>
          <w:tcPr>
            <w:tcW w:w="2160" w:type="dxa"/>
          </w:tcPr>
          <w:p w14:paraId="7A864FF7" w14:textId="098693F1" w:rsidR="00EC5601" w:rsidRDefault="00EC5601" w:rsidP="00EC5601">
            <w:pPr>
              <w:bidi/>
              <w:rPr>
                <w:rFonts w:ascii="Arial" w:hAnsi="Arial"/>
                <w:b/>
              </w:rPr>
            </w:pPr>
            <w:r w:rsidRPr="00B91E5D">
              <w:rPr>
                <w:rFonts w:hint="cs"/>
                <w:b/>
                <w:bCs/>
                <w:rtl/>
              </w:rPr>
              <w:t>موضع</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في</w:t>
            </w:r>
            <w:r w:rsidRPr="00B91E5D">
              <w:rPr>
                <w:b/>
                <w:bCs/>
                <w:rtl/>
              </w:rPr>
              <w:t xml:space="preserve"> </w:t>
            </w:r>
            <w:r w:rsidRPr="00B91E5D">
              <w:rPr>
                <w:rFonts w:hint="cs"/>
                <w:b/>
                <w:bCs/>
                <w:rtl/>
              </w:rPr>
              <w:t>النص</w:t>
            </w:r>
          </w:p>
        </w:tc>
        <w:tc>
          <w:tcPr>
            <w:tcW w:w="1278" w:type="dxa"/>
          </w:tcPr>
          <w:p w14:paraId="6F199424" w14:textId="59D0C3FB" w:rsidR="00EC5601" w:rsidRDefault="00EC5601" w:rsidP="00EC5601">
            <w:pPr>
              <w:bidi/>
              <w:rPr>
                <w:rFonts w:ascii="Arial" w:hAnsi="Arial"/>
                <w:b/>
              </w:rPr>
            </w:pPr>
            <w:r w:rsidRPr="00B91E5D">
              <w:rPr>
                <w:rFonts w:hint="cs"/>
                <w:b/>
                <w:bCs/>
                <w:rtl/>
              </w:rPr>
              <w:t>رقم</w:t>
            </w:r>
            <w:r w:rsidRPr="00B91E5D">
              <w:rPr>
                <w:b/>
                <w:bCs/>
                <w:rtl/>
              </w:rPr>
              <w:t xml:space="preserve"> </w:t>
            </w:r>
            <w:r w:rsidRPr="00B91E5D">
              <w:rPr>
                <w:rFonts w:hint="cs"/>
                <w:b/>
                <w:bCs/>
                <w:rtl/>
              </w:rPr>
              <w:t>الملاحظة</w:t>
            </w:r>
          </w:p>
        </w:tc>
      </w:tr>
      <w:tr w:rsidR="00BC36AC" w14:paraId="7C208C37" w14:textId="4355119A" w:rsidTr="00B01BD2">
        <w:trPr>
          <w:jc w:val="right"/>
        </w:trPr>
        <w:tc>
          <w:tcPr>
            <w:tcW w:w="2836" w:type="dxa"/>
          </w:tcPr>
          <w:p w14:paraId="3F00C7E9" w14:textId="5C420107" w:rsidR="00BC36AC" w:rsidRDefault="00BC36AC" w:rsidP="00BC36AC">
            <w:pPr>
              <w:bidi/>
              <w:rPr>
                <w:rFonts w:ascii="Arial" w:hAnsi="Arial"/>
              </w:rPr>
            </w:pPr>
            <w:r w:rsidRPr="001A7123">
              <w:rPr>
                <w:rFonts w:hint="cs"/>
                <w:rtl/>
              </w:rPr>
              <w:t>الصياغة</w:t>
            </w:r>
            <w:r w:rsidRPr="001A7123">
              <w:rPr>
                <w:rtl/>
              </w:rPr>
              <w:t xml:space="preserve"> </w:t>
            </w:r>
            <w:r w:rsidRPr="001A7123">
              <w:rPr>
                <w:rFonts w:hint="cs"/>
                <w:rtl/>
              </w:rPr>
              <w:t>تميل</w:t>
            </w:r>
            <w:r w:rsidRPr="001A7123">
              <w:rPr>
                <w:rtl/>
              </w:rPr>
              <w:t xml:space="preserve"> </w:t>
            </w:r>
            <w:r w:rsidRPr="001A7123">
              <w:rPr>
                <w:rFonts w:hint="cs"/>
                <w:rtl/>
              </w:rPr>
              <w:t>إلى</w:t>
            </w:r>
            <w:r w:rsidRPr="001A7123">
              <w:rPr>
                <w:rtl/>
              </w:rPr>
              <w:t xml:space="preserve"> </w:t>
            </w:r>
            <w:r w:rsidRPr="001A7123">
              <w:rPr>
                <w:rFonts w:hint="cs"/>
                <w:rtl/>
              </w:rPr>
              <w:t>الوصف</w:t>
            </w:r>
            <w:r w:rsidRPr="001A7123">
              <w:rPr>
                <w:rtl/>
              </w:rPr>
              <w:t xml:space="preserve"> </w:t>
            </w:r>
            <w:r w:rsidRPr="001A7123">
              <w:rPr>
                <w:rFonts w:hint="cs"/>
                <w:rtl/>
              </w:rPr>
              <w:t>العام</w:t>
            </w:r>
            <w:r w:rsidRPr="001A7123">
              <w:rPr>
                <w:rtl/>
              </w:rPr>
              <w:t xml:space="preserve"> </w:t>
            </w:r>
            <w:r w:rsidRPr="001A7123">
              <w:rPr>
                <w:rFonts w:hint="cs"/>
                <w:rtl/>
              </w:rPr>
              <w:t>لمزايا</w:t>
            </w:r>
            <w:r w:rsidRPr="001A7123">
              <w:rPr>
                <w:rtl/>
              </w:rPr>
              <w:t xml:space="preserve"> </w:t>
            </w:r>
            <w:r w:rsidRPr="001A7123">
              <w:rPr>
                <w:rFonts w:hint="cs"/>
                <w:rtl/>
              </w:rPr>
              <w:t>الذكاء</w:t>
            </w:r>
            <w:r w:rsidRPr="001A7123">
              <w:rPr>
                <w:rtl/>
              </w:rPr>
              <w:t xml:space="preserve"> </w:t>
            </w:r>
            <w:r w:rsidRPr="001A7123">
              <w:rPr>
                <w:rFonts w:hint="cs"/>
                <w:rtl/>
              </w:rPr>
              <w:t>الاصطناعي</w:t>
            </w:r>
            <w:r w:rsidRPr="001A7123">
              <w:rPr>
                <w:rtl/>
              </w:rPr>
              <w:t xml:space="preserve"> </w:t>
            </w:r>
            <w:r w:rsidRPr="001A7123">
              <w:rPr>
                <w:rFonts w:hint="cs"/>
                <w:rtl/>
              </w:rPr>
              <w:t>أكثر</w:t>
            </w:r>
            <w:r w:rsidRPr="001A7123">
              <w:rPr>
                <w:rtl/>
              </w:rPr>
              <w:t xml:space="preserve"> </w:t>
            </w:r>
            <w:r w:rsidRPr="001A7123">
              <w:rPr>
                <w:rFonts w:hint="cs"/>
                <w:rtl/>
              </w:rPr>
              <w:t>من</w:t>
            </w:r>
            <w:r w:rsidRPr="001A7123">
              <w:rPr>
                <w:rtl/>
              </w:rPr>
              <w:t xml:space="preserve"> </w:t>
            </w:r>
            <w:r w:rsidRPr="001A7123">
              <w:rPr>
                <w:rFonts w:hint="cs"/>
                <w:rtl/>
              </w:rPr>
              <w:t>تصوير</w:t>
            </w:r>
            <w:r w:rsidRPr="001A7123">
              <w:rPr>
                <w:rtl/>
              </w:rPr>
              <w:t xml:space="preserve"> </w:t>
            </w:r>
            <w:r w:rsidRPr="001A7123">
              <w:rPr>
                <w:rFonts w:hint="cs"/>
                <w:rtl/>
              </w:rPr>
              <w:t>التوتر</w:t>
            </w:r>
            <w:r w:rsidRPr="001A7123">
              <w:rPr>
                <w:rtl/>
              </w:rPr>
              <w:t xml:space="preserve"> </w:t>
            </w:r>
            <w:r w:rsidRPr="001A7123">
              <w:rPr>
                <w:rFonts w:hint="cs"/>
                <w:rtl/>
              </w:rPr>
              <w:t>بين</w:t>
            </w:r>
            <w:r w:rsidRPr="001A7123">
              <w:rPr>
                <w:rtl/>
              </w:rPr>
              <w:t xml:space="preserve"> «</w:t>
            </w:r>
            <w:r w:rsidRPr="001A7123">
              <w:rPr>
                <w:rFonts w:hint="cs"/>
                <w:rtl/>
              </w:rPr>
              <w:t>تحسين</w:t>
            </w:r>
            <w:r w:rsidRPr="001A7123">
              <w:rPr>
                <w:rtl/>
              </w:rPr>
              <w:t xml:space="preserve"> </w:t>
            </w:r>
            <w:r w:rsidRPr="001A7123">
              <w:rPr>
                <w:rFonts w:hint="cs"/>
                <w:rtl/>
              </w:rPr>
              <w:t>الكفاءة</w:t>
            </w:r>
            <w:r w:rsidRPr="001A7123">
              <w:rPr>
                <w:rFonts w:hint="eastAsia"/>
                <w:rtl/>
              </w:rPr>
              <w:t>»</w:t>
            </w:r>
            <w:r w:rsidRPr="001A7123">
              <w:rPr>
                <w:rtl/>
              </w:rPr>
              <w:t xml:space="preserve"> </w:t>
            </w:r>
            <w:r w:rsidRPr="001A7123">
              <w:rPr>
                <w:rFonts w:hint="cs"/>
                <w:rtl/>
              </w:rPr>
              <w:t>و</w:t>
            </w:r>
            <w:r w:rsidRPr="001A7123">
              <w:rPr>
                <w:rFonts w:hint="eastAsia"/>
                <w:rtl/>
              </w:rPr>
              <w:t>«</w:t>
            </w:r>
            <w:r w:rsidRPr="001A7123">
              <w:rPr>
                <w:rFonts w:hint="cs"/>
                <w:rtl/>
              </w:rPr>
              <w:t>تحقيق</w:t>
            </w:r>
            <w:r w:rsidRPr="001A7123">
              <w:rPr>
                <w:rtl/>
              </w:rPr>
              <w:t xml:space="preserve"> </w:t>
            </w:r>
            <w:r w:rsidRPr="001A7123">
              <w:rPr>
                <w:rFonts w:hint="cs"/>
                <w:rtl/>
              </w:rPr>
              <w:t>العدالة</w:t>
            </w:r>
            <w:r w:rsidRPr="001A7123">
              <w:rPr>
                <w:rFonts w:hint="eastAsia"/>
                <w:rtl/>
              </w:rPr>
              <w:t>»</w:t>
            </w:r>
            <w:r w:rsidRPr="001A7123">
              <w:rPr>
                <w:rtl/>
              </w:rPr>
              <w:t xml:space="preserve"> </w:t>
            </w:r>
            <w:r w:rsidRPr="001A7123">
              <w:rPr>
                <w:rFonts w:hint="cs"/>
                <w:rtl/>
              </w:rPr>
              <w:t>في</w:t>
            </w:r>
            <w:r w:rsidRPr="001A7123">
              <w:rPr>
                <w:rtl/>
              </w:rPr>
              <w:t xml:space="preserve"> </w:t>
            </w:r>
            <w:r w:rsidRPr="001A7123">
              <w:rPr>
                <w:rFonts w:hint="cs"/>
                <w:rtl/>
              </w:rPr>
              <w:t>قرارات</w:t>
            </w:r>
            <w:r w:rsidRPr="001A7123">
              <w:rPr>
                <w:rtl/>
              </w:rPr>
              <w:t xml:space="preserve"> </w:t>
            </w:r>
            <w:r w:rsidRPr="001A7123">
              <w:rPr>
                <w:rFonts w:hint="cs"/>
                <w:rtl/>
              </w:rPr>
              <w:t>التوظيف</w:t>
            </w:r>
            <w:r w:rsidRPr="001A7123">
              <w:t>.</w:t>
            </w:r>
          </w:p>
        </w:tc>
        <w:tc>
          <w:tcPr>
            <w:tcW w:w="2900" w:type="dxa"/>
          </w:tcPr>
          <w:p w14:paraId="6768BFCC" w14:textId="45AAE5ED" w:rsidR="00BC36AC" w:rsidRDefault="00BC36AC" w:rsidP="00BC36AC">
            <w:pPr>
              <w:bidi/>
              <w:rPr>
                <w:rFonts w:ascii="Arial" w:hAnsi="Arial"/>
              </w:rPr>
            </w:pPr>
            <w:r w:rsidRPr="00926DC7">
              <w:rPr>
                <w:rFonts w:hint="cs"/>
                <w:rtl/>
              </w:rPr>
              <w:t>أعد</w:t>
            </w:r>
            <w:r w:rsidRPr="00926DC7">
              <w:rPr>
                <w:rtl/>
              </w:rPr>
              <w:t xml:space="preserve"> </w:t>
            </w:r>
            <w:r w:rsidRPr="00926DC7">
              <w:rPr>
                <w:rFonts w:hint="cs"/>
                <w:rtl/>
              </w:rPr>
              <w:t>كتابة</w:t>
            </w:r>
            <w:r w:rsidRPr="00926DC7">
              <w:rPr>
                <w:rtl/>
              </w:rPr>
              <w:t xml:space="preserve"> </w:t>
            </w:r>
            <w:r w:rsidRPr="00926DC7">
              <w:rPr>
                <w:rFonts w:hint="cs"/>
                <w:rtl/>
              </w:rPr>
              <w:t>المشكلة</w:t>
            </w:r>
            <w:r w:rsidRPr="00926DC7">
              <w:rPr>
                <w:rtl/>
              </w:rPr>
              <w:t xml:space="preserve"> </w:t>
            </w:r>
            <w:r w:rsidRPr="00926DC7">
              <w:rPr>
                <w:rFonts w:hint="cs"/>
                <w:rtl/>
              </w:rPr>
              <w:t>وفق</w:t>
            </w:r>
            <w:r w:rsidRPr="00926DC7">
              <w:rPr>
                <w:rtl/>
              </w:rPr>
              <w:t xml:space="preserve"> </w:t>
            </w:r>
            <w:r w:rsidRPr="00926DC7">
              <w:rPr>
                <w:rFonts w:hint="cs"/>
                <w:rtl/>
              </w:rPr>
              <w:t>التسلسل</w:t>
            </w:r>
            <w:r w:rsidRPr="00926DC7">
              <w:rPr>
                <w:rtl/>
              </w:rPr>
              <w:t>: (</w:t>
            </w:r>
            <w:r w:rsidRPr="00926DC7">
              <w:rPr>
                <w:rFonts w:hint="cs"/>
                <w:rtl/>
              </w:rPr>
              <w:t>أ</w:t>
            </w:r>
            <w:r w:rsidRPr="00926DC7">
              <w:rPr>
                <w:rtl/>
              </w:rPr>
              <w:t xml:space="preserve">) </w:t>
            </w:r>
            <w:r w:rsidRPr="00926DC7">
              <w:rPr>
                <w:rFonts w:hint="cs"/>
                <w:rtl/>
              </w:rPr>
              <w:t>توصيف</w:t>
            </w:r>
            <w:r w:rsidRPr="00926DC7">
              <w:rPr>
                <w:rtl/>
              </w:rPr>
              <w:t xml:space="preserve"> </w:t>
            </w:r>
            <w:r w:rsidRPr="00926DC7">
              <w:rPr>
                <w:rFonts w:hint="cs"/>
                <w:rtl/>
              </w:rPr>
              <w:t>موجز</w:t>
            </w:r>
            <w:r w:rsidRPr="00926DC7">
              <w:rPr>
                <w:rtl/>
              </w:rPr>
              <w:t xml:space="preserve"> </w:t>
            </w:r>
            <w:r w:rsidRPr="00926DC7">
              <w:rPr>
                <w:rFonts w:hint="cs"/>
                <w:rtl/>
              </w:rPr>
              <w:t>للوضع</w:t>
            </w:r>
            <w:r w:rsidRPr="00926DC7">
              <w:rPr>
                <w:rtl/>
              </w:rPr>
              <w:t xml:space="preserve"> </w:t>
            </w:r>
            <w:r w:rsidRPr="00926DC7">
              <w:rPr>
                <w:rFonts w:hint="cs"/>
                <w:rtl/>
              </w:rPr>
              <w:t>الراهن</w:t>
            </w:r>
            <w:r w:rsidRPr="00926DC7">
              <w:rPr>
                <w:rtl/>
              </w:rPr>
              <w:t xml:space="preserve"> </w:t>
            </w:r>
            <w:r w:rsidRPr="00926DC7">
              <w:rPr>
                <w:rFonts w:hint="cs"/>
                <w:rtl/>
              </w:rPr>
              <w:t>في</w:t>
            </w:r>
            <w:r w:rsidRPr="00926DC7">
              <w:rPr>
                <w:rtl/>
              </w:rPr>
              <w:t xml:space="preserve"> </w:t>
            </w:r>
            <w:r w:rsidRPr="00926DC7">
              <w:rPr>
                <w:rFonts w:hint="cs"/>
                <w:rtl/>
              </w:rPr>
              <w:t>الوزارة،</w:t>
            </w:r>
            <w:r w:rsidRPr="00926DC7">
              <w:rPr>
                <w:rtl/>
              </w:rPr>
              <w:t xml:space="preserve"> (</w:t>
            </w:r>
            <w:r w:rsidRPr="00926DC7">
              <w:rPr>
                <w:rFonts w:hint="cs"/>
                <w:rtl/>
              </w:rPr>
              <w:t>ب</w:t>
            </w:r>
            <w:r w:rsidRPr="00926DC7">
              <w:rPr>
                <w:rtl/>
              </w:rPr>
              <w:t xml:space="preserve">) </w:t>
            </w:r>
            <w:r w:rsidRPr="00926DC7">
              <w:rPr>
                <w:rFonts w:hint="cs"/>
                <w:rtl/>
              </w:rPr>
              <w:t>أعراض</w:t>
            </w:r>
            <w:r w:rsidRPr="00926DC7">
              <w:rPr>
                <w:rtl/>
              </w:rPr>
              <w:t xml:space="preserve"> </w:t>
            </w:r>
            <w:r w:rsidRPr="00926DC7">
              <w:rPr>
                <w:rFonts w:hint="cs"/>
                <w:rtl/>
              </w:rPr>
              <w:t>القصور</w:t>
            </w:r>
            <w:r w:rsidRPr="00926DC7">
              <w:rPr>
                <w:rtl/>
              </w:rPr>
              <w:t xml:space="preserve"> </w:t>
            </w:r>
            <w:r w:rsidRPr="00926DC7">
              <w:rPr>
                <w:rFonts w:hint="cs"/>
                <w:rtl/>
              </w:rPr>
              <w:t>المرتبطة</w:t>
            </w:r>
            <w:r w:rsidRPr="00926DC7">
              <w:rPr>
                <w:rtl/>
              </w:rPr>
              <w:t xml:space="preserve"> </w:t>
            </w:r>
            <w:r w:rsidRPr="00926DC7">
              <w:rPr>
                <w:rFonts w:hint="cs"/>
                <w:rtl/>
              </w:rPr>
              <w:t>بالعدالة</w:t>
            </w:r>
            <w:r w:rsidRPr="00926DC7">
              <w:rPr>
                <w:rtl/>
              </w:rPr>
              <w:t xml:space="preserve"> (</w:t>
            </w:r>
            <w:r w:rsidRPr="00926DC7">
              <w:rPr>
                <w:rFonts w:hint="cs"/>
                <w:rtl/>
              </w:rPr>
              <w:t>تهافت</w:t>
            </w:r>
            <w:r w:rsidRPr="00926DC7">
              <w:rPr>
                <w:rtl/>
              </w:rPr>
              <w:t xml:space="preserve"> </w:t>
            </w:r>
            <w:r w:rsidRPr="00926DC7">
              <w:rPr>
                <w:rFonts w:hint="cs"/>
                <w:rtl/>
              </w:rPr>
              <w:t>معايير،</w:t>
            </w:r>
            <w:r w:rsidRPr="00926DC7">
              <w:rPr>
                <w:rtl/>
              </w:rPr>
              <w:t xml:space="preserve"> </w:t>
            </w:r>
            <w:r w:rsidRPr="00926DC7">
              <w:rPr>
                <w:rFonts w:hint="cs"/>
                <w:rtl/>
              </w:rPr>
              <w:t>شفافية</w:t>
            </w:r>
            <w:r w:rsidRPr="00926DC7">
              <w:rPr>
                <w:rtl/>
              </w:rPr>
              <w:t xml:space="preserve"> </w:t>
            </w:r>
            <w:r w:rsidRPr="00926DC7">
              <w:rPr>
                <w:rFonts w:hint="cs"/>
                <w:rtl/>
              </w:rPr>
              <w:t>الإجراءات،</w:t>
            </w:r>
            <w:r w:rsidRPr="00926DC7">
              <w:rPr>
                <w:rtl/>
              </w:rPr>
              <w:t xml:space="preserve"> </w:t>
            </w:r>
            <w:r w:rsidRPr="00926DC7">
              <w:rPr>
                <w:rFonts w:hint="cs"/>
                <w:rtl/>
              </w:rPr>
              <w:t>تجربة</w:t>
            </w:r>
            <w:r w:rsidRPr="00926DC7">
              <w:rPr>
                <w:rtl/>
              </w:rPr>
              <w:t xml:space="preserve"> </w:t>
            </w:r>
            <w:r w:rsidRPr="00926DC7">
              <w:rPr>
                <w:rFonts w:hint="cs"/>
                <w:rtl/>
              </w:rPr>
              <w:t>المتقدمين</w:t>
            </w:r>
            <w:r w:rsidRPr="00926DC7">
              <w:rPr>
                <w:rtl/>
              </w:rPr>
              <w:t>)</w:t>
            </w:r>
            <w:r w:rsidRPr="00926DC7">
              <w:rPr>
                <w:rFonts w:hint="cs"/>
                <w:rtl/>
              </w:rPr>
              <w:t>،</w:t>
            </w:r>
            <w:r w:rsidRPr="00926DC7">
              <w:rPr>
                <w:rtl/>
              </w:rPr>
              <w:t xml:space="preserve"> (</w:t>
            </w:r>
            <w:r w:rsidRPr="00926DC7">
              <w:rPr>
                <w:rFonts w:hint="cs"/>
                <w:rtl/>
              </w:rPr>
              <w:t>ج</w:t>
            </w:r>
            <w:r w:rsidRPr="00926DC7">
              <w:rPr>
                <w:rtl/>
              </w:rPr>
              <w:t xml:space="preserve">) </w:t>
            </w:r>
            <w:r w:rsidRPr="00926DC7">
              <w:rPr>
                <w:rFonts w:hint="cs"/>
                <w:rtl/>
              </w:rPr>
              <w:t>قصور</w:t>
            </w:r>
            <w:r w:rsidRPr="00926DC7">
              <w:rPr>
                <w:rtl/>
              </w:rPr>
              <w:t xml:space="preserve"> </w:t>
            </w:r>
            <w:r w:rsidRPr="00926DC7">
              <w:rPr>
                <w:rFonts w:hint="cs"/>
                <w:rtl/>
              </w:rPr>
              <w:t>الأدبيات</w:t>
            </w:r>
            <w:r w:rsidRPr="00926DC7">
              <w:rPr>
                <w:rtl/>
              </w:rPr>
              <w:t xml:space="preserve"> </w:t>
            </w:r>
            <w:r w:rsidRPr="00926DC7">
              <w:rPr>
                <w:rFonts w:hint="cs"/>
                <w:rtl/>
              </w:rPr>
              <w:t>في</w:t>
            </w:r>
            <w:r w:rsidRPr="00926DC7">
              <w:rPr>
                <w:rtl/>
              </w:rPr>
              <w:t xml:space="preserve"> </w:t>
            </w:r>
            <w:r w:rsidRPr="00926DC7">
              <w:rPr>
                <w:rFonts w:hint="cs"/>
                <w:rtl/>
              </w:rPr>
              <w:t>البيئة</w:t>
            </w:r>
            <w:r w:rsidRPr="00926DC7">
              <w:rPr>
                <w:rtl/>
              </w:rPr>
              <w:t xml:space="preserve"> </w:t>
            </w:r>
            <w:r w:rsidRPr="00926DC7">
              <w:rPr>
                <w:rFonts w:hint="cs"/>
                <w:rtl/>
              </w:rPr>
              <w:t>السعودية</w:t>
            </w:r>
            <w:r w:rsidRPr="00926DC7">
              <w:rPr>
                <w:rtl/>
              </w:rPr>
              <w:t>/</w:t>
            </w:r>
            <w:r w:rsidRPr="00926DC7">
              <w:rPr>
                <w:rFonts w:hint="cs"/>
                <w:rtl/>
              </w:rPr>
              <w:t>الوزارة،</w:t>
            </w:r>
            <w:r w:rsidRPr="00926DC7">
              <w:rPr>
                <w:rtl/>
              </w:rPr>
              <w:t xml:space="preserve"> (</w:t>
            </w:r>
            <w:r w:rsidRPr="00926DC7">
              <w:rPr>
                <w:rFonts w:hint="cs"/>
                <w:rtl/>
              </w:rPr>
              <w:t>د</w:t>
            </w:r>
            <w:r w:rsidRPr="00926DC7">
              <w:rPr>
                <w:rtl/>
              </w:rPr>
              <w:t xml:space="preserve">) </w:t>
            </w:r>
            <w:r w:rsidRPr="00926DC7">
              <w:rPr>
                <w:rFonts w:hint="cs"/>
                <w:rtl/>
              </w:rPr>
              <w:t>صياغة</w:t>
            </w:r>
            <w:r w:rsidRPr="00926DC7">
              <w:rPr>
                <w:rtl/>
              </w:rPr>
              <w:t xml:space="preserve"> </w:t>
            </w:r>
            <w:r w:rsidRPr="00926DC7">
              <w:rPr>
                <w:rFonts w:hint="cs"/>
                <w:rtl/>
              </w:rPr>
              <w:t>صريحة</w:t>
            </w:r>
            <w:r w:rsidRPr="00926DC7">
              <w:rPr>
                <w:rtl/>
              </w:rPr>
              <w:t xml:space="preserve"> </w:t>
            </w:r>
            <w:r w:rsidRPr="00926DC7">
              <w:rPr>
                <w:rFonts w:hint="cs"/>
                <w:rtl/>
              </w:rPr>
              <w:t>للمشكلة</w:t>
            </w:r>
            <w:r w:rsidRPr="00926DC7">
              <w:rPr>
                <w:rtl/>
              </w:rPr>
              <w:t xml:space="preserve"> </w:t>
            </w:r>
            <w:r w:rsidRPr="00926DC7">
              <w:rPr>
                <w:rFonts w:hint="cs"/>
                <w:rtl/>
              </w:rPr>
              <w:t>تفضي</w:t>
            </w:r>
            <w:r w:rsidRPr="00926DC7">
              <w:rPr>
                <w:rtl/>
              </w:rPr>
              <w:t xml:space="preserve"> </w:t>
            </w:r>
            <w:r w:rsidRPr="00926DC7">
              <w:rPr>
                <w:rFonts w:hint="cs"/>
                <w:rtl/>
              </w:rPr>
              <w:t>إلى</w:t>
            </w:r>
            <w:r w:rsidRPr="00926DC7">
              <w:rPr>
                <w:rtl/>
              </w:rPr>
              <w:t xml:space="preserve"> </w:t>
            </w:r>
            <w:r w:rsidRPr="00926DC7">
              <w:rPr>
                <w:rFonts w:hint="cs"/>
                <w:rtl/>
              </w:rPr>
              <w:t>سؤال</w:t>
            </w:r>
            <w:r w:rsidRPr="00926DC7">
              <w:rPr>
                <w:rtl/>
              </w:rPr>
              <w:t xml:space="preserve"> </w:t>
            </w:r>
            <w:r w:rsidRPr="00926DC7">
              <w:rPr>
                <w:rFonts w:hint="cs"/>
                <w:rtl/>
              </w:rPr>
              <w:t>رئيس</w:t>
            </w:r>
            <w:r w:rsidRPr="00926DC7">
              <w:rPr>
                <w:rtl/>
              </w:rPr>
              <w:t xml:space="preserve"> </w:t>
            </w:r>
            <w:r w:rsidRPr="00926DC7">
              <w:rPr>
                <w:rFonts w:hint="cs"/>
                <w:rtl/>
              </w:rPr>
              <w:t>واحد</w:t>
            </w:r>
            <w:r w:rsidRPr="00926DC7">
              <w:rPr>
                <w:rtl/>
              </w:rPr>
              <w:t xml:space="preserve"> </w:t>
            </w:r>
            <w:r w:rsidRPr="00926DC7">
              <w:rPr>
                <w:rFonts w:hint="cs"/>
                <w:rtl/>
              </w:rPr>
              <w:t>محدد</w:t>
            </w:r>
            <w:r w:rsidRPr="00926DC7">
              <w:t>.</w:t>
            </w:r>
          </w:p>
        </w:tc>
        <w:tc>
          <w:tcPr>
            <w:tcW w:w="2160" w:type="dxa"/>
          </w:tcPr>
          <w:p w14:paraId="338C780E" w14:textId="05E51F49" w:rsidR="00BC36AC" w:rsidRDefault="00BC36AC" w:rsidP="00BC36AC">
            <w:pPr>
              <w:bidi/>
              <w:rPr>
                <w:rFonts w:ascii="Arial" w:hAnsi="Arial"/>
              </w:rPr>
            </w:pPr>
            <w:r w:rsidRPr="005B561C">
              <w:rPr>
                <w:rFonts w:hint="cs"/>
                <w:rtl/>
              </w:rPr>
              <w:t>بداية</w:t>
            </w:r>
            <w:r w:rsidRPr="005B561C">
              <w:rPr>
                <w:rtl/>
              </w:rPr>
              <w:t xml:space="preserve"> </w:t>
            </w:r>
            <w:r w:rsidRPr="005B561C">
              <w:rPr>
                <w:rFonts w:hint="cs"/>
                <w:rtl/>
              </w:rPr>
              <w:t>قسم</w:t>
            </w:r>
            <w:r w:rsidRPr="005B561C">
              <w:rPr>
                <w:rtl/>
              </w:rPr>
              <w:t xml:space="preserve"> </w:t>
            </w:r>
            <w:r w:rsidRPr="005B561C">
              <w:rPr>
                <w:rFonts w:hint="cs"/>
                <w:rtl/>
              </w:rPr>
              <w:t>المشكلة</w:t>
            </w:r>
          </w:p>
        </w:tc>
        <w:tc>
          <w:tcPr>
            <w:tcW w:w="1278" w:type="dxa"/>
          </w:tcPr>
          <w:p w14:paraId="319129C5" w14:textId="0DB6A960" w:rsidR="00BC36AC" w:rsidRDefault="00BC36AC" w:rsidP="00BC36AC">
            <w:pPr>
              <w:bidi/>
              <w:rPr>
                <w:rFonts w:ascii="Arial" w:hAnsi="Arial"/>
              </w:rPr>
            </w:pPr>
            <w:r>
              <w:rPr>
                <w:rFonts w:ascii="Arial" w:hAnsi="Arial"/>
              </w:rPr>
              <w:t>1</w:t>
            </w:r>
          </w:p>
        </w:tc>
      </w:tr>
      <w:tr w:rsidR="00BC36AC" w14:paraId="4F64F7BC" w14:textId="28FC48D4" w:rsidTr="00B01BD2">
        <w:trPr>
          <w:jc w:val="right"/>
        </w:trPr>
        <w:tc>
          <w:tcPr>
            <w:tcW w:w="2836" w:type="dxa"/>
          </w:tcPr>
          <w:p w14:paraId="13167C62" w14:textId="6D6803E5" w:rsidR="00BC36AC" w:rsidRDefault="00BC36AC" w:rsidP="00BC36AC">
            <w:pPr>
              <w:bidi/>
              <w:rPr>
                <w:rFonts w:ascii="Arial" w:hAnsi="Arial"/>
              </w:rPr>
            </w:pPr>
            <w:r w:rsidRPr="001A7123">
              <w:rPr>
                <w:rFonts w:hint="cs"/>
                <w:rtl/>
              </w:rPr>
              <w:t>توجد</w:t>
            </w:r>
            <w:r w:rsidRPr="001A7123">
              <w:rPr>
                <w:rtl/>
              </w:rPr>
              <w:t xml:space="preserve"> </w:t>
            </w:r>
            <w:r w:rsidRPr="001A7123">
              <w:rPr>
                <w:rFonts w:hint="cs"/>
                <w:rtl/>
              </w:rPr>
              <w:t>شواهد</w:t>
            </w:r>
            <w:r w:rsidRPr="001A7123">
              <w:rPr>
                <w:rtl/>
              </w:rPr>
              <w:t xml:space="preserve"> </w:t>
            </w:r>
            <w:r w:rsidRPr="001A7123">
              <w:rPr>
                <w:rFonts w:hint="cs"/>
                <w:rtl/>
              </w:rPr>
              <w:t>عامة</w:t>
            </w:r>
            <w:r w:rsidRPr="001A7123">
              <w:rPr>
                <w:rtl/>
              </w:rPr>
              <w:t xml:space="preserve"> </w:t>
            </w:r>
            <w:r w:rsidRPr="001A7123">
              <w:rPr>
                <w:rFonts w:hint="cs"/>
                <w:rtl/>
              </w:rPr>
              <w:t>غير</w:t>
            </w:r>
            <w:r w:rsidRPr="001A7123">
              <w:rPr>
                <w:rtl/>
              </w:rPr>
              <w:t xml:space="preserve"> </w:t>
            </w:r>
            <w:r w:rsidRPr="001A7123">
              <w:rPr>
                <w:rFonts w:hint="cs"/>
                <w:rtl/>
              </w:rPr>
              <w:t>مُحكّمة</w:t>
            </w:r>
            <w:r w:rsidRPr="001A7123">
              <w:rPr>
                <w:rtl/>
              </w:rPr>
              <w:t xml:space="preserve"> </w:t>
            </w:r>
            <w:r w:rsidRPr="001A7123">
              <w:rPr>
                <w:rFonts w:hint="cs"/>
                <w:rtl/>
              </w:rPr>
              <w:t>أو</w:t>
            </w:r>
            <w:r w:rsidRPr="001A7123">
              <w:rPr>
                <w:rtl/>
              </w:rPr>
              <w:t xml:space="preserve"> </w:t>
            </w:r>
            <w:r w:rsidRPr="001A7123">
              <w:rPr>
                <w:rFonts w:hint="cs"/>
                <w:rtl/>
              </w:rPr>
              <w:t>غير</w:t>
            </w:r>
            <w:r w:rsidRPr="001A7123">
              <w:rPr>
                <w:rtl/>
              </w:rPr>
              <w:t xml:space="preserve"> </w:t>
            </w:r>
            <w:r w:rsidRPr="001A7123">
              <w:rPr>
                <w:rFonts w:hint="cs"/>
                <w:rtl/>
              </w:rPr>
              <w:t>موثقة</w:t>
            </w:r>
            <w:r w:rsidRPr="001A7123">
              <w:rPr>
                <w:rtl/>
              </w:rPr>
              <w:t xml:space="preserve"> </w:t>
            </w:r>
            <w:r w:rsidRPr="001A7123">
              <w:rPr>
                <w:rFonts w:hint="cs"/>
                <w:rtl/>
              </w:rPr>
              <w:t>بما</w:t>
            </w:r>
            <w:r w:rsidRPr="001A7123">
              <w:rPr>
                <w:rtl/>
              </w:rPr>
              <w:t xml:space="preserve"> </w:t>
            </w:r>
            <w:r w:rsidRPr="001A7123">
              <w:rPr>
                <w:rFonts w:hint="cs"/>
                <w:rtl/>
              </w:rPr>
              <w:t>يكفي</w:t>
            </w:r>
            <w:r w:rsidRPr="001A7123">
              <w:rPr>
                <w:rtl/>
              </w:rPr>
              <w:t xml:space="preserve"> </w:t>
            </w:r>
            <w:r w:rsidRPr="001A7123">
              <w:rPr>
                <w:rFonts w:hint="cs"/>
                <w:rtl/>
              </w:rPr>
              <w:t>لإسناد</w:t>
            </w:r>
            <w:r w:rsidRPr="001A7123">
              <w:rPr>
                <w:rtl/>
              </w:rPr>
              <w:t xml:space="preserve"> </w:t>
            </w:r>
            <w:r w:rsidRPr="001A7123">
              <w:rPr>
                <w:rFonts w:hint="cs"/>
                <w:rtl/>
              </w:rPr>
              <w:t>خطورة</w:t>
            </w:r>
            <w:r w:rsidRPr="001A7123">
              <w:rPr>
                <w:rtl/>
              </w:rPr>
              <w:t xml:space="preserve"> </w:t>
            </w:r>
            <w:r w:rsidRPr="001A7123">
              <w:rPr>
                <w:rFonts w:hint="cs"/>
                <w:rtl/>
              </w:rPr>
              <w:t>المشكلة</w:t>
            </w:r>
            <w:r w:rsidRPr="001A7123">
              <w:t>.</w:t>
            </w:r>
          </w:p>
        </w:tc>
        <w:tc>
          <w:tcPr>
            <w:tcW w:w="2900" w:type="dxa"/>
          </w:tcPr>
          <w:p w14:paraId="75A97476" w14:textId="608AB8FB" w:rsidR="00BC36AC" w:rsidRDefault="00BC36AC" w:rsidP="00BC36AC">
            <w:pPr>
              <w:bidi/>
              <w:rPr>
                <w:rFonts w:ascii="Arial" w:hAnsi="Arial"/>
              </w:rPr>
            </w:pPr>
            <w:r w:rsidRPr="00926DC7">
              <w:rPr>
                <w:rFonts w:hint="cs"/>
                <w:rtl/>
              </w:rPr>
              <w:t>استبدل</w:t>
            </w:r>
            <w:r w:rsidRPr="00926DC7">
              <w:rPr>
                <w:rtl/>
              </w:rPr>
              <w:t xml:space="preserve"> </w:t>
            </w:r>
            <w:r w:rsidRPr="00926DC7">
              <w:rPr>
                <w:rFonts w:hint="cs"/>
                <w:rtl/>
              </w:rPr>
              <w:t>الشواهد</w:t>
            </w:r>
            <w:r w:rsidRPr="00926DC7">
              <w:rPr>
                <w:rtl/>
              </w:rPr>
              <w:t xml:space="preserve"> </w:t>
            </w:r>
            <w:r w:rsidRPr="00926DC7">
              <w:rPr>
                <w:rFonts w:hint="cs"/>
                <w:rtl/>
              </w:rPr>
              <w:t>بمصادر</w:t>
            </w:r>
            <w:r w:rsidRPr="00926DC7">
              <w:rPr>
                <w:rtl/>
              </w:rPr>
              <w:t xml:space="preserve"> </w:t>
            </w:r>
            <w:r w:rsidRPr="00926DC7">
              <w:rPr>
                <w:rFonts w:hint="cs"/>
                <w:rtl/>
              </w:rPr>
              <w:t>رسمية</w:t>
            </w:r>
            <w:r w:rsidRPr="00926DC7">
              <w:rPr>
                <w:rtl/>
              </w:rPr>
              <w:t xml:space="preserve"> </w:t>
            </w:r>
            <w:r w:rsidRPr="00926DC7">
              <w:rPr>
                <w:rFonts w:hint="cs"/>
                <w:rtl/>
              </w:rPr>
              <w:t>أو</w:t>
            </w:r>
            <w:r w:rsidRPr="00926DC7">
              <w:rPr>
                <w:rtl/>
              </w:rPr>
              <w:t xml:space="preserve"> </w:t>
            </w:r>
            <w:r w:rsidRPr="00926DC7">
              <w:rPr>
                <w:rFonts w:hint="cs"/>
                <w:rtl/>
              </w:rPr>
              <w:t>أبحاث</w:t>
            </w:r>
            <w:r w:rsidRPr="00926DC7">
              <w:rPr>
                <w:rtl/>
              </w:rPr>
              <w:t xml:space="preserve"> </w:t>
            </w:r>
            <w:r w:rsidRPr="00926DC7">
              <w:rPr>
                <w:rFonts w:hint="cs"/>
                <w:rtl/>
              </w:rPr>
              <w:t>محكّمة</w:t>
            </w:r>
            <w:r w:rsidRPr="00926DC7">
              <w:rPr>
                <w:rtl/>
              </w:rPr>
              <w:t xml:space="preserve"> </w:t>
            </w:r>
            <w:r w:rsidRPr="00926DC7">
              <w:rPr>
                <w:rFonts w:hint="cs"/>
                <w:rtl/>
              </w:rPr>
              <w:t>حديثة،</w:t>
            </w:r>
            <w:r w:rsidRPr="00926DC7">
              <w:rPr>
                <w:rtl/>
              </w:rPr>
              <w:t xml:space="preserve"> </w:t>
            </w:r>
            <w:r w:rsidRPr="00926DC7">
              <w:rPr>
                <w:rFonts w:hint="cs"/>
                <w:rtl/>
              </w:rPr>
              <w:t>وأظهر</w:t>
            </w:r>
            <w:r w:rsidRPr="00926DC7">
              <w:rPr>
                <w:rtl/>
              </w:rPr>
              <w:t xml:space="preserve"> </w:t>
            </w:r>
            <w:r w:rsidRPr="00926DC7">
              <w:rPr>
                <w:rFonts w:hint="cs"/>
                <w:rtl/>
              </w:rPr>
              <w:t>حداثتها</w:t>
            </w:r>
            <w:r w:rsidRPr="00926DC7">
              <w:rPr>
                <w:rtl/>
              </w:rPr>
              <w:t xml:space="preserve"> (</w:t>
            </w:r>
            <w:r w:rsidRPr="00926DC7">
              <w:rPr>
                <w:rFonts w:hint="cs"/>
                <w:rtl/>
              </w:rPr>
              <w:t>آخر</w:t>
            </w:r>
            <w:r w:rsidRPr="00926DC7">
              <w:rPr>
                <w:rtl/>
              </w:rPr>
              <w:t xml:space="preserve"> 5 </w:t>
            </w:r>
            <w:r w:rsidRPr="00926DC7">
              <w:rPr>
                <w:rFonts w:hint="cs"/>
                <w:rtl/>
              </w:rPr>
              <w:t>سنوات</w:t>
            </w:r>
            <w:r w:rsidRPr="00926DC7">
              <w:rPr>
                <w:rtl/>
              </w:rPr>
              <w:t>)</w:t>
            </w:r>
            <w:r w:rsidRPr="00926DC7">
              <w:t>.</w:t>
            </w:r>
          </w:p>
        </w:tc>
        <w:tc>
          <w:tcPr>
            <w:tcW w:w="2160" w:type="dxa"/>
          </w:tcPr>
          <w:p w14:paraId="5C3EA559" w14:textId="6183D69F" w:rsidR="00BC36AC" w:rsidRDefault="00BC36AC" w:rsidP="00BC36AC">
            <w:pPr>
              <w:bidi/>
              <w:rPr>
                <w:rFonts w:ascii="Arial" w:hAnsi="Arial"/>
              </w:rPr>
            </w:pPr>
            <w:r w:rsidRPr="005B561C">
              <w:rPr>
                <w:rFonts w:hint="cs"/>
                <w:rtl/>
              </w:rPr>
              <w:t>منتصف</w:t>
            </w:r>
            <w:r w:rsidRPr="005B561C">
              <w:rPr>
                <w:rtl/>
              </w:rPr>
              <w:t xml:space="preserve"> </w:t>
            </w:r>
            <w:r w:rsidRPr="005B561C">
              <w:rPr>
                <w:rFonts w:hint="cs"/>
                <w:rtl/>
              </w:rPr>
              <w:t>القسم</w:t>
            </w:r>
            <w:r w:rsidRPr="005B561C">
              <w:rPr>
                <w:rtl/>
              </w:rPr>
              <w:t xml:space="preserve"> (</w:t>
            </w:r>
            <w:r w:rsidRPr="005B561C">
              <w:rPr>
                <w:rFonts w:hint="cs"/>
                <w:rtl/>
              </w:rPr>
              <w:t>الشواهد</w:t>
            </w:r>
            <w:r w:rsidRPr="005B561C">
              <w:rPr>
                <w:rtl/>
              </w:rPr>
              <w:t>)</w:t>
            </w:r>
          </w:p>
        </w:tc>
        <w:tc>
          <w:tcPr>
            <w:tcW w:w="1278" w:type="dxa"/>
          </w:tcPr>
          <w:p w14:paraId="7182B3D2" w14:textId="2EE6830F" w:rsidR="00BC36AC" w:rsidRDefault="00BC36AC" w:rsidP="00BC36AC">
            <w:pPr>
              <w:bidi/>
              <w:rPr>
                <w:rFonts w:ascii="Arial" w:hAnsi="Arial"/>
              </w:rPr>
            </w:pPr>
            <w:r>
              <w:rPr>
                <w:rFonts w:ascii="Arial" w:hAnsi="Arial"/>
              </w:rPr>
              <w:t>2</w:t>
            </w:r>
          </w:p>
        </w:tc>
      </w:tr>
      <w:tr w:rsidR="00BC36AC" w14:paraId="05D99365" w14:textId="3E397214" w:rsidTr="00B01BD2">
        <w:trPr>
          <w:jc w:val="right"/>
        </w:trPr>
        <w:tc>
          <w:tcPr>
            <w:tcW w:w="2836" w:type="dxa"/>
          </w:tcPr>
          <w:p w14:paraId="1DA072AF" w14:textId="6C3CDE94" w:rsidR="00BC36AC" w:rsidRDefault="00BC36AC" w:rsidP="00BC36AC">
            <w:pPr>
              <w:bidi/>
              <w:rPr>
                <w:rFonts w:ascii="Arial" w:hAnsi="Arial"/>
              </w:rPr>
            </w:pPr>
            <w:r w:rsidRPr="001A7123">
              <w:rPr>
                <w:rFonts w:hint="cs"/>
                <w:rtl/>
              </w:rPr>
              <w:t>السؤال</w:t>
            </w:r>
            <w:r w:rsidRPr="001A7123">
              <w:rPr>
                <w:rtl/>
              </w:rPr>
              <w:t xml:space="preserve"> </w:t>
            </w:r>
            <w:r w:rsidRPr="001A7123">
              <w:rPr>
                <w:rFonts w:hint="cs"/>
                <w:rtl/>
              </w:rPr>
              <w:t>الرئيس</w:t>
            </w:r>
            <w:r w:rsidRPr="001A7123">
              <w:rPr>
                <w:rtl/>
              </w:rPr>
              <w:t xml:space="preserve"> </w:t>
            </w:r>
            <w:r w:rsidRPr="001A7123">
              <w:rPr>
                <w:rFonts w:hint="cs"/>
                <w:rtl/>
              </w:rPr>
              <w:t>مناسب</w:t>
            </w:r>
            <w:r w:rsidRPr="001A7123">
              <w:rPr>
                <w:rtl/>
              </w:rPr>
              <w:t xml:space="preserve"> </w:t>
            </w:r>
            <w:r w:rsidRPr="001A7123">
              <w:rPr>
                <w:rFonts w:hint="cs"/>
                <w:rtl/>
              </w:rPr>
              <w:t>من</w:t>
            </w:r>
            <w:r w:rsidRPr="001A7123">
              <w:rPr>
                <w:rtl/>
              </w:rPr>
              <w:t xml:space="preserve"> </w:t>
            </w:r>
            <w:r w:rsidRPr="001A7123">
              <w:rPr>
                <w:rFonts w:hint="cs"/>
                <w:rtl/>
              </w:rPr>
              <w:t>حيث</w:t>
            </w:r>
            <w:r w:rsidRPr="001A7123">
              <w:rPr>
                <w:rtl/>
              </w:rPr>
              <w:t xml:space="preserve"> </w:t>
            </w:r>
            <w:r w:rsidRPr="001A7123">
              <w:rPr>
                <w:rFonts w:hint="cs"/>
                <w:rtl/>
              </w:rPr>
              <w:t>الاتجاه،</w:t>
            </w:r>
            <w:r w:rsidRPr="001A7123">
              <w:rPr>
                <w:rtl/>
              </w:rPr>
              <w:t xml:space="preserve"> </w:t>
            </w:r>
            <w:r w:rsidRPr="001A7123">
              <w:rPr>
                <w:rFonts w:hint="cs"/>
                <w:rtl/>
              </w:rPr>
              <w:t>لكنه</w:t>
            </w:r>
            <w:r w:rsidRPr="001A7123">
              <w:rPr>
                <w:rtl/>
              </w:rPr>
              <w:t xml:space="preserve"> </w:t>
            </w:r>
            <w:r w:rsidRPr="001A7123">
              <w:rPr>
                <w:rFonts w:hint="cs"/>
                <w:rtl/>
              </w:rPr>
              <w:t>لا</w:t>
            </w:r>
            <w:r w:rsidRPr="001A7123">
              <w:rPr>
                <w:rtl/>
              </w:rPr>
              <w:t xml:space="preserve"> </w:t>
            </w:r>
            <w:r w:rsidRPr="001A7123">
              <w:rPr>
                <w:rFonts w:hint="cs"/>
                <w:rtl/>
              </w:rPr>
              <w:t>يستخدم</w:t>
            </w:r>
            <w:r w:rsidRPr="001A7123">
              <w:rPr>
                <w:rtl/>
              </w:rPr>
              <w:t xml:space="preserve"> </w:t>
            </w:r>
            <w:r w:rsidRPr="001A7123">
              <w:rPr>
                <w:rFonts w:hint="cs"/>
                <w:rtl/>
              </w:rPr>
              <w:t>التسميات</w:t>
            </w:r>
            <w:r w:rsidRPr="001A7123">
              <w:rPr>
                <w:rtl/>
              </w:rPr>
              <w:t xml:space="preserve"> </w:t>
            </w:r>
            <w:r w:rsidRPr="001A7123">
              <w:rPr>
                <w:rFonts w:hint="cs"/>
                <w:rtl/>
              </w:rPr>
              <w:lastRenderedPageBreak/>
              <w:t>الرسمية</w:t>
            </w:r>
            <w:r w:rsidRPr="001A7123">
              <w:rPr>
                <w:rtl/>
              </w:rPr>
              <w:t xml:space="preserve"> </w:t>
            </w:r>
            <w:r w:rsidRPr="001A7123">
              <w:rPr>
                <w:rFonts w:hint="cs"/>
                <w:rtl/>
              </w:rPr>
              <w:t>لأبعاد</w:t>
            </w:r>
            <w:r w:rsidRPr="001A7123">
              <w:rPr>
                <w:rtl/>
              </w:rPr>
              <w:t xml:space="preserve"> </w:t>
            </w:r>
            <w:r w:rsidRPr="001A7123">
              <w:rPr>
                <w:rFonts w:hint="cs"/>
                <w:rtl/>
              </w:rPr>
              <w:t>العدالة</w:t>
            </w:r>
            <w:r w:rsidRPr="001A7123">
              <w:rPr>
                <w:rtl/>
              </w:rPr>
              <w:t xml:space="preserve"> </w:t>
            </w:r>
            <w:r w:rsidRPr="001A7123">
              <w:rPr>
                <w:rFonts w:hint="cs"/>
                <w:rtl/>
              </w:rPr>
              <w:t>الوظيفية</w:t>
            </w:r>
            <w:r w:rsidRPr="001A7123">
              <w:rPr>
                <w:rtl/>
              </w:rPr>
              <w:t xml:space="preserve"> </w:t>
            </w:r>
            <w:r w:rsidRPr="001A7123">
              <w:rPr>
                <w:rFonts w:hint="cs"/>
                <w:rtl/>
              </w:rPr>
              <w:t>كما</w:t>
            </w:r>
            <w:r w:rsidRPr="001A7123">
              <w:rPr>
                <w:rtl/>
              </w:rPr>
              <w:t xml:space="preserve"> </w:t>
            </w:r>
            <w:r w:rsidRPr="001A7123">
              <w:rPr>
                <w:rFonts w:hint="cs"/>
                <w:rtl/>
              </w:rPr>
              <w:t>ستُقاس</w:t>
            </w:r>
            <w:r w:rsidRPr="001A7123">
              <w:rPr>
                <w:rtl/>
              </w:rPr>
              <w:t xml:space="preserve"> </w:t>
            </w:r>
            <w:r w:rsidRPr="001A7123">
              <w:rPr>
                <w:rFonts w:hint="cs"/>
                <w:rtl/>
              </w:rPr>
              <w:t>لاحقًا</w:t>
            </w:r>
            <w:r w:rsidRPr="001A7123">
              <w:t>.</w:t>
            </w:r>
          </w:p>
        </w:tc>
        <w:tc>
          <w:tcPr>
            <w:tcW w:w="2900" w:type="dxa"/>
          </w:tcPr>
          <w:p w14:paraId="08F98CA8" w14:textId="7CC33D53" w:rsidR="00BC36AC" w:rsidRDefault="00BC36AC" w:rsidP="00BC36AC">
            <w:pPr>
              <w:bidi/>
              <w:rPr>
                <w:rFonts w:ascii="Arial" w:hAnsi="Arial"/>
              </w:rPr>
            </w:pPr>
            <w:r w:rsidRPr="00926DC7">
              <w:rPr>
                <w:rFonts w:hint="cs"/>
                <w:rtl/>
              </w:rPr>
              <w:lastRenderedPageBreak/>
              <w:t>أعد</w:t>
            </w:r>
            <w:r w:rsidRPr="00926DC7">
              <w:rPr>
                <w:rtl/>
              </w:rPr>
              <w:t xml:space="preserve"> </w:t>
            </w:r>
            <w:r w:rsidRPr="00926DC7">
              <w:rPr>
                <w:rFonts w:hint="cs"/>
                <w:rtl/>
              </w:rPr>
              <w:t>الصياغة</w:t>
            </w:r>
            <w:r w:rsidRPr="00926DC7">
              <w:rPr>
                <w:rtl/>
              </w:rPr>
              <w:t xml:space="preserve"> </w:t>
            </w:r>
            <w:r w:rsidRPr="00926DC7">
              <w:rPr>
                <w:rFonts w:hint="cs"/>
                <w:rtl/>
              </w:rPr>
              <w:t>باستعمال</w:t>
            </w:r>
            <w:r w:rsidRPr="00926DC7">
              <w:rPr>
                <w:rtl/>
              </w:rPr>
              <w:t xml:space="preserve"> </w:t>
            </w:r>
            <w:r w:rsidRPr="00926DC7">
              <w:rPr>
                <w:rFonts w:hint="cs"/>
                <w:rtl/>
              </w:rPr>
              <w:t>التسميات</w:t>
            </w:r>
            <w:r w:rsidRPr="00926DC7">
              <w:rPr>
                <w:rtl/>
              </w:rPr>
              <w:t xml:space="preserve"> </w:t>
            </w:r>
            <w:r w:rsidRPr="00926DC7">
              <w:rPr>
                <w:rFonts w:hint="cs"/>
                <w:rtl/>
              </w:rPr>
              <w:t>المعتمدة</w:t>
            </w:r>
            <w:r w:rsidRPr="00926DC7">
              <w:rPr>
                <w:rtl/>
              </w:rPr>
              <w:t>: «</w:t>
            </w:r>
            <w:r w:rsidRPr="00926DC7">
              <w:rPr>
                <w:rFonts w:hint="cs"/>
                <w:rtl/>
              </w:rPr>
              <w:t>ما</w:t>
            </w:r>
            <w:r w:rsidRPr="00926DC7">
              <w:rPr>
                <w:rtl/>
              </w:rPr>
              <w:t xml:space="preserve"> </w:t>
            </w:r>
            <w:r w:rsidRPr="00926DC7">
              <w:rPr>
                <w:rFonts w:hint="cs"/>
                <w:rtl/>
              </w:rPr>
              <w:t>أثر</w:t>
            </w:r>
            <w:r w:rsidRPr="00926DC7">
              <w:rPr>
                <w:rtl/>
              </w:rPr>
              <w:t xml:space="preserve"> </w:t>
            </w:r>
            <w:r w:rsidRPr="00926DC7">
              <w:rPr>
                <w:rFonts w:hint="cs"/>
                <w:rtl/>
              </w:rPr>
              <w:t>استخدام</w:t>
            </w:r>
            <w:r w:rsidRPr="00926DC7">
              <w:rPr>
                <w:rtl/>
              </w:rPr>
              <w:t xml:space="preserve"> </w:t>
            </w:r>
            <w:r w:rsidRPr="00926DC7">
              <w:rPr>
                <w:rFonts w:hint="cs"/>
                <w:rtl/>
              </w:rPr>
              <w:t>تقنيات</w:t>
            </w:r>
            <w:r w:rsidRPr="00926DC7">
              <w:rPr>
                <w:rtl/>
              </w:rPr>
              <w:t xml:space="preserve"> </w:t>
            </w:r>
            <w:r w:rsidRPr="00926DC7">
              <w:rPr>
                <w:rFonts w:hint="cs"/>
                <w:rtl/>
              </w:rPr>
              <w:t>الذكاء</w:t>
            </w:r>
            <w:r w:rsidRPr="00926DC7">
              <w:rPr>
                <w:rtl/>
              </w:rPr>
              <w:t xml:space="preserve"> </w:t>
            </w:r>
            <w:r w:rsidRPr="00926DC7">
              <w:rPr>
                <w:rFonts w:hint="cs"/>
                <w:rtl/>
              </w:rPr>
              <w:t>الاصطناعي</w:t>
            </w:r>
            <w:r w:rsidRPr="00926DC7">
              <w:rPr>
                <w:rtl/>
              </w:rPr>
              <w:t xml:space="preserve"> </w:t>
            </w:r>
            <w:r w:rsidRPr="00926DC7">
              <w:rPr>
                <w:rFonts w:hint="cs"/>
                <w:rtl/>
              </w:rPr>
              <w:t>في</w:t>
            </w:r>
            <w:r w:rsidRPr="00926DC7">
              <w:rPr>
                <w:rtl/>
              </w:rPr>
              <w:t xml:space="preserve"> </w:t>
            </w:r>
            <w:r w:rsidRPr="00926DC7">
              <w:rPr>
                <w:rFonts w:hint="cs"/>
                <w:rtl/>
              </w:rPr>
              <w:t>قرارات</w:t>
            </w:r>
            <w:r w:rsidRPr="00926DC7">
              <w:rPr>
                <w:rtl/>
              </w:rPr>
              <w:t xml:space="preserve"> </w:t>
            </w:r>
            <w:r w:rsidRPr="00926DC7">
              <w:rPr>
                <w:rFonts w:hint="cs"/>
                <w:rtl/>
              </w:rPr>
              <w:lastRenderedPageBreak/>
              <w:t>التوظيف</w:t>
            </w:r>
            <w:r w:rsidRPr="00926DC7">
              <w:rPr>
                <w:rtl/>
              </w:rPr>
              <w:t xml:space="preserve"> </w:t>
            </w:r>
            <w:r w:rsidRPr="00926DC7">
              <w:rPr>
                <w:rFonts w:hint="cs"/>
                <w:rtl/>
              </w:rPr>
              <w:t>على</w:t>
            </w:r>
            <w:r w:rsidRPr="00926DC7">
              <w:rPr>
                <w:rtl/>
              </w:rPr>
              <w:t xml:space="preserve"> </w:t>
            </w:r>
            <w:r w:rsidRPr="00926DC7">
              <w:rPr>
                <w:rFonts w:hint="cs"/>
                <w:rtl/>
              </w:rPr>
              <w:t>تحقيق</w:t>
            </w:r>
            <w:r w:rsidRPr="00926DC7">
              <w:rPr>
                <w:rtl/>
              </w:rPr>
              <w:t xml:space="preserve"> </w:t>
            </w:r>
            <w:r w:rsidRPr="00926DC7">
              <w:rPr>
                <w:rFonts w:hint="cs"/>
                <w:rtl/>
              </w:rPr>
              <w:t>أبعاد</w:t>
            </w:r>
            <w:r w:rsidRPr="00926DC7">
              <w:rPr>
                <w:rtl/>
              </w:rPr>
              <w:t xml:space="preserve"> </w:t>
            </w:r>
            <w:r w:rsidRPr="00926DC7">
              <w:rPr>
                <w:rFonts w:hint="cs"/>
                <w:rtl/>
              </w:rPr>
              <w:t>العدالة</w:t>
            </w:r>
            <w:r w:rsidRPr="00926DC7">
              <w:rPr>
                <w:rtl/>
              </w:rPr>
              <w:t xml:space="preserve"> </w:t>
            </w:r>
            <w:r w:rsidRPr="00926DC7">
              <w:rPr>
                <w:rFonts w:hint="cs"/>
                <w:rtl/>
              </w:rPr>
              <w:t>الوظيفية</w:t>
            </w:r>
            <w:r w:rsidRPr="00926DC7">
              <w:rPr>
                <w:rtl/>
              </w:rPr>
              <w:t xml:space="preserve"> (</w:t>
            </w:r>
            <w:r w:rsidRPr="00926DC7">
              <w:rPr>
                <w:rFonts w:hint="cs"/>
                <w:rtl/>
              </w:rPr>
              <w:t>التوزيعية،</w:t>
            </w:r>
            <w:r w:rsidRPr="00926DC7">
              <w:rPr>
                <w:rtl/>
              </w:rPr>
              <w:t xml:space="preserve"> </w:t>
            </w:r>
            <w:r w:rsidRPr="00926DC7">
              <w:rPr>
                <w:rFonts w:hint="cs"/>
                <w:rtl/>
              </w:rPr>
              <w:t>الإجرائية،</w:t>
            </w:r>
            <w:r w:rsidRPr="00926DC7">
              <w:rPr>
                <w:rtl/>
              </w:rPr>
              <w:t xml:space="preserve"> </w:t>
            </w:r>
            <w:r w:rsidRPr="00926DC7">
              <w:rPr>
                <w:rFonts w:hint="cs"/>
                <w:rtl/>
              </w:rPr>
              <w:t>التفاعلية،</w:t>
            </w:r>
            <w:r w:rsidRPr="00926DC7">
              <w:rPr>
                <w:rtl/>
              </w:rPr>
              <w:t xml:space="preserve"> </w:t>
            </w:r>
            <w:r w:rsidRPr="00926DC7">
              <w:rPr>
                <w:rFonts w:hint="cs"/>
                <w:rtl/>
              </w:rPr>
              <w:t>المعلوماتية</w:t>
            </w:r>
            <w:r w:rsidRPr="00926DC7">
              <w:rPr>
                <w:rtl/>
              </w:rPr>
              <w:t xml:space="preserve">) </w:t>
            </w:r>
            <w:r w:rsidRPr="00926DC7">
              <w:rPr>
                <w:rFonts w:hint="cs"/>
                <w:rtl/>
              </w:rPr>
              <w:t>لدى</w:t>
            </w:r>
            <w:r w:rsidRPr="00926DC7">
              <w:rPr>
                <w:rtl/>
              </w:rPr>
              <w:t xml:space="preserve"> </w:t>
            </w:r>
            <w:r w:rsidRPr="00926DC7">
              <w:rPr>
                <w:rFonts w:hint="cs"/>
                <w:rtl/>
              </w:rPr>
              <w:t>وزارة</w:t>
            </w:r>
            <w:r w:rsidRPr="00926DC7">
              <w:rPr>
                <w:rtl/>
              </w:rPr>
              <w:t xml:space="preserve"> </w:t>
            </w:r>
            <w:r w:rsidRPr="00926DC7">
              <w:rPr>
                <w:rFonts w:hint="cs"/>
                <w:rtl/>
              </w:rPr>
              <w:t>الموارد</w:t>
            </w:r>
            <w:r w:rsidRPr="00926DC7">
              <w:rPr>
                <w:rtl/>
              </w:rPr>
              <w:t xml:space="preserve"> </w:t>
            </w:r>
            <w:r w:rsidRPr="00926DC7">
              <w:rPr>
                <w:rFonts w:hint="cs"/>
                <w:rtl/>
              </w:rPr>
              <w:t>البشرية</w:t>
            </w:r>
            <w:r w:rsidRPr="00926DC7">
              <w:rPr>
                <w:rtl/>
              </w:rPr>
              <w:t xml:space="preserve"> </w:t>
            </w:r>
            <w:r w:rsidRPr="00926DC7">
              <w:rPr>
                <w:rFonts w:hint="cs"/>
                <w:rtl/>
              </w:rPr>
              <w:t>والتنمية</w:t>
            </w:r>
            <w:r w:rsidRPr="00926DC7">
              <w:rPr>
                <w:rtl/>
              </w:rPr>
              <w:t xml:space="preserve"> </w:t>
            </w:r>
            <w:r w:rsidRPr="00926DC7">
              <w:rPr>
                <w:rFonts w:hint="cs"/>
                <w:rtl/>
              </w:rPr>
              <w:t>الاجتماعية؟</w:t>
            </w:r>
            <w:r w:rsidRPr="00926DC7">
              <w:rPr>
                <w:rFonts w:hint="eastAsia"/>
              </w:rPr>
              <w:t>»</w:t>
            </w:r>
          </w:p>
        </w:tc>
        <w:tc>
          <w:tcPr>
            <w:tcW w:w="2160" w:type="dxa"/>
          </w:tcPr>
          <w:p w14:paraId="204134F1" w14:textId="7C7FB841" w:rsidR="00BC36AC" w:rsidRDefault="00BC36AC" w:rsidP="00BC36AC">
            <w:pPr>
              <w:bidi/>
              <w:rPr>
                <w:rFonts w:ascii="Arial" w:hAnsi="Arial"/>
              </w:rPr>
            </w:pPr>
            <w:r w:rsidRPr="005B561C">
              <w:rPr>
                <w:rFonts w:hint="cs"/>
                <w:rtl/>
              </w:rPr>
              <w:lastRenderedPageBreak/>
              <w:t>السؤال</w:t>
            </w:r>
            <w:r w:rsidRPr="005B561C">
              <w:rPr>
                <w:rtl/>
              </w:rPr>
              <w:t xml:space="preserve"> </w:t>
            </w:r>
            <w:r w:rsidRPr="005B561C">
              <w:rPr>
                <w:rFonts w:hint="cs"/>
                <w:rtl/>
              </w:rPr>
              <w:t>الرئيس</w:t>
            </w:r>
          </w:p>
        </w:tc>
        <w:tc>
          <w:tcPr>
            <w:tcW w:w="1278" w:type="dxa"/>
          </w:tcPr>
          <w:p w14:paraId="3CDA4D98" w14:textId="6A5A2B6F" w:rsidR="00BC36AC" w:rsidRDefault="00BC36AC" w:rsidP="00BC36AC">
            <w:pPr>
              <w:bidi/>
              <w:rPr>
                <w:rFonts w:ascii="Arial" w:hAnsi="Arial"/>
              </w:rPr>
            </w:pPr>
            <w:r>
              <w:rPr>
                <w:rFonts w:ascii="Arial" w:hAnsi="Arial"/>
              </w:rPr>
              <w:t>3</w:t>
            </w:r>
          </w:p>
        </w:tc>
      </w:tr>
      <w:tr w:rsidR="00BC36AC" w14:paraId="1953BCF8" w14:textId="1DDFA261" w:rsidTr="00B01BD2">
        <w:trPr>
          <w:jc w:val="right"/>
        </w:trPr>
        <w:tc>
          <w:tcPr>
            <w:tcW w:w="2836" w:type="dxa"/>
          </w:tcPr>
          <w:p w14:paraId="05DD4FE1" w14:textId="3AA2E215" w:rsidR="00BC36AC" w:rsidRDefault="00BC36AC" w:rsidP="00BC36AC">
            <w:pPr>
              <w:bidi/>
              <w:rPr>
                <w:rFonts w:ascii="Arial" w:hAnsi="Arial"/>
              </w:rPr>
            </w:pPr>
            <w:r w:rsidRPr="001A7123">
              <w:rPr>
                <w:rFonts w:hint="cs"/>
                <w:rtl/>
              </w:rPr>
              <w:t>لا</w:t>
            </w:r>
            <w:r w:rsidRPr="001A7123">
              <w:rPr>
                <w:rtl/>
              </w:rPr>
              <w:t xml:space="preserve"> </w:t>
            </w:r>
            <w:r w:rsidRPr="001A7123">
              <w:rPr>
                <w:rFonts w:hint="cs"/>
                <w:rtl/>
              </w:rPr>
              <w:t>تُعرض</w:t>
            </w:r>
            <w:r w:rsidRPr="001A7123">
              <w:rPr>
                <w:rtl/>
              </w:rPr>
              <w:t xml:space="preserve"> </w:t>
            </w:r>
            <w:r w:rsidRPr="001A7123">
              <w:rPr>
                <w:rFonts w:hint="cs"/>
                <w:rtl/>
              </w:rPr>
              <w:t>مؤشرات</w:t>
            </w:r>
            <w:r w:rsidRPr="001A7123">
              <w:rPr>
                <w:rtl/>
              </w:rPr>
              <w:t xml:space="preserve"> </w:t>
            </w:r>
            <w:r w:rsidRPr="001A7123">
              <w:rPr>
                <w:rFonts w:hint="cs"/>
                <w:rtl/>
              </w:rPr>
              <w:t>عملية</w:t>
            </w:r>
            <w:r w:rsidRPr="001A7123">
              <w:rPr>
                <w:rtl/>
              </w:rPr>
              <w:t xml:space="preserve"> </w:t>
            </w:r>
            <w:r w:rsidRPr="001A7123">
              <w:rPr>
                <w:rFonts w:hint="cs"/>
                <w:rtl/>
              </w:rPr>
              <w:t>ملموسة</w:t>
            </w:r>
            <w:r w:rsidRPr="001A7123">
              <w:rPr>
                <w:rtl/>
              </w:rPr>
              <w:t xml:space="preserve"> </w:t>
            </w:r>
            <w:r w:rsidRPr="001A7123">
              <w:rPr>
                <w:rFonts w:hint="cs"/>
                <w:rtl/>
              </w:rPr>
              <w:t>تبين</w:t>
            </w:r>
            <w:r w:rsidRPr="001A7123">
              <w:rPr>
                <w:rtl/>
              </w:rPr>
              <w:t xml:space="preserve"> </w:t>
            </w:r>
            <w:r w:rsidRPr="001A7123">
              <w:rPr>
                <w:rFonts w:hint="cs"/>
                <w:rtl/>
              </w:rPr>
              <w:t>أثر</w:t>
            </w:r>
            <w:r w:rsidRPr="001A7123">
              <w:rPr>
                <w:rtl/>
              </w:rPr>
              <w:t xml:space="preserve"> </w:t>
            </w:r>
            <w:r w:rsidRPr="001A7123">
              <w:rPr>
                <w:rFonts w:hint="cs"/>
                <w:rtl/>
              </w:rPr>
              <w:t>المشكلة</w:t>
            </w:r>
            <w:r w:rsidRPr="001A7123">
              <w:rPr>
                <w:rtl/>
              </w:rPr>
              <w:t xml:space="preserve"> </w:t>
            </w:r>
            <w:r w:rsidRPr="001A7123">
              <w:rPr>
                <w:rFonts w:hint="cs"/>
                <w:rtl/>
              </w:rPr>
              <w:t>على</w:t>
            </w:r>
            <w:r w:rsidRPr="001A7123">
              <w:rPr>
                <w:rtl/>
              </w:rPr>
              <w:t xml:space="preserve"> </w:t>
            </w:r>
            <w:r w:rsidRPr="001A7123">
              <w:rPr>
                <w:rFonts w:hint="cs"/>
                <w:rtl/>
              </w:rPr>
              <w:t>المتقدمين</w:t>
            </w:r>
            <w:r w:rsidRPr="001A7123">
              <w:rPr>
                <w:rtl/>
              </w:rPr>
              <w:t xml:space="preserve"> </w:t>
            </w:r>
            <w:r w:rsidRPr="001A7123">
              <w:rPr>
                <w:rFonts w:hint="cs"/>
                <w:rtl/>
              </w:rPr>
              <w:t>والوزارة</w:t>
            </w:r>
            <w:r w:rsidRPr="001A7123">
              <w:t>.</w:t>
            </w:r>
          </w:p>
        </w:tc>
        <w:tc>
          <w:tcPr>
            <w:tcW w:w="2900" w:type="dxa"/>
          </w:tcPr>
          <w:p w14:paraId="52C40C08" w14:textId="574EBE2A" w:rsidR="00BC36AC" w:rsidRDefault="00BC36AC" w:rsidP="00BC36AC">
            <w:pPr>
              <w:bidi/>
              <w:rPr>
                <w:rFonts w:ascii="Arial" w:hAnsi="Arial"/>
              </w:rPr>
            </w:pPr>
            <w:r w:rsidRPr="00926DC7">
              <w:rPr>
                <w:rFonts w:hint="cs"/>
                <w:rtl/>
              </w:rPr>
              <w:t>أدرج</w:t>
            </w:r>
            <w:r w:rsidRPr="00926DC7">
              <w:rPr>
                <w:rtl/>
              </w:rPr>
              <w:t xml:space="preserve"> </w:t>
            </w:r>
            <w:r w:rsidRPr="00926DC7">
              <w:rPr>
                <w:rFonts w:hint="cs"/>
                <w:rtl/>
              </w:rPr>
              <w:t>مؤشرات</w:t>
            </w:r>
            <w:r w:rsidRPr="00926DC7">
              <w:rPr>
                <w:rtl/>
              </w:rPr>
              <w:t xml:space="preserve"> </w:t>
            </w:r>
            <w:r w:rsidRPr="00926DC7">
              <w:rPr>
                <w:rFonts w:hint="cs"/>
                <w:rtl/>
              </w:rPr>
              <w:t>نموذجية</w:t>
            </w:r>
            <w:r w:rsidRPr="00926DC7">
              <w:rPr>
                <w:rtl/>
              </w:rPr>
              <w:t xml:space="preserve">: </w:t>
            </w:r>
            <w:r w:rsidRPr="00926DC7">
              <w:rPr>
                <w:rFonts w:hint="cs"/>
                <w:rtl/>
              </w:rPr>
              <w:t>زمن</w:t>
            </w:r>
            <w:r w:rsidRPr="00926DC7">
              <w:rPr>
                <w:rtl/>
              </w:rPr>
              <w:t xml:space="preserve"> </w:t>
            </w:r>
            <w:r w:rsidRPr="00926DC7">
              <w:rPr>
                <w:rFonts w:hint="cs"/>
                <w:rtl/>
              </w:rPr>
              <w:t>الاستجابة،</w:t>
            </w:r>
            <w:r w:rsidRPr="00926DC7">
              <w:rPr>
                <w:rtl/>
              </w:rPr>
              <w:t xml:space="preserve"> </w:t>
            </w:r>
            <w:r w:rsidRPr="00926DC7">
              <w:rPr>
                <w:rFonts w:hint="cs"/>
                <w:rtl/>
              </w:rPr>
              <w:t>وضوح</w:t>
            </w:r>
            <w:r w:rsidRPr="00926DC7">
              <w:rPr>
                <w:rtl/>
              </w:rPr>
              <w:t xml:space="preserve"> </w:t>
            </w:r>
            <w:r w:rsidRPr="00926DC7">
              <w:rPr>
                <w:rFonts w:hint="cs"/>
                <w:rtl/>
              </w:rPr>
              <w:t>معايير</w:t>
            </w:r>
            <w:r w:rsidRPr="00926DC7">
              <w:rPr>
                <w:rtl/>
              </w:rPr>
              <w:t xml:space="preserve"> </w:t>
            </w:r>
            <w:r w:rsidRPr="00926DC7">
              <w:rPr>
                <w:rFonts w:hint="cs"/>
                <w:rtl/>
              </w:rPr>
              <w:t>الاختيار،</w:t>
            </w:r>
            <w:r w:rsidRPr="00926DC7">
              <w:rPr>
                <w:rtl/>
              </w:rPr>
              <w:t xml:space="preserve"> </w:t>
            </w:r>
            <w:r w:rsidRPr="00926DC7">
              <w:rPr>
                <w:rFonts w:hint="cs"/>
                <w:rtl/>
              </w:rPr>
              <w:t>نسب</w:t>
            </w:r>
            <w:r w:rsidRPr="00926DC7">
              <w:rPr>
                <w:rtl/>
              </w:rPr>
              <w:t xml:space="preserve"> </w:t>
            </w:r>
            <w:r w:rsidRPr="00926DC7">
              <w:rPr>
                <w:rFonts w:hint="cs"/>
                <w:rtl/>
              </w:rPr>
              <w:t>الاعتراضات</w:t>
            </w:r>
            <w:r w:rsidRPr="00926DC7">
              <w:rPr>
                <w:rtl/>
              </w:rPr>
              <w:t xml:space="preserve"> </w:t>
            </w:r>
            <w:r w:rsidRPr="00926DC7">
              <w:rPr>
                <w:rFonts w:hint="cs"/>
                <w:rtl/>
              </w:rPr>
              <w:t>المقبولة،</w:t>
            </w:r>
            <w:r w:rsidRPr="00926DC7">
              <w:rPr>
                <w:rtl/>
              </w:rPr>
              <w:t xml:space="preserve"> </w:t>
            </w:r>
            <w:r w:rsidRPr="00926DC7">
              <w:rPr>
                <w:rFonts w:hint="cs"/>
                <w:rtl/>
              </w:rPr>
              <w:t>جودة</w:t>
            </w:r>
            <w:r w:rsidRPr="00926DC7">
              <w:rPr>
                <w:rtl/>
              </w:rPr>
              <w:t xml:space="preserve"> </w:t>
            </w:r>
            <w:r w:rsidRPr="00926DC7">
              <w:rPr>
                <w:rFonts w:hint="cs"/>
                <w:rtl/>
              </w:rPr>
              <w:t>التغذية</w:t>
            </w:r>
            <w:r w:rsidRPr="00926DC7">
              <w:rPr>
                <w:rtl/>
              </w:rPr>
              <w:t xml:space="preserve"> </w:t>
            </w:r>
            <w:r w:rsidRPr="00926DC7">
              <w:rPr>
                <w:rFonts w:hint="cs"/>
                <w:rtl/>
              </w:rPr>
              <w:t>الراجعة</w:t>
            </w:r>
            <w:r w:rsidRPr="00926DC7">
              <w:rPr>
                <w:rtl/>
              </w:rPr>
              <w:t xml:space="preserve"> </w:t>
            </w:r>
            <w:r w:rsidRPr="00926DC7">
              <w:rPr>
                <w:rFonts w:hint="cs"/>
                <w:rtl/>
              </w:rPr>
              <w:t>للمتقدمين</w:t>
            </w:r>
            <w:r w:rsidRPr="00926DC7">
              <w:t>.</w:t>
            </w:r>
          </w:p>
        </w:tc>
        <w:tc>
          <w:tcPr>
            <w:tcW w:w="2160" w:type="dxa"/>
          </w:tcPr>
          <w:p w14:paraId="7EF52D3C" w14:textId="266E1B29" w:rsidR="00BC36AC" w:rsidRDefault="00BC36AC" w:rsidP="00BC36AC">
            <w:pPr>
              <w:bidi/>
              <w:rPr>
                <w:rFonts w:ascii="Arial" w:hAnsi="Arial"/>
              </w:rPr>
            </w:pPr>
            <w:r w:rsidRPr="005B561C">
              <w:rPr>
                <w:rFonts w:hint="cs"/>
                <w:rtl/>
              </w:rPr>
              <w:t>إبراز</w:t>
            </w:r>
            <w:r w:rsidRPr="005B561C">
              <w:rPr>
                <w:rtl/>
              </w:rPr>
              <w:t xml:space="preserve"> </w:t>
            </w:r>
            <w:r w:rsidRPr="005B561C">
              <w:rPr>
                <w:rFonts w:hint="cs"/>
                <w:rtl/>
              </w:rPr>
              <w:t>الأثر</w:t>
            </w:r>
            <w:r w:rsidRPr="005B561C">
              <w:rPr>
                <w:rtl/>
              </w:rPr>
              <w:t xml:space="preserve"> </w:t>
            </w:r>
            <w:r w:rsidRPr="005B561C">
              <w:rPr>
                <w:rFonts w:hint="cs"/>
                <w:rtl/>
              </w:rPr>
              <w:t>العملي</w:t>
            </w:r>
          </w:p>
        </w:tc>
        <w:tc>
          <w:tcPr>
            <w:tcW w:w="1278" w:type="dxa"/>
          </w:tcPr>
          <w:p w14:paraId="276514C5" w14:textId="0098BF72" w:rsidR="00BC36AC" w:rsidRDefault="00BC36AC" w:rsidP="00BC36AC">
            <w:pPr>
              <w:bidi/>
              <w:rPr>
                <w:rFonts w:ascii="Arial" w:hAnsi="Arial"/>
              </w:rPr>
            </w:pPr>
            <w:r>
              <w:rPr>
                <w:rFonts w:ascii="Arial" w:hAnsi="Arial"/>
              </w:rPr>
              <w:t>4</w:t>
            </w:r>
          </w:p>
        </w:tc>
      </w:tr>
    </w:tbl>
    <w:p w14:paraId="5D5343CB" w14:textId="77777777" w:rsidR="00F55848" w:rsidRDefault="00FD567C" w:rsidP="00FD56DC">
      <w:pPr>
        <w:pStyle w:val="Heading2"/>
        <w:bidi/>
      </w:pPr>
      <w:r>
        <w:rPr>
          <w:rFonts w:ascii="Arial" w:hAnsi="Arial"/>
          <w:sz w:val="28"/>
        </w:rPr>
        <w:t>أهداف الدراسة</w:t>
      </w:r>
    </w:p>
    <w:tbl>
      <w:tblPr>
        <w:tblStyle w:val="TableGrid"/>
        <w:tblW w:w="0" w:type="auto"/>
        <w:jc w:val="right"/>
        <w:tblLook w:val="04A0" w:firstRow="1" w:lastRow="0" w:firstColumn="1" w:lastColumn="0" w:noHBand="0" w:noVBand="1"/>
      </w:tblPr>
      <w:tblGrid>
        <w:gridCol w:w="2475"/>
        <w:gridCol w:w="2807"/>
        <w:gridCol w:w="2092"/>
        <w:gridCol w:w="1256"/>
      </w:tblGrid>
      <w:tr w:rsidR="00BC36AC" w14:paraId="41F04F4A" w14:textId="5B374483" w:rsidTr="00BC36AC">
        <w:trPr>
          <w:jc w:val="right"/>
        </w:trPr>
        <w:tc>
          <w:tcPr>
            <w:tcW w:w="2520" w:type="dxa"/>
          </w:tcPr>
          <w:p w14:paraId="5DD62294" w14:textId="5AEFE238" w:rsidR="00BC36AC" w:rsidRDefault="00BC36AC" w:rsidP="00BC36AC">
            <w:pPr>
              <w:bidi/>
              <w:rPr>
                <w:rFonts w:ascii="Arial" w:hAnsi="Arial"/>
                <w:b/>
              </w:rPr>
            </w:pPr>
            <w:r w:rsidRPr="00B91E5D">
              <w:rPr>
                <w:rFonts w:hint="cs"/>
                <w:b/>
                <w:bCs/>
                <w:rtl/>
              </w:rPr>
              <w:t>كيفية</w:t>
            </w:r>
            <w:r w:rsidRPr="00B91E5D">
              <w:rPr>
                <w:b/>
                <w:bCs/>
                <w:rtl/>
              </w:rPr>
              <w:t xml:space="preserve"> </w:t>
            </w:r>
            <w:r w:rsidRPr="00B91E5D">
              <w:rPr>
                <w:rFonts w:hint="cs"/>
                <w:b/>
                <w:bCs/>
                <w:rtl/>
              </w:rPr>
              <w:t>التنفيذ</w:t>
            </w:r>
            <w:r w:rsidRPr="00B91E5D">
              <w:rPr>
                <w:b/>
                <w:bCs/>
                <w:rtl/>
              </w:rPr>
              <w:t xml:space="preserve"> (</w:t>
            </w:r>
            <w:r w:rsidRPr="00B91E5D">
              <w:rPr>
                <w:rFonts w:hint="cs"/>
                <w:b/>
                <w:bCs/>
                <w:rtl/>
              </w:rPr>
              <w:t>خطوات</w:t>
            </w:r>
            <w:r w:rsidRPr="00B91E5D">
              <w:rPr>
                <w:b/>
                <w:bCs/>
                <w:rtl/>
              </w:rPr>
              <w:t xml:space="preserve"> </w:t>
            </w:r>
            <w:r w:rsidRPr="00B91E5D">
              <w:rPr>
                <w:rFonts w:hint="cs"/>
                <w:b/>
                <w:bCs/>
                <w:rtl/>
              </w:rPr>
              <w:t>عملية</w:t>
            </w:r>
            <w:r w:rsidRPr="00B91E5D">
              <w:rPr>
                <w:b/>
                <w:bCs/>
                <w:rtl/>
              </w:rPr>
              <w:t xml:space="preserve"> </w:t>
            </w:r>
            <w:r w:rsidRPr="00B91E5D">
              <w:rPr>
                <w:rFonts w:hint="cs"/>
                <w:b/>
                <w:bCs/>
                <w:rtl/>
              </w:rPr>
              <w:t>للطالب</w:t>
            </w:r>
            <w:r w:rsidRPr="00B91E5D">
              <w:rPr>
                <w:b/>
                <w:bCs/>
                <w:rtl/>
              </w:rPr>
              <w:t>)</w:t>
            </w:r>
          </w:p>
        </w:tc>
        <w:tc>
          <w:tcPr>
            <w:tcW w:w="2880" w:type="dxa"/>
          </w:tcPr>
          <w:p w14:paraId="039E0BA4" w14:textId="36883C61" w:rsidR="00BC36AC" w:rsidRDefault="00BC36AC" w:rsidP="00BC36AC">
            <w:pPr>
              <w:bidi/>
              <w:rPr>
                <w:rFonts w:ascii="Arial" w:hAnsi="Arial"/>
                <w:b/>
              </w:rPr>
            </w:pPr>
            <w:r w:rsidRPr="00B91E5D">
              <w:rPr>
                <w:rFonts w:hint="cs"/>
                <w:b/>
                <w:bCs/>
                <w:rtl/>
              </w:rPr>
              <w:t>نص</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بالعربية</w:t>
            </w:r>
            <w:r w:rsidRPr="00B91E5D">
              <w:rPr>
                <w:b/>
                <w:bCs/>
                <w:rtl/>
              </w:rPr>
              <w:t xml:space="preserve"> </w:t>
            </w:r>
            <w:r w:rsidRPr="00B91E5D">
              <w:rPr>
                <w:rFonts w:hint="cs"/>
                <w:b/>
                <w:bCs/>
                <w:rtl/>
              </w:rPr>
              <w:t>الأكاديمية</w:t>
            </w:r>
            <w:r w:rsidRPr="00B91E5D">
              <w:rPr>
                <w:b/>
                <w:bCs/>
                <w:rtl/>
              </w:rPr>
              <w:t>)</w:t>
            </w:r>
          </w:p>
        </w:tc>
        <w:tc>
          <w:tcPr>
            <w:tcW w:w="2160" w:type="dxa"/>
          </w:tcPr>
          <w:p w14:paraId="25CAB53D" w14:textId="2A18308E" w:rsidR="00BC36AC" w:rsidRDefault="00BC36AC" w:rsidP="00BC36AC">
            <w:pPr>
              <w:bidi/>
              <w:rPr>
                <w:rFonts w:ascii="Arial" w:hAnsi="Arial"/>
                <w:b/>
              </w:rPr>
            </w:pPr>
            <w:r w:rsidRPr="00B91E5D">
              <w:rPr>
                <w:rFonts w:hint="cs"/>
                <w:b/>
                <w:bCs/>
                <w:rtl/>
              </w:rPr>
              <w:t>موضع</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في</w:t>
            </w:r>
            <w:r w:rsidRPr="00B91E5D">
              <w:rPr>
                <w:b/>
                <w:bCs/>
                <w:rtl/>
              </w:rPr>
              <w:t xml:space="preserve"> </w:t>
            </w:r>
            <w:r w:rsidRPr="00B91E5D">
              <w:rPr>
                <w:rFonts w:hint="cs"/>
                <w:b/>
                <w:bCs/>
                <w:rtl/>
              </w:rPr>
              <w:t>النص</w:t>
            </w:r>
          </w:p>
        </w:tc>
        <w:tc>
          <w:tcPr>
            <w:tcW w:w="1278" w:type="dxa"/>
          </w:tcPr>
          <w:p w14:paraId="724C3319" w14:textId="401EB109" w:rsidR="00BC36AC" w:rsidRDefault="00BC36AC" w:rsidP="00BC36AC">
            <w:pPr>
              <w:bidi/>
              <w:rPr>
                <w:rFonts w:ascii="Arial" w:hAnsi="Arial"/>
                <w:b/>
              </w:rPr>
            </w:pPr>
            <w:r w:rsidRPr="00B91E5D">
              <w:rPr>
                <w:rFonts w:hint="cs"/>
                <w:b/>
                <w:bCs/>
                <w:rtl/>
              </w:rPr>
              <w:t>رقم</w:t>
            </w:r>
            <w:r w:rsidRPr="00B91E5D">
              <w:rPr>
                <w:b/>
                <w:bCs/>
                <w:rtl/>
              </w:rPr>
              <w:t xml:space="preserve"> </w:t>
            </w:r>
            <w:r w:rsidRPr="00B91E5D">
              <w:rPr>
                <w:rFonts w:hint="cs"/>
                <w:b/>
                <w:bCs/>
                <w:rtl/>
              </w:rPr>
              <w:t>الملاحظة</w:t>
            </w:r>
          </w:p>
        </w:tc>
      </w:tr>
      <w:tr w:rsidR="00BC36AC" w14:paraId="3F03F650" w14:textId="70513A4B" w:rsidTr="00BC36AC">
        <w:trPr>
          <w:jc w:val="right"/>
        </w:trPr>
        <w:tc>
          <w:tcPr>
            <w:tcW w:w="2520" w:type="dxa"/>
          </w:tcPr>
          <w:p w14:paraId="50161B75" w14:textId="21B9C7E6" w:rsidR="00BC36AC" w:rsidRDefault="00BC36AC" w:rsidP="00BC36AC">
            <w:pPr>
              <w:bidi/>
              <w:rPr>
                <w:rFonts w:ascii="Arial" w:hAnsi="Arial"/>
              </w:rPr>
            </w:pPr>
            <w:r w:rsidRPr="00F76D2C">
              <w:rPr>
                <w:rFonts w:hint="cs"/>
                <w:rtl/>
              </w:rPr>
              <w:t>عدّل</w:t>
            </w:r>
            <w:r w:rsidRPr="00F76D2C">
              <w:rPr>
                <w:rtl/>
              </w:rPr>
              <w:t xml:space="preserve"> </w:t>
            </w:r>
            <w:r w:rsidRPr="00F76D2C">
              <w:rPr>
                <w:rFonts w:hint="cs"/>
                <w:rtl/>
              </w:rPr>
              <w:t>الهدف</w:t>
            </w:r>
            <w:r w:rsidRPr="00F76D2C">
              <w:rPr>
                <w:rtl/>
              </w:rPr>
              <w:t xml:space="preserve"> </w:t>
            </w:r>
            <w:r w:rsidRPr="00F76D2C">
              <w:rPr>
                <w:rFonts w:hint="cs"/>
                <w:rtl/>
              </w:rPr>
              <w:t>العام</w:t>
            </w:r>
            <w:r w:rsidRPr="00F76D2C">
              <w:rPr>
                <w:rtl/>
              </w:rPr>
              <w:t>: «</w:t>
            </w:r>
            <w:r w:rsidRPr="00F76D2C">
              <w:rPr>
                <w:rFonts w:hint="cs"/>
                <w:rtl/>
              </w:rPr>
              <w:t>قياس</w:t>
            </w:r>
            <w:r w:rsidRPr="00F76D2C">
              <w:rPr>
                <w:rtl/>
              </w:rPr>
              <w:t xml:space="preserve"> </w:t>
            </w:r>
            <w:r w:rsidRPr="00F76D2C">
              <w:rPr>
                <w:rFonts w:hint="cs"/>
                <w:rtl/>
              </w:rPr>
              <w:t>أثر</w:t>
            </w:r>
            <w:r w:rsidRPr="00F76D2C">
              <w:rPr>
                <w:rtl/>
              </w:rPr>
              <w:t xml:space="preserve"> </w:t>
            </w:r>
            <w:r w:rsidRPr="00F76D2C">
              <w:rPr>
                <w:rFonts w:hint="cs"/>
                <w:rtl/>
              </w:rPr>
              <w:t>استخدام</w:t>
            </w:r>
            <w:r w:rsidRPr="00F76D2C">
              <w:rPr>
                <w:rtl/>
              </w:rPr>
              <w:t xml:space="preserve"> </w:t>
            </w:r>
            <w:r w:rsidRPr="00F76D2C">
              <w:rPr>
                <w:rFonts w:hint="cs"/>
                <w:rtl/>
              </w:rPr>
              <w:t>تقنيات</w:t>
            </w:r>
            <w:r w:rsidRPr="00F76D2C">
              <w:rPr>
                <w:rtl/>
              </w:rPr>
              <w:t xml:space="preserve"> </w:t>
            </w:r>
            <w:r w:rsidRPr="00F76D2C">
              <w:rPr>
                <w:rFonts w:hint="cs"/>
                <w:rtl/>
              </w:rPr>
              <w:t>الذكاء</w:t>
            </w:r>
            <w:r w:rsidRPr="00F76D2C">
              <w:rPr>
                <w:rtl/>
              </w:rPr>
              <w:t xml:space="preserve"> </w:t>
            </w:r>
            <w:r w:rsidRPr="00F76D2C">
              <w:rPr>
                <w:rFonts w:hint="cs"/>
                <w:rtl/>
              </w:rPr>
              <w:t>الاصطناعي</w:t>
            </w:r>
            <w:r w:rsidRPr="00F76D2C">
              <w:rPr>
                <w:rtl/>
              </w:rPr>
              <w:t xml:space="preserve"> </w:t>
            </w:r>
            <w:r w:rsidRPr="00F76D2C">
              <w:rPr>
                <w:rFonts w:hint="cs"/>
                <w:rtl/>
              </w:rPr>
              <w:t>في</w:t>
            </w:r>
            <w:r w:rsidRPr="00F76D2C">
              <w:rPr>
                <w:rtl/>
              </w:rPr>
              <w:t xml:space="preserve"> </w:t>
            </w:r>
            <w:r w:rsidRPr="00F76D2C">
              <w:rPr>
                <w:rFonts w:hint="cs"/>
                <w:rtl/>
              </w:rPr>
              <w:t>قرارات</w:t>
            </w:r>
            <w:r w:rsidRPr="00F76D2C">
              <w:rPr>
                <w:rtl/>
              </w:rPr>
              <w:t xml:space="preserve"> </w:t>
            </w:r>
            <w:r w:rsidRPr="00F76D2C">
              <w:rPr>
                <w:rFonts w:hint="cs"/>
                <w:rtl/>
              </w:rPr>
              <w:t>التوظيف</w:t>
            </w:r>
            <w:r w:rsidRPr="00F76D2C">
              <w:rPr>
                <w:rtl/>
              </w:rPr>
              <w:t xml:space="preserve"> </w:t>
            </w:r>
            <w:r w:rsidRPr="00F76D2C">
              <w:rPr>
                <w:rFonts w:hint="cs"/>
                <w:rtl/>
              </w:rPr>
              <w:t>على</w:t>
            </w:r>
            <w:r w:rsidRPr="00F76D2C">
              <w:rPr>
                <w:rtl/>
              </w:rPr>
              <w:t xml:space="preserve"> </w:t>
            </w:r>
            <w:r w:rsidRPr="00F76D2C">
              <w:rPr>
                <w:rFonts w:hint="cs"/>
                <w:rtl/>
              </w:rPr>
              <w:t>تحقيق</w:t>
            </w:r>
            <w:r w:rsidRPr="00F76D2C">
              <w:rPr>
                <w:rtl/>
              </w:rPr>
              <w:t xml:space="preserve"> </w:t>
            </w:r>
            <w:r w:rsidRPr="00F76D2C">
              <w:rPr>
                <w:rFonts w:hint="cs"/>
                <w:rtl/>
              </w:rPr>
              <w:t>أبعاد</w:t>
            </w:r>
            <w:r w:rsidRPr="00F76D2C">
              <w:rPr>
                <w:rtl/>
              </w:rPr>
              <w:t xml:space="preserve"> </w:t>
            </w:r>
            <w:r w:rsidRPr="00F76D2C">
              <w:rPr>
                <w:rFonts w:hint="cs"/>
                <w:rtl/>
              </w:rPr>
              <w:t>العدالة</w:t>
            </w:r>
            <w:r w:rsidRPr="00F76D2C">
              <w:rPr>
                <w:rtl/>
              </w:rPr>
              <w:t xml:space="preserve"> </w:t>
            </w:r>
            <w:r w:rsidRPr="00F76D2C">
              <w:rPr>
                <w:rFonts w:hint="cs"/>
                <w:rtl/>
              </w:rPr>
              <w:t>الوظيفية</w:t>
            </w:r>
            <w:r w:rsidRPr="00F76D2C">
              <w:rPr>
                <w:rtl/>
              </w:rPr>
              <w:t xml:space="preserve"> </w:t>
            </w:r>
            <w:r w:rsidRPr="00F76D2C">
              <w:rPr>
                <w:rFonts w:hint="cs"/>
                <w:rtl/>
              </w:rPr>
              <w:t>لدى</w:t>
            </w:r>
            <w:r w:rsidRPr="00F76D2C">
              <w:rPr>
                <w:rtl/>
              </w:rPr>
              <w:t xml:space="preserve"> </w:t>
            </w:r>
            <w:r w:rsidRPr="00F76D2C">
              <w:rPr>
                <w:rFonts w:hint="cs"/>
                <w:rtl/>
              </w:rPr>
              <w:t>العاملين</w:t>
            </w:r>
            <w:r w:rsidRPr="00F76D2C">
              <w:rPr>
                <w:rtl/>
              </w:rPr>
              <w:t>/</w:t>
            </w:r>
            <w:r w:rsidRPr="00F76D2C">
              <w:rPr>
                <w:rFonts w:hint="cs"/>
                <w:rtl/>
              </w:rPr>
              <w:t>المتقدمين</w:t>
            </w:r>
            <w:r w:rsidRPr="00F76D2C">
              <w:rPr>
                <w:rtl/>
              </w:rPr>
              <w:t xml:space="preserve"> </w:t>
            </w:r>
            <w:r w:rsidRPr="00F76D2C">
              <w:rPr>
                <w:rFonts w:hint="cs"/>
                <w:rtl/>
              </w:rPr>
              <w:t>في</w:t>
            </w:r>
            <w:r w:rsidRPr="00F76D2C">
              <w:rPr>
                <w:rtl/>
              </w:rPr>
              <w:t xml:space="preserve"> </w:t>
            </w:r>
            <w:r w:rsidRPr="00F76D2C">
              <w:rPr>
                <w:rFonts w:hint="cs"/>
                <w:rtl/>
              </w:rPr>
              <w:t>وزارة</w:t>
            </w:r>
            <w:r w:rsidRPr="00F76D2C">
              <w:rPr>
                <w:rtl/>
              </w:rPr>
              <w:t xml:space="preserve"> </w:t>
            </w:r>
            <w:r w:rsidRPr="00F76D2C">
              <w:rPr>
                <w:rFonts w:hint="cs"/>
                <w:rtl/>
              </w:rPr>
              <w:t>الموارد</w:t>
            </w:r>
            <w:r w:rsidRPr="00F76D2C">
              <w:rPr>
                <w:rtl/>
              </w:rPr>
              <w:t xml:space="preserve"> </w:t>
            </w:r>
            <w:r w:rsidRPr="00F76D2C">
              <w:rPr>
                <w:rFonts w:hint="cs"/>
                <w:rtl/>
              </w:rPr>
              <w:t>البشرية</w:t>
            </w:r>
            <w:r w:rsidRPr="00F76D2C">
              <w:rPr>
                <w:rtl/>
              </w:rPr>
              <w:t xml:space="preserve"> </w:t>
            </w:r>
            <w:r w:rsidRPr="00F76D2C">
              <w:rPr>
                <w:rFonts w:hint="cs"/>
                <w:rtl/>
              </w:rPr>
              <w:t>والتنمية</w:t>
            </w:r>
            <w:r w:rsidRPr="00F76D2C">
              <w:rPr>
                <w:rtl/>
              </w:rPr>
              <w:t xml:space="preserve"> </w:t>
            </w:r>
            <w:r w:rsidRPr="00F76D2C">
              <w:rPr>
                <w:rFonts w:hint="cs"/>
                <w:rtl/>
              </w:rPr>
              <w:t>الاجتماعية</w:t>
            </w:r>
            <w:r w:rsidRPr="00F76D2C">
              <w:rPr>
                <w:rtl/>
              </w:rPr>
              <w:t xml:space="preserve"> </w:t>
            </w:r>
            <w:r w:rsidRPr="00F76D2C">
              <w:rPr>
                <w:rFonts w:hint="cs"/>
                <w:rtl/>
              </w:rPr>
              <w:t>بالمملكة</w:t>
            </w:r>
            <w:r w:rsidRPr="00F76D2C">
              <w:rPr>
                <w:rtl/>
              </w:rPr>
              <w:t xml:space="preserve"> </w:t>
            </w:r>
            <w:r w:rsidRPr="00F76D2C">
              <w:rPr>
                <w:rFonts w:hint="cs"/>
                <w:rtl/>
              </w:rPr>
              <w:t>العربية</w:t>
            </w:r>
            <w:r w:rsidRPr="00F76D2C">
              <w:rPr>
                <w:rtl/>
              </w:rPr>
              <w:t xml:space="preserve"> </w:t>
            </w:r>
            <w:r w:rsidRPr="00F76D2C">
              <w:rPr>
                <w:rFonts w:hint="cs"/>
                <w:rtl/>
              </w:rPr>
              <w:t>السعودية</w:t>
            </w:r>
            <w:r w:rsidRPr="00F76D2C">
              <w:rPr>
                <w:rtl/>
              </w:rPr>
              <w:t xml:space="preserve"> </w:t>
            </w:r>
          </w:p>
        </w:tc>
        <w:tc>
          <w:tcPr>
            <w:tcW w:w="2880" w:type="dxa"/>
          </w:tcPr>
          <w:p w14:paraId="39A440E8" w14:textId="4B918A8B" w:rsidR="00BC36AC" w:rsidRDefault="00BC36AC" w:rsidP="00BC36AC">
            <w:pPr>
              <w:bidi/>
              <w:rPr>
                <w:rFonts w:ascii="Arial" w:hAnsi="Arial"/>
              </w:rPr>
            </w:pPr>
            <w:r w:rsidRPr="00FD7962">
              <w:rPr>
                <w:rFonts w:hint="cs"/>
                <w:rtl/>
              </w:rPr>
              <w:t>الهدف</w:t>
            </w:r>
            <w:r w:rsidRPr="00FD7962">
              <w:rPr>
                <w:rtl/>
              </w:rPr>
              <w:t xml:space="preserve"> </w:t>
            </w:r>
            <w:r w:rsidRPr="00FD7962">
              <w:rPr>
                <w:rFonts w:hint="cs"/>
                <w:rtl/>
              </w:rPr>
              <w:t>العام</w:t>
            </w:r>
            <w:r w:rsidRPr="00FD7962">
              <w:rPr>
                <w:rtl/>
              </w:rPr>
              <w:t xml:space="preserve"> </w:t>
            </w:r>
            <w:r w:rsidRPr="00FD7962">
              <w:rPr>
                <w:rFonts w:hint="cs"/>
                <w:rtl/>
              </w:rPr>
              <w:t>مصاغ</w:t>
            </w:r>
            <w:r w:rsidRPr="00FD7962">
              <w:rPr>
                <w:rtl/>
              </w:rPr>
              <w:t xml:space="preserve"> </w:t>
            </w:r>
            <w:r w:rsidRPr="00FD7962">
              <w:rPr>
                <w:rFonts w:hint="cs"/>
                <w:rtl/>
              </w:rPr>
              <w:t>بصورة</w:t>
            </w:r>
            <w:r w:rsidRPr="00FD7962">
              <w:rPr>
                <w:rtl/>
              </w:rPr>
              <w:t xml:space="preserve"> </w:t>
            </w:r>
            <w:r w:rsidRPr="00FD7962">
              <w:rPr>
                <w:rFonts w:hint="cs"/>
                <w:rtl/>
              </w:rPr>
              <w:t>جيدة</w:t>
            </w:r>
            <w:r w:rsidRPr="00FD7962">
              <w:rPr>
                <w:rtl/>
              </w:rPr>
              <w:t xml:space="preserve"> </w:t>
            </w:r>
            <w:r w:rsidRPr="00FD7962">
              <w:rPr>
                <w:rFonts w:hint="cs"/>
                <w:rtl/>
              </w:rPr>
              <w:t>لكنه</w:t>
            </w:r>
            <w:r w:rsidRPr="00FD7962">
              <w:rPr>
                <w:rtl/>
              </w:rPr>
              <w:t xml:space="preserve"> </w:t>
            </w:r>
            <w:r w:rsidRPr="00FD7962">
              <w:rPr>
                <w:rFonts w:hint="cs"/>
                <w:rtl/>
              </w:rPr>
              <w:t>يفتقر</w:t>
            </w:r>
            <w:r w:rsidRPr="00FD7962">
              <w:rPr>
                <w:rtl/>
              </w:rPr>
              <w:t xml:space="preserve"> </w:t>
            </w:r>
            <w:r w:rsidRPr="00FD7962">
              <w:rPr>
                <w:rFonts w:hint="cs"/>
                <w:rtl/>
              </w:rPr>
              <w:t>إلى</w:t>
            </w:r>
            <w:r w:rsidRPr="00FD7962">
              <w:rPr>
                <w:rtl/>
              </w:rPr>
              <w:t xml:space="preserve"> </w:t>
            </w:r>
            <w:r w:rsidRPr="00FD7962">
              <w:rPr>
                <w:rFonts w:hint="cs"/>
                <w:rtl/>
              </w:rPr>
              <w:t>التحديد</w:t>
            </w:r>
            <w:r w:rsidRPr="00FD7962">
              <w:rPr>
                <w:rtl/>
              </w:rPr>
              <w:t xml:space="preserve"> </w:t>
            </w:r>
            <w:r w:rsidRPr="00FD7962">
              <w:rPr>
                <w:rFonts w:hint="cs"/>
                <w:rtl/>
              </w:rPr>
              <w:t>المكاني</w:t>
            </w:r>
            <w:r w:rsidRPr="00FD7962">
              <w:rPr>
                <w:rtl/>
              </w:rPr>
              <w:t>/</w:t>
            </w:r>
            <w:r w:rsidRPr="00FD7962">
              <w:rPr>
                <w:rFonts w:hint="cs"/>
                <w:rtl/>
              </w:rPr>
              <w:t>الزماني</w:t>
            </w:r>
            <w:r w:rsidRPr="00FD7962">
              <w:rPr>
                <w:rtl/>
              </w:rPr>
              <w:t xml:space="preserve"> </w:t>
            </w:r>
            <w:r w:rsidRPr="00FD7962">
              <w:rPr>
                <w:rFonts w:hint="cs"/>
                <w:rtl/>
              </w:rPr>
              <w:t>والصياغة</w:t>
            </w:r>
            <w:r w:rsidRPr="00FD7962">
              <w:rPr>
                <w:rtl/>
              </w:rPr>
              <w:t xml:space="preserve"> </w:t>
            </w:r>
            <w:r w:rsidRPr="00FD7962">
              <w:rPr>
                <w:rFonts w:hint="cs"/>
                <w:rtl/>
              </w:rPr>
              <w:t>القابلة</w:t>
            </w:r>
            <w:r w:rsidRPr="00FD7962">
              <w:rPr>
                <w:rtl/>
              </w:rPr>
              <w:t xml:space="preserve"> </w:t>
            </w:r>
            <w:r w:rsidRPr="00FD7962">
              <w:rPr>
                <w:rFonts w:hint="cs"/>
                <w:rtl/>
              </w:rPr>
              <w:t>للقياس</w:t>
            </w:r>
            <w:r w:rsidRPr="00FD7962">
              <w:rPr>
                <w:rtl/>
              </w:rPr>
              <w:t xml:space="preserve"> </w:t>
            </w:r>
            <w:r w:rsidRPr="00FD7962">
              <w:rPr>
                <w:rFonts w:hint="cs"/>
                <w:rtl/>
              </w:rPr>
              <w:t>الإحصائي</w:t>
            </w:r>
            <w:r w:rsidRPr="00FD7962">
              <w:t>.</w:t>
            </w:r>
          </w:p>
        </w:tc>
        <w:tc>
          <w:tcPr>
            <w:tcW w:w="2160" w:type="dxa"/>
          </w:tcPr>
          <w:p w14:paraId="127EEC15" w14:textId="598B4C2A" w:rsidR="00BC36AC" w:rsidRDefault="00BC36AC" w:rsidP="00BC36AC">
            <w:pPr>
              <w:bidi/>
              <w:rPr>
                <w:rFonts w:ascii="Arial" w:hAnsi="Arial"/>
              </w:rPr>
            </w:pPr>
            <w:r w:rsidRPr="007C488D">
              <w:rPr>
                <w:rFonts w:hint="cs"/>
                <w:rtl/>
              </w:rPr>
              <w:t>الهدف</w:t>
            </w:r>
            <w:r w:rsidRPr="007C488D">
              <w:rPr>
                <w:rtl/>
              </w:rPr>
              <w:t xml:space="preserve"> </w:t>
            </w:r>
            <w:r w:rsidRPr="007C488D">
              <w:rPr>
                <w:rFonts w:hint="cs"/>
                <w:rtl/>
              </w:rPr>
              <w:t>الرئيس</w:t>
            </w:r>
          </w:p>
        </w:tc>
        <w:tc>
          <w:tcPr>
            <w:tcW w:w="1278" w:type="dxa"/>
          </w:tcPr>
          <w:p w14:paraId="773644F5" w14:textId="6C97B16F" w:rsidR="00BC36AC" w:rsidRDefault="00BC36AC" w:rsidP="00BC36AC">
            <w:pPr>
              <w:bidi/>
              <w:rPr>
                <w:rFonts w:ascii="Arial" w:hAnsi="Arial"/>
              </w:rPr>
            </w:pPr>
            <w:r>
              <w:rPr>
                <w:rFonts w:ascii="Arial" w:hAnsi="Arial"/>
              </w:rPr>
              <w:t>1</w:t>
            </w:r>
          </w:p>
        </w:tc>
      </w:tr>
      <w:tr w:rsidR="00BC36AC" w14:paraId="011ECD46" w14:textId="780052A0" w:rsidTr="00BC36AC">
        <w:trPr>
          <w:jc w:val="right"/>
        </w:trPr>
        <w:tc>
          <w:tcPr>
            <w:tcW w:w="2520" w:type="dxa"/>
          </w:tcPr>
          <w:p w14:paraId="510242BE" w14:textId="6FA6EBB3" w:rsidR="00BC36AC" w:rsidRDefault="00BC36AC" w:rsidP="00BC36AC">
            <w:pPr>
              <w:bidi/>
              <w:rPr>
                <w:rFonts w:ascii="Arial" w:hAnsi="Arial"/>
              </w:rPr>
            </w:pPr>
            <w:r w:rsidRPr="00F76D2C">
              <w:rPr>
                <w:rFonts w:hint="cs"/>
                <w:rtl/>
              </w:rPr>
              <w:t>حوّلها</w:t>
            </w:r>
            <w:r w:rsidRPr="00F76D2C">
              <w:rPr>
                <w:rtl/>
              </w:rPr>
              <w:t xml:space="preserve"> </w:t>
            </w:r>
            <w:r w:rsidRPr="00F76D2C">
              <w:rPr>
                <w:rFonts w:hint="cs"/>
                <w:rtl/>
              </w:rPr>
              <w:t>إلى</w:t>
            </w:r>
            <w:r w:rsidRPr="00F76D2C">
              <w:rPr>
                <w:rtl/>
              </w:rPr>
              <w:t xml:space="preserve"> </w:t>
            </w:r>
            <w:r w:rsidRPr="00F76D2C">
              <w:rPr>
                <w:rFonts w:hint="cs"/>
                <w:rtl/>
              </w:rPr>
              <w:t>أهداف</w:t>
            </w:r>
            <w:r w:rsidRPr="00F76D2C">
              <w:rPr>
                <w:rtl/>
              </w:rPr>
              <w:t xml:space="preserve"> </w:t>
            </w:r>
            <w:r w:rsidRPr="00F76D2C">
              <w:rPr>
                <w:rFonts w:hint="cs"/>
                <w:rtl/>
              </w:rPr>
              <w:t>قابلة</w:t>
            </w:r>
            <w:r w:rsidRPr="00F76D2C">
              <w:rPr>
                <w:rtl/>
              </w:rPr>
              <w:t xml:space="preserve"> </w:t>
            </w:r>
            <w:r w:rsidRPr="00F76D2C">
              <w:rPr>
                <w:rFonts w:hint="cs"/>
                <w:rtl/>
              </w:rPr>
              <w:t>للقياس</w:t>
            </w:r>
            <w:r w:rsidRPr="00F76D2C">
              <w:rPr>
                <w:rtl/>
              </w:rPr>
              <w:t xml:space="preserve">: (1) </w:t>
            </w:r>
            <w:r w:rsidRPr="00F76D2C">
              <w:rPr>
                <w:rFonts w:hint="cs"/>
                <w:rtl/>
              </w:rPr>
              <w:t>قياس</w:t>
            </w:r>
            <w:r w:rsidRPr="00F76D2C">
              <w:rPr>
                <w:rtl/>
              </w:rPr>
              <w:t xml:space="preserve"> </w:t>
            </w:r>
            <w:r w:rsidRPr="00F76D2C">
              <w:rPr>
                <w:rFonts w:hint="cs"/>
                <w:rtl/>
              </w:rPr>
              <w:t>مستوى</w:t>
            </w:r>
            <w:r w:rsidRPr="00F76D2C">
              <w:rPr>
                <w:rtl/>
              </w:rPr>
              <w:t xml:space="preserve"> </w:t>
            </w:r>
            <w:r w:rsidRPr="00F76D2C">
              <w:rPr>
                <w:rFonts w:hint="cs"/>
                <w:rtl/>
              </w:rPr>
              <w:t>تبنّي</w:t>
            </w:r>
            <w:r w:rsidRPr="00F76D2C">
              <w:rPr>
                <w:rtl/>
              </w:rPr>
              <w:t xml:space="preserve"> </w:t>
            </w:r>
            <w:r w:rsidRPr="00F76D2C">
              <w:rPr>
                <w:rFonts w:hint="cs"/>
                <w:rtl/>
              </w:rPr>
              <w:t>كل</w:t>
            </w:r>
            <w:r w:rsidRPr="00F76D2C">
              <w:rPr>
                <w:rtl/>
              </w:rPr>
              <w:t xml:space="preserve"> </w:t>
            </w:r>
            <w:r w:rsidRPr="00F76D2C">
              <w:rPr>
                <w:rFonts w:hint="cs"/>
                <w:rtl/>
              </w:rPr>
              <w:t>تقنية</w:t>
            </w:r>
            <w:r w:rsidRPr="00F76D2C">
              <w:t xml:space="preserve"> (ATS/NLP/</w:t>
            </w:r>
            <w:r w:rsidRPr="00F76D2C">
              <w:rPr>
                <w:rFonts w:hint="cs"/>
                <w:rtl/>
              </w:rPr>
              <w:t>تحليل</w:t>
            </w:r>
            <w:r w:rsidRPr="00F76D2C">
              <w:rPr>
                <w:rtl/>
              </w:rPr>
              <w:t xml:space="preserve"> </w:t>
            </w:r>
            <w:r w:rsidRPr="00F76D2C">
              <w:rPr>
                <w:rFonts w:hint="cs"/>
                <w:rtl/>
              </w:rPr>
              <w:t>مقابلات</w:t>
            </w:r>
            <w:r w:rsidRPr="00F76D2C">
              <w:rPr>
                <w:rtl/>
              </w:rPr>
              <w:t>/</w:t>
            </w:r>
            <w:r w:rsidRPr="00F76D2C">
              <w:rPr>
                <w:rFonts w:hint="cs"/>
                <w:rtl/>
              </w:rPr>
              <w:t>روبوتات</w:t>
            </w:r>
            <w:r w:rsidRPr="00F76D2C">
              <w:rPr>
                <w:rtl/>
              </w:rPr>
              <w:t xml:space="preserve"> </w:t>
            </w:r>
            <w:r w:rsidRPr="00F76D2C">
              <w:rPr>
                <w:rFonts w:hint="cs"/>
                <w:rtl/>
              </w:rPr>
              <w:t>محادثة</w:t>
            </w:r>
            <w:r w:rsidRPr="00F76D2C">
              <w:t>)</w:t>
            </w:r>
            <w:r w:rsidRPr="00F76D2C">
              <w:rPr>
                <w:rFonts w:hint="cs"/>
                <w:rtl/>
              </w:rPr>
              <w:t>،</w:t>
            </w:r>
            <w:r w:rsidRPr="00F76D2C">
              <w:rPr>
                <w:rtl/>
              </w:rPr>
              <w:t xml:space="preserve"> </w:t>
            </w:r>
            <w:r w:rsidRPr="00F76D2C">
              <w:t xml:space="preserve">(2) </w:t>
            </w:r>
            <w:r w:rsidRPr="00F76D2C">
              <w:rPr>
                <w:rFonts w:hint="cs"/>
                <w:rtl/>
              </w:rPr>
              <w:t>قياس</w:t>
            </w:r>
            <w:r w:rsidRPr="00F76D2C">
              <w:rPr>
                <w:rtl/>
              </w:rPr>
              <w:t xml:space="preserve"> </w:t>
            </w:r>
            <w:r w:rsidRPr="00F76D2C">
              <w:rPr>
                <w:rFonts w:hint="cs"/>
                <w:rtl/>
              </w:rPr>
              <w:t>مستوى</w:t>
            </w:r>
            <w:r w:rsidRPr="00F76D2C">
              <w:rPr>
                <w:rtl/>
              </w:rPr>
              <w:t xml:space="preserve"> </w:t>
            </w:r>
            <w:r w:rsidRPr="00F76D2C">
              <w:rPr>
                <w:rFonts w:hint="cs"/>
                <w:rtl/>
              </w:rPr>
              <w:t>إدراك</w:t>
            </w:r>
            <w:r w:rsidRPr="00F76D2C">
              <w:rPr>
                <w:rtl/>
              </w:rPr>
              <w:t xml:space="preserve"> </w:t>
            </w:r>
            <w:r w:rsidRPr="00F76D2C">
              <w:rPr>
                <w:rFonts w:hint="cs"/>
                <w:rtl/>
              </w:rPr>
              <w:t>العدالة</w:t>
            </w:r>
            <w:r w:rsidRPr="00F76D2C">
              <w:rPr>
                <w:rtl/>
              </w:rPr>
              <w:t xml:space="preserve"> </w:t>
            </w:r>
            <w:r w:rsidRPr="00F76D2C">
              <w:rPr>
                <w:rFonts w:hint="cs"/>
                <w:rtl/>
              </w:rPr>
              <w:t>بمكوناتها،</w:t>
            </w:r>
            <w:r w:rsidRPr="00F76D2C">
              <w:rPr>
                <w:rtl/>
              </w:rPr>
              <w:t xml:space="preserve"> (3) </w:t>
            </w:r>
            <w:r w:rsidRPr="00F76D2C">
              <w:rPr>
                <w:rFonts w:hint="cs"/>
                <w:rtl/>
              </w:rPr>
              <w:t>اختبار</w:t>
            </w:r>
            <w:r w:rsidRPr="00F76D2C">
              <w:rPr>
                <w:rtl/>
              </w:rPr>
              <w:t xml:space="preserve"> </w:t>
            </w:r>
            <w:r w:rsidRPr="00F76D2C">
              <w:rPr>
                <w:rFonts w:hint="cs"/>
                <w:rtl/>
              </w:rPr>
              <w:t>أثر</w:t>
            </w:r>
            <w:r w:rsidRPr="00F76D2C">
              <w:rPr>
                <w:rtl/>
              </w:rPr>
              <w:t xml:space="preserve"> </w:t>
            </w:r>
            <w:r w:rsidRPr="00F76D2C">
              <w:rPr>
                <w:rFonts w:hint="cs"/>
                <w:rtl/>
              </w:rPr>
              <w:t>كل</w:t>
            </w:r>
            <w:r w:rsidRPr="00F76D2C">
              <w:rPr>
                <w:rtl/>
              </w:rPr>
              <w:t xml:space="preserve"> </w:t>
            </w:r>
            <w:r w:rsidRPr="00F76D2C">
              <w:rPr>
                <w:rFonts w:hint="cs"/>
                <w:rtl/>
              </w:rPr>
              <w:t>تقنية</w:t>
            </w:r>
            <w:r w:rsidRPr="00F76D2C">
              <w:rPr>
                <w:rtl/>
              </w:rPr>
              <w:t xml:space="preserve"> </w:t>
            </w:r>
            <w:r w:rsidRPr="00F76D2C">
              <w:rPr>
                <w:rFonts w:hint="cs"/>
                <w:rtl/>
              </w:rPr>
              <w:t>على</w:t>
            </w:r>
            <w:r w:rsidRPr="00F76D2C">
              <w:rPr>
                <w:rtl/>
              </w:rPr>
              <w:t xml:space="preserve"> </w:t>
            </w:r>
            <w:r w:rsidRPr="00F76D2C">
              <w:rPr>
                <w:rFonts w:hint="cs"/>
                <w:rtl/>
              </w:rPr>
              <w:t>كل</w:t>
            </w:r>
            <w:r w:rsidRPr="00F76D2C">
              <w:rPr>
                <w:rtl/>
              </w:rPr>
              <w:t xml:space="preserve"> </w:t>
            </w:r>
            <w:r w:rsidRPr="00F76D2C">
              <w:rPr>
                <w:rFonts w:hint="cs"/>
                <w:rtl/>
              </w:rPr>
              <w:t>بُعد</w:t>
            </w:r>
            <w:r w:rsidRPr="00F76D2C">
              <w:rPr>
                <w:rtl/>
              </w:rPr>
              <w:t xml:space="preserve"> </w:t>
            </w:r>
            <w:r w:rsidRPr="00F76D2C">
              <w:rPr>
                <w:rFonts w:hint="cs"/>
                <w:rtl/>
              </w:rPr>
              <w:t>من</w:t>
            </w:r>
            <w:r w:rsidRPr="00F76D2C">
              <w:rPr>
                <w:rtl/>
              </w:rPr>
              <w:t xml:space="preserve"> </w:t>
            </w:r>
            <w:r w:rsidRPr="00F76D2C">
              <w:rPr>
                <w:rFonts w:hint="cs"/>
                <w:rtl/>
              </w:rPr>
              <w:t>أبعاد</w:t>
            </w:r>
            <w:r w:rsidRPr="00F76D2C">
              <w:rPr>
                <w:rtl/>
              </w:rPr>
              <w:t xml:space="preserve"> </w:t>
            </w:r>
            <w:r w:rsidRPr="00F76D2C">
              <w:rPr>
                <w:rFonts w:hint="cs"/>
                <w:rtl/>
              </w:rPr>
              <w:t>العدالة،</w:t>
            </w:r>
            <w:r w:rsidRPr="00F76D2C">
              <w:rPr>
                <w:rtl/>
              </w:rPr>
              <w:t xml:space="preserve"> (4) </w:t>
            </w:r>
            <w:r w:rsidRPr="00F76D2C">
              <w:rPr>
                <w:rFonts w:hint="cs"/>
                <w:rtl/>
              </w:rPr>
              <w:t>اختبار</w:t>
            </w:r>
            <w:r w:rsidRPr="00F76D2C">
              <w:rPr>
                <w:rtl/>
              </w:rPr>
              <w:t xml:space="preserve"> </w:t>
            </w:r>
            <w:r w:rsidRPr="00F76D2C">
              <w:rPr>
                <w:rFonts w:hint="cs"/>
                <w:rtl/>
              </w:rPr>
              <w:t>النموذج</w:t>
            </w:r>
            <w:r w:rsidRPr="00F76D2C">
              <w:rPr>
                <w:rtl/>
              </w:rPr>
              <w:t xml:space="preserve"> </w:t>
            </w:r>
            <w:r w:rsidRPr="00F76D2C">
              <w:rPr>
                <w:rFonts w:hint="cs"/>
                <w:rtl/>
              </w:rPr>
              <w:t>الكلي</w:t>
            </w:r>
            <w:r w:rsidRPr="00F76D2C">
              <w:t>.</w:t>
            </w:r>
          </w:p>
        </w:tc>
        <w:tc>
          <w:tcPr>
            <w:tcW w:w="2880" w:type="dxa"/>
          </w:tcPr>
          <w:p w14:paraId="50A0CD19" w14:textId="33123345" w:rsidR="00BC36AC" w:rsidRDefault="00BC36AC" w:rsidP="00BC36AC">
            <w:pPr>
              <w:bidi/>
              <w:rPr>
                <w:rFonts w:ascii="Arial" w:hAnsi="Arial"/>
              </w:rPr>
            </w:pPr>
            <w:r w:rsidRPr="00FD7962">
              <w:rPr>
                <w:rFonts w:hint="cs"/>
                <w:rtl/>
              </w:rPr>
              <w:t>توجد</w:t>
            </w:r>
            <w:r w:rsidRPr="00FD7962">
              <w:rPr>
                <w:rtl/>
              </w:rPr>
              <w:t xml:space="preserve"> </w:t>
            </w:r>
            <w:r w:rsidRPr="00FD7962">
              <w:rPr>
                <w:rFonts w:hint="cs"/>
                <w:rtl/>
              </w:rPr>
              <w:t>صياغات</w:t>
            </w:r>
            <w:r w:rsidRPr="00FD7962">
              <w:rPr>
                <w:rtl/>
              </w:rPr>
              <w:t xml:space="preserve"> </w:t>
            </w:r>
            <w:r w:rsidRPr="00FD7962">
              <w:rPr>
                <w:rFonts w:hint="cs"/>
                <w:rtl/>
              </w:rPr>
              <w:t>وصفية</w:t>
            </w:r>
            <w:r w:rsidRPr="00FD7962">
              <w:rPr>
                <w:rtl/>
              </w:rPr>
              <w:t xml:space="preserve"> </w:t>
            </w:r>
            <w:r w:rsidRPr="00FD7962">
              <w:rPr>
                <w:rFonts w:hint="cs"/>
                <w:rtl/>
              </w:rPr>
              <w:t>متداخلة</w:t>
            </w:r>
            <w:r w:rsidRPr="00FD7962">
              <w:rPr>
                <w:rtl/>
              </w:rPr>
              <w:t xml:space="preserve"> </w:t>
            </w:r>
            <w:r w:rsidRPr="00FD7962">
              <w:rPr>
                <w:rFonts w:hint="cs"/>
                <w:rtl/>
              </w:rPr>
              <w:t>مع</w:t>
            </w:r>
            <w:r w:rsidRPr="00FD7962">
              <w:rPr>
                <w:rtl/>
              </w:rPr>
              <w:t xml:space="preserve"> </w:t>
            </w:r>
            <w:r w:rsidRPr="00FD7962">
              <w:rPr>
                <w:rFonts w:hint="cs"/>
                <w:rtl/>
              </w:rPr>
              <w:t>الأسئلة</w:t>
            </w:r>
            <w:r w:rsidRPr="00FD7962">
              <w:rPr>
                <w:rtl/>
              </w:rPr>
              <w:t>/</w:t>
            </w:r>
            <w:r w:rsidRPr="00FD7962">
              <w:rPr>
                <w:rFonts w:hint="cs"/>
                <w:rtl/>
              </w:rPr>
              <w:t>الفرضيات</w:t>
            </w:r>
            <w:r w:rsidRPr="00FD7962">
              <w:t>.</w:t>
            </w:r>
          </w:p>
        </w:tc>
        <w:tc>
          <w:tcPr>
            <w:tcW w:w="2160" w:type="dxa"/>
          </w:tcPr>
          <w:p w14:paraId="1A6A21C6" w14:textId="23EC1783" w:rsidR="00BC36AC" w:rsidRDefault="00BC36AC" w:rsidP="00BC36AC">
            <w:pPr>
              <w:bidi/>
              <w:rPr>
                <w:rFonts w:ascii="Arial" w:hAnsi="Arial"/>
              </w:rPr>
            </w:pPr>
            <w:r w:rsidRPr="007C488D">
              <w:rPr>
                <w:rFonts w:hint="cs"/>
                <w:rtl/>
              </w:rPr>
              <w:t>الأهداف</w:t>
            </w:r>
            <w:r w:rsidRPr="007C488D">
              <w:rPr>
                <w:rtl/>
              </w:rPr>
              <w:t xml:space="preserve"> </w:t>
            </w:r>
            <w:r w:rsidRPr="007C488D">
              <w:rPr>
                <w:rFonts w:hint="cs"/>
                <w:rtl/>
              </w:rPr>
              <w:t>الفرعية</w:t>
            </w:r>
          </w:p>
        </w:tc>
        <w:tc>
          <w:tcPr>
            <w:tcW w:w="1278" w:type="dxa"/>
          </w:tcPr>
          <w:p w14:paraId="3F6ECC6C" w14:textId="2A33A5BE" w:rsidR="00BC36AC" w:rsidRDefault="00BC36AC" w:rsidP="00BC36AC">
            <w:pPr>
              <w:bidi/>
              <w:rPr>
                <w:rFonts w:ascii="Arial" w:hAnsi="Arial"/>
              </w:rPr>
            </w:pPr>
            <w:r>
              <w:rPr>
                <w:rFonts w:ascii="Arial" w:hAnsi="Arial"/>
              </w:rPr>
              <w:t>2</w:t>
            </w:r>
          </w:p>
        </w:tc>
      </w:tr>
      <w:tr w:rsidR="00BC36AC" w14:paraId="3B4584DC" w14:textId="18A50E4C" w:rsidTr="00BC36AC">
        <w:trPr>
          <w:jc w:val="right"/>
        </w:trPr>
        <w:tc>
          <w:tcPr>
            <w:tcW w:w="2520" w:type="dxa"/>
          </w:tcPr>
          <w:p w14:paraId="1F7D84B8" w14:textId="17FA8665" w:rsidR="00BC36AC" w:rsidRDefault="00BC36AC" w:rsidP="00BC36AC">
            <w:pPr>
              <w:bidi/>
              <w:rPr>
                <w:rFonts w:ascii="Arial" w:hAnsi="Arial"/>
              </w:rPr>
            </w:pPr>
            <w:r w:rsidRPr="00F76D2C">
              <w:rPr>
                <w:rFonts w:hint="cs"/>
                <w:rtl/>
              </w:rPr>
              <w:t>أعد</w:t>
            </w:r>
            <w:r w:rsidRPr="00F76D2C">
              <w:rPr>
                <w:rtl/>
              </w:rPr>
              <w:t xml:space="preserve"> </w:t>
            </w:r>
            <w:r w:rsidRPr="00F76D2C">
              <w:rPr>
                <w:rFonts w:hint="cs"/>
                <w:rtl/>
              </w:rPr>
              <w:t>ترتيب</w:t>
            </w:r>
            <w:r w:rsidRPr="00F76D2C">
              <w:rPr>
                <w:rtl/>
              </w:rPr>
              <w:t xml:space="preserve"> </w:t>
            </w:r>
            <w:r w:rsidRPr="00F76D2C">
              <w:rPr>
                <w:rFonts w:hint="cs"/>
                <w:rtl/>
              </w:rPr>
              <w:t>الأهداف</w:t>
            </w:r>
            <w:r w:rsidRPr="00F76D2C">
              <w:rPr>
                <w:rtl/>
              </w:rPr>
              <w:t xml:space="preserve"> </w:t>
            </w:r>
            <w:r w:rsidRPr="00F76D2C">
              <w:rPr>
                <w:rFonts w:hint="cs"/>
                <w:rtl/>
              </w:rPr>
              <w:t>وفق</w:t>
            </w:r>
            <w:r w:rsidRPr="00F76D2C">
              <w:rPr>
                <w:rtl/>
              </w:rPr>
              <w:t xml:space="preserve"> </w:t>
            </w:r>
            <w:r w:rsidRPr="00F76D2C">
              <w:rPr>
                <w:rFonts w:hint="cs"/>
                <w:rtl/>
              </w:rPr>
              <w:t>التسلسل</w:t>
            </w:r>
            <w:r w:rsidRPr="00F76D2C">
              <w:rPr>
                <w:rtl/>
              </w:rPr>
              <w:t xml:space="preserve"> </w:t>
            </w:r>
            <w:r w:rsidRPr="00F76D2C">
              <w:rPr>
                <w:rFonts w:hint="cs"/>
                <w:rtl/>
              </w:rPr>
              <w:t>المنهجي</w:t>
            </w:r>
            <w:r w:rsidRPr="00F76D2C">
              <w:rPr>
                <w:rtl/>
              </w:rPr>
              <w:t xml:space="preserve"> (</w:t>
            </w:r>
            <w:r w:rsidRPr="00F76D2C">
              <w:rPr>
                <w:rFonts w:hint="cs"/>
                <w:rtl/>
              </w:rPr>
              <w:t>مستويات</w:t>
            </w:r>
            <w:r w:rsidRPr="00F76D2C">
              <w:rPr>
                <w:rtl/>
              </w:rPr>
              <w:t xml:space="preserve"> </w:t>
            </w:r>
            <w:r w:rsidRPr="00F76D2C">
              <w:rPr>
                <w:rFonts w:hint="eastAsia"/>
                <w:rtl/>
              </w:rPr>
              <w:t>→</w:t>
            </w:r>
            <w:r w:rsidRPr="00F76D2C">
              <w:rPr>
                <w:rtl/>
              </w:rPr>
              <w:t xml:space="preserve"> </w:t>
            </w:r>
            <w:r w:rsidRPr="00F76D2C">
              <w:rPr>
                <w:rFonts w:hint="cs"/>
                <w:rtl/>
              </w:rPr>
              <w:t>علاقات</w:t>
            </w:r>
            <w:r w:rsidRPr="00F76D2C">
              <w:rPr>
                <w:rtl/>
              </w:rPr>
              <w:t xml:space="preserve"> </w:t>
            </w:r>
            <w:r w:rsidRPr="00F76D2C">
              <w:rPr>
                <w:rFonts w:hint="cs"/>
                <w:rtl/>
              </w:rPr>
              <w:t>ثنائية</w:t>
            </w:r>
            <w:r w:rsidRPr="00F76D2C">
              <w:rPr>
                <w:rtl/>
              </w:rPr>
              <w:t xml:space="preserve"> </w:t>
            </w:r>
            <w:r w:rsidRPr="00F76D2C">
              <w:rPr>
                <w:rFonts w:hint="eastAsia"/>
                <w:rtl/>
              </w:rPr>
              <w:t>→</w:t>
            </w:r>
            <w:r w:rsidRPr="00F76D2C">
              <w:rPr>
                <w:rtl/>
              </w:rPr>
              <w:t xml:space="preserve"> </w:t>
            </w:r>
            <w:r w:rsidRPr="00F76D2C">
              <w:rPr>
                <w:rFonts w:hint="cs"/>
                <w:rtl/>
              </w:rPr>
              <w:t>نموذج</w:t>
            </w:r>
            <w:r w:rsidRPr="00F76D2C">
              <w:rPr>
                <w:rtl/>
              </w:rPr>
              <w:t xml:space="preserve"> </w:t>
            </w:r>
            <w:r w:rsidRPr="00F76D2C">
              <w:rPr>
                <w:rFonts w:hint="cs"/>
                <w:rtl/>
              </w:rPr>
              <w:t>كلي</w:t>
            </w:r>
            <w:r w:rsidRPr="00F76D2C">
              <w:rPr>
                <w:rtl/>
              </w:rPr>
              <w:t xml:space="preserve">) </w:t>
            </w:r>
            <w:r w:rsidRPr="00F76D2C">
              <w:rPr>
                <w:rFonts w:hint="cs"/>
                <w:rtl/>
              </w:rPr>
              <w:t>لتسهيل</w:t>
            </w:r>
            <w:r w:rsidRPr="00F76D2C">
              <w:rPr>
                <w:rtl/>
              </w:rPr>
              <w:t xml:space="preserve"> </w:t>
            </w:r>
            <w:r w:rsidRPr="00F76D2C">
              <w:rPr>
                <w:rFonts w:hint="cs"/>
                <w:rtl/>
              </w:rPr>
              <w:t>مواءمة</w:t>
            </w:r>
            <w:r w:rsidRPr="00F76D2C">
              <w:rPr>
                <w:rtl/>
              </w:rPr>
              <w:t xml:space="preserve"> </w:t>
            </w:r>
            <w:r w:rsidRPr="00F76D2C">
              <w:rPr>
                <w:rFonts w:hint="cs"/>
                <w:rtl/>
              </w:rPr>
              <w:t>الأسئلة</w:t>
            </w:r>
            <w:r w:rsidRPr="00F76D2C">
              <w:rPr>
                <w:rtl/>
              </w:rPr>
              <w:t xml:space="preserve"> </w:t>
            </w:r>
            <w:r w:rsidRPr="00F76D2C">
              <w:rPr>
                <w:rFonts w:hint="cs"/>
                <w:rtl/>
              </w:rPr>
              <w:t>والفرضيات</w:t>
            </w:r>
            <w:r w:rsidRPr="00F76D2C">
              <w:t>.</w:t>
            </w:r>
          </w:p>
        </w:tc>
        <w:tc>
          <w:tcPr>
            <w:tcW w:w="2880" w:type="dxa"/>
          </w:tcPr>
          <w:p w14:paraId="61C880BB" w14:textId="792BB6C5" w:rsidR="00BC36AC" w:rsidRDefault="00BC36AC" w:rsidP="00BC36AC">
            <w:pPr>
              <w:bidi/>
              <w:rPr>
                <w:rFonts w:ascii="Arial" w:hAnsi="Arial"/>
              </w:rPr>
            </w:pPr>
            <w:r w:rsidRPr="00FD7962">
              <w:rPr>
                <w:rFonts w:hint="cs"/>
                <w:rtl/>
              </w:rPr>
              <w:t>لا</w:t>
            </w:r>
            <w:r w:rsidRPr="00FD7962">
              <w:rPr>
                <w:rtl/>
              </w:rPr>
              <w:t xml:space="preserve"> </w:t>
            </w:r>
            <w:r w:rsidRPr="00FD7962">
              <w:rPr>
                <w:rFonts w:hint="cs"/>
                <w:rtl/>
              </w:rPr>
              <w:t>يظهر</w:t>
            </w:r>
            <w:r w:rsidRPr="00FD7962">
              <w:rPr>
                <w:rtl/>
              </w:rPr>
              <w:t xml:space="preserve"> </w:t>
            </w:r>
            <w:r w:rsidRPr="00FD7962">
              <w:rPr>
                <w:rFonts w:hint="cs"/>
                <w:rtl/>
              </w:rPr>
              <w:t>تسلسل</w:t>
            </w:r>
            <w:r w:rsidRPr="00FD7962">
              <w:rPr>
                <w:rtl/>
              </w:rPr>
              <w:t xml:space="preserve"> </w:t>
            </w:r>
            <w:r w:rsidRPr="00FD7962">
              <w:rPr>
                <w:rFonts w:hint="cs"/>
                <w:rtl/>
              </w:rPr>
              <w:t>من</w:t>
            </w:r>
            <w:r w:rsidRPr="00FD7962">
              <w:rPr>
                <w:rtl/>
              </w:rPr>
              <w:t xml:space="preserve"> «</w:t>
            </w:r>
            <w:r w:rsidRPr="00FD7962">
              <w:rPr>
                <w:rFonts w:hint="cs"/>
                <w:rtl/>
              </w:rPr>
              <w:t>قياس</w:t>
            </w:r>
            <w:r w:rsidRPr="00FD7962">
              <w:rPr>
                <w:rtl/>
              </w:rPr>
              <w:t xml:space="preserve"> </w:t>
            </w:r>
            <w:r w:rsidRPr="00FD7962">
              <w:rPr>
                <w:rFonts w:hint="cs"/>
                <w:rtl/>
              </w:rPr>
              <w:t>المستويات</w:t>
            </w:r>
            <w:r w:rsidRPr="00FD7962">
              <w:rPr>
                <w:rFonts w:hint="eastAsia"/>
                <w:rtl/>
              </w:rPr>
              <w:t>»</w:t>
            </w:r>
            <w:r w:rsidRPr="00FD7962">
              <w:rPr>
                <w:rtl/>
              </w:rPr>
              <w:t xml:space="preserve"> </w:t>
            </w:r>
            <w:r w:rsidRPr="00FD7962">
              <w:rPr>
                <w:rFonts w:hint="cs"/>
                <w:rtl/>
              </w:rPr>
              <w:t>إلى</w:t>
            </w:r>
            <w:r w:rsidRPr="00FD7962">
              <w:rPr>
                <w:rtl/>
              </w:rPr>
              <w:t xml:space="preserve"> «</w:t>
            </w:r>
            <w:r w:rsidRPr="00FD7962">
              <w:rPr>
                <w:rFonts w:hint="cs"/>
                <w:rtl/>
              </w:rPr>
              <w:t>اختبار</w:t>
            </w:r>
            <w:r w:rsidRPr="00FD7962">
              <w:rPr>
                <w:rtl/>
              </w:rPr>
              <w:t xml:space="preserve"> </w:t>
            </w:r>
            <w:r w:rsidRPr="00FD7962">
              <w:rPr>
                <w:rFonts w:hint="cs"/>
                <w:rtl/>
              </w:rPr>
              <w:t>العلاقات</w:t>
            </w:r>
            <w:r w:rsidRPr="00FD7962">
              <w:rPr>
                <w:rFonts w:hint="eastAsia"/>
                <w:rtl/>
              </w:rPr>
              <w:t>»</w:t>
            </w:r>
            <w:r w:rsidRPr="00FD7962">
              <w:rPr>
                <w:rtl/>
              </w:rPr>
              <w:t xml:space="preserve"> </w:t>
            </w:r>
            <w:r w:rsidRPr="00FD7962">
              <w:rPr>
                <w:rFonts w:hint="cs"/>
                <w:rtl/>
              </w:rPr>
              <w:t>ثم</w:t>
            </w:r>
            <w:r w:rsidRPr="00FD7962">
              <w:rPr>
                <w:rtl/>
              </w:rPr>
              <w:t xml:space="preserve"> «</w:t>
            </w:r>
            <w:r w:rsidRPr="00FD7962">
              <w:rPr>
                <w:rFonts w:hint="cs"/>
                <w:rtl/>
              </w:rPr>
              <w:t>النموذج</w:t>
            </w:r>
            <w:r w:rsidRPr="00FD7962">
              <w:rPr>
                <w:rFonts w:hint="eastAsia"/>
              </w:rPr>
              <w:t>»</w:t>
            </w:r>
            <w:r w:rsidRPr="00FD7962">
              <w:t>.</w:t>
            </w:r>
          </w:p>
        </w:tc>
        <w:tc>
          <w:tcPr>
            <w:tcW w:w="2160" w:type="dxa"/>
          </w:tcPr>
          <w:p w14:paraId="7B1ACA23" w14:textId="6FB66BF6" w:rsidR="00BC36AC" w:rsidRDefault="00BC36AC" w:rsidP="00BC36AC">
            <w:pPr>
              <w:bidi/>
              <w:rPr>
                <w:rFonts w:ascii="Arial" w:hAnsi="Arial"/>
              </w:rPr>
            </w:pPr>
            <w:r w:rsidRPr="007C488D">
              <w:rPr>
                <w:rFonts w:hint="cs"/>
                <w:rtl/>
              </w:rPr>
              <w:t>تسلسل</w:t>
            </w:r>
            <w:r w:rsidRPr="007C488D">
              <w:rPr>
                <w:rtl/>
              </w:rPr>
              <w:t xml:space="preserve"> </w:t>
            </w:r>
            <w:r w:rsidRPr="007C488D">
              <w:rPr>
                <w:rFonts w:hint="cs"/>
                <w:rtl/>
              </w:rPr>
              <w:t>منطقي</w:t>
            </w:r>
          </w:p>
        </w:tc>
        <w:tc>
          <w:tcPr>
            <w:tcW w:w="1278" w:type="dxa"/>
          </w:tcPr>
          <w:p w14:paraId="0F2242E4" w14:textId="749E61CC" w:rsidR="00BC36AC" w:rsidRDefault="00BC36AC" w:rsidP="00BC36AC">
            <w:pPr>
              <w:bidi/>
              <w:rPr>
                <w:rFonts w:ascii="Arial" w:hAnsi="Arial"/>
              </w:rPr>
            </w:pPr>
            <w:r>
              <w:rPr>
                <w:rFonts w:ascii="Arial" w:hAnsi="Arial"/>
              </w:rPr>
              <w:t>3</w:t>
            </w:r>
          </w:p>
        </w:tc>
      </w:tr>
    </w:tbl>
    <w:p w14:paraId="7506D0B3" w14:textId="77777777" w:rsidR="00F55848" w:rsidRDefault="00F55848" w:rsidP="00FD56DC">
      <w:pPr>
        <w:bidi/>
      </w:pPr>
    </w:p>
    <w:p w14:paraId="218148A2" w14:textId="77777777" w:rsidR="00F55848" w:rsidRDefault="00FD567C" w:rsidP="00FD56DC">
      <w:pPr>
        <w:pStyle w:val="Heading2"/>
        <w:bidi/>
      </w:pPr>
      <w:r>
        <w:rPr>
          <w:rFonts w:ascii="Arial" w:hAnsi="Arial"/>
          <w:sz w:val="28"/>
        </w:rPr>
        <w:t>أسئلة الدراسة أو فرضياتها</w:t>
      </w:r>
    </w:p>
    <w:tbl>
      <w:tblPr>
        <w:tblStyle w:val="TableGrid"/>
        <w:tblpPr w:leftFromText="180" w:rightFromText="180" w:vertAnchor="text" w:horzAnchor="margin" w:tblpY="115"/>
        <w:tblW w:w="8748" w:type="dxa"/>
        <w:tblLook w:val="04A0" w:firstRow="1" w:lastRow="0" w:firstColumn="1" w:lastColumn="0" w:noHBand="0" w:noVBand="1"/>
      </w:tblPr>
      <w:tblGrid>
        <w:gridCol w:w="2992"/>
        <w:gridCol w:w="2918"/>
        <w:gridCol w:w="1779"/>
        <w:gridCol w:w="1059"/>
      </w:tblGrid>
      <w:tr w:rsidR="00BC36AC" w14:paraId="049EE99C" w14:textId="77777777" w:rsidTr="00BC36AC">
        <w:tc>
          <w:tcPr>
            <w:tcW w:w="2992" w:type="dxa"/>
          </w:tcPr>
          <w:p w14:paraId="12BB68EB" w14:textId="500919AF" w:rsidR="00BC36AC" w:rsidRDefault="00BC36AC" w:rsidP="00BC36AC">
            <w:pPr>
              <w:bidi/>
              <w:rPr>
                <w:rFonts w:ascii="Arial" w:hAnsi="Arial"/>
                <w:b/>
              </w:rPr>
            </w:pPr>
            <w:r w:rsidRPr="00B91E5D">
              <w:rPr>
                <w:rFonts w:hint="cs"/>
                <w:b/>
                <w:bCs/>
                <w:rtl/>
              </w:rPr>
              <w:t>كيفية</w:t>
            </w:r>
            <w:r w:rsidRPr="00B91E5D">
              <w:rPr>
                <w:b/>
                <w:bCs/>
                <w:rtl/>
              </w:rPr>
              <w:t xml:space="preserve"> </w:t>
            </w:r>
            <w:r w:rsidRPr="00B91E5D">
              <w:rPr>
                <w:rFonts w:hint="cs"/>
                <w:b/>
                <w:bCs/>
                <w:rtl/>
              </w:rPr>
              <w:t>التنفيذ</w:t>
            </w:r>
            <w:r w:rsidRPr="00B91E5D">
              <w:rPr>
                <w:b/>
                <w:bCs/>
                <w:rtl/>
              </w:rPr>
              <w:t xml:space="preserve"> (</w:t>
            </w:r>
            <w:r w:rsidRPr="00B91E5D">
              <w:rPr>
                <w:rFonts w:hint="cs"/>
                <w:b/>
                <w:bCs/>
                <w:rtl/>
              </w:rPr>
              <w:t>خطوات</w:t>
            </w:r>
            <w:r w:rsidRPr="00B91E5D">
              <w:rPr>
                <w:b/>
                <w:bCs/>
                <w:rtl/>
              </w:rPr>
              <w:t xml:space="preserve"> </w:t>
            </w:r>
            <w:r w:rsidRPr="00B91E5D">
              <w:rPr>
                <w:rFonts w:hint="cs"/>
                <w:b/>
                <w:bCs/>
                <w:rtl/>
              </w:rPr>
              <w:t>عملية</w:t>
            </w:r>
            <w:r w:rsidRPr="00B91E5D">
              <w:rPr>
                <w:b/>
                <w:bCs/>
                <w:rtl/>
              </w:rPr>
              <w:t xml:space="preserve"> </w:t>
            </w:r>
            <w:r w:rsidRPr="00B91E5D">
              <w:rPr>
                <w:rFonts w:hint="cs"/>
                <w:b/>
                <w:bCs/>
                <w:rtl/>
              </w:rPr>
              <w:t>للطالب</w:t>
            </w:r>
            <w:r w:rsidRPr="00B91E5D">
              <w:rPr>
                <w:b/>
                <w:bCs/>
                <w:rtl/>
              </w:rPr>
              <w:t>)</w:t>
            </w:r>
          </w:p>
        </w:tc>
        <w:tc>
          <w:tcPr>
            <w:tcW w:w="2918" w:type="dxa"/>
          </w:tcPr>
          <w:p w14:paraId="5E9D069C" w14:textId="79784AA9" w:rsidR="00BC36AC" w:rsidRDefault="00BC36AC" w:rsidP="00BC36AC">
            <w:pPr>
              <w:bidi/>
            </w:pPr>
            <w:r w:rsidRPr="00B91E5D">
              <w:rPr>
                <w:rFonts w:hint="cs"/>
                <w:b/>
                <w:bCs/>
                <w:rtl/>
              </w:rPr>
              <w:t>نص</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بالعربية</w:t>
            </w:r>
            <w:r w:rsidRPr="00B91E5D">
              <w:rPr>
                <w:b/>
                <w:bCs/>
                <w:rtl/>
              </w:rPr>
              <w:t xml:space="preserve"> </w:t>
            </w:r>
            <w:r w:rsidRPr="00B91E5D">
              <w:rPr>
                <w:rFonts w:hint="cs"/>
                <w:b/>
                <w:bCs/>
                <w:rtl/>
              </w:rPr>
              <w:t>الأكاديمية</w:t>
            </w:r>
            <w:r w:rsidRPr="00B91E5D">
              <w:rPr>
                <w:b/>
                <w:bCs/>
                <w:rtl/>
              </w:rPr>
              <w:t>)</w:t>
            </w:r>
          </w:p>
        </w:tc>
        <w:tc>
          <w:tcPr>
            <w:tcW w:w="1779" w:type="dxa"/>
          </w:tcPr>
          <w:p w14:paraId="0DADA0F0" w14:textId="0C92BF0A" w:rsidR="00BC36AC" w:rsidRDefault="00BC36AC" w:rsidP="00BC36AC">
            <w:pPr>
              <w:bidi/>
              <w:rPr>
                <w:rFonts w:ascii="Arial" w:hAnsi="Arial"/>
                <w:b/>
              </w:rPr>
            </w:pPr>
            <w:r w:rsidRPr="00B91E5D">
              <w:rPr>
                <w:rFonts w:hint="cs"/>
                <w:b/>
                <w:bCs/>
                <w:rtl/>
              </w:rPr>
              <w:t>موضع</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في</w:t>
            </w:r>
            <w:r w:rsidRPr="00B91E5D">
              <w:rPr>
                <w:b/>
                <w:bCs/>
                <w:rtl/>
              </w:rPr>
              <w:t xml:space="preserve"> </w:t>
            </w:r>
            <w:r w:rsidRPr="00B91E5D">
              <w:rPr>
                <w:rFonts w:hint="cs"/>
                <w:b/>
                <w:bCs/>
                <w:rtl/>
              </w:rPr>
              <w:t>النص</w:t>
            </w:r>
          </w:p>
        </w:tc>
        <w:tc>
          <w:tcPr>
            <w:tcW w:w="1059" w:type="dxa"/>
          </w:tcPr>
          <w:p w14:paraId="5903DF6B" w14:textId="42935B82" w:rsidR="00BC36AC" w:rsidRDefault="00BC36AC" w:rsidP="00BC36AC">
            <w:pPr>
              <w:bidi/>
              <w:rPr>
                <w:rFonts w:ascii="Arial" w:hAnsi="Arial"/>
                <w:b/>
              </w:rPr>
            </w:pPr>
            <w:r w:rsidRPr="00B91E5D">
              <w:rPr>
                <w:rFonts w:hint="cs"/>
                <w:b/>
                <w:bCs/>
                <w:rtl/>
              </w:rPr>
              <w:t>رقم</w:t>
            </w:r>
            <w:r w:rsidRPr="00B91E5D">
              <w:rPr>
                <w:b/>
                <w:bCs/>
                <w:rtl/>
              </w:rPr>
              <w:t xml:space="preserve"> </w:t>
            </w:r>
            <w:r w:rsidRPr="00B91E5D">
              <w:rPr>
                <w:rFonts w:hint="cs"/>
                <w:b/>
                <w:bCs/>
                <w:rtl/>
              </w:rPr>
              <w:t>الملاحظة</w:t>
            </w:r>
          </w:p>
        </w:tc>
      </w:tr>
      <w:tr w:rsidR="00BC36AC" w14:paraId="61A1DDA1" w14:textId="77777777" w:rsidTr="00BC36AC">
        <w:tc>
          <w:tcPr>
            <w:tcW w:w="2992" w:type="dxa"/>
          </w:tcPr>
          <w:p w14:paraId="4032AC88" w14:textId="62CA785C" w:rsidR="00BC36AC" w:rsidRDefault="00BC36AC" w:rsidP="00BC36AC">
            <w:pPr>
              <w:bidi/>
              <w:rPr>
                <w:rFonts w:ascii="Arial" w:hAnsi="Arial"/>
              </w:rPr>
            </w:pPr>
            <w:r w:rsidRPr="007A0AD7">
              <w:rPr>
                <w:rFonts w:hint="cs"/>
                <w:rtl/>
              </w:rPr>
              <w:t>ادمجها</w:t>
            </w:r>
            <w:r w:rsidRPr="007A0AD7">
              <w:rPr>
                <w:rtl/>
              </w:rPr>
              <w:t xml:space="preserve"> </w:t>
            </w:r>
            <w:r w:rsidRPr="007A0AD7">
              <w:rPr>
                <w:rFonts w:hint="cs"/>
                <w:rtl/>
              </w:rPr>
              <w:t>إلى</w:t>
            </w:r>
            <w:r w:rsidRPr="007A0AD7">
              <w:rPr>
                <w:rtl/>
              </w:rPr>
              <w:t xml:space="preserve">: </w:t>
            </w:r>
            <w:r w:rsidRPr="007A0AD7">
              <w:rPr>
                <w:rFonts w:hint="cs"/>
                <w:rtl/>
              </w:rPr>
              <w:t>أسئلة</w:t>
            </w:r>
            <w:r w:rsidRPr="007A0AD7">
              <w:rPr>
                <w:rtl/>
              </w:rPr>
              <w:t xml:space="preserve"> </w:t>
            </w:r>
            <w:r w:rsidRPr="007A0AD7">
              <w:rPr>
                <w:rFonts w:hint="cs"/>
                <w:rtl/>
              </w:rPr>
              <w:t>لقياس</w:t>
            </w:r>
            <w:r w:rsidRPr="007A0AD7">
              <w:rPr>
                <w:rtl/>
              </w:rPr>
              <w:t xml:space="preserve"> </w:t>
            </w:r>
            <w:r w:rsidRPr="007A0AD7">
              <w:rPr>
                <w:rFonts w:hint="cs"/>
                <w:rtl/>
              </w:rPr>
              <w:t>المستويات</w:t>
            </w:r>
            <w:r w:rsidRPr="007A0AD7">
              <w:rPr>
                <w:rtl/>
              </w:rPr>
              <w:t xml:space="preserve"> (</w:t>
            </w:r>
            <w:r w:rsidRPr="007A0AD7">
              <w:rPr>
                <w:rFonts w:hint="cs"/>
                <w:rtl/>
              </w:rPr>
              <w:t>تقنيات</w:t>
            </w:r>
            <w:r w:rsidRPr="007A0AD7">
              <w:rPr>
                <w:rtl/>
              </w:rPr>
              <w:t xml:space="preserve"> </w:t>
            </w:r>
            <w:r w:rsidRPr="007A0AD7">
              <w:rPr>
                <w:rFonts w:hint="cs"/>
                <w:rtl/>
              </w:rPr>
              <w:t>الذكاء</w:t>
            </w:r>
            <w:r w:rsidRPr="007A0AD7">
              <w:rPr>
                <w:rtl/>
              </w:rPr>
              <w:t xml:space="preserve"> </w:t>
            </w:r>
            <w:r w:rsidRPr="007A0AD7">
              <w:rPr>
                <w:rFonts w:hint="cs"/>
                <w:rtl/>
              </w:rPr>
              <w:t>الاصطناعي</w:t>
            </w:r>
            <w:r w:rsidRPr="007A0AD7">
              <w:rPr>
                <w:rtl/>
              </w:rPr>
              <w:t>/</w:t>
            </w:r>
            <w:r w:rsidRPr="007A0AD7">
              <w:rPr>
                <w:rFonts w:hint="cs"/>
                <w:rtl/>
              </w:rPr>
              <w:t>أبعاد</w:t>
            </w:r>
            <w:r w:rsidRPr="007A0AD7">
              <w:rPr>
                <w:rtl/>
              </w:rPr>
              <w:t xml:space="preserve"> </w:t>
            </w:r>
            <w:r w:rsidRPr="007A0AD7">
              <w:rPr>
                <w:rFonts w:hint="cs"/>
                <w:rtl/>
              </w:rPr>
              <w:t>العدالة</w:t>
            </w:r>
            <w:r w:rsidRPr="007A0AD7">
              <w:rPr>
                <w:rtl/>
              </w:rPr>
              <w:t>)</w:t>
            </w:r>
            <w:r w:rsidRPr="007A0AD7">
              <w:rPr>
                <w:rFonts w:hint="cs"/>
                <w:rtl/>
              </w:rPr>
              <w:t>،</w:t>
            </w:r>
            <w:r w:rsidRPr="007A0AD7">
              <w:rPr>
                <w:rtl/>
              </w:rPr>
              <w:t xml:space="preserve"> </w:t>
            </w:r>
            <w:r w:rsidRPr="007A0AD7">
              <w:rPr>
                <w:rFonts w:hint="cs"/>
                <w:rtl/>
              </w:rPr>
              <w:t>وأخرى</w:t>
            </w:r>
            <w:r w:rsidRPr="007A0AD7">
              <w:rPr>
                <w:rtl/>
              </w:rPr>
              <w:t xml:space="preserve"> </w:t>
            </w:r>
            <w:r w:rsidRPr="007A0AD7">
              <w:rPr>
                <w:rFonts w:hint="cs"/>
                <w:rtl/>
              </w:rPr>
              <w:t>لاختبار</w:t>
            </w:r>
            <w:r w:rsidRPr="007A0AD7">
              <w:rPr>
                <w:rtl/>
              </w:rPr>
              <w:t xml:space="preserve"> </w:t>
            </w:r>
            <w:r w:rsidRPr="007A0AD7">
              <w:rPr>
                <w:rFonts w:hint="cs"/>
                <w:rtl/>
              </w:rPr>
              <w:t>العلاقات</w:t>
            </w:r>
            <w:r w:rsidRPr="007A0AD7">
              <w:rPr>
                <w:rtl/>
              </w:rPr>
              <w:t xml:space="preserve"> (</w:t>
            </w:r>
            <w:r w:rsidRPr="007A0AD7">
              <w:rPr>
                <w:rFonts w:hint="cs"/>
                <w:rtl/>
              </w:rPr>
              <w:t>أثر</w:t>
            </w:r>
            <w:r w:rsidRPr="007A0AD7">
              <w:rPr>
                <w:rtl/>
              </w:rPr>
              <w:t xml:space="preserve"> </w:t>
            </w:r>
            <w:r w:rsidRPr="007A0AD7">
              <w:rPr>
                <w:rFonts w:hint="cs"/>
                <w:rtl/>
              </w:rPr>
              <w:t>كل</w:t>
            </w:r>
            <w:r w:rsidRPr="007A0AD7">
              <w:rPr>
                <w:rtl/>
              </w:rPr>
              <w:t xml:space="preserve"> </w:t>
            </w:r>
            <w:r w:rsidRPr="007A0AD7">
              <w:rPr>
                <w:rFonts w:hint="cs"/>
                <w:rtl/>
              </w:rPr>
              <w:t>تقنية</w:t>
            </w:r>
            <w:r w:rsidRPr="007A0AD7">
              <w:rPr>
                <w:rtl/>
              </w:rPr>
              <w:t xml:space="preserve"> </w:t>
            </w:r>
            <w:r w:rsidRPr="007A0AD7">
              <w:rPr>
                <w:rFonts w:hint="cs"/>
                <w:rtl/>
              </w:rPr>
              <w:t>على</w:t>
            </w:r>
            <w:r w:rsidRPr="007A0AD7">
              <w:rPr>
                <w:rtl/>
              </w:rPr>
              <w:t xml:space="preserve"> </w:t>
            </w:r>
            <w:r w:rsidRPr="007A0AD7">
              <w:rPr>
                <w:rFonts w:hint="cs"/>
                <w:rtl/>
              </w:rPr>
              <w:t>كل</w:t>
            </w:r>
            <w:r w:rsidRPr="007A0AD7">
              <w:rPr>
                <w:rtl/>
              </w:rPr>
              <w:t xml:space="preserve"> </w:t>
            </w:r>
            <w:r w:rsidRPr="007A0AD7">
              <w:rPr>
                <w:rFonts w:hint="cs"/>
                <w:rtl/>
              </w:rPr>
              <w:t>بُعد</w:t>
            </w:r>
            <w:r w:rsidRPr="007A0AD7">
              <w:rPr>
                <w:rtl/>
              </w:rPr>
              <w:t>)</w:t>
            </w:r>
            <w:r w:rsidRPr="007A0AD7">
              <w:rPr>
                <w:rFonts w:hint="cs"/>
                <w:rtl/>
              </w:rPr>
              <w:t>،</w:t>
            </w:r>
            <w:r w:rsidRPr="007A0AD7">
              <w:rPr>
                <w:rtl/>
              </w:rPr>
              <w:t xml:space="preserve"> </w:t>
            </w:r>
            <w:r w:rsidRPr="007A0AD7">
              <w:rPr>
                <w:rFonts w:hint="cs"/>
                <w:rtl/>
              </w:rPr>
              <w:t>مع</w:t>
            </w:r>
            <w:r w:rsidRPr="007A0AD7">
              <w:rPr>
                <w:rtl/>
              </w:rPr>
              <w:t xml:space="preserve"> </w:t>
            </w:r>
            <w:r w:rsidRPr="007A0AD7">
              <w:rPr>
                <w:rFonts w:hint="cs"/>
                <w:rtl/>
              </w:rPr>
              <w:t>سؤال</w:t>
            </w:r>
            <w:r w:rsidRPr="007A0AD7">
              <w:rPr>
                <w:rtl/>
              </w:rPr>
              <w:t xml:space="preserve"> </w:t>
            </w:r>
            <w:r w:rsidRPr="007A0AD7">
              <w:rPr>
                <w:rFonts w:hint="cs"/>
                <w:rtl/>
              </w:rPr>
              <w:t>واحد</w:t>
            </w:r>
            <w:r w:rsidRPr="007A0AD7">
              <w:rPr>
                <w:rtl/>
              </w:rPr>
              <w:t xml:space="preserve"> </w:t>
            </w:r>
            <w:r w:rsidRPr="007A0AD7">
              <w:rPr>
                <w:rFonts w:hint="cs"/>
                <w:rtl/>
              </w:rPr>
              <w:t>للفروق</w:t>
            </w:r>
            <w:r w:rsidRPr="007A0AD7">
              <w:rPr>
                <w:rtl/>
              </w:rPr>
              <w:t xml:space="preserve"> </w:t>
            </w:r>
            <w:r w:rsidRPr="007A0AD7">
              <w:rPr>
                <w:rFonts w:hint="cs"/>
                <w:rtl/>
              </w:rPr>
              <w:t>الديموغرافية</w:t>
            </w:r>
            <w:r w:rsidRPr="007A0AD7">
              <w:rPr>
                <w:rtl/>
              </w:rPr>
              <w:t xml:space="preserve"> </w:t>
            </w:r>
            <w:r w:rsidRPr="007A0AD7">
              <w:rPr>
                <w:rFonts w:hint="cs"/>
                <w:rtl/>
              </w:rPr>
              <w:t>إن</w:t>
            </w:r>
            <w:r w:rsidRPr="007A0AD7">
              <w:rPr>
                <w:rtl/>
              </w:rPr>
              <w:t xml:space="preserve"> </w:t>
            </w:r>
            <w:r w:rsidRPr="007A0AD7">
              <w:rPr>
                <w:rFonts w:hint="cs"/>
                <w:rtl/>
              </w:rPr>
              <w:t>لزم</w:t>
            </w:r>
            <w:r w:rsidRPr="007A0AD7">
              <w:t>.</w:t>
            </w:r>
          </w:p>
        </w:tc>
        <w:tc>
          <w:tcPr>
            <w:tcW w:w="2918" w:type="dxa"/>
          </w:tcPr>
          <w:p w14:paraId="5F74C210" w14:textId="26FEB719" w:rsidR="00BC36AC" w:rsidRDefault="00BC36AC" w:rsidP="00BC36AC">
            <w:pPr>
              <w:bidi/>
            </w:pPr>
            <w:r w:rsidRPr="00982FEE">
              <w:rPr>
                <w:rFonts w:hint="cs"/>
                <w:rtl/>
              </w:rPr>
              <w:t>الأسئلة</w:t>
            </w:r>
            <w:r w:rsidRPr="00982FEE">
              <w:rPr>
                <w:rtl/>
              </w:rPr>
              <w:t xml:space="preserve"> </w:t>
            </w:r>
            <w:r w:rsidRPr="00982FEE">
              <w:rPr>
                <w:rFonts w:hint="cs"/>
                <w:rtl/>
              </w:rPr>
              <w:t>مناسبة</w:t>
            </w:r>
            <w:r w:rsidRPr="00982FEE">
              <w:rPr>
                <w:rtl/>
              </w:rPr>
              <w:t xml:space="preserve"> </w:t>
            </w:r>
            <w:r w:rsidRPr="00982FEE">
              <w:rPr>
                <w:rFonts w:hint="cs"/>
                <w:rtl/>
              </w:rPr>
              <w:t>لكنها</w:t>
            </w:r>
            <w:r w:rsidRPr="00982FEE">
              <w:rPr>
                <w:rtl/>
              </w:rPr>
              <w:t xml:space="preserve"> </w:t>
            </w:r>
            <w:r w:rsidRPr="00982FEE">
              <w:rPr>
                <w:rFonts w:hint="cs"/>
                <w:rtl/>
              </w:rPr>
              <w:t>قابلة</w:t>
            </w:r>
            <w:r w:rsidRPr="00982FEE">
              <w:rPr>
                <w:rtl/>
              </w:rPr>
              <w:t xml:space="preserve"> </w:t>
            </w:r>
            <w:r w:rsidRPr="00982FEE">
              <w:rPr>
                <w:rFonts w:hint="cs"/>
                <w:rtl/>
              </w:rPr>
              <w:t>للدمج</w:t>
            </w:r>
            <w:r w:rsidRPr="00982FEE">
              <w:rPr>
                <w:rtl/>
              </w:rPr>
              <w:t xml:space="preserve"> </w:t>
            </w:r>
            <w:r w:rsidRPr="00982FEE">
              <w:rPr>
                <w:rFonts w:hint="cs"/>
                <w:rtl/>
              </w:rPr>
              <w:t>وتقليل</w:t>
            </w:r>
            <w:r w:rsidRPr="00982FEE">
              <w:rPr>
                <w:rtl/>
              </w:rPr>
              <w:t xml:space="preserve"> </w:t>
            </w:r>
            <w:r w:rsidRPr="00982FEE">
              <w:rPr>
                <w:rFonts w:hint="cs"/>
                <w:rtl/>
              </w:rPr>
              <w:t>التكرار</w:t>
            </w:r>
            <w:r w:rsidRPr="00982FEE">
              <w:rPr>
                <w:rtl/>
              </w:rPr>
              <w:t xml:space="preserve"> </w:t>
            </w:r>
            <w:r w:rsidRPr="00982FEE">
              <w:rPr>
                <w:rFonts w:hint="cs"/>
                <w:rtl/>
              </w:rPr>
              <w:t>لتتطابق</w:t>
            </w:r>
            <w:r w:rsidRPr="00982FEE">
              <w:rPr>
                <w:rtl/>
              </w:rPr>
              <w:t xml:space="preserve"> </w:t>
            </w:r>
            <w:r w:rsidRPr="00982FEE">
              <w:rPr>
                <w:rFonts w:hint="cs"/>
                <w:rtl/>
              </w:rPr>
              <w:t>مع</w:t>
            </w:r>
            <w:r w:rsidRPr="00982FEE">
              <w:rPr>
                <w:rtl/>
              </w:rPr>
              <w:t xml:space="preserve"> </w:t>
            </w:r>
            <w:r w:rsidRPr="00982FEE">
              <w:rPr>
                <w:rFonts w:hint="cs"/>
                <w:rtl/>
              </w:rPr>
              <w:t>الفرضيات</w:t>
            </w:r>
            <w:r w:rsidRPr="00982FEE">
              <w:rPr>
                <w:rtl/>
              </w:rPr>
              <w:t xml:space="preserve"> </w:t>
            </w:r>
            <w:r w:rsidRPr="00982FEE">
              <w:rPr>
                <w:rFonts w:hint="cs"/>
                <w:rtl/>
              </w:rPr>
              <w:t>الإحصائية</w:t>
            </w:r>
            <w:r w:rsidRPr="00982FEE">
              <w:rPr>
                <w:rtl/>
              </w:rPr>
              <w:t xml:space="preserve"> </w:t>
            </w:r>
            <w:r w:rsidRPr="00982FEE">
              <w:rPr>
                <w:rFonts w:hint="cs"/>
                <w:rtl/>
              </w:rPr>
              <w:t>المقترحة</w:t>
            </w:r>
            <w:r w:rsidRPr="00982FEE">
              <w:t>.</w:t>
            </w:r>
          </w:p>
        </w:tc>
        <w:tc>
          <w:tcPr>
            <w:tcW w:w="1779" w:type="dxa"/>
          </w:tcPr>
          <w:p w14:paraId="194032B4" w14:textId="270215D3" w:rsidR="00BC36AC" w:rsidRDefault="00BC36AC" w:rsidP="00BC36AC">
            <w:pPr>
              <w:bidi/>
              <w:rPr>
                <w:rFonts w:ascii="Arial" w:hAnsi="Arial"/>
              </w:rPr>
            </w:pPr>
            <w:r w:rsidRPr="00434428">
              <w:rPr>
                <w:rFonts w:hint="cs"/>
                <w:rtl/>
              </w:rPr>
              <w:t>قائمة</w:t>
            </w:r>
            <w:r w:rsidRPr="00434428">
              <w:rPr>
                <w:rtl/>
              </w:rPr>
              <w:t xml:space="preserve"> </w:t>
            </w:r>
            <w:r w:rsidRPr="00434428">
              <w:rPr>
                <w:rFonts w:hint="cs"/>
                <w:rtl/>
              </w:rPr>
              <w:t>الأسئلة</w:t>
            </w:r>
          </w:p>
        </w:tc>
        <w:tc>
          <w:tcPr>
            <w:tcW w:w="1059" w:type="dxa"/>
          </w:tcPr>
          <w:p w14:paraId="4EE5D179" w14:textId="77777777" w:rsidR="00BC36AC" w:rsidRDefault="00BC36AC" w:rsidP="00BC36AC">
            <w:pPr>
              <w:bidi/>
              <w:rPr>
                <w:rFonts w:ascii="Arial" w:hAnsi="Arial"/>
              </w:rPr>
            </w:pPr>
            <w:r>
              <w:rPr>
                <w:rFonts w:ascii="Arial" w:hAnsi="Arial"/>
              </w:rPr>
              <w:t>1</w:t>
            </w:r>
          </w:p>
        </w:tc>
      </w:tr>
      <w:tr w:rsidR="00BC36AC" w14:paraId="0A5958CF" w14:textId="77777777" w:rsidTr="00BC36AC">
        <w:tc>
          <w:tcPr>
            <w:tcW w:w="2992" w:type="dxa"/>
          </w:tcPr>
          <w:p w14:paraId="09901EFC" w14:textId="496B1D5F" w:rsidR="00BC36AC" w:rsidRDefault="00BC36AC" w:rsidP="00BC36AC">
            <w:pPr>
              <w:bidi/>
              <w:rPr>
                <w:rFonts w:ascii="Arial" w:hAnsi="Arial"/>
              </w:rPr>
            </w:pPr>
            <w:r w:rsidRPr="007A0AD7">
              <w:rPr>
                <w:rFonts w:hint="cs"/>
                <w:rtl/>
              </w:rPr>
              <w:t>صُغ</w:t>
            </w:r>
            <w:r w:rsidRPr="007A0AD7">
              <w:rPr>
                <w:rtl/>
              </w:rPr>
              <w:t xml:space="preserve"> </w:t>
            </w:r>
            <w:r w:rsidRPr="007A0AD7">
              <w:rPr>
                <w:rFonts w:hint="cs"/>
                <w:rtl/>
              </w:rPr>
              <w:t>الفرضيات</w:t>
            </w:r>
            <w:r w:rsidRPr="007A0AD7">
              <w:rPr>
                <w:rtl/>
              </w:rPr>
              <w:t xml:space="preserve"> </w:t>
            </w:r>
            <w:r w:rsidRPr="007A0AD7">
              <w:rPr>
                <w:rFonts w:hint="cs"/>
                <w:rtl/>
              </w:rPr>
              <w:t>باتجاهات</w:t>
            </w:r>
            <w:r w:rsidRPr="007A0AD7">
              <w:rPr>
                <w:rtl/>
              </w:rPr>
              <w:t xml:space="preserve"> </w:t>
            </w:r>
            <w:r w:rsidRPr="007A0AD7">
              <w:rPr>
                <w:rFonts w:hint="cs"/>
                <w:rtl/>
              </w:rPr>
              <w:t>صريحة،</w:t>
            </w:r>
            <w:r w:rsidRPr="007A0AD7">
              <w:rPr>
                <w:rtl/>
              </w:rPr>
              <w:t xml:space="preserve"> </w:t>
            </w:r>
            <w:r w:rsidRPr="007A0AD7">
              <w:rPr>
                <w:rFonts w:hint="cs"/>
                <w:rtl/>
              </w:rPr>
              <w:t>ورتّبها</w:t>
            </w:r>
            <w:r w:rsidRPr="007A0AD7">
              <w:rPr>
                <w:rtl/>
              </w:rPr>
              <w:t xml:space="preserve"> </w:t>
            </w:r>
            <w:r w:rsidRPr="007A0AD7">
              <w:rPr>
                <w:rFonts w:hint="cs"/>
                <w:rtl/>
              </w:rPr>
              <w:t>على</w:t>
            </w:r>
            <w:r w:rsidRPr="007A0AD7">
              <w:rPr>
                <w:rtl/>
              </w:rPr>
              <w:t xml:space="preserve"> </w:t>
            </w:r>
            <w:r w:rsidRPr="007A0AD7">
              <w:rPr>
                <w:rFonts w:hint="cs"/>
                <w:rtl/>
              </w:rPr>
              <w:t>النسق</w:t>
            </w:r>
            <w:r w:rsidRPr="007A0AD7">
              <w:t>: H1 (ATS</w:t>
            </w:r>
            <w:r w:rsidRPr="007A0AD7">
              <w:rPr>
                <w:rFonts w:hint="eastAsia"/>
              </w:rPr>
              <w:t>→</w:t>
            </w:r>
            <w:r w:rsidRPr="007A0AD7">
              <w:rPr>
                <w:rFonts w:hint="cs"/>
                <w:rtl/>
              </w:rPr>
              <w:t>عدالة</w:t>
            </w:r>
            <w:r w:rsidRPr="007A0AD7">
              <w:t>)</w:t>
            </w:r>
            <w:r w:rsidRPr="007A0AD7">
              <w:rPr>
                <w:rFonts w:hint="cs"/>
                <w:rtl/>
              </w:rPr>
              <w:t>،</w:t>
            </w:r>
            <w:r w:rsidRPr="007A0AD7">
              <w:rPr>
                <w:rtl/>
              </w:rPr>
              <w:t xml:space="preserve"> </w:t>
            </w:r>
            <w:r w:rsidRPr="007A0AD7">
              <w:t>H2 (NLP</w:t>
            </w:r>
            <w:r w:rsidRPr="007A0AD7">
              <w:rPr>
                <w:rFonts w:hint="eastAsia"/>
              </w:rPr>
              <w:t>→</w:t>
            </w:r>
            <w:r w:rsidR="00FD567C" w:rsidRPr="007A0AD7">
              <w:rPr>
                <w:rFonts w:hint="cs"/>
                <w:rtl/>
              </w:rPr>
              <w:t>عدالة</w:t>
            </w:r>
            <w:r w:rsidR="00FD567C" w:rsidRPr="007A0AD7">
              <w:t>) …</w:t>
            </w:r>
            <w:r w:rsidRPr="007A0AD7">
              <w:t xml:space="preserve"> </w:t>
            </w:r>
            <w:r w:rsidRPr="007A0AD7">
              <w:rPr>
                <w:rFonts w:hint="cs"/>
                <w:rtl/>
              </w:rPr>
              <w:t>مع</w:t>
            </w:r>
            <w:r w:rsidRPr="007A0AD7">
              <w:rPr>
                <w:rtl/>
              </w:rPr>
              <w:t xml:space="preserve"> </w:t>
            </w:r>
            <w:r w:rsidRPr="007A0AD7">
              <w:rPr>
                <w:rFonts w:hint="cs"/>
                <w:rtl/>
              </w:rPr>
              <w:lastRenderedPageBreak/>
              <w:t>تفريعات</w:t>
            </w:r>
            <w:r w:rsidRPr="007A0AD7">
              <w:rPr>
                <w:rtl/>
              </w:rPr>
              <w:t xml:space="preserve"> </w:t>
            </w:r>
            <w:r w:rsidRPr="007A0AD7">
              <w:rPr>
                <w:rFonts w:hint="cs"/>
                <w:rtl/>
              </w:rPr>
              <w:t>لكل</w:t>
            </w:r>
            <w:r w:rsidRPr="007A0AD7">
              <w:rPr>
                <w:rtl/>
              </w:rPr>
              <w:t xml:space="preserve"> </w:t>
            </w:r>
            <w:r w:rsidRPr="007A0AD7">
              <w:rPr>
                <w:rFonts w:hint="cs"/>
                <w:rtl/>
              </w:rPr>
              <w:t>بُعد</w:t>
            </w:r>
            <w:r w:rsidRPr="007A0AD7">
              <w:t xml:space="preserve">: H1a–H1d </w:t>
            </w:r>
            <w:r w:rsidRPr="007A0AD7">
              <w:rPr>
                <w:rFonts w:hint="cs"/>
                <w:rtl/>
              </w:rPr>
              <w:t>للتوزيعية</w:t>
            </w:r>
            <w:r w:rsidRPr="007A0AD7">
              <w:rPr>
                <w:rtl/>
              </w:rPr>
              <w:t>/</w:t>
            </w:r>
            <w:r w:rsidRPr="007A0AD7">
              <w:rPr>
                <w:rFonts w:hint="cs"/>
                <w:rtl/>
              </w:rPr>
              <w:t>الإجرائية</w:t>
            </w:r>
            <w:r w:rsidRPr="007A0AD7">
              <w:rPr>
                <w:rtl/>
              </w:rPr>
              <w:t>/</w:t>
            </w:r>
            <w:r w:rsidRPr="007A0AD7">
              <w:rPr>
                <w:rFonts w:hint="cs"/>
                <w:rtl/>
              </w:rPr>
              <w:t>التفاعلية</w:t>
            </w:r>
            <w:r w:rsidRPr="007A0AD7">
              <w:rPr>
                <w:rtl/>
              </w:rPr>
              <w:t>/</w:t>
            </w:r>
            <w:r w:rsidRPr="007A0AD7">
              <w:rPr>
                <w:rFonts w:hint="cs"/>
                <w:rtl/>
              </w:rPr>
              <w:t>المعلوماتية</w:t>
            </w:r>
            <w:r w:rsidRPr="007A0AD7">
              <w:t>.</w:t>
            </w:r>
          </w:p>
        </w:tc>
        <w:tc>
          <w:tcPr>
            <w:tcW w:w="2918" w:type="dxa"/>
          </w:tcPr>
          <w:p w14:paraId="19C05F0E" w14:textId="1582143A" w:rsidR="00BC36AC" w:rsidRDefault="00BC36AC" w:rsidP="00BC36AC">
            <w:pPr>
              <w:bidi/>
            </w:pPr>
            <w:r w:rsidRPr="00982FEE">
              <w:rPr>
                <w:rFonts w:hint="cs"/>
                <w:rtl/>
              </w:rPr>
              <w:lastRenderedPageBreak/>
              <w:t>ترقيم</w:t>
            </w:r>
            <w:r w:rsidRPr="00982FEE">
              <w:rPr>
                <w:rtl/>
              </w:rPr>
              <w:t xml:space="preserve"> </w:t>
            </w:r>
            <w:r w:rsidRPr="00982FEE">
              <w:rPr>
                <w:rFonts w:hint="cs"/>
                <w:rtl/>
              </w:rPr>
              <w:t>الفرضيات</w:t>
            </w:r>
            <w:r w:rsidRPr="00982FEE">
              <w:rPr>
                <w:rtl/>
              </w:rPr>
              <w:t xml:space="preserve"> </w:t>
            </w:r>
            <w:r w:rsidRPr="00982FEE">
              <w:rPr>
                <w:rFonts w:hint="cs"/>
                <w:rtl/>
              </w:rPr>
              <w:t>لا</w:t>
            </w:r>
            <w:r w:rsidRPr="00982FEE">
              <w:rPr>
                <w:rtl/>
              </w:rPr>
              <w:t xml:space="preserve"> </w:t>
            </w:r>
            <w:r w:rsidRPr="00982FEE">
              <w:rPr>
                <w:rFonts w:hint="cs"/>
                <w:rtl/>
              </w:rPr>
              <w:t>يطابق</w:t>
            </w:r>
            <w:r w:rsidRPr="00982FEE">
              <w:rPr>
                <w:rtl/>
              </w:rPr>
              <w:t xml:space="preserve"> </w:t>
            </w:r>
            <w:r w:rsidRPr="00982FEE">
              <w:rPr>
                <w:rFonts w:hint="cs"/>
                <w:rtl/>
              </w:rPr>
              <w:t>ترتيب</w:t>
            </w:r>
            <w:r w:rsidRPr="00982FEE">
              <w:rPr>
                <w:rtl/>
              </w:rPr>
              <w:t xml:space="preserve"> </w:t>
            </w:r>
            <w:r w:rsidRPr="00982FEE">
              <w:rPr>
                <w:rFonts w:hint="cs"/>
                <w:rtl/>
              </w:rPr>
              <w:t>المتغيرات</w:t>
            </w:r>
            <w:r w:rsidRPr="00982FEE">
              <w:rPr>
                <w:rtl/>
              </w:rPr>
              <w:t xml:space="preserve"> </w:t>
            </w:r>
            <w:r w:rsidRPr="00982FEE">
              <w:rPr>
                <w:rFonts w:hint="cs"/>
                <w:rtl/>
              </w:rPr>
              <w:t>في</w:t>
            </w:r>
            <w:r w:rsidRPr="00982FEE">
              <w:rPr>
                <w:rtl/>
              </w:rPr>
              <w:t xml:space="preserve"> </w:t>
            </w:r>
            <w:r w:rsidRPr="00982FEE">
              <w:rPr>
                <w:rFonts w:hint="cs"/>
                <w:rtl/>
              </w:rPr>
              <w:t>النموذج،</w:t>
            </w:r>
            <w:r w:rsidRPr="00982FEE">
              <w:rPr>
                <w:rtl/>
              </w:rPr>
              <w:t xml:space="preserve"> </w:t>
            </w:r>
            <w:r w:rsidRPr="00982FEE">
              <w:rPr>
                <w:rFonts w:hint="cs"/>
                <w:rtl/>
              </w:rPr>
              <w:t>وبعضها</w:t>
            </w:r>
            <w:r w:rsidRPr="00982FEE">
              <w:rPr>
                <w:rtl/>
              </w:rPr>
              <w:t xml:space="preserve"> </w:t>
            </w:r>
            <w:r w:rsidRPr="00982FEE">
              <w:rPr>
                <w:rFonts w:hint="cs"/>
                <w:rtl/>
              </w:rPr>
              <w:t>غير</w:t>
            </w:r>
            <w:r w:rsidRPr="00982FEE">
              <w:rPr>
                <w:rtl/>
              </w:rPr>
              <w:t xml:space="preserve"> </w:t>
            </w:r>
            <w:r w:rsidRPr="00982FEE">
              <w:rPr>
                <w:rFonts w:hint="cs"/>
                <w:rtl/>
              </w:rPr>
              <w:t>اتجاهي</w:t>
            </w:r>
            <w:r w:rsidRPr="00982FEE">
              <w:rPr>
                <w:rtl/>
              </w:rPr>
              <w:t xml:space="preserve"> (</w:t>
            </w:r>
            <w:r w:rsidRPr="00982FEE">
              <w:rPr>
                <w:rFonts w:hint="cs"/>
                <w:rtl/>
              </w:rPr>
              <w:t>لا</w:t>
            </w:r>
            <w:r w:rsidRPr="00982FEE">
              <w:rPr>
                <w:rtl/>
              </w:rPr>
              <w:t xml:space="preserve"> </w:t>
            </w:r>
            <w:r w:rsidRPr="00982FEE">
              <w:rPr>
                <w:rFonts w:hint="cs"/>
                <w:rtl/>
              </w:rPr>
              <w:t>يحدد</w:t>
            </w:r>
            <w:r w:rsidRPr="00982FEE">
              <w:rPr>
                <w:rtl/>
              </w:rPr>
              <w:t xml:space="preserve"> </w:t>
            </w:r>
            <w:r w:rsidRPr="00982FEE">
              <w:rPr>
                <w:rFonts w:hint="cs"/>
                <w:rtl/>
              </w:rPr>
              <w:t>الإشارة</w:t>
            </w:r>
            <w:r w:rsidRPr="00982FEE">
              <w:rPr>
                <w:rtl/>
              </w:rPr>
              <w:t>)</w:t>
            </w:r>
            <w:r w:rsidRPr="00982FEE">
              <w:t>.</w:t>
            </w:r>
          </w:p>
        </w:tc>
        <w:tc>
          <w:tcPr>
            <w:tcW w:w="1779" w:type="dxa"/>
          </w:tcPr>
          <w:p w14:paraId="40EF795F" w14:textId="6424A307" w:rsidR="00BC36AC" w:rsidRDefault="00BC36AC" w:rsidP="00BC36AC">
            <w:pPr>
              <w:bidi/>
              <w:rPr>
                <w:rFonts w:ascii="Arial" w:hAnsi="Arial"/>
              </w:rPr>
            </w:pPr>
            <w:r w:rsidRPr="00434428">
              <w:rPr>
                <w:rFonts w:hint="cs"/>
                <w:rtl/>
              </w:rPr>
              <w:t>الفرضيات</w:t>
            </w:r>
            <w:r w:rsidRPr="00434428">
              <w:rPr>
                <w:rtl/>
              </w:rPr>
              <w:t xml:space="preserve"> </w:t>
            </w:r>
            <w:r w:rsidRPr="00434428">
              <w:rPr>
                <w:rFonts w:hint="cs"/>
                <w:rtl/>
              </w:rPr>
              <w:t>الرئيسة</w:t>
            </w:r>
            <w:r w:rsidRPr="00434428">
              <w:rPr>
                <w:rtl/>
              </w:rPr>
              <w:t xml:space="preserve"> </w:t>
            </w:r>
            <w:r w:rsidRPr="00434428">
              <w:rPr>
                <w:rFonts w:hint="cs"/>
                <w:rtl/>
              </w:rPr>
              <w:t>والفرعية</w:t>
            </w:r>
          </w:p>
        </w:tc>
        <w:tc>
          <w:tcPr>
            <w:tcW w:w="1059" w:type="dxa"/>
          </w:tcPr>
          <w:p w14:paraId="3E101744" w14:textId="77777777" w:rsidR="00BC36AC" w:rsidRDefault="00BC36AC" w:rsidP="00BC36AC">
            <w:pPr>
              <w:bidi/>
              <w:rPr>
                <w:rFonts w:ascii="Arial" w:hAnsi="Arial"/>
              </w:rPr>
            </w:pPr>
            <w:r>
              <w:rPr>
                <w:rFonts w:ascii="Arial" w:hAnsi="Arial"/>
              </w:rPr>
              <w:t>2</w:t>
            </w:r>
          </w:p>
        </w:tc>
      </w:tr>
    </w:tbl>
    <w:p w14:paraId="11EA1D9E" w14:textId="77777777" w:rsidR="00F55848" w:rsidRDefault="00F55848" w:rsidP="00FD56DC">
      <w:pPr>
        <w:bidi/>
      </w:pPr>
    </w:p>
    <w:p w14:paraId="5D7EE574" w14:textId="77777777" w:rsidR="00F55848" w:rsidRDefault="00FD567C" w:rsidP="00FD56DC">
      <w:pPr>
        <w:pStyle w:val="Heading2"/>
        <w:bidi/>
      </w:pPr>
      <w:r>
        <w:rPr>
          <w:rFonts w:ascii="Arial" w:hAnsi="Arial"/>
          <w:sz w:val="28"/>
        </w:rPr>
        <w:t>أهمية الدراسة</w:t>
      </w:r>
    </w:p>
    <w:tbl>
      <w:tblPr>
        <w:tblStyle w:val="TableGrid"/>
        <w:tblW w:w="0" w:type="auto"/>
        <w:jc w:val="right"/>
        <w:tblLook w:val="04A0" w:firstRow="1" w:lastRow="0" w:firstColumn="1" w:lastColumn="0" w:noHBand="0" w:noVBand="1"/>
      </w:tblPr>
      <w:tblGrid>
        <w:gridCol w:w="2468"/>
        <w:gridCol w:w="2884"/>
        <w:gridCol w:w="1846"/>
        <w:gridCol w:w="1432"/>
      </w:tblGrid>
      <w:tr w:rsidR="00BC36AC" w14:paraId="46498DE6" w14:textId="79B720F9" w:rsidTr="00EC5601">
        <w:trPr>
          <w:jc w:val="right"/>
        </w:trPr>
        <w:tc>
          <w:tcPr>
            <w:tcW w:w="2520" w:type="dxa"/>
          </w:tcPr>
          <w:p w14:paraId="3EA381A9" w14:textId="162538F5" w:rsidR="00BC36AC" w:rsidRDefault="00BC36AC" w:rsidP="00BC36AC">
            <w:pPr>
              <w:bidi/>
              <w:rPr>
                <w:rFonts w:ascii="Arial" w:hAnsi="Arial"/>
                <w:b/>
              </w:rPr>
            </w:pPr>
            <w:r w:rsidRPr="00B91E5D">
              <w:rPr>
                <w:rFonts w:hint="cs"/>
                <w:b/>
                <w:bCs/>
                <w:rtl/>
              </w:rPr>
              <w:t>كيفية</w:t>
            </w:r>
            <w:r w:rsidRPr="00B91E5D">
              <w:rPr>
                <w:b/>
                <w:bCs/>
                <w:rtl/>
              </w:rPr>
              <w:t xml:space="preserve"> </w:t>
            </w:r>
            <w:r w:rsidRPr="00B91E5D">
              <w:rPr>
                <w:rFonts w:hint="cs"/>
                <w:b/>
                <w:bCs/>
                <w:rtl/>
              </w:rPr>
              <w:t>التنفيذ</w:t>
            </w:r>
            <w:r w:rsidRPr="00B91E5D">
              <w:rPr>
                <w:b/>
                <w:bCs/>
                <w:rtl/>
              </w:rPr>
              <w:t xml:space="preserve"> (</w:t>
            </w:r>
            <w:r w:rsidRPr="00B91E5D">
              <w:rPr>
                <w:rFonts w:hint="cs"/>
                <w:b/>
                <w:bCs/>
                <w:rtl/>
              </w:rPr>
              <w:t>خطوات</w:t>
            </w:r>
            <w:r w:rsidRPr="00B91E5D">
              <w:rPr>
                <w:b/>
                <w:bCs/>
                <w:rtl/>
              </w:rPr>
              <w:t xml:space="preserve"> </w:t>
            </w:r>
            <w:r w:rsidRPr="00B91E5D">
              <w:rPr>
                <w:rFonts w:hint="cs"/>
                <w:b/>
                <w:bCs/>
                <w:rtl/>
              </w:rPr>
              <w:t>عملية</w:t>
            </w:r>
            <w:r w:rsidRPr="00B91E5D">
              <w:rPr>
                <w:b/>
                <w:bCs/>
                <w:rtl/>
              </w:rPr>
              <w:t xml:space="preserve"> </w:t>
            </w:r>
            <w:r w:rsidRPr="00B91E5D">
              <w:rPr>
                <w:rFonts w:hint="cs"/>
                <w:b/>
                <w:bCs/>
                <w:rtl/>
              </w:rPr>
              <w:t>للطالب</w:t>
            </w:r>
            <w:r w:rsidRPr="00B91E5D">
              <w:rPr>
                <w:b/>
                <w:bCs/>
                <w:rtl/>
              </w:rPr>
              <w:t>)</w:t>
            </w:r>
          </w:p>
        </w:tc>
        <w:tc>
          <w:tcPr>
            <w:tcW w:w="2970" w:type="dxa"/>
          </w:tcPr>
          <w:p w14:paraId="53F802A4" w14:textId="7AD51285" w:rsidR="00BC36AC" w:rsidRDefault="00BC36AC" w:rsidP="00BC36AC">
            <w:pPr>
              <w:bidi/>
              <w:rPr>
                <w:rFonts w:ascii="Arial" w:hAnsi="Arial"/>
                <w:b/>
              </w:rPr>
            </w:pPr>
            <w:r w:rsidRPr="00B91E5D">
              <w:rPr>
                <w:rFonts w:hint="cs"/>
                <w:b/>
                <w:bCs/>
                <w:rtl/>
              </w:rPr>
              <w:t>نص</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بالعربية</w:t>
            </w:r>
            <w:r w:rsidRPr="00B91E5D">
              <w:rPr>
                <w:b/>
                <w:bCs/>
                <w:rtl/>
              </w:rPr>
              <w:t xml:space="preserve"> </w:t>
            </w:r>
            <w:r w:rsidRPr="00B91E5D">
              <w:rPr>
                <w:rFonts w:hint="cs"/>
                <w:b/>
                <w:bCs/>
                <w:rtl/>
              </w:rPr>
              <w:t>الأكاديمية</w:t>
            </w:r>
            <w:r w:rsidRPr="00B91E5D">
              <w:rPr>
                <w:b/>
                <w:bCs/>
                <w:rtl/>
              </w:rPr>
              <w:t>)</w:t>
            </w:r>
          </w:p>
        </w:tc>
        <w:tc>
          <w:tcPr>
            <w:tcW w:w="1890" w:type="dxa"/>
          </w:tcPr>
          <w:p w14:paraId="110C64D3" w14:textId="06709E89" w:rsidR="00BC36AC" w:rsidRDefault="00BC36AC" w:rsidP="00BC36AC">
            <w:pPr>
              <w:bidi/>
              <w:rPr>
                <w:rFonts w:ascii="Arial" w:hAnsi="Arial"/>
                <w:b/>
              </w:rPr>
            </w:pPr>
            <w:r w:rsidRPr="00B91E5D">
              <w:rPr>
                <w:rFonts w:hint="cs"/>
                <w:b/>
                <w:bCs/>
                <w:rtl/>
              </w:rPr>
              <w:t>موضع</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في</w:t>
            </w:r>
            <w:r w:rsidRPr="00B91E5D">
              <w:rPr>
                <w:b/>
                <w:bCs/>
                <w:rtl/>
              </w:rPr>
              <w:t xml:space="preserve"> </w:t>
            </w:r>
            <w:r w:rsidRPr="00B91E5D">
              <w:rPr>
                <w:rFonts w:hint="cs"/>
                <w:b/>
                <w:bCs/>
                <w:rtl/>
              </w:rPr>
              <w:t>النص</w:t>
            </w:r>
          </w:p>
        </w:tc>
        <w:tc>
          <w:tcPr>
            <w:tcW w:w="1458" w:type="dxa"/>
          </w:tcPr>
          <w:p w14:paraId="0178F203" w14:textId="77593DF2" w:rsidR="00BC36AC" w:rsidRDefault="00BC36AC" w:rsidP="00BC36AC">
            <w:pPr>
              <w:bidi/>
              <w:rPr>
                <w:rFonts w:ascii="Arial" w:hAnsi="Arial"/>
                <w:b/>
              </w:rPr>
            </w:pPr>
            <w:r w:rsidRPr="00B91E5D">
              <w:rPr>
                <w:rFonts w:hint="cs"/>
                <w:b/>
                <w:bCs/>
                <w:rtl/>
              </w:rPr>
              <w:t>رقم</w:t>
            </w:r>
            <w:r w:rsidRPr="00B91E5D">
              <w:rPr>
                <w:b/>
                <w:bCs/>
                <w:rtl/>
              </w:rPr>
              <w:t xml:space="preserve"> </w:t>
            </w:r>
            <w:r w:rsidRPr="00B91E5D">
              <w:rPr>
                <w:rFonts w:hint="cs"/>
                <w:b/>
                <w:bCs/>
                <w:rtl/>
              </w:rPr>
              <w:t>الملاحظة</w:t>
            </w:r>
          </w:p>
        </w:tc>
      </w:tr>
      <w:tr w:rsidR="00BC36AC" w14:paraId="21DB545A" w14:textId="17E912D1" w:rsidTr="00EC5601">
        <w:trPr>
          <w:jc w:val="right"/>
        </w:trPr>
        <w:tc>
          <w:tcPr>
            <w:tcW w:w="2520" w:type="dxa"/>
          </w:tcPr>
          <w:p w14:paraId="43CFAD88" w14:textId="0DA5488F" w:rsidR="00BC36AC" w:rsidRDefault="00BC36AC" w:rsidP="00BC36AC">
            <w:pPr>
              <w:bidi/>
              <w:rPr>
                <w:rFonts w:ascii="Arial" w:hAnsi="Arial"/>
              </w:rPr>
            </w:pPr>
            <w:r w:rsidRPr="00A73003">
              <w:rPr>
                <w:rFonts w:hint="cs"/>
                <w:rtl/>
              </w:rPr>
              <w:t>اكتب</w:t>
            </w:r>
            <w:r w:rsidRPr="00A73003">
              <w:rPr>
                <w:rtl/>
              </w:rPr>
              <w:t xml:space="preserve"> 4–5 </w:t>
            </w:r>
            <w:r w:rsidRPr="00A73003">
              <w:rPr>
                <w:rFonts w:hint="cs"/>
                <w:rtl/>
              </w:rPr>
              <w:t>أسطر</w:t>
            </w:r>
            <w:r w:rsidRPr="00A73003">
              <w:rPr>
                <w:rtl/>
              </w:rPr>
              <w:t xml:space="preserve"> </w:t>
            </w:r>
            <w:r w:rsidRPr="00A73003">
              <w:rPr>
                <w:rFonts w:hint="cs"/>
                <w:rtl/>
              </w:rPr>
              <w:t>توضّح</w:t>
            </w:r>
            <w:r w:rsidRPr="00A73003">
              <w:rPr>
                <w:rtl/>
              </w:rPr>
              <w:t xml:space="preserve"> </w:t>
            </w:r>
            <w:r w:rsidRPr="00A73003">
              <w:rPr>
                <w:rFonts w:hint="cs"/>
                <w:rtl/>
              </w:rPr>
              <w:t>الإضافة</w:t>
            </w:r>
            <w:r w:rsidRPr="00A73003">
              <w:rPr>
                <w:rtl/>
              </w:rPr>
              <w:t xml:space="preserve">: </w:t>
            </w:r>
            <w:r w:rsidRPr="00A73003">
              <w:rPr>
                <w:rFonts w:hint="cs"/>
                <w:rtl/>
              </w:rPr>
              <w:t>مواءمة</w:t>
            </w:r>
            <w:r w:rsidRPr="00A73003">
              <w:rPr>
                <w:rtl/>
              </w:rPr>
              <w:t xml:space="preserve"> </w:t>
            </w:r>
            <w:r w:rsidRPr="00A73003">
              <w:rPr>
                <w:rFonts w:hint="cs"/>
                <w:rtl/>
              </w:rPr>
              <w:t>إطار</w:t>
            </w:r>
            <w:r w:rsidRPr="00A73003">
              <w:rPr>
                <w:rtl/>
              </w:rPr>
              <w:t xml:space="preserve"> </w:t>
            </w:r>
            <w:r w:rsidRPr="00A73003">
              <w:rPr>
                <w:rFonts w:hint="cs"/>
                <w:rtl/>
              </w:rPr>
              <w:t>العدالة</w:t>
            </w:r>
            <w:r w:rsidRPr="00A73003">
              <w:rPr>
                <w:rtl/>
              </w:rPr>
              <w:t xml:space="preserve"> </w:t>
            </w:r>
            <w:r w:rsidRPr="00A73003">
              <w:rPr>
                <w:rFonts w:hint="cs"/>
                <w:rtl/>
              </w:rPr>
              <w:t>الرباعي</w:t>
            </w:r>
            <w:r w:rsidRPr="00A73003">
              <w:rPr>
                <w:rtl/>
              </w:rPr>
              <w:t xml:space="preserve"> </w:t>
            </w:r>
            <w:r w:rsidRPr="00A73003">
              <w:rPr>
                <w:rFonts w:hint="cs"/>
                <w:rtl/>
              </w:rPr>
              <w:t>مع</w:t>
            </w:r>
            <w:r w:rsidRPr="00A73003">
              <w:rPr>
                <w:rtl/>
              </w:rPr>
              <w:t xml:space="preserve"> </w:t>
            </w:r>
            <w:r w:rsidRPr="00A73003">
              <w:rPr>
                <w:rFonts w:hint="cs"/>
                <w:rtl/>
              </w:rPr>
              <w:t>تقنيات</w:t>
            </w:r>
            <w:r w:rsidRPr="00A73003">
              <w:t xml:space="preserve"> AI </w:t>
            </w:r>
            <w:r w:rsidRPr="00A73003">
              <w:rPr>
                <w:rFonts w:hint="cs"/>
                <w:rtl/>
              </w:rPr>
              <w:t>في</w:t>
            </w:r>
            <w:r w:rsidRPr="00A73003">
              <w:rPr>
                <w:rtl/>
              </w:rPr>
              <w:t xml:space="preserve"> </w:t>
            </w:r>
            <w:r w:rsidRPr="00A73003">
              <w:rPr>
                <w:rFonts w:hint="cs"/>
                <w:rtl/>
              </w:rPr>
              <w:t>سياق</w:t>
            </w:r>
            <w:r w:rsidRPr="00A73003">
              <w:rPr>
                <w:rtl/>
              </w:rPr>
              <w:t xml:space="preserve"> </w:t>
            </w:r>
            <w:r w:rsidRPr="00A73003">
              <w:rPr>
                <w:rFonts w:hint="cs"/>
                <w:rtl/>
              </w:rPr>
              <w:t>الوزارة،</w:t>
            </w:r>
            <w:r w:rsidRPr="00A73003">
              <w:rPr>
                <w:rtl/>
              </w:rPr>
              <w:t xml:space="preserve"> </w:t>
            </w:r>
            <w:r w:rsidRPr="00A73003">
              <w:rPr>
                <w:rFonts w:hint="cs"/>
                <w:rtl/>
              </w:rPr>
              <w:t>والتحقق</w:t>
            </w:r>
            <w:r w:rsidRPr="00A73003">
              <w:rPr>
                <w:rtl/>
              </w:rPr>
              <w:t xml:space="preserve"> </w:t>
            </w:r>
            <w:r w:rsidRPr="00A73003">
              <w:rPr>
                <w:rFonts w:hint="cs"/>
                <w:rtl/>
              </w:rPr>
              <w:t>من</w:t>
            </w:r>
            <w:r w:rsidRPr="00A73003">
              <w:rPr>
                <w:rtl/>
              </w:rPr>
              <w:t xml:space="preserve"> </w:t>
            </w:r>
            <w:r w:rsidRPr="00A73003">
              <w:rPr>
                <w:rFonts w:hint="cs"/>
                <w:rtl/>
              </w:rPr>
              <w:t>صلاحية</w:t>
            </w:r>
            <w:r w:rsidRPr="00A73003">
              <w:rPr>
                <w:rtl/>
              </w:rPr>
              <w:t xml:space="preserve"> </w:t>
            </w:r>
            <w:r w:rsidRPr="00A73003">
              <w:rPr>
                <w:rFonts w:hint="cs"/>
                <w:rtl/>
              </w:rPr>
              <w:t>القياس</w:t>
            </w:r>
            <w:r w:rsidRPr="00A73003">
              <w:rPr>
                <w:rtl/>
              </w:rPr>
              <w:t xml:space="preserve"> </w:t>
            </w:r>
            <w:r w:rsidRPr="00A73003">
              <w:rPr>
                <w:rFonts w:hint="cs"/>
                <w:rtl/>
              </w:rPr>
              <w:t>محليًا</w:t>
            </w:r>
            <w:r w:rsidRPr="00A73003">
              <w:t>.</w:t>
            </w:r>
          </w:p>
        </w:tc>
        <w:tc>
          <w:tcPr>
            <w:tcW w:w="2970" w:type="dxa"/>
          </w:tcPr>
          <w:p w14:paraId="0B5EE250" w14:textId="2126D6F2" w:rsidR="00BC36AC" w:rsidRDefault="00BC36AC" w:rsidP="00BC36AC">
            <w:pPr>
              <w:bidi/>
              <w:rPr>
                <w:rFonts w:ascii="Arial" w:hAnsi="Arial"/>
              </w:rPr>
            </w:pPr>
            <w:r w:rsidRPr="005137C8">
              <w:rPr>
                <w:rFonts w:hint="cs"/>
                <w:rtl/>
              </w:rPr>
              <w:t>الطرح</w:t>
            </w:r>
            <w:r w:rsidRPr="005137C8">
              <w:rPr>
                <w:rtl/>
              </w:rPr>
              <w:t xml:space="preserve"> </w:t>
            </w:r>
            <w:r w:rsidRPr="005137C8">
              <w:rPr>
                <w:rFonts w:hint="cs"/>
                <w:rtl/>
              </w:rPr>
              <w:t>النظري</w:t>
            </w:r>
            <w:r w:rsidRPr="005137C8">
              <w:rPr>
                <w:rtl/>
              </w:rPr>
              <w:t xml:space="preserve"> </w:t>
            </w:r>
            <w:r w:rsidRPr="005137C8">
              <w:rPr>
                <w:rFonts w:hint="cs"/>
                <w:rtl/>
              </w:rPr>
              <w:t>يعيد</w:t>
            </w:r>
            <w:r w:rsidRPr="005137C8">
              <w:rPr>
                <w:rtl/>
              </w:rPr>
              <w:t xml:space="preserve"> </w:t>
            </w:r>
            <w:r w:rsidRPr="005137C8">
              <w:rPr>
                <w:rFonts w:hint="cs"/>
                <w:rtl/>
              </w:rPr>
              <w:t>عرض</w:t>
            </w:r>
            <w:r w:rsidRPr="005137C8">
              <w:rPr>
                <w:rtl/>
              </w:rPr>
              <w:t xml:space="preserve"> </w:t>
            </w:r>
            <w:r w:rsidRPr="005137C8">
              <w:rPr>
                <w:rFonts w:hint="cs"/>
                <w:rtl/>
              </w:rPr>
              <w:t>المقدمة</w:t>
            </w:r>
            <w:r w:rsidRPr="005137C8">
              <w:rPr>
                <w:rtl/>
              </w:rPr>
              <w:t xml:space="preserve"> </w:t>
            </w:r>
            <w:r w:rsidRPr="005137C8">
              <w:rPr>
                <w:rFonts w:hint="cs"/>
                <w:rtl/>
              </w:rPr>
              <w:t>ولا</w:t>
            </w:r>
            <w:r w:rsidRPr="005137C8">
              <w:rPr>
                <w:rtl/>
              </w:rPr>
              <w:t xml:space="preserve"> </w:t>
            </w:r>
            <w:r w:rsidRPr="005137C8">
              <w:rPr>
                <w:rFonts w:hint="cs"/>
                <w:rtl/>
              </w:rPr>
              <w:t>يحدد</w:t>
            </w:r>
            <w:r w:rsidRPr="005137C8">
              <w:rPr>
                <w:rtl/>
              </w:rPr>
              <w:t xml:space="preserve"> </w:t>
            </w:r>
            <w:r w:rsidRPr="005137C8">
              <w:rPr>
                <w:rFonts w:hint="cs"/>
                <w:rtl/>
              </w:rPr>
              <w:t>بدقة</w:t>
            </w:r>
            <w:r w:rsidRPr="005137C8">
              <w:rPr>
                <w:rtl/>
              </w:rPr>
              <w:t xml:space="preserve"> </w:t>
            </w:r>
            <w:r w:rsidRPr="005137C8">
              <w:rPr>
                <w:rFonts w:hint="cs"/>
                <w:rtl/>
              </w:rPr>
              <w:t>الإسهام</w:t>
            </w:r>
            <w:r w:rsidRPr="005137C8">
              <w:rPr>
                <w:rtl/>
              </w:rPr>
              <w:t xml:space="preserve"> </w:t>
            </w:r>
            <w:r w:rsidRPr="005137C8">
              <w:rPr>
                <w:rFonts w:hint="cs"/>
                <w:rtl/>
              </w:rPr>
              <w:t>التركيبي</w:t>
            </w:r>
            <w:r w:rsidRPr="005137C8">
              <w:t xml:space="preserve"> (</w:t>
            </w:r>
            <w:r w:rsidRPr="005137C8">
              <w:rPr>
                <w:rFonts w:hint="cs"/>
                <w:rtl/>
              </w:rPr>
              <w:t>إطار</w:t>
            </w:r>
            <w:r w:rsidRPr="005137C8">
              <w:rPr>
                <w:rtl/>
              </w:rPr>
              <w:t xml:space="preserve"> </w:t>
            </w:r>
            <w:r w:rsidRPr="005137C8">
              <w:rPr>
                <w:rFonts w:hint="cs"/>
                <w:rtl/>
              </w:rPr>
              <w:t>يربط</w:t>
            </w:r>
            <w:r w:rsidRPr="005137C8">
              <w:rPr>
                <w:rtl/>
              </w:rPr>
              <w:t xml:space="preserve"> </w:t>
            </w:r>
            <w:r w:rsidRPr="005137C8">
              <w:rPr>
                <w:rFonts w:hint="cs"/>
                <w:rtl/>
              </w:rPr>
              <w:t>تقنيات</w:t>
            </w:r>
            <w:r w:rsidRPr="005137C8">
              <w:t xml:space="preserve"> AI </w:t>
            </w:r>
            <w:r w:rsidRPr="005137C8">
              <w:rPr>
                <w:rFonts w:hint="cs"/>
                <w:rtl/>
              </w:rPr>
              <w:t>بأبعاد</w:t>
            </w:r>
            <w:r w:rsidRPr="005137C8">
              <w:rPr>
                <w:rtl/>
              </w:rPr>
              <w:t xml:space="preserve"> </w:t>
            </w:r>
            <w:r w:rsidRPr="005137C8">
              <w:rPr>
                <w:rFonts w:hint="cs"/>
                <w:rtl/>
              </w:rPr>
              <w:t>العدالة</w:t>
            </w:r>
            <w:r w:rsidRPr="005137C8">
              <w:rPr>
                <w:rtl/>
              </w:rPr>
              <w:t xml:space="preserve"> </w:t>
            </w:r>
            <w:r w:rsidRPr="005137C8">
              <w:rPr>
                <w:rFonts w:hint="cs"/>
                <w:rtl/>
              </w:rPr>
              <w:t>الوظيفية</w:t>
            </w:r>
            <w:r w:rsidRPr="005137C8">
              <w:rPr>
                <w:rtl/>
              </w:rPr>
              <w:t xml:space="preserve"> </w:t>
            </w:r>
            <w:r w:rsidRPr="005137C8">
              <w:rPr>
                <w:rFonts w:hint="cs"/>
                <w:rtl/>
              </w:rPr>
              <w:t>في</w:t>
            </w:r>
            <w:r w:rsidRPr="005137C8">
              <w:rPr>
                <w:rtl/>
              </w:rPr>
              <w:t xml:space="preserve"> </w:t>
            </w:r>
            <w:r w:rsidRPr="005137C8">
              <w:rPr>
                <w:rFonts w:hint="cs"/>
                <w:rtl/>
              </w:rPr>
              <w:t>قطاع</w:t>
            </w:r>
            <w:r w:rsidRPr="005137C8">
              <w:rPr>
                <w:rtl/>
              </w:rPr>
              <w:t xml:space="preserve"> </w:t>
            </w:r>
            <w:r w:rsidRPr="005137C8">
              <w:rPr>
                <w:rFonts w:hint="cs"/>
                <w:rtl/>
              </w:rPr>
              <w:t>حكومي</w:t>
            </w:r>
            <w:r w:rsidRPr="005137C8">
              <w:rPr>
                <w:rtl/>
              </w:rPr>
              <w:t xml:space="preserve"> </w:t>
            </w:r>
            <w:r w:rsidRPr="005137C8">
              <w:rPr>
                <w:rFonts w:hint="cs"/>
                <w:rtl/>
              </w:rPr>
              <w:t>عربي</w:t>
            </w:r>
            <w:r w:rsidRPr="005137C8">
              <w:t>).</w:t>
            </w:r>
          </w:p>
        </w:tc>
        <w:tc>
          <w:tcPr>
            <w:tcW w:w="1890" w:type="dxa"/>
          </w:tcPr>
          <w:p w14:paraId="339E0962" w14:textId="3DEB75CF" w:rsidR="00BC36AC" w:rsidRDefault="00BC36AC" w:rsidP="00BC36AC">
            <w:pPr>
              <w:bidi/>
              <w:rPr>
                <w:rFonts w:ascii="Arial" w:hAnsi="Arial"/>
              </w:rPr>
            </w:pPr>
            <w:r w:rsidRPr="002A1BB6">
              <w:rPr>
                <w:rFonts w:hint="cs"/>
                <w:rtl/>
              </w:rPr>
              <w:t>الأهمية</w:t>
            </w:r>
            <w:r w:rsidRPr="002A1BB6">
              <w:rPr>
                <w:rtl/>
              </w:rPr>
              <w:t xml:space="preserve"> </w:t>
            </w:r>
            <w:r w:rsidRPr="002A1BB6">
              <w:rPr>
                <w:rFonts w:hint="cs"/>
                <w:rtl/>
              </w:rPr>
              <w:t>النظرية</w:t>
            </w:r>
          </w:p>
        </w:tc>
        <w:tc>
          <w:tcPr>
            <w:tcW w:w="1458" w:type="dxa"/>
          </w:tcPr>
          <w:p w14:paraId="63839878" w14:textId="2384AAED" w:rsidR="00BC36AC" w:rsidRDefault="00BC36AC" w:rsidP="00BC36AC">
            <w:pPr>
              <w:bidi/>
              <w:rPr>
                <w:rFonts w:ascii="Arial" w:hAnsi="Arial"/>
              </w:rPr>
            </w:pPr>
            <w:r>
              <w:rPr>
                <w:rFonts w:ascii="Arial" w:hAnsi="Arial"/>
              </w:rPr>
              <w:t>1</w:t>
            </w:r>
          </w:p>
        </w:tc>
      </w:tr>
      <w:tr w:rsidR="00BC36AC" w14:paraId="27BAADAF" w14:textId="4A7D0FF1" w:rsidTr="00EC5601">
        <w:trPr>
          <w:jc w:val="right"/>
        </w:trPr>
        <w:tc>
          <w:tcPr>
            <w:tcW w:w="2520" w:type="dxa"/>
          </w:tcPr>
          <w:p w14:paraId="0A6A52C6" w14:textId="7E7313F4" w:rsidR="00BC36AC" w:rsidRDefault="00BC36AC" w:rsidP="00BC36AC">
            <w:pPr>
              <w:bidi/>
              <w:rPr>
                <w:rFonts w:ascii="Arial" w:hAnsi="Arial"/>
              </w:rPr>
            </w:pPr>
            <w:r w:rsidRPr="00A73003">
              <w:rPr>
                <w:rFonts w:hint="cs"/>
                <w:rtl/>
              </w:rPr>
              <w:t>اربط</w:t>
            </w:r>
            <w:r w:rsidRPr="00A73003">
              <w:rPr>
                <w:rtl/>
              </w:rPr>
              <w:t xml:space="preserve"> </w:t>
            </w:r>
            <w:r w:rsidRPr="00A73003">
              <w:rPr>
                <w:rFonts w:hint="cs"/>
                <w:rtl/>
              </w:rPr>
              <w:t>كل</w:t>
            </w:r>
            <w:r w:rsidRPr="00A73003">
              <w:rPr>
                <w:rtl/>
              </w:rPr>
              <w:t xml:space="preserve"> </w:t>
            </w:r>
            <w:r w:rsidRPr="00A73003">
              <w:rPr>
                <w:rFonts w:hint="cs"/>
                <w:rtl/>
              </w:rPr>
              <w:t>بند</w:t>
            </w:r>
            <w:r w:rsidRPr="00A73003">
              <w:rPr>
                <w:rtl/>
              </w:rPr>
              <w:t xml:space="preserve"> </w:t>
            </w:r>
            <w:r w:rsidRPr="00A73003">
              <w:rPr>
                <w:rFonts w:hint="cs"/>
                <w:rtl/>
              </w:rPr>
              <w:t>بمؤشر</w:t>
            </w:r>
            <w:r w:rsidRPr="00A73003">
              <w:rPr>
                <w:rtl/>
              </w:rPr>
              <w:t>: «</w:t>
            </w:r>
            <w:r w:rsidRPr="00A73003">
              <w:rPr>
                <w:rFonts w:hint="cs"/>
                <w:rtl/>
              </w:rPr>
              <w:t>رفع</w:t>
            </w:r>
            <w:r w:rsidRPr="00A73003">
              <w:rPr>
                <w:rtl/>
              </w:rPr>
              <w:t xml:space="preserve"> </w:t>
            </w:r>
            <w:r w:rsidRPr="00A73003">
              <w:rPr>
                <w:rFonts w:hint="cs"/>
                <w:rtl/>
              </w:rPr>
              <w:t>شفافية</w:t>
            </w:r>
            <w:r w:rsidRPr="00A73003">
              <w:rPr>
                <w:rtl/>
              </w:rPr>
              <w:t xml:space="preserve"> </w:t>
            </w:r>
            <w:r w:rsidRPr="00A73003">
              <w:rPr>
                <w:rFonts w:hint="cs"/>
                <w:rtl/>
              </w:rPr>
              <w:t>الإجراءات</w:t>
            </w:r>
            <w:r w:rsidRPr="00A73003">
              <w:rPr>
                <w:rFonts w:hint="eastAsia"/>
                <w:rtl/>
              </w:rPr>
              <w:t>»</w:t>
            </w:r>
            <w:r w:rsidRPr="00A73003">
              <w:rPr>
                <w:rtl/>
              </w:rPr>
              <w:t xml:space="preserve"> ↔ «</w:t>
            </w:r>
            <w:r w:rsidRPr="00A73003">
              <w:rPr>
                <w:rFonts w:hint="cs"/>
                <w:rtl/>
              </w:rPr>
              <w:t>انخفاض</w:t>
            </w:r>
            <w:r w:rsidRPr="00A73003">
              <w:rPr>
                <w:rtl/>
              </w:rPr>
              <w:t xml:space="preserve"> </w:t>
            </w:r>
            <w:r w:rsidRPr="00A73003">
              <w:rPr>
                <w:rFonts w:hint="cs"/>
                <w:rtl/>
              </w:rPr>
              <w:t>نسبة</w:t>
            </w:r>
            <w:r w:rsidRPr="00A73003">
              <w:rPr>
                <w:rtl/>
              </w:rPr>
              <w:t xml:space="preserve"> </w:t>
            </w:r>
            <w:r w:rsidRPr="00A73003">
              <w:rPr>
                <w:rFonts w:hint="cs"/>
                <w:rtl/>
              </w:rPr>
              <w:t>الاعتراضات</w:t>
            </w:r>
            <w:r w:rsidRPr="00A73003">
              <w:rPr>
                <w:rFonts w:hint="eastAsia"/>
                <w:rtl/>
              </w:rPr>
              <w:t>»</w:t>
            </w:r>
            <w:r w:rsidRPr="00A73003">
              <w:rPr>
                <w:rFonts w:hint="cs"/>
                <w:rtl/>
              </w:rPr>
              <w:t>،</w:t>
            </w:r>
            <w:r w:rsidRPr="00A73003">
              <w:rPr>
                <w:rtl/>
              </w:rPr>
              <w:t xml:space="preserve"> «</w:t>
            </w:r>
            <w:r w:rsidRPr="00A73003">
              <w:rPr>
                <w:rFonts w:hint="cs"/>
                <w:rtl/>
              </w:rPr>
              <w:t>تحسين</w:t>
            </w:r>
            <w:r w:rsidRPr="00A73003">
              <w:rPr>
                <w:rtl/>
              </w:rPr>
              <w:t xml:space="preserve"> </w:t>
            </w:r>
            <w:r w:rsidRPr="00A73003">
              <w:rPr>
                <w:rFonts w:hint="cs"/>
                <w:rtl/>
              </w:rPr>
              <w:t>تجربة</w:t>
            </w:r>
            <w:r w:rsidRPr="00A73003">
              <w:rPr>
                <w:rtl/>
              </w:rPr>
              <w:t xml:space="preserve"> </w:t>
            </w:r>
            <w:r w:rsidRPr="00A73003">
              <w:rPr>
                <w:rFonts w:hint="cs"/>
                <w:rtl/>
              </w:rPr>
              <w:t>المتقدم</w:t>
            </w:r>
            <w:r w:rsidRPr="00A73003">
              <w:rPr>
                <w:rFonts w:hint="eastAsia"/>
                <w:rtl/>
              </w:rPr>
              <w:t>»</w:t>
            </w:r>
            <w:r w:rsidRPr="00A73003">
              <w:rPr>
                <w:rtl/>
              </w:rPr>
              <w:t xml:space="preserve"> ↔ «</w:t>
            </w:r>
            <w:r w:rsidRPr="00A73003">
              <w:rPr>
                <w:rFonts w:hint="cs"/>
                <w:rtl/>
              </w:rPr>
              <w:t>تحسّن</w:t>
            </w:r>
            <w:r w:rsidRPr="00A73003">
              <w:rPr>
                <w:rtl/>
              </w:rPr>
              <w:t xml:space="preserve"> </w:t>
            </w:r>
            <w:r w:rsidRPr="00A73003">
              <w:rPr>
                <w:rFonts w:hint="cs"/>
                <w:rtl/>
              </w:rPr>
              <w:t>نقاط</w:t>
            </w:r>
            <w:r w:rsidRPr="00A73003">
              <w:rPr>
                <w:rtl/>
              </w:rPr>
              <w:t xml:space="preserve"> </w:t>
            </w:r>
            <w:r w:rsidRPr="00A73003">
              <w:rPr>
                <w:rFonts w:hint="cs"/>
                <w:rtl/>
              </w:rPr>
              <w:t>رضا</w:t>
            </w:r>
            <w:r w:rsidRPr="00A73003">
              <w:rPr>
                <w:rtl/>
              </w:rPr>
              <w:t xml:space="preserve"> </w:t>
            </w:r>
            <w:r w:rsidRPr="00A73003">
              <w:rPr>
                <w:rFonts w:hint="cs"/>
                <w:rtl/>
              </w:rPr>
              <w:t>المتقدمين</w:t>
            </w:r>
            <w:r w:rsidRPr="00A73003">
              <w:rPr>
                <w:rFonts w:hint="eastAsia"/>
                <w:rtl/>
              </w:rPr>
              <w:t>»</w:t>
            </w:r>
            <w:r w:rsidRPr="00A73003">
              <w:rPr>
                <w:rFonts w:hint="cs"/>
                <w:rtl/>
              </w:rPr>
              <w:t>،</w:t>
            </w:r>
            <w:r w:rsidRPr="00A73003">
              <w:rPr>
                <w:rtl/>
              </w:rPr>
              <w:t xml:space="preserve"> </w:t>
            </w:r>
            <w:r w:rsidRPr="00A73003">
              <w:rPr>
                <w:rFonts w:hint="cs"/>
                <w:rtl/>
              </w:rPr>
              <w:t>إلخ</w:t>
            </w:r>
            <w:r w:rsidRPr="00A73003">
              <w:t>.</w:t>
            </w:r>
          </w:p>
        </w:tc>
        <w:tc>
          <w:tcPr>
            <w:tcW w:w="2970" w:type="dxa"/>
          </w:tcPr>
          <w:p w14:paraId="37534DA1" w14:textId="21DCE308" w:rsidR="00BC36AC" w:rsidRDefault="00BC36AC" w:rsidP="00BC36AC">
            <w:pPr>
              <w:bidi/>
              <w:rPr>
                <w:rFonts w:ascii="Arial" w:hAnsi="Arial"/>
              </w:rPr>
            </w:pPr>
            <w:r w:rsidRPr="005137C8">
              <w:rPr>
                <w:rFonts w:hint="cs"/>
                <w:rtl/>
              </w:rPr>
              <w:t>بنود</w:t>
            </w:r>
            <w:r w:rsidRPr="005137C8">
              <w:rPr>
                <w:rtl/>
              </w:rPr>
              <w:t xml:space="preserve"> </w:t>
            </w:r>
            <w:r w:rsidRPr="005137C8">
              <w:rPr>
                <w:rFonts w:hint="cs"/>
                <w:rtl/>
              </w:rPr>
              <w:t>تطبيقية</w:t>
            </w:r>
            <w:r w:rsidRPr="005137C8">
              <w:rPr>
                <w:rtl/>
              </w:rPr>
              <w:t xml:space="preserve"> </w:t>
            </w:r>
            <w:r w:rsidRPr="005137C8">
              <w:rPr>
                <w:rFonts w:hint="cs"/>
                <w:rtl/>
              </w:rPr>
              <w:t>جيدة</w:t>
            </w:r>
            <w:r w:rsidRPr="005137C8">
              <w:rPr>
                <w:rtl/>
              </w:rPr>
              <w:t xml:space="preserve"> </w:t>
            </w:r>
            <w:r w:rsidRPr="005137C8">
              <w:rPr>
                <w:rFonts w:hint="cs"/>
                <w:rtl/>
              </w:rPr>
              <w:t>لكنها</w:t>
            </w:r>
            <w:r w:rsidRPr="005137C8">
              <w:rPr>
                <w:rtl/>
              </w:rPr>
              <w:t xml:space="preserve"> </w:t>
            </w:r>
            <w:r w:rsidRPr="005137C8">
              <w:rPr>
                <w:rFonts w:hint="cs"/>
                <w:rtl/>
              </w:rPr>
              <w:t>عامة</w:t>
            </w:r>
            <w:r w:rsidRPr="005137C8">
              <w:rPr>
                <w:rtl/>
              </w:rPr>
              <w:t xml:space="preserve"> </w:t>
            </w:r>
            <w:r w:rsidRPr="005137C8">
              <w:rPr>
                <w:rFonts w:hint="cs"/>
                <w:rtl/>
              </w:rPr>
              <w:t>ولا</w:t>
            </w:r>
            <w:r w:rsidRPr="005137C8">
              <w:rPr>
                <w:rtl/>
              </w:rPr>
              <w:t xml:space="preserve"> </w:t>
            </w:r>
            <w:r w:rsidRPr="005137C8">
              <w:rPr>
                <w:rFonts w:hint="cs"/>
                <w:rtl/>
              </w:rPr>
              <w:t>ترتبط</w:t>
            </w:r>
            <w:r w:rsidRPr="005137C8">
              <w:rPr>
                <w:rtl/>
              </w:rPr>
              <w:t xml:space="preserve"> </w:t>
            </w:r>
            <w:r w:rsidRPr="005137C8">
              <w:rPr>
                <w:rFonts w:hint="cs"/>
                <w:rtl/>
              </w:rPr>
              <w:t>بمؤشرات</w:t>
            </w:r>
            <w:r w:rsidRPr="005137C8">
              <w:rPr>
                <w:rtl/>
              </w:rPr>
              <w:t xml:space="preserve"> </w:t>
            </w:r>
            <w:r w:rsidRPr="005137C8">
              <w:rPr>
                <w:rFonts w:hint="cs"/>
                <w:rtl/>
              </w:rPr>
              <w:t>أداء</w:t>
            </w:r>
            <w:r w:rsidRPr="005137C8">
              <w:rPr>
                <w:rtl/>
              </w:rPr>
              <w:t xml:space="preserve"> </w:t>
            </w:r>
            <w:r w:rsidRPr="005137C8">
              <w:rPr>
                <w:rFonts w:hint="cs"/>
                <w:rtl/>
              </w:rPr>
              <w:t>محدّدة</w:t>
            </w:r>
            <w:r w:rsidRPr="005137C8">
              <w:t>.</w:t>
            </w:r>
          </w:p>
        </w:tc>
        <w:tc>
          <w:tcPr>
            <w:tcW w:w="1890" w:type="dxa"/>
          </w:tcPr>
          <w:p w14:paraId="75D54F38" w14:textId="3AD6D720" w:rsidR="00BC36AC" w:rsidRDefault="00BC36AC" w:rsidP="00BC36AC">
            <w:pPr>
              <w:bidi/>
              <w:rPr>
                <w:rFonts w:ascii="Arial" w:hAnsi="Arial"/>
              </w:rPr>
            </w:pPr>
            <w:r w:rsidRPr="002A1BB6">
              <w:rPr>
                <w:rFonts w:hint="cs"/>
                <w:rtl/>
              </w:rPr>
              <w:t>الأهمية</w:t>
            </w:r>
            <w:r w:rsidRPr="002A1BB6">
              <w:rPr>
                <w:rtl/>
              </w:rPr>
              <w:t xml:space="preserve"> </w:t>
            </w:r>
            <w:r w:rsidRPr="002A1BB6">
              <w:rPr>
                <w:rFonts w:hint="cs"/>
                <w:rtl/>
              </w:rPr>
              <w:t>التطبيقية</w:t>
            </w:r>
          </w:p>
        </w:tc>
        <w:tc>
          <w:tcPr>
            <w:tcW w:w="1458" w:type="dxa"/>
          </w:tcPr>
          <w:p w14:paraId="3AD978B4" w14:textId="50DAD2C9" w:rsidR="00BC36AC" w:rsidRDefault="00BC36AC" w:rsidP="00BC36AC">
            <w:pPr>
              <w:bidi/>
              <w:rPr>
                <w:rFonts w:ascii="Arial" w:hAnsi="Arial"/>
              </w:rPr>
            </w:pPr>
            <w:r>
              <w:rPr>
                <w:rFonts w:ascii="Arial" w:hAnsi="Arial"/>
              </w:rPr>
              <w:t>2</w:t>
            </w:r>
          </w:p>
        </w:tc>
      </w:tr>
      <w:tr w:rsidR="00BC36AC" w14:paraId="2517944B" w14:textId="43F8574C" w:rsidTr="00EC5601">
        <w:trPr>
          <w:jc w:val="right"/>
        </w:trPr>
        <w:tc>
          <w:tcPr>
            <w:tcW w:w="2520" w:type="dxa"/>
          </w:tcPr>
          <w:p w14:paraId="20CCC7DB" w14:textId="40BEB8ED" w:rsidR="00BC36AC" w:rsidRDefault="00BC36AC" w:rsidP="00BC36AC">
            <w:pPr>
              <w:bidi/>
              <w:rPr>
                <w:rFonts w:ascii="Arial" w:hAnsi="Arial"/>
              </w:rPr>
            </w:pPr>
            <w:r w:rsidRPr="00A73003">
              <w:rPr>
                <w:rFonts w:hint="cs"/>
                <w:rtl/>
              </w:rPr>
              <w:t>استند</w:t>
            </w:r>
            <w:r w:rsidRPr="00A73003">
              <w:rPr>
                <w:rtl/>
              </w:rPr>
              <w:t xml:space="preserve"> </w:t>
            </w:r>
            <w:r w:rsidRPr="00A73003">
              <w:rPr>
                <w:rFonts w:hint="cs"/>
                <w:rtl/>
              </w:rPr>
              <w:t>إلى</w:t>
            </w:r>
            <w:r w:rsidRPr="00A73003">
              <w:rPr>
                <w:rtl/>
              </w:rPr>
              <w:t xml:space="preserve"> </w:t>
            </w:r>
            <w:r w:rsidRPr="00A73003">
              <w:rPr>
                <w:rFonts w:hint="cs"/>
                <w:rtl/>
              </w:rPr>
              <w:t>مقالات</w:t>
            </w:r>
            <w:r w:rsidRPr="00A73003">
              <w:rPr>
                <w:rtl/>
              </w:rPr>
              <w:t xml:space="preserve"> </w:t>
            </w:r>
            <w:r w:rsidRPr="00A73003">
              <w:rPr>
                <w:rFonts w:hint="cs"/>
                <w:rtl/>
              </w:rPr>
              <w:t>محكّمة</w:t>
            </w:r>
            <w:r w:rsidRPr="00A73003">
              <w:rPr>
                <w:rtl/>
              </w:rPr>
              <w:t xml:space="preserve"> </w:t>
            </w:r>
            <w:r w:rsidRPr="00A73003">
              <w:rPr>
                <w:rFonts w:hint="cs"/>
                <w:rtl/>
              </w:rPr>
              <w:t>وتقارير</w:t>
            </w:r>
            <w:r w:rsidRPr="00A73003">
              <w:rPr>
                <w:rtl/>
              </w:rPr>
              <w:t xml:space="preserve"> </w:t>
            </w:r>
            <w:r w:rsidRPr="00A73003">
              <w:rPr>
                <w:rFonts w:hint="cs"/>
                <w:rtl/>
              </w:rPr>
              <w:t>مؤسسية</w:t>
            </w:r>
            <w:r w:rsidRPr="00A73003">
              <w:rPr>
                <w:rtl/>
              </w:rPr>
              <w:t xml:space="preserve"> </w:t>
            </w:r>
            <w:r w:rsidRPr="00A73003">
              <w:rPr>
                <w:rFonts w:hint="cs"/>
                <w:rtl/>
              </w:rPr>
              <w:t>رسمية،</w:t>
            </w:r>
            <w:r w:rsidRPr="00A73003">
              <w:rPr>
                <w:rtl/>
              </w:rPr>
              <w:t xml:space="preserve"> </w:t>
            </w:r>
            <w:r w:rsidRPr="00A73003">
              <w:rPr>
                <w:rFonts w:hint="cs"/>
                <w:rtl/>
              </w:rPr>
              <w:t>وأظهر</w:t>
            </w:r>
            <w:r w:rsidRPr="00A73003">
              <w:rPr>
                <w:rtl/>
              </w:rPr>
              <w:t xml:space="preserve"> </w:t>
            </w:r>
            <w:r w:rsidRPr="00A73003">
              <w:rPr>
                <w:rFonts w:hint="cs"/>
                <w:rtl/>
              </w:rPr>
              <w:t>حداثتها</w:t>
            </w:r>
            <w:r w:rsidRPr="00A73003">
              <w:t>.</w:t>
            </w:r>
          </w:p>
        </w:tc>
        <w:tc>
          <w:tcPr>
            <w:tcW w:w="2970" w:type="dxa"/>
          </w:tcPr>
          <w:p w14:paraId="5937DFED" w14:textId="08FD6B7F" w:rsidR="00BC36AC" w:rsidRDefault="00BC36AC" w:rsidP="00BC36AC">
            <w:pPr>
              <w:bidi/>
              <w:rPr>
                <w:rFonts w:ascii="Arial" w:hAnsi="Arial"/>
              </w:rPr>
            </w:pPr>
            <w:r w:rsidRPr="005137C8">
              <w:rPr>
                <w:rFonts w:hint="cs"/>
                <w:rtl/>
              </w:rPr>
              <w:t>إقحام</w:t>
            </w:r>
            <w:r w:rsidRPr="005137C8">
              <w:rPr>
                <w:rtl/>
              </w:rPr>
              <w:t xml:space="preserve"> </w:t>
            </w:r>
            <w:r w:rsidRPr="005137C8">
              <w:rPr>
                <w:rFonts w:hint="cs"/>
                <w:rtl/>
              </w:rPr>
              <w:t>روابط</w:t>
            </w:r>
            <w:r w:rsidRPr="005137C8">
              <w:rPr>
                <w:rtl/>
              </w:rPr>
              <w:t xml:space="preserve"> </w:t>
            </w:r>
            <w:r w:rsidRPr="005137C8">
              <w:rPr>
                <w:rFonts w:hint="cs"/>
                <w:rtl/>
              </w:rPr>
              <w:t>غير</w:t>
            </w:r>
            <w:r w:rsidRPr="005137C8">
              <w:rPr>
                <w:rtl/>
              </w:rPr>
              <w:t xml:space="preserve"> </w:t>
            </w:r>
            <w:r w:rsidRPr="005137C8">
              <w:rPr>
                <w:rFonts w:hint="cs"/>
                <w:rtl/>
              </w:rPr>
              <w:t>محكّمة</w:t>
            </w:r>
            <w:r w:rsidRPr="005137C8">
              <w:rPr>
                <w:rtl/>
              </w:rPr>
              <w:t xml:space="preserve"> </w:t>
            </w:r>
            <w:r w:rsidRPr="005137C8">
              <w:rPr>
                <w:rFonts w:hint="cs"/>
                <w:rtl/>
              </w:rPr>
              <w:t>ضمن</w:t>
            </w:r>
            <w:r w:rsidRPr="005137C8">
              <w:rPr>
                <w:rtl/>
              </w:rPr>
              <w:t xml:space="preserve"> </w:t>
            </w:r>
            <w:r w:rsidRPr="005137C8">
              <w:rPr>
                <w:rFonts w:hint="cs"/>
                <w:rtl/>
              </w:rPr>
              <w:t>الأهمية</w:t>
            </w:r>
            <w:r w:rsidRPr="005137C8">
              <w:rPr>
                <w:rtl/>
              </w:rPr>
              <w:t xml:space="preserve"> </w:t>
            </w:r>
            <w:r w:rsidRPr="005137C8">
              <w:rPr>
                <w:rFonts w:hint="cs"/>
                <w:rtl/>
              </w:rPr>
              <w:t>يقلل</w:t>
            </w:r>
            <w:r w:rsidRPr="005137C8">
              <w:rPr>
                <w:rtl/>
              </w:rPr>
              <w:t xml:space="preserve"> </w:t>
            </w:r>
            <w:r w:rsidRPr="005137C8">
              <w:rPr>
                <w:rFonts w:hint="cs"/>
                <w:rtl/>
              </w:rPr>
              <w:t>من</w:t>
            </w:r>
            <w:r w:rsidRPr="005137C8">
              <w:rPr>
                <w:rtl/>
              </w:rPr>
              <w:t xml:space="preserve"> </w:t>
            </w:r>
            <w:r w:rsidRPr="005137C8">
              <w:rPr>
                <w:rFonts w:hint="cs"/>
                <w:rtl/>
              </w:rPr>
              <w:t>صرامة</w:t>
            </w:r>
            <w:r w:rsidRPr="005137C8">
              <w:rPr>
                <w:rtl/>
              </w:rPr>
              <w:t xml:space="preserve"> </w:t>
            </w:r>
            <w:r w:rsidRPr="005137C8">
              <w:rPr>
                <w:rFonts w:hint="cs"/>
                <w:rtl/>
              </w:rPr>
              <w:t>الحُجّة</w:t>
            </w:r>
            <w:r w:rsidRPr="005137C8">
              <w:t>.</w:t>
            </w:r>
          </w:p>
        </w:tc>
        <w:tc>
          <w:tcPr>
            <w:tcW w:w="1890" w:type="dxa"/>
          </w:tcPr>
          <w:p w14:paraId="0E28B7A5" w14:textId="4669D2AC" w:rsidR="00BC36AC" w:rsidRDefault="00BC36AC" w:rsidP="00BC36AC">
            <w:pPr>
              <w:bidi/>
              <w:rPr>
                <w:rFonts w:ascii="Arial" w:hAnsi="Arial"/>
              </w:rPr>
            </w:pPr>
            <w:r w:rsidRPr="002A1BB6">
              <w:rPr>
                <w:rFonts w:hint="cs"/>
                <w:rtl/>
              </w:rPr>
              <w:t>المراجع</w:t>
            </w:r>
            <w:r w:rsidRPr="002A1BB6">
              <w:rPr>
                <w:rtl/>
              </w:rPr>
              <w:t xml:space="preserve"> </w:t>
            </w:r>
            <w:r w:rsidRPr="002A1BB6">
              <w:rPr>
                <w:rFonts w:hint="cs"/>
                <w:rtl/>
              </w:rPr>
              <w:t>الداعمة</w:t>
            </w:r>
          </w:p>
        </w:tc>
        <w:tc>
          <w:tcPr>
            <w:tcW w:w="1458" w:type="dxa"/>
          </w:tcPr>
          <w:p w14:paraId="2939EA82" w14:textId="134D0E42" w:rsidR="00BC36AC" w:rsidRDefault="00BC36AC" w:rsidP="00BC36AC">
            <w:pPr>
              <w:bidi/>
              <w:rPr>
                <w:rFonts w:ascii="Arial" w:hAnsi="Arial"/>
              </w:rPr>
            </w:pPr>
            <w:r>
              <w:rPr>
                <w:rFonts w:ascii="Arial" w:hAnsi="Arial"/>
              </w:rPr>
              <w:t>3</w:t>
            </w:r>
          </w:p>
        </w:tc>
      </w:tr>
    </w:tbl>
    <w:p w14:paraId="14A0CC1A" w14:textId="77777777" w:rsidR="00F55848" w:rsidRDefault="00F55848" w:rsidP="00FD56DC">
      <w:pPr>
        <w:bidi/>
      </w:pPr>
    </w:p>
    <w:p w14:paraId="77C2C687" w14:textId="77777777" w:rsidR="00F55848" w:rsidRDefault="00FD567C" w:rsidP="00FD56DC">
      <w:pPr>
        <w:pStyle w:val="Heading2"/>
        <w:bidi/>
      </w:pPr>
      <w:r>
        <w:rPr>
          <w:rFonts w:ascii="Arial" w:hAnsi="Arial"/>
          <w:sz w:val="28"/>
        </w:rPr>
        <w:t>حدود الدراسة</w:t>
      </w:r>
    </w:p>
    <w:tbl>
      <w:tblPr>
        <w:tblStyle w:val="TableGrid"/>
        <w:tblW w:w="0" w:type="auto"/>
        <w:jc w:val="right"/>
        <w:tblLook w:val="04A0" w:firstRow="1" w:lastRow="0" w:firstColumn="1" w:lastColumn="0" w:noHBand="0" w:noVBand="1"/>
      </w:tblPr>
      <w:tblGrid>
        <w:gridCol w:w="2365"/>
        <w:gridCol w:w="2951"/>
        <w:gridCol w:w="1870"/>
        <w:gridCol w:w="1444"/>
      </w:tblGrid>
      <w:tr w:rsidR="00A141B2" w14:paraId="170E7EC8" w14:textId="3665BAE8" w:rsidTr="00C61E5E">
        <w:trPr>
          <w:jc w:val="right"/>
        </w:trPr>
        <w:tc>
          <w:tcPr>
            <w:tcW w:w="2389" w:type="dxa"/>
          </w:tcPr>
          <w:p w14:paraId="748114F9" w14:textId="4EEA02E0" w:rsidR="00A141B2" w:rsidRDefault="00A141B2" w:rsidP="00A141B2">
            <w:pPr>
              <w:bidi/>
            </w:pPr>
            <w:r w:rsidRPr="00B91E5D">
              <w:rPr>
                <w:rFonts w:hint="cs"/>
                <w:b/>
                <w:bCs/>
                <w:rtl/>
              </w:rPr>
              <w:t>كيفية</w:t>
            </w:r>
            <w:r w:rsidRPr="00B91E5D">
              <w:rPr>
                <w:b/>
                <w:bCs/>
                <w:rtl/>
              </w:rPr>
              <w:t xml:space="preserve"> </w:t>
            </w:r>
            <w:r w:rsidRPr="00B91E5D">
              <w:rPr>
                <w:rFonts w:hint="cs"/>
                <w:b/>
                <w:bCs/>
                <w:rtl/>
              </w:rPr>
              <w:t>التنفيذ</w:t>
            </w:r>
            <w:r w:rsidRPr="00B91E5D">
              <w:rPr>
                <w:b/>
                <w:bCs/>
                <w:rtl/>
              </w:rPr>
              <w:t xml:space="preserve"> (</w:t>
            </w:r>
            <w:r w:rsidRPr="00B91E5D">
              <w:rPr>
                <w:rFonts w:hint="cs"/>
                <w:b/>
                <w:bCs/>
                <w:rtl/>
              </w:rPr>
              <w:t>خطوات</w:t>
            </w:r>
            <w:r w:rsidRPr="00B91E5D">
              <w:rPr>
                <w:b/>
                <w:bCs/>
                <w:rtl/>
              </w:rPr>
              <w:t xml:space="preserve"> </w:t>
            </w:r>
            <w:r w:rsidRPr="00B91E5D">
              <w:rPr>
                <w:rFonts w:hint="cs"/>
                <w:b/>
                <w:bCs/>
                <w:rtl/>
              </w:rPr>
              <w:t>عملية</w:t>
            </w:r>
            <w:r w:rsidRPr="00B91E5D">
              <w:rPr>
                <w:b/>
                <w:bCs/>
                <w:rtl/>
              </w:rPr>
              <w:t xml:space="preserve"> </w:t>
            </w:r>
            <w:r w:rsidRPr="00B91E5D">
              <w:rPr>
                <w:rFonts w:hint="cs"/>
                <w:b/>
                <w:bCs/>
                <w:rtl/>
              </w:rPr>
              <w:t>للطالب</w:t>
            </w:r>
            <w:r w:rsidRPr="00B91E5D">
              <w:rPr>
                <w:b/>
                <w:bCs/>
                <w:rtl/>
              </w:rPr>
              <w:t>)</w:t>
            </w:r>
          </w:p>
        </w:tc>
        <w:tc>
          <w:tcPr>
            <w:tcW w:w="2970" w:type="dxa"/>
          </w:tcPr>
          <w:p w14:paraId="7E0FA69C" w14:textId="18247872" w:rsidR="00A141B2" w:rsidRDefault="00A141B2" w:rsidP="00A141B2">
            <w:pPr>
              <w:bidi/>
              <w:rPr>
                <w:rFonts w:ascii="Arial" w:hAnsi="Arial"/>
                <w:b/>
              </w:rPr>
            </w:pPr>
            <w:r w:rsidRPr="00B91E5D">
              <w:rPr>
                <w:rFonts w:hint="cs"/>
                <w:b/>
                <w:bCs/>
                <w:rtl/>
              </w:rPr>
              <w:t>نص</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بالعربية</w:t>
            </w:r>
            <w:r w:rsidRPr="00B91E5D">
              <w:rPr>
                <w:b/>
                <w:bCs/>
                <w:rtl/>
              </w:rPr>
              <w:t xml:space="preserve"> </w:t>
            </w:r>
            <w:r w:rsidRPr="00B91E5D">
              <w:rPr>
                <w:rFonts w:hint="cs"/>
                <w:b/>
                <w:bCs/>
                <w:rtl/>
              </w:rPr>
              <w:t>الأكاديمية</w:t>
            </w:r>
            <w:r w:rsidRPr="00B91E5D">
              <w:rPr>
                <w:b/>
                <w:bCs/>
                <w:rtl/>
              </w:rPr>
              <w:t>)</w:t>
            </w:r>
          </w:p>
        </w:tc>
        <w:tc>
          <w:tcPr>
            <w:tcW w:w="1890" w:type="dxa"/>
          </w:tcPr>
          <w:p w14:paraId="04AAEC95" w14:textId="498EF7A4" w:rsidR="00A141B2" w:rsidRDefault="00A141B2" w:rsidP="00A141B2">
            <w:pPr>
              <w:bidi/>
              <w:rPr>
                <w:rFonts w:ascii="Arial" w:hAnsi="Arial"/>
                <w:b/>
              </w:rPr>
            </w:pPr>
            <w:r w:rsidRPr="00B91E5D">
              <w:rPr>
                <w:rFonts w:hint="cs"/>
                <w:b/>
                <w:bCs/>
                <w:rtl/>
              </w:rPr>
              <w:t>موضع</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في</w:t>
            </w:r>
            <w:r w:rsidRPr="00B91E5D">
              <w:rPr>
                <w:b/>
                <w:bCs/>
                <w:rtl/>
              </w:rPr>
              <w:t xml:space="preserve"> </w:t>
            </w:r>
            <w:r w:rsidRPr="00B91E5D">
              <w:rPr>
                <w:rFonts w:hint="cs"/>
                <w:b/>
                <w:bCs/>
                <w:rtl/>
              </w:rPr>
              <w:t>النص</w:t>
            </w:r>
          </w:p>
        </w:tc>
        <w:tc>
          <w:tcPr>
            <w:tcW w:w="1458" w:type="dxa"/>
          </w:tcPr>
          <w:p w14:paraId="77C02A0C" w14:textId="1D953600" w:rsidR="00A141B2" w:rsidRDefault="00A141B2" w:rsidP="00A141B2">
            <w:pPr>
              <w:bidi/>
              <w:rPr>
                <w:rFonts w:ascii="Arial" w:hAnsi="Arial"/>
                <w:b/>
              </w:rPr>
            </w:pPr>
            <w:r w:rsidRPr="00B91E5D">
              <w:rPr>
                <w:rFonts w:hint="cs"/>
                <w:b/>
                <w:bCs/>
                <w:rtl/>
              </w:rPr>
              <w:t>رقم</w:t>
            </w:r>
            <w:r w:rsidRPr="00B91E5D">
              <w:rPr>
                <w:b/>
                <w:bCs/>
                <w:rtl/>
              </w:rPr>
              <w:t xml:space="preserve"> </w:t>
            </w:r>
            <w:r w:rsidRPr="00B91E5D">
              <w:rPr>
                <w:rFonts w:hint="cs"/>
                <w:b/>
                <w:bCs/>
                <w:rtl/>
              </w:rPr>
              <w:t>الملاحظة</w:t>
            </w:r>
          </w:p>
        </w:tc>
      </w:tr>
      <w:tr w:rsidR="00A141B2" w14:paraId="50E23826" w14:textId="221A1169" w:rsidTr="00C61E5E">
        <w:trPr>
          <w:jc w:val="right"/>
        </w:trPr>
        <w:tc>
          <w:tcPr>
            <w:tcW w:w="2389" w:type="dxa"/>
          </w:tcPr>
          <w:p w14:paraId="06825421" w14:textId="3B8F2593" w:rsidR="00A141B2" w:rsidRDefault="00A141B2" w:rsidP="00A141B2">
            <w:pPr>
              <w:bidi/>
            </w:pPr>
            <w:r w:rsidRPr="00A04EB7">
              <w:rPr>
                <w:rFonts w:hint="cs"/>
                <w:rtl/>
              </w:rPr>
              <w:t>حدد</w:t>
            </w:r>
            <w:r w:rsidRPr="00A04EB7">
              <w:rPr>
                <w:rtl/>
              </w:rPr>
              <w:t xml:space="preserve"> </w:t>
            </w:r>
            <w:r w:rsidRPr="00A04EB7">
              <w:rPr>
                <w:rFonts w:hint="cs"/>
                <w:rtl/>
              </w:rPr>
              <w:t>الإدارات</w:t>
            </w:r>
            <w:r w:rsidRPr="00A04EB7">
              <w:rPr>
                <w:rtl/>
              </w:rPr>
              <w:t>/</w:t>
            </w:r>
            <w:r w:rsidRPr="00A04EB7">
              <w:rPr>
                <w:rFonts w:hint="cs"/>
                <w:rtl/>
              </w:rPr>
              <w:t>الفروع</w:t>
            </w:r>
            <w:r w:rsidRPr="00A04EB7">
              <w:rPr>
                <w:rtl/>
              </w:rPr>
              <w:t xml:space="preserve"> </w:t>
            </w:r>
            <w:r w:rsidRPr="00A04EB7">
              <w:rPr>
                <w:rFonts w:hint="cs"/>
                <w:rtl/>
              </w:rPr>
              <w:t>المشمولة</w:t>
            </w:r>
            <w:r w:rsidRPr="00A04EB7">
              <w:rPr>
                <w:rtl/>
              </w:rPr>
              <w:t xml:space="preserve"> (</w:t>
            </w:r>
            <w:r w:rsidRPr="00A04EB7">
              <w:rPr>
                <w:rFonts w:hint="cs"/>
                <w:rtl/>
              </w:rPr>
              <w:t>التوظيف،</w:t>
            </w:r>
            <w:r w:rsidRPr="00A04EB7">
              <w:rPr>
                <w:rtl/>
              </w:rPr>
              <w:t xml:space="preserve"> </w:t>
            </w:r>
            <w:r w:rsidRPr="00A04EB7">
              <w:rPr>
                <w:rFonts w:hint="cs"/>
                <w:rtl/>
              </w:rPr>
              <w:t>الاستقطاب،</w:t>
            </w:r>
            <w:r w:rsidRPr="00A04EB7">
              <w:rPr>
                <w:rtl/>
              </w:rPr>
              <w:t xml:space="preserve"> </w:t>
            </w:r>
            <w:r w:rsidRPr="00A04EB7">
              <w:rPr>
                <w:rFonts w:hint="cs"/>
                <w:rtl/>
              </w:rPr>
              <w:t>التقييم</w:t>
            </w:r>
            <w:r w:rsidRPr="00A04EB7">
              <w:rPr>
                <w:rFonts w:hint="eastAsia"/>
                <w:rtl/>
              </w:rPr>
              <w:t>…</w:t>
            </w:r>
            <w:r w:rsidRPr="00A04EB7">
              <w:rPr>
                <w:rtl/>
              </w:rPr>
              <w:t xml:space="preserve">) </w:t>
            </w:r>
            <w:r w:rsidRPr="00A04EB7">
              <w:rPr>
                <w:rFonts w:hint="cs"/>
                <w:rtl/>
              </w:rPr>
              <w:t>مع</w:t>
            </w:r>
            <w:r w:rsidRPr="00A04EB7">
              <w:rPr>
                <w:rtl/>
              </w:rPr>
              <w:t xml:space="preserve"> </w:t>
            </w:r>
            <w:r w:rsidRPr="00A04EB7">
              <w:rPr>
                <w:rFonts w:hint="cs"/>
                <w:rtl/>
              </w:rPr>
              <w:t>تبيان</w:t>
            </w:r>
            <w:r w:rsidRPr="00A04EB7">
              <w:rPr>
                <w:rtl/>
              </w:rPr>
              <w:t xml:space="preserve"> </w:t>
            </w:r>
            <w:r w:rsidRPr="00A04EB7">
              <w:rPr>
                <w:rFonts w:hint="cs"/>
                <w:rtl/>
              </w:rPr>
              <w:t>ما</w:t>
            </w:r>
            <w:r w:rsidRPr="00A04EB7">
              <w:rPr>
                <w:rtl/>
              </w:rPr>
              <w:t xml:space="preserve"> </w:t>
            </w:r>
            <w:r w:rsidRPr="00A04EB7">
              <w:rPr>
                <w:rFonts w:hint="cs"/>
                <w:rtl/>
              </w:rPr>
              <w:t>إذا</w:t>
            </w:r>
            <w:r w:rsidRPr="00A04EB7">
              <w:rPr>
                <w:rtl/>
              </w:rPr>
              <w:t xml:space="preserve"> </w:t>
            </w:r>
            <w:r w:rsidRPr="00A04EB7">
              <w:rPr>
                <w:rFonts w:hint="cs"/>
                <w:rtl/>
              </w:rPr>
              <w:t>كانت</w:t>
            </w:r>
            <w:r w:rsidRPr="00A04EB7">
              <w:rPr>
                <w:rtl/>
              </w:rPr>
              <w:t xml:space="preserve"> </w:t>
            </w:r>
            <w:r w:rsidRPr="00A04EB7">
              <w:rPr>
                <w:rFonts w:hint="cs"/>
                <w:rtl/>
              </w:rPr>
              <w:t>النتائج</w:t>
            </w:r>
            <w:r w:rsidRPr="00A04EB7">
              <w:rPr>
                <w:rtl/>
              </w:rPr>
              <w:t xml:space="preserve"> </w:t>
            </w:r>
            <w:r w:rsidRPr="00A04EB7">
              <w:rPr>
                <w:rFonts w:hint="cs"/>
                <w:rtl/>
              </w:rPr>
              <w:t>قابلة</w:t>
            </w:r>
            <w:r w:rsidRPr="00A04EB7">
              <w:rPr>
                <w:rtl/>
              </w:rPr>
              <w:t xml:space="preserve"> </w:t>
            </w:r>
            <w:r w:rsidRPr="00A04EB7">
              <w:rPr>
                <w:rFonts w:hint="cs"/>
                <w:rtl/>
              </w:rPr>
              <w:t>للتعميم</w:t>
            </w:r>
            <w:r w:rsidRPr="00A04EB7">
              <w:rPr>
                <w:rtl/>
              </w:rPr>
              <w:t xml:space="preserve"> </w:t>
            </w:r>
            <w:r w:rsidRPr="00A04EB7">
              <w:rPr>
                <w:rFonts w:hint="cs"/>
                <w:rtl/>
              </w:rPr>
              <w:t>على</w:t>
            </w:r>
            <w:r w:rsidRPr="00A04EB7">
              <w:rPr>
                <w:rtl/>
              </w:rPr>
              <w:t xml:space="preserve"> </w:t>
            </w:r>
            <w:r w:rsidRPr="00A04EB7">
              <w:rPr>
                <w:rFonts w:hint="cs"/>
                <w:rtl/>
              </w:rPr>
              <w:t>باقي</w:t>
            </w:r>
            <w:r w:rsidRPr="00A04EB7">
              <w:rPr>
                <w:rtl/>
              </w:rPr>
              <w:t xml:space="preserve"> </w:t>
            </w:r>
            <w:r w:rsidRPr="00A04EB7">
              <w:rPr>
                <w:rFonts w:hint="cs"/>
                <w:rtl/>
              </w:rPr>
              <w:t>الإدارات</w:t>
            </w:r>
            <w:r w:rsidRPr="00A04EB7">
              <w:t>.</w:t>
            </w:r>
          </w:p>
        </w:tc>
        <w:tc>
          <w:tcPr>
            <w:tcW w:w="2970" w:type="dxa"/>
          </w:tcPr>
          <w:p w14:paraId="3F79B954" w14:textId="54F94BE7" w:rsidR="00A141B2" w:rsidRDefault="00A141B2" w:rsidP="00A141B2">
            <w:pPr>
              <w:bidi/>
              <w:rPr>
                <w:rFonts w:ascii="Arial" w:hAnsi="Arial"/>
              </w:rPr>
            </w:pPr>
            <w:r w:rsidRPr="004C2E23">
              <w:rPr>
                <w:rFonts w:hint="cs"/>
                <w:rtl/>
              </w:rPr>
              <w:t>الحدود</w:t>
            </w:r>
            <w:r w:rsidRPr="004C2E23">
              <w:rPr>
                <w:rtl/>
              </w:rPr>
              <w:t xml:space="preserve"> </w:t>
            </w:r>
            <w:r w:rsidRPr="004C2E23">
              <w:rPr>
                <w:rFonts w:hint="cs"/>
                <w:rtl/>
              </w:rPr>
              <w:t>المكانية</w:t>
            </w:r>
            <w:r w:rsidRPr="004C2E23">
              <w:rPr>
                <w:rtl/>
              </w:rPr>
              <w:t xml:space="preserve"> </w:t>
            </w:r>
            <w:r w:rsidRPr="004C2E23">
              <w:rPr>
                <w:rFonts w:hint="cs"/>
                <w:rtl/>
              </w:rPr>
              <w:t>محددة</w:t>
            </w:r>
            <w:r w:rsidRPr="004C2E23">
              <w:rPr>
                <w:rtl/>
              </w:rPr>
              <w:t xml:space="preserve"> </w:t>
            </w:r>
            <w:r w:rsidRPr="004C2E23">
              <w:rPr>
                <w:rFonts w:hint="cs"/>
                <w:rtl/>
              </w:rPr>
              <w:t>بالوزارة،</w:t>
            </w:r>
            <w:r w:rsidRPr="004C2E23">
              <w:rPr>
                <w:rtl/>
              </w:rPr>
              <w:t xml:space="preserve"> </w:t>
            </w:r>
            <w:r w:rsidRPr="004C2E23">
              <w:rPr>
                <w:rFonts w:hint="cs"/>
                <w:rtl/>
              </w:rPr>
              <w:t>وهو</w:t>
            </w:r>
            <w:r w:rsidRPr="004C2E23">
              <w:rPr>
                <w:rtl/>
              </w:rPr>
              <w:t xml:space="preserve"> </w:t>
            </w:r>
            <w:r w:rsidRPr="004C2E23">
              <w:rPr>
                <w:rFonts w:hint="cs"/>
                <w:rtl/>
              </w:rPr>
              <w:t>جيّد،</w:t>
            </w:r>
            <w:r w:rsidRPr="004C2E23">
              <w:rPr>
                <w:rtl/>
              </w:rPr>
              <w:t xml:space="preserve"> </w:t>
            </w:r>
            <w:r w:rsidRPr="004C2E23">
              <w:rPr>
                <w:rFonts w:hint="cs"/>
                <w:rtl/>
              </w:rPr>
              <w:t>لكن</w:t>
            </w:r>
            <w:r w:rsidRPr="004C2E23">
              <w:rPr>
                <w:rtl/>
              </w:rPr>
              <w:t xml:space="preserve"> </w:t>
            </w:r>
            <w:r w:rsidRPr="004C2E23">
              <w:rPr>
                <w:rFonts w:hint="cs"/>
                <w:rtl/>
              </w:rPr>
              <w:t>يلزم</w:t>
            </w:r>
            <w:r w:rsidRPr="004C2E23">
              <w:rPr>
                <w:rtl/>
              </w:rPr>
              <w:t xml:space="preserve"> </w:t>
            </w:r>
            <w:r w:rsidRPr="004C2E23">
              <w:rPr>
                <w:rFonts w:hint="cs"/>
                <w:rtl/>
              </w:rPr>
              <w:t>توضيح</w:t>
            </w:r>
            <w:r w:rsidRPr="004C2E23">
              <w:rPr>
                <w:rtl/>
              </w:rPr>
              <w:t xml:space="preserve"> </w:t>
            </w:r>
            <w:r w:rsidRPr="004C2E23">
              <w:rPr>
                <w:rFonts w:hint="cs"/>
                <w:rtl/>
              </w:rPr>
              <w:t>الوحدات</w:t>
            </w:r>
            <w:r w:rsidRPr="004C2E23">
              <w:rPr>
                <w:rtl/>
              </w:rPr>
              <w:t>/</w:t>
            </w:r>
            <w:r w:rsidRPr="004C2E23">
              <w:rPr>
                <w:rFonts w:hint="cs"/>
                <w:rtl/>
              </w:rPr>
              <w:t>الإدارات</w:t>
            </w:r>
            <w:r w:rsidRPr="004C2E23">
              <w:rPr>
                <w:rtl/>
              </w:rPr>
              <w:t xml:space="preserve"> </w:t>
            </w:r>
            <w:r w:rsidRPr="004C2E23">
              <w:rPr>
                <w:rFonts w:hint="cs"/>
                <w:rtl/>
              </w:rPr>
              <w:t>المشمولة</w:t>
            </w:r>
            <w:r w:rsidRPr="004C2E23">
              <w:rPr>
                <w:rtl/>
              </w:rPr>
              <w:t xml:space="preserve"> </w:t>
            </w:r>
            <w:r w:rsidRPr="004C2E23">
              <w:rPr>
                <w:rFonts w:hint="cs"/>
                <w:rtl/>
              </w:rPr>
              <w:t>لتفسير</w:t>
            </w:r>
            <w:r w:rsidRPr="004C2E23">
              <w:rPr>
                <w:rtl/>
              </w:rPr>
              <w:t xml:space="preserve"> </w:t>
            </w:r>
            <w:r w:rsidRPr="004C2E23">
              <w:rPr>
                <w:rFonts w:hint="cs"/>
                <w:rtl/>
              </w:rPr>
              <w:t>التباين</w:t>
            </w:r>
            <w:r w:rsidRPr="004C2E23">
              <w:rPr>
                <w:rtl/>
              </w:rPr>
              <w:t xml:space="preserve"> </w:t>
            </w:r>
            <w:r w:rsidRPr="004C2E23">
              <w:rPr>
                <w:rFonts w:hint="cs"/>
                <w:rtl/>
              </w:rPr>
              <w:t>المحتمل</w:t>
            </w:r>
            <w:r w:rsidRPr="004C2E23">
              <w:t>.</w:t>
            </w:r>
          </w:p>
        </w:tc>
        <w:tc>
          <w:tcPr>
            <w:tcW w:w="1890" w:type="dxa"/>
          </w:tcPr>
          <w:p w14:paraId="1928B98B" w14:textId="2B6A52EA" w:rsidR="00A141B2" w:rsidRDefault="00A141B2" w:rsidP="00A141B2">
            <w:pPr>
              <w:bidi/>
              <w:rPr>
                <w:rFonts w:ascii="Arial" w:hAnsi="Arial"/>
              </w:rPr>
            </w:pPr>
            <w:r w:rsidRPr="00E433A2">
              <w:rPr>
                <w:rFonts w:hint="cs"/>
                <w:rtl/>
              </w:rPr>
              <w:t>الحدود</w:t>
            </w:r>
            <w:r w:rsidRPr="00E433A2">
              <w:rPr>
                <w:rtl/>
              </w:rPr>
              <w:t xml:space="preserve"> </w:t>
            </w:r>
            <w:r w:rsidRPr="00E433A2">
              <w:rPr>
                <w:rFonts w:hint="cs"/>
                <w:rtl/>
              </w:rPr>
              <w:t>المكانية</w:t>
            </w:r>
          </w:p>
        </w:tc>
        <w:tc>
          <w:tcPr>
            <w:tcW w:w="1458" w:type="dxa"/>
          </w:tcPr>
          <w:p w14:paraId="5D1AB725" w14:textId="2C42C913" w:rsidR="00A141B2" w:rsidRDefault="00A141B2" w:rsidP="00A141B2">
            <w:pPr>
              <w:bidi/>
              <w:rPr>
                <w:rFonts w:ascii="Arial" w:hAnsi="Arial"/>
              </w:rPr>
            </w:pPr>
            <w:r>
              <w:rPr>
                <w:rFonts w:ascii="Arial" w:hAnsi="Arial"/>
              </w:rPr>
              <w:t>1</w:t>
            </w:r>
          </w:p>
        </w:tc>
      </w:tr>
      <w:tr w:rsidR="00A141B2" w14:paraId="295D014D" w14:textId="64F0E3A6" w:rsidTr="00C61E5E">
        <w:trPr>
          <w:jc w:val="right"/>
        </w:trPr>
        <w:tc>
          <w:tcPr>
            <w:tcW w:w="2389" w:type="dxa"/>
          </w:tcPr>
          <w:p w14:paraId="4D2BEE2D" w14:textId="2E50638E" w:rsidR="00A141B2" w:rsidRDefault="00A141B2" w:rsidP="00A141B2">
            <w:pPr>
              <w:bidi/>
            </w:pPr>
            <w:r w:rsidRPr="00A04EB7">
              <w:rPr>
                <w:rFonts w:hint="cs"/>
                <w:rtl/>
              </w:rPr>
              <w:t>أضف</w:t>
            </w:r>
            <w:r w:rsidRPr="00A04EB7">
              <w:rPr>
                <w:rtl/>
              </w:rPr>
              <w:t xml:space="preserve"> </w:t>
            </w:r>
            <w:r w:rsidRPr="00A04EB7">
              <w:rPr>
                <w:rFonts w:hint="cs"/>
                <w:rtl/>
              </w:rPr>
              <w:t>مبررًا</w:t>
            </w:r>
            <w:r w:rsidRPr="00A04EB7">
              <w:rPr>
                <w:rtl/>
              </w:rPr>
              <w:t xml:space="preserve"> (</w:t>
            </w:r>
            <w:r w:rsidRPr="00A04EB7">
              <w:rPr>
                <w:rFonts w:hint="cs"/>
                <w:rtl/>
              </w:rPr>
              <w:t>تزامن</w:t>
            </w:r>
            <w:r w:rsidRPr="00A04EB7">
              <w:rPr>
                <w:rtl/>
              </w:rPr>
              <w:t xml:space="preserve"> </w:t>
            </w:r>
            <w:r w:rsidRPr="00A04EB7">
              <w:rPr>
                <w:rFonts w:hint="cs"/>
                <w:rtl/>
              </w:rPr>
              <w:t>مع</w:t>
            </w:r>
            <w:r w:rsidRPr="00A04EB7">
              <w:rPr>
                <w:rtl/>
              </w:rPr>
              <w:t xml:space="preserve"> </w:t>
            </w:r>
            <w:r w:rsidRPr="00A04EB7">
              <w:rPr>
                <w:rFonts w:hint="cs"/>
                <w:rtl/>
              </w:rPr>
              <w:t>موجة</w:t>
            </w:r>
            <w:r w:rsidRPr="00A04EB7">
              <w:rPr>
                <w:rtl/>
              </w:rPr>
              <w:t xml:space="preserve"> </w:t>
            </w:r>
            <w:r w:rsidRPr="00A04EB7">
              <w:rPr>
                <w:rFonts w:hint="cs"/>
                <w:rtl/>
              </w:rPr>
              <w:t>أتمتة</w:t>
            </w:r>
            <w:r w:rsidRPr="00A04EB7">
              <w:rPr>
                <w:rtl/>
              </w:rPr>
              <w:t>/</w:t>
            </w:r>
            <w:r w:rsidRPr="00A04EB7">
              <w:rPr>
                <w:rFonts w:hint="cs"/>
                <w:rtl/>
              </w:rPr>
              <w:t>إطلاق</w:t>
            </w:r>
            <w:r w:rsidRPr="00A04EB7">
              <w:rPr>
                <w:rtl/>
              </w:rPr>
              <w:t xml:space="preserve"> </w:t>
            </w:r>
            <w:r w:rsidRPr="00A04EB7">
              <w:rPr>
                <w:rFonts w:hint="cs"/>
                <w:rtl/>
              </w:rPr>
              <w:t>نظام</w:t>
            </w:r>
            <w:r w:rsidRPr="00A04EB7">
              <w:rPr>
                <w:rtl/>
              </w:rPr>
              <w:t>/</w:t>
            </w:r>
            <w:r w:rsidRPr="00A04EB7">
              <w:rPr>
                <w:rFonts w:hint="cs"/>
                <w:rtl/>
              </w:rPr>
              <w:t>تغيير</w:t>
            </w:r>
            <w:r w:rsidRPr="00A04EB7">
              <w:rPr>
                <w:rtl/>
              </w:rPr>
              <w:t xml:space="preserve"> </w:t>
            </w:r>
            <w:r w:rsidRPr="00A04EB7">
              <w:rPr>
                <w:rFonts w:hint="cs"/>
                <w:rtl/>
              </w:rPr>
              <w:t>سياسي</w:t>
            </w:r>
            <w:r w:rsidRPr="00A04EB7">
              <w:rPr>
                <w:rtl/>
              </w:rPr>
              <w:t xml:space="preserve"> </w:t>
            </w:r>
            <w:r w:rsidRPr="00A04EB7">
              <w:rPr>
                <w:rFonts w:hint="cs"/>
                <w:rtl/>
              </w:rPr>
              <w:t>تنظيمي</w:t>
            </w:r>
            <w:r w:rsidRPr="00A04EB7">
              <w:rPr>
                <w:rtl/>
              </w:rPr>
              <w:t>)</w:t>
            </w:r>
            <w:r w:rsidRPr="00A04EB7">
              <w:rPr>
                <w:rFonts w:hint="cs"/>
                <w:rtl/>
              </w:rPr>
              <w:t>،</w:t>
            </w:r>
            <w:r w:rsidRPr="00A04EB7">
              <w:rPr>
                <w:rtl/>
              </w:rPr>
              <w:t xml:space="preserve"> </w:t>
            </w:r>
            <w:r w:rsidRPr="00A04EB7">
              <w:rPr>
                <w:rFonts w:hint="cs"/>
                <w:rtl/>
              </w:rPr>
              <w:t>واذكر</w:t>
            </w:r>
            <w:r w:rsidRPr="00A04EB7">
              <w:rPr>
                <w:rtl/>
              </w:rPr>
              <w:t xml:space="preserve"> </w:t>
            </w:r>
            <w:r w:rsidRPr="00A04EB7">
              <w:rPr>
                <w:rFonts w:hint="cs"/>
                <w:rtl/>
              </w:rPr>
              <w:t>تاريخ</w:t>
            </w:r>
            <w:r w:rsidRPr="00A04EB7">
              <w:rPr>
                <w:rtl/>
              </w:rPr>
              <w:t xml:space="preserve"> </w:t>
            </w:r>
            <w:r w:rsidRPr="00A04EB7">
              <w:rPr>
                <w:rFonts w:hint="cs"/>
                <w:rtl/>
              </w:rPr>
              <w:t>بدء</w:t>
            </w:r>
            <w:r w:rsidRPr="00A04EB7">
              <w:rPr>
                <w:rtl/>
              </w:rPr>
              <w:t>/</w:t>
            </w:r>
            <w:r w:rsidRPr="00A04EB7">
              <w:rPr>
                <w:rFonts w:hint="cs"/>
                <w:rtl/>
              </w:rPr>
              <w:t>انتهاء</w:t>
            </w:r>
            <w:r w:rsidRPr="00A04EB7">
              <w:rPr>
                <w:rtl/>
              </w:rPr>
              <w:t xml:space="preserve"> </w:t>
            </w:r>
            <w:r w:rsidRPr="00A04EB7">
              <w:rPr>
                <w:rFonts w:hint="cs"/>
                <w:rtl/>
              </w:rPr>
              <w:t>جمع</w:t>
            </w:r>
            <w:r w:rsidRPr="00A04EB7">
              <w:rPr>
                <w:rtl/>
              </w:rPr>
              <w:t xml:space="preserve"> </w:t>
            </w:r>
            <w:r w:rsidRPr="00A04EB7">
              <w:rPr>
                <w:rFonts w:hint="cs"/>
                <w:rtl/>
              </w:rPr>
              <w:t>البيانات</w:t>
            </w:r>
            <w:r w:rsidRPr="00A04EB7">
              <w:t>.</w:t>
            </w:r>
          </w:p>
        </w:tc>
        <w:tc>
          <w:tcPr>
            <w:tcW w:w="2970" w:type="dxa"/>
          </w:tcPr>
          <w:p w14:paraId="7203298D" w14:textId="420FEC6C" w:rsidR="00A141B2" w:rsidRDefault="00A141B2" w:rsidP="00A141B2">
            <w:pPr>
              <w:bidi/>
              <w:rPr>
                <w:rFonts w:ascii="Arial" w:hAnsi="Arial"/>
              </w:rPr>
            </w:pPr>
            <w:r w:rsidRPr="004C2E23">
              <w:rPr>
                <w:rFonts w:hint="cs"/>
                <w:rtl/>
              </w:rPr>
              <w:t>مذكورة</w:t>
            </w:r>
            <w:r w:rsidRPr="004C2E23">
              <w:rPr>
                <w:rtl/>
              </w:rPr>
              <w:t xml:space="preserve"> </w:t>
            </w:r>
            <w:r w:rsidRPr="004C2E23">
              <w:rPr>
                <w:rFonts w:hint="cs"/>
                <w:rtl/>
              </w:rPr>
              <w:t>إجمالًا</w:t>
            </w:r>
            <w:r w:rsidRPr="004C2E23">
              <w:rPr>
                <w:rtl/>
              </w:rPr>
              <w:t xml:space="preserve"> </w:t>
            </w:r>
            <w:r w:rsidRPr="004C2E23">
              <w:rPr>
                <w:rFonts w:hint="cs"/>
                <w:rtl/>
              </w:rPr>
              <w:t>دون</w:t>
            </w:r>
            <w:r w:rsidRPr="004C2E23">
              <w:rPr>
                <w:rtl/>
              </w:rPr>
              <w:t xml:space="preserve"> </w:t>
            </w:r>
            <w:r w:rsidRPr="004C2E23">
              <w:rPr>
                <w:rFonts w:hint="cs"/>
                <w:rtl/>
              </w:rPr>
              <w:t>مبرر</w:t>
            </w:r>
            <w:r w:rsidRPr="004C2E23">
              <w:rPr>
                <w:rtl/>
              </w:rPr>
              <w:t xml:space="preserve"> </w:t>
            </w:r>
            <w:r w:rsidRPr="004C2E23">
              <w:rPr>
                <w:rFonts w:hint="cs"/>
                <w:rtl/>
              </w:rPr>
              <w:t>لاختيار</w:t>
            </w:r>
            <w:r w:rsidRPr="004C2E23">
              <w:rPr>
                <w:rtl/>
              </w:rPr>
              <w:t xml:space="preserve"> </w:t>
            </w:r>
            <w:r w:rsidRPr="004C2E23">
              <w:rPr>
                <w:rFonts w:hint="cs"/>
                <w:rtl/>
              </w:rPr>
              <w:t>الفترة</w:t>
            </w:r>
            <w:r w:rsidRPr="004C2E23">
              <w:t>.</w:t>
            </w:r>
          </w:p>
        </w:tc>
        <w:tc>
          <w:tcPr>
            <w:tcW w:w="1890" w:type="dxa"/>
          </w:tcPr>
          <w:p w14:paraId="49D0046E" w14:textId="5A92434C" w:rsidR="00A141B2" w:rsidRDefault="00A141B2" w:rsidP="00A141B2">
            <w:pPr>
              <w:bidi/>
              <w:rPr>
                <w:rFonts w:ascii="Arial" w:hAnsi="Arial"/>
              </w:rPr>
            </w:pPr>
            <w:r w:rsidRPr="00E433A2">
              <w:rPr>
                <w:rFonts w:hint="cs"/>
                <w:rtl/>
              </w:rPr>
              <w:t>الحدود</w:t>
            </w:r>
            <w:r w:rsidRPr="00E433A2">
              <w:rPr>
                <w:rtl/>
              </w:rPr>
              <w:t xml:space="preserve"> </w:t>
            </w:r>
            <w:r w:rsidRPr="00E433A2">
              <w:rPr>
                <w:rFonts w:hint="cs"/>
                <w:rtl/>
              </w:rPr>
              <w:t>الزمانية</w:t>
            </w:r>
          </w:p>
        </w:tc>
        <w:tc>
          <w:tcPr>
            <w:tcW w:w="1458" w:type="dxa"/>
          </w:tcPr>
          <w:p w14:paraId="085A5603" w14:textId="4A62C297" w:rsidR="00A141B2" w:rsidRDefault="00A141B2" w:rsidP="00A141B2">
            <w:pPr>
              <w:bidi/>
              <w:rPr>
                <w:rFonts w:ascii="Arial" w:hAnsi="Arial"/>
              </w:rPr>
            </w:pPr>
            <w:r>
              <w:rPr>
                <w:rFonts w:ascii="Arial" w:hAnsi="Arial"/>
              </w:rPr>
              <w:t>2</w:t>
            </w:r>
          </w:p>
        </w:tc>
      </w:tr>
      <w:tr w:rsidR="00A141B2" w14:paraId="1D21AD4C" w14:textId="0CA26A7D" w:rsidTr="00C61E5E">
        <w:trPr>
          <w:jc w:val="right"/>
        </w:trPr>
        <w:tc>
          <w:tcPr>
            <w:tcW w:w="2389" w:type="dxa"/>
          </w:tcPr>
          <w:p w14:paraId="3FF4605D" w14:textId="170608A8" w:rsidR="00A141B2" w:rsidRDefault="00A141B2" w:rsidP="00A141B2">
            <w:pPr>
              <w:bidi/>
            </w:pPr>
            <w:r w:rsidRPr="00A04EB7">
              <w:rPr>
                <w:rFonts w:hint="cs"/>
                <w:rtl/>
              </w:rPr>
              <w:t>أدرج</w:t>
            </w:r>
            <w:r w:rsidRPr="00A04EB7">
              <w:rPr>
                <w:rtl/>
              </w:rPr>
              <w:t xml:space="preserve"> </w:t>
            </w:r>
            <w:r w:rsidRPr="00A04EB7">
              <w:rPr>
                <w:rFonts w:hint="cs"/>
                <w:rtl/>
              </w:rPr>
              <w:t>استراتيجية</w:t>
            </w:r>
            <w:r w:rsidRPr="00A04EB7">
              <w:rPr>
                <w:rtl/>
              </w:rPr>
              <w:t xml:space="preserve"> </w:t>
            </w:r>
            <w:r w:rsidRPr="00A04EB7">
              <w:rPr>
                <w:rFonts w:hint="cs"/>
                <w:rtl/>
              </w:rPr>
              <w:t>معاينة</w:t>
            </w:r>
            <w:r w:rsidRPr="00A04EB7">
              <w:rPr>
                <w:rtl/>
              </w:rPr>
              <w:t xml:space="preserve"> </w:t>
            </w:r>
            <w:r w:rsidRPr="00A04EB7">
              <w:rPr>
                <w:rFonts w:hint="cs"/>
                <w:rtl/>
              </w:rPr>
              <w:t>طبقية</w:t>
            </w:r>
            <w:r w:rsidRPr="00A04EB7">
              <w:rPr>
                <w:rtl/>
              </w:rPr>
              <w:t xml:space="preserve"> </w:t>
            </w:r>
            <w:r w:rsidRPr="00A04EB7">
              <w:rPr>
                <w:rFonts w:hint="cs"/>
                <w:rtl/>
              </w:rPr>
              <w:t>واذكر</w:t>
            </w:r>
            <w:r w:rsidRPr="00A04EB7">
              <w:rPr>
                <w:rtl/>
              </w:rPr>
              <w:t xml:space="preserve"> </w:t>
            </w:r>
            <w:r w:rsidRPr="00A04EB7">
              <w:rPr>
                <w:rFonts w:hint="cs"/>
                <w:rtl/>
              </w:rPr>
              <w:t>الحد</w:t>
            </w:r>
            <w:r w:rsidRPr="00A04EB7">
              <w:rPr>
                <w:rtl/>
              </w:rPr>
              <w:t xml:space="preserve"> </w:t>
            </w:r>
            <w:r w:rsidRPr="00A04EB7">
              <w:rPr>
                <w:rFonts w:hint="cs"/>
                <w:rtl/>
              </w:rPr>
              <w:t>الأدنى</w:t>
            </w:r>
            <w:r w:rsidRPr="00A04EB7">
              <w:rPr>
                <w:rtl/>
              </w:rPr>
              <w:t xml:space="preserve"> </w:t>
            </w:r>
            <w:r w:rsidRPr="00A04EB7">
              <w:rPr>
                <w:rFonts w:hint="cs"/>
                <w:rtl/>
              </w:rPr>
              <w:t>لكل</w:t>
            </w:r>
            <w:r w:rsidRPr="00A04EB7">
              <w:rPr>
                <w:rtl/>
              </w:rPr>
              <w:t xml:space="preserve"> </w:t>
            </w:r>
            <w:r w:rsidRPr="00A04EB7">
              <w:rPr>
                <w:rFonts w:hint="cs"/>
                <w:rtl/>
              </w:rPr>
              <w:t>فئة</w:t>
            </w:r>
            <w:r w:rsidRPr="00A04EB7">
              <w:rPr>
                <w:rtl/>
              </w:rPr>
              <w:t xml:space="preserve"> </w:t>
            </w:r>
            <w:r w:rsidRPr="00A04EB7">
              <w:rPr>
                <w:rFonts w:hint="cs"/>
                <w:rtl/>
              </w:rPr>
              <w:t>لضمان</w:t>
            </w:r>
            <w:r w:rsidRPr="00A04EB7">
              <w:rPr>
                <w:rtl/>
              </w:rPr>
              <w:t xml:space="preserve"> </w:t>
            </w:r>
            <w:r w:rsidRPr="00A04EB7">
              <w:rPr>
                <w:rFonts w:hint="cs"/>
                <w:rtl/>
              </w:rPr>
              <w:t>قوة</w:t>
            </w:r>
            <w:r w:rsidRPr="00A04EB7">
              <w:rPr>
                <w:rtl/>
              </w:rPr>
              <w:t xml:space="preserve"> </w:t>
            </w:r>
            <w:r w:rsidRPr="00A04EB7">
              <w:rPr>
                <w:rFonts w:hint="cs"/>
                <w:rtl/>
              </w:rPr>
              <w:t>الاختبار</w:t>
            </w:r>
            <w:r w:rsidRPr="00A04EB7">
              <w:t>.</w:t>
            </w:r>
          </w:p>
        </w:tc>
        <w:tc>
          <w:tcPr>
            <w:tcW w:w="2970" w:type="dxa"/>
          </w:tcPr>
          <w:p w14:paraId="76B0C635" w14:textId="775DBF31" w:rsidR="00A141B2" w:rsidRDefault="00A141B2" w:rsidP="00A141B2">
            <w:pPr>
              <w:bidi/>
              <w:rPr>
                <w:rFonts w:ascii="Arial" w:hAnsi="Arial"/>
              </w:rPr>
            </w:pPr>
            <w:r w:rsidRPr="004C2E23">
              <w:rPr>
                <w:rFonts w:hint="cs"/>
                <w:rtl/>
              </w:rPr>
              <w:t>الفئات</w:t>
            </w:r>
            <w:r w:rsidRPr="004C2E23">
              <w:rPr>
                <w:rtl/>
              </w:rPr>
              <w:t xml:space="preserve"> </w:t>
            </w:r>
            <w:r w:rsidRPr="004C2E23">
              <w:rPr>
                <w:rFonts w:hint="cs"/>
                <w:rtl/>
              </w:rPr>
              <w:t>واسعة</w:t>
            </w:r>
            <w:r w:rsidRPr="004C2E23">
              <w:rPr>
                <w:rtl/>
              </w:rPr>
              <w:t xml:space="preserve"> (</w:t>
            </w:r>
            <w:r w:rsidRPr="004C2E23">
              <w:rPr>
                <w:rFonts w:hint="cs"/>
                <w:rtl/>
              </w:rPr>
              <w:t>متقدمون</w:t>
            </w:r>
            <w:r w:rsidRPr="004C2E23">
              <w:rPr>
                <w:rtl/>
              </w:rPr>
              <w:t>/</w:t>
            </w:r>
            <w:r w:rsidRPr="004C2E23">
              <w:rPr>
                <w:rFonts w:hint="cs"/>
                <w:rtl/>
              </w:rPr>
              <w:t>موظفون</w:t>
            </w:r>
            <w:r w:rsidRPr="004C2E23">
              <w:rPr>
                <w:rtl/>
              </w:rPr>
              <w:t>/</w:t>
            </w:r>
            <w:r w:rsidRPr="004C2E23">
              <w:rPr>
                <w:rFonts w:hint="cs"/>
                <w:rtl/>
              </w:rPr>
              <w:t>مديرون</w:t>
            </w:r>
            <w:r w:rsidRPr="004C2E23">
              <w:rPr>
                <w:rtl/>
              </w:rPr>
              <w:t xml:space="preserve">) </w:t>
            </w:r>
            <w:r w:rsidRPr="004C2E23">
              <w:rPr>
                <w:rFonts w:hint="cs"/>
                <w:rtl/>
              </w:rPr>
              <w:t>بلا</w:t>
            </w:r>
            <w:r w:rsidRPr="004C2E23">
              <w:rPr>
                <w:rtl/>
              </w:rPr>
              <w:t xml:space="preserve"> </w:t>
            </w:r>
            <w:r w:rsidRPr="004C2E23">
              <w:rPr>
                <w:rFonts w:hint="cs"/>
                <w:rtl/>
              </w:rPr>
              <w:t>خطة</w:t>
            </w:r>
            <w:r w:rsidRPr="004C2E23">
              <w:rPr>
                <w:rtl/>
              </w:rPr>
              <w:t xml:space="preserve"> </w:t>
            </w:r>
            <w:r w:rsidRPr="004C2E23">
              <w:rPr>
                <w:rFonts w:hint="cs"/>
                <w:rtl/>
              </w:rPr>
              <w:t>عيّنة</w:t>
            </w:r>
            <w:r w:rsidRPr="004C2E23">
              <w:rPr>
                <w:rtl/>
              </w:rPr>
              <w:t xml:space="preserve"> </w:t>
            </w:r>
            <w:r w:rsidRPr="004C2E23">
              <w:rPr>
                <w:rFonts w:hint="cs"/>
                <w:rtl/>
              </w:rPr>
              <w:t>تضمن</w:t>
            </w:r>
            <w:r w:rsidRPr="004C2E23">
              <w:rPr>
                <w:rtl/>
              </w:rPr>
              <w:t xml:space="preserve"> </w:t>
            </w:r>
            <w:r w:rsidRPr="004C2E23">
              <w:rPr>
                <w:rFonts w:hint="cs"/>
                <w:rtl/>
              </w:rPr>
              <w:t>تمثيلًا</w:t>
            </w:r>
            <w:r w:rsidRPr="004C2E23">
              <w:rPr>
                <w:rtl/>
              </w:rPr>
              <w:t xml:space="preserve"> </w:t>
            </w:r>
            <w:r w:rsidRPr="004C2E23">
              <w:rPr>
                <w:rFonts w:hint="cs"/>
                <w:rtl/>
              </w:rPr>
              <w:t>كافيًا</w:t>
            </w:r>
            <w:r w:rsidRPr="004C2E23">
              <w:rPr>
                <w:rtl/>
              </w:rPr>
              <w:t xml:space="preserve"> </w:t>
            </w:r>
            <w:r w:rsidRPr="004C2E23">
              <w:rPr>
                <w:rFonts w:hint="cs"/>
                <w:rtl/>
              </w:rPr>
              <w:t>لكل</w:t>
            </w:r>
            <w:r w:rsidRPr="004C2E23">
              <w:rPr>
                <w:rtl/>
              </w:rPr>
              <w:t xml:space="preserve"> </w:t>
            </w:r>
            <w:r w:rsidRPr="004C2E23">
              <w:rPr>
                <w:rFonts w:hint="cs"/>
                <w:rtl/>
              </w:rPr>
              <w:t>فئة</w:t>
            </w:r>
            <w:r w:rsidRPr="004C2E23">
              <w:t>.</w:t>
            </w:r>
          </w:p>
        </w:tc>
        <w:tc>
          <w:tcPr>
            <w:tcW w:w="1890" w:type="dxa"/>
          </w:tcPr>
          <w:p w14:paraId="5253F3AC" w14:textId="22F6FE0D" w:rsidR="00A141B2" w:rsidRDefault="00A141B2" w:rsidP="00A141B2">
            <w:pPr>
              <w:bidi/>
              <w:rPr>
                <w:rFonts w:ascii="Arial" w:hAnsi="Arial"/>
              </w:rPr>
            </w:pPr>
            <w:r w:rsidRPr="00E433A2">
              <w:rPr>
                <w:rFonts w:hint="cs"/>
                <w:rtl/>
              </w:rPr>
              <w:t>الحدود</w:t>
            </w:r>
            <w:r w:rsidRPr="00E433A2">
              <w:rPr>
                <w:rtl/>
              </w:rPr>
              <w:t xml:space="preserve"> </w:t>
            </w:r>
            <w:r w:rsidRPr="00E433A2">
              <w:rPr>
                <w:rFonts w:hint="cs"/>
                <w:rtl/>
              </w:rPr>
              <w:t>البشرية</w:t>
            </w:r>
          </w:p>
        </w:tc>
        <w:tc>
          <w:tcPr>
            <w:tcW w:w="1458" w:type="dxa"/>
          </w:tcPr>
          <w:p w14:paraId="4DDBF621" w14:textId="4C46C72D" w:rsidR="00A141B2" w:rsidRDefault="00A141B2" w:rsidP="00A141B2">
            <w:pPr>
              <w:bidi/>
              <w:rPr>
                <w:rFonts w:ascii="Arial" w:hAnsi="Arial"/>
              </w:rPr>
            </w:pPr>
            <w:r>
              <w:rPr>
                <w:rFonts w:ascii="Arial" w:hAnsi="Arial"/>
              </w:rPr>
              <w:t>3</w:t>
            </w:r>
          </w:p>
        </w:tc>
      </w:tr>
      <w:tr w:rsidR="00A141B2" w14:paraId="546A4C8B" w14:textId="0A7E3D16" w:rsidTr="00C61E5E">
        <w:trPr>
          <w:jc w:val="right"/>
        </w:trPr>
        <w:tc>
          <w:tcPr>
            <w:tcW w:w="2389" w:type="dxa"/>
          </w:tcPr>
          <w:p w14:paraId="3CD86367" w14:textId="18DD9CD9" w:rsidR="00A141B2" w:rsidRDefault="00A141B2" w:rsidP="00A141B2">
            <w:pPr>
              <w:bidi/>
            </w:pPr>
            <w:r w:rsidRPr="00A04EB7">
              <w:rPr>
                <w:rFonts w:hint="cs"/>
                <w:rtl/>
              </w:rPr>
              <w:t>أضف</w:t>
            </w:r>
            <w:r w:rsidRPr="00A04EB7">
              <w:rPr>
                <w:rtl/>
              </w:rPr>
              <w:t xml:space="preserve"> </w:t>
            </w:r>
            <w:r w:rsidRPr="00A04EB7">
              <w:rPr>
                <w:rFonts w:hint="cs"/>
                <w:rtl/>
              </w:rPr>
              <w:t>سطرًا</w:t>
            </w:r>
            <w:r w:rsidRPr="00A04EB7">
              <w:rPr>
                <w:rtl/>
              </w:rPr>
              <w:t xml:space="preserve"> </w:t>
            </w:r>
            <w:r w:rsidRPr="00A04EB7">
              <w:rPr>
                <w:rFonts w:hint="cs"/>
                <w:rtl/>
              </w:rPr>
              <w:t>يوضح</w:t>
            </w:r>
            <w:r w:rsidRPr="00A04EB7">
              <w:rPr>
                <w:rtl/>
              </w:rPr>
              <w:t xml:space="preserve"> </w:t>
            </w:r>
            <w:r w:rsidRPr="00A04EB7">
              <w:rPr>
                <w:rFonts w:hint="cs"/>
                <w:rtl/>
              </w:rPr>
              <w:t>المتغيرات</w:t>
            </w:r>
            <w:r w:rsidRPr="00A04EB7">
              <w:rPr>
                <w:rtl/>
              </w:rPr>
              <w:t xml:space="preserve"> </w:t>
            </w:r>
            <w:r w:rsidRPr="00A04EB7">
              <w:rPr>
                <w:rFonts w:hint="cs"/>
                <w:rtl/>
              </w:rPr>
              <w:t>المستبعدة</w:t>
            </w:r>
            <w:r w:rsidRPr="00A04EB7">
              <w:rPr>
                <w:rtl/>
              </w:rPr>
              <w:t xml:space="preserve"> </w:t>
            </w:r>
            <w:r w:rsidRPr="00A04EB7">
              <w:rPr>
                <w:rFonts w:hint="cs"/>
                <w:rtl/>
              </w:rPr>
              <w:t>وإحالتها</w:t>
            </w:r>
            <w:r w:rsidRPr="00A04EB7">
              <w:rPr>
                <w:rtl/>
              </w:rPr>
              <w:t xml:space="preserve"> </w:t>
            </w:r>
            <w:r w:rsidRPr="00A04EB7">
              <w:rPr>
                <w:rFonts w:hint="cs"/>
                <w:rtl/>
              </w:rPr>
              <w:t>إلى</w:t>
            </w:r>
            <w:r w:rsidRPr="00A04EB7">
              <w:rPr>
                <w:rtl/>
              </w:rPr>
              <w:t xml:space="preserve"> «</w:t>
            </w:r>
            <w:r w:rsidRPr="00A04EB7">
              <w:rPr>
                <w:rFonts w:hint="cs"/>
                <w:rtl/>
              </w:rPr>
              <w:t>قيود</w:t>
            </w:r>
            <w:r w:rsidRPr="00A04EB7">
              <w:rPr>
                <w:rtl/>
              </w:rPr>
              <w:t xml:space="preserve"> </w:t>
            </w:r>
            <w:r w:rsidRPr="00A04EB7">
              <w:rPr>
                <w:rFonts w:hint="cs"/>
                <w:rtl/>
              </w:rPr>
              <w:t>الدراسة</w:t>
            </w:r>
            <w:r w:rsidRPr="00A04EB7">
              <w:rPr>
                <w:rFonts w:hint="eastAsia"/>
                <w:rtl/>
              </w:rPr>
              <w:t>»</w:t>
            </w:r>
            <w:r w:rsidRPr="00A04EB7">
              <w:rPr>
                <w:rtl/>
              </w:rPr>
              <w:t xml:space="preserve"> </w:t>
            </w:r>
            <w:r w:rsidRPr="00A04EB7">
              <w:rPr>
                <w:rFonts w:hint="cs"/>
                <w:rtl/>
              </w:rPr>
              <w:t>أو</w:t>
            </w:r>
            <w:r w:rsidRPr="00A04EB7">
              <w:rPr>
                <w:rtl/>
              </w:rPr>
              <w:t xml:space="preserve"> </w:t>
            </w:r>
            <w:r w:rsidRPr="00A04EB7">
              <w:rPr>
                <w:rFonts w:hint="cs"/>
                <w:rtl/>
              </w:rPr>
              <w:t>بحوث</w:t>
            </w:r>
            <w:r w:rsidRPr="00A04EB7">
              <w:rPr>
                <w:rtl/>
              </w:rPr>
              <w:t xml:space="preserve"> </w:t>
            </w:r>
            <w:r w:rsidRPr="00A04EB7">
              <w:rPr>
                <w:rFonts w:hint="cs"/>
                <w:rtl/>
              </w:rPr>
              <w:t>مستقبلية</w:t>
            </w:r>
            <w:r w:rsidRPr="00A04EB7">
              <w:t>.</w:t>
            </w:r>
          </w:p>
        </w:tc>
        <w:tc>
          <w:tcPr>
            <w:tcW w:w="2970" w:type="dxa"/>
          </w:tcPr>
          <w:p w14:paraId="7AD5591C" w14:textId="661EE71C" w:rsidR="00A141B2" w:rsidRDefault="00A141B2" w:rsidP="00A141B2">
            <w:pPr>
              <w:bidi/>
              <w:rPr>
                <w:rFonts w:ascii="Arial" w:hAnsi="Arial"/>
              </w:rPr>
            </w:pPr>
            <w:r w:rsidRPr="004C2E23">
              <w:rPr>
                <w:rFonts w:hint="cs"/>
                <w:rtl/>
              </w:rPr>
              <w:t>لا</w:t>
            </w:r>
            <w:r w:rsidRPr="004C2E23">
              <w:rPr>
                <w:rtl/>
              </w:rPr>
              <w:t xml:space="preserve"> </w:t>
            </w:r>
            <w:r w:rsidRPr="004C2E23">
              <w:rPr>
                <w:rFonts w:hint="cs"/>
                <w:rtl/>
              </w:rPr>
              <w:t>تُذكر</w:t>
            </w:r>
            <w:r w:rsidRPr="004C2E23">
              <w:rPr>
                <w:rtl/>
              </w:rPr>
              <w:t xml:space="preserve"> </w:t>
            </w:r>
            <w:r w:rsidRPr="004C2E23">
              <w:rPr>
                <w:rFonts w:hint="cs"/>
                <w:rtl/>
              </w:rPr>
              <w:t>صراحةً</w:t>
            </w:r>
            <w:r w:rsidRPr="004C2E23">
              <w:rPr>
                <w:rtl/>
              </w:rPr>
              <w:t xml:space="preserve"> </w:t>
            </w:r>
            <w:r w:rsidRPr="004C2E23">
              <w:rPr>
                <w:rFonts w:hint="cs"/>
                <w:rtl/>
              </w:rPr>
              <w:t>المتغيرات</w:t>
            </w:r>
            <w:r w:rsidRPr="004C2E23">
              <w:rPr>
                <w:rtl/>
              </w:rPr>
              <w:t xml:space="preserve"> </w:t>
            </w:r>
            <w:r w:rsidRPr="004C2E23">
              <w:rPr>
                <w:rFonts w:hint="cs"/>
                <w:rtl/>
              </w:rPr>
              <w:t>المستبعدة</w:t>
            </w:r>
            <w:r w:rsidRPr="004C2E23">
              <w:rPr>
                <w:rtl/>
              </w:rPr>
              <w:t xml:space="preserve"> (</w:t>
            </w:r>
            <w:r w:rsidRPr="004C2E23">
              <w:rPr>
                <w:rFonts w:hint="cs"/>
                <w:rtl/>
              </w:rPr>
              <w:t>الخصوصية</w:t>
            </w:r>
            <w:r w:rsidRPr="004C2E23">
              <w:rPr>
                <w:rtl/>
              </w:rPr>
              <w:t>/</w:t>
            </w:r>
            <w:r w:rsidRPr="004C2E23">
              <w:rPr>
                <w:rFonts w:hint="cs"/>
                <w:rtl/>
              </w:rPr>
              <w:t>الامتثال</w:t>
            </w:r>
            <w:r w:rsidRPr="004C2E23">
              <w:rPr>
                <w:rtl/>
              </w:rPr>
              <w:t>/</w:t>
            </w:r>
            <w:r w:rsidRPr="004C2E23">
              <w:rPr>
                <w:rFonts w:hint="cs"/>
                <w:rtl/>
              </w:rPr>
              <w:t>حماية</w:t>
            </w:r>
            <w:r w:rsidRPr="004C2E23">
              <w:rPr>
                <w:rtl/>
              </w:rPr>
              <w:t xml:space="preserve"> </w:t>
            </w:r>
            <w:r w:rsidRPr="004C2E23">
              <w:rPr>
                <w:rFonts w:hint="cs"/>
                <w:rtl/>
              </w:rPr>
              <w:t>البيانات</w:t>
            </w:r>
            <w:r w:rsidRPr="004C2E23">
              <w:rPr>
                <w:rtl/>
              </w:rPr>
              <w:t xml:space="preserve">) </w:t>
            </w:r>
            <w:r w:rsidRPr="004C2E23">
              <w:rPr>
                <w:rFonts w:hint="cs"/>
                <w:rtl/>
              </w:rPr>
              <w:t>من</w:t>
            </w:r>
            <w:r w:rsidRPr="004C2E23">
              <w:rPr>
                <w:rtl/>
              </w:rPr>
              <w:t xml:space="preserve"> </w:t>
            </w:r>
            <w:r w:rsidRPr="004C2E23">
              <w:rPr>
                <w:rFonts w:hint="cs"/>
                <w:rtl/>
              </w:rPr>
              <w:t>التحليل</w:t>
            </w:r>
            <w:r w:rsidRPr="004C2E23">
              <w:rPr>
                <w:rtl/>
              </w:rPr>
              <w:t xml:space="preserve"> </w:t>
            </w:r>
            <w:r w:rsidRPr="004C2E23">
              <w:rPr>
                <w:rFonts w:hint="cs"/>
                <w:rtl/>
              </w:rPr>
              <w:t>السببي</w:t>
            </w:r>
            <w:r w:rsidRPr="004C2E23">
              <w:t>.</w:t>
            </w:r>
          </w:p>
        </w:tc>
        <w:tc>
          <w:tcPr>
            <w:tcW w:w="1890" w:type="dxa"/>
          </w:tcPr>
          <w:p w14:paraId="1DBF5D82" w14:textId="7085F842" w:rsidR="00A141B2" w:rsidRDefault="00A141B2" w:rsidP="00A141B2">
            <w:pPr>
              <w:bidi/>
              <w:rPr>
                <w:rFonts w:ascii="Arial" w:hAnsi="Arial"/>
              </w:rPr>
            </w:pPr>
            <w:r w:rsidRPr="00E433A2">
              <w:rPr>
                <w:rFonts w:hint="cs"/>
                <w:rtl/>
              </w:rPr>
              <w:t>الحدود</w:t>
            </w:r>
            <w:r w:rsidRPr="00E433A2">
              <w:rPr>
                <w:rtl/>
              </w:rPr>
              <w:t xml:space="preserve"> </w:t>
            </w:r>
            <w:r w:rsidRPr="00E433A2">
              <w:rPr>
                <w:rFonts w:hint="cs"/>
                <w:rtl/>
              </w:rPr>
              <w:t>الموضوعية</w:t>
            </w:r>
          </w:p>
        </w:tc>
        <w:tc>
          <w:tcPr>
            <w:tcW w:w="1458" w:type="dxa"/>
          </w:tcPr>
          <w:p w14:paraId="27FA3A74" w14:textId="79B7DDA8" w:rsidR="00A141B2" w:rsidRDefault="00A141B2" w:rsidP="00A141B2">
            <w:pPr>
              <w:bidi/>
              <w:rPr>
                <w:rFonts w:ascii="Arial" w:hAnsi="Arial"/>
              </w:rPr>
            </w:pPr>
            <w:r>
              <w:rPr>
                <w:rFonts w:ascii="Arial" w:hAnsi="Arial"/>
              </w:rPr>
              <w:t>4</w:t>
            </w:r>
          </w:p>
        </w:tc>
      </w:tr>
    </w:tbl>
    <w:p w14:paraId="0D076071" w14:textId="77777777" w:rsidR="00F55848" w:rsidRDefault="00F55848" w:rsidP="00FD56DC">
      <w:pPr>
        <w:bidi/>
      </w:pPr>
    </w:p>
    <w:p w14:paraId="6F0B90C3" w14:textId="77777777" w:rsidR="00F55848" w:rsidRDefault="00FD567C" w:rsidP="00FD56DC">
      <w:pPr>
        <w:pStyle w:val="Heading2"/>
        <w:bidi/>
      </w:pPr>
      <w:r>
        <w:rPr>
          <w:rFonts w:ascii="Arial" w:hAnsi="Arial"/>
          <w:sz w:val="28"/>
        </w:rPr>
        <w:t>مصطلحات الدراسة</w:t>
      </w:r>
    </w:p>
    <w:tbl>
      <w:tblPr>
        <w:tblStyle w:val="TableGrid"/>
        <w:tblW w:w="0" w:type="auto"/>
        <w:jc w:val="right"/>
        <w:tblLook w:val="04A0" w:firstRow="1" w:lastRow="0" w:firstColumn="1" w:lastColumn="0" w:noHBand="0" w:noVBand="1"/>
      </w:tblPr>
      <w:tblGrid>
        <w:gridCol w:w="2320"/>
        <w:gridCol w:w="2966"/>
        <w:gridCol w:w="1888"/>
        <w:gridCol w:w="1456"/>
      </w:tblGrid>
      <w:tr w:rsidR="00A141B2" w14:paraId="59869835" w14:textId="06839E5F" w:rsidTr="00C61E5E">
        <w:trPr>
          <w:jc w:val="right"/>
        </w:trPr>
        <w:tc>
          <w:tcPr>
            <w:tcW w:w="2322" w:type="dxa"/>
          </w:tcPr>
          <w:p w14:paraId="11FE0806" w14:textId="6E35EF2C" w:rsidR="00A141B2" w:rsidRDefault="00A141B2" w:rsidP="00A141B2">
            <w:pPr>
              <w:bidi/>
            </w:pPr>
            <w:r w:rsidRPr="00B91E5D">
              <w:rPr>
                <w:rFonts w:hint="cs"/>
                <w:b/>
                <w:bCs/>
                <w:rtl/>
              </w:rPr>
              <w:t>كيفية</w:t>
            </w:r>
            <w:r w:rsidRPr="00B91E5D">
              <w:rPr>
                <w:b/>
                <w:bCs/>
                <w:rtl/>
              </w:rPr>
              <w:t xml:space="preserve"> </w:t>
            </w:r>
            <w:r w:rsidRPr="00B91E5D">
              <w:rPr>
                <w:rFonts w:hint="cs"/>
                <w:b/>
                <w:bCs/>
                <w:rtl/>
              </w:rPr>
              <w:t>التنفيذ</w:t>
            </w:r>
            <w:r w:rsidRPr="00B91E5D">
              <w:rPr>
                <w:b/>
                <w:bCs/>
                <w:rtl/>
              </w:rPr>
              <w:t xml:space="preserve"> (</w:t>
            </w:r>
            <w:r w:rsidRPr="00B91E5D">
              <w:rPr>
                <w:rFonts w:hint="cs"/>
                <w:b/>
                <w:bCs/>
                <w:rtl/>
              </w:rPr>
              <w:t>خطوات</w:t>
            </w:r>
            <w:r w:rsidRPr="00B91E5D">
              <w:rPr>
                <w:b/>
                <w:bCs/>
                <w:rtl/>
              </w:rPr>
              <w:t xml:space="preserve"> </w:t>
            </w:r>
            <w:r w:rsidRPr="00B91E5D">
              <w:rPr>
                <w:rFonts w:hint="cs"/>
                <w:b/>
                <w:bCs/>
                <w:rtl/>
              </w:rPr>
              <w:t>عملية</w:t>
            </w:r>
            <w:r w:rsidRPr="00B91E5D">
              <w:rPr>
                <w:b/>
                <w:bCs/>
                <w:rtl/>
              </w:rPr>
              <w:t xml:space="preserve"> </w:t>
            </w:r>
            <w:r w:rsidRPr="00B91E5D">
              <w:rPr>
                <w:rFonts w:hint="cs"/>
                <w:b/>
                <w:bCs/>
                <w:rtl/>
              </w:rPr>
              <w:t>للطالب</w:t>
            </w:r>
            <w:r w:rsidRPr="00B91E5D">
              <w:rPr>
                <w:b/>
                <w:bCs/>
                <w:rtl/>
              </w:rPr>
              <w:t>)</w:t>
            </w:r>
          </w:p>
        </w:tc>
        <w:tc>
          <w:tcPr>
            <w:tcW w:w="2970" w:type="dxa"/>
          </w:tcPr>
          <w:p w14:paraId="0F2C7C1B" w14:textId="02773A3E" w:rsidR="00A141B2" w:rsidRDefault="00A141B2" w:rsidP="00A141B2">
            <w:pPr>
              <w:bidi/>
              <w:rPr>
                <w:rFonts w:ascii="Arial" w:hAnsi="Arial"/>
                <w:b/>
              </w:rPr>
            </w:pPr>
            <w:r w:rsidRPr="00B91E5D">
              <w:rPr>
                <w:rFonts w:hint="cs"/>
                <w:b/>
                <w:bCs/>
                <w:rtl/>
              </w:rPr>
              <w:t>نص</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بالعربية</w:t>
            </w:r>
            <w:r w:rsidRPr="00B91E5D">
              <w:rPr>
                <w:b/>
                <w:bCs/>
                <w:rtl/>
              </w:rPr>
              <w:t xml:space="preserve"> </w:t>
            </w:r>
            <w:r w:rsidRPr="00B91E5D">
              <w:rPr>
                <w:rFonts w:hint="cs"/>
                <w:b/>
                <w:bCs/>
                <w:rtl/>
              </w:rPr>
              <w:t>الأكاديمية</w:t>
            </w:r>
            <w:r w:rsidRPr="00B91E5D">
              <w:rPr>
                <w:b/>
                <w:bCs/>
                <w:rtl/>
              </w:rPr>
              <w:t>)</w:t>
            </w:r>
          </w:p>
        </w:tc>
        <w:tc>
          <w:tcPr>
            <w:tcW w:w="1890" w:type="dxa"/>
          </w:tcPr>
          <w:p w14:paraId="1AFAF9D1" w14:textId="7209F7B7" w:rsidR="00A141B2" w:rsidRDefault="00A141B2" w:rsidP="00A141B2">
            <w:pPr>
              <w:bidi/>
              <w:rPr>
                <w:rFonts w:ascii="Arial" w:hAnsi="Arial"/>
                <w:b/>
              </w:rPr>
            </w:pPr>
            <w:r w:rsidRPr="00B91E5D">
              <w:rPr>
                <w:rFonts w:hint="cs"/>
                <w:b/>
                <w:bCs/>
                <w:rtl/>
              </w:rPr>
              <w:t>موضع</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في</w:t>
            </w:r>
            <w:r w:rsidRPr="00B91E5D">
              <w:rPr>
                <w:b/>
                <w:bCs/>
                <w:rtl/>
              </w:rPr>
              <w:t xml:space="preserve"> </w:t>
            </w:r>
            <w:r w:rsidRPr="00B91E5D">
              <w:rPr>
                <w:rFonts w:hint="cs"/>
                <w:b/>
                <w:bCs/>
                <w:rtl/>
              </w:rPr>
              <w:t>النص</w:t>
            </w:r>
          </w:p>
        </w:tc>
        <w:tc>
          <w:tcPr>
            <w:tcW w:w="1458" w:type="dxa"/>
          </w:tcPr>
          <w:p w14:paraId="025F4EE0" w14:textId="231E2396" w:rsidR="00A141B2" w:rsidRDefault="00A141B2" w:rsidP="00A141B2">
            <w:pPr>
              <w:bidi/>
              <w:rPr>
                <w:rFonts w:ascii="Arial" w:hAnsi="Arial"/>
                <w:b/>
              </w:rPr>
            </w:pPr>
            <w:r w:rsidRPr="00B91E5D">
              <w:rPr>
                <w:rFonts w:hint="cs"/>
                <w:b/>
                <w:bCs/>
                <w:rtl/>
              </w:rPr>
              <w:t>رقم</w:t>
            </w:r>
            <w:r w:rsidRPr="00B91E5D">
              <w:rPr>
                <w:b/>
                <w:bCs/>
                <w:rtl/>
              </w:rPr>
              <w:t xml:space="preserve"> </w:t>
            </w:r>
            <w:r w:rsidRPr="00B91E5D">
              <w:rPr>
                <w:rFonts w:hint="cs"/>
                <w:b/>
                <w:bCs/>
                <w:rtl/>
              </w:rPr>
              <w:t>الملاحظة</w:t>
            </w:r>
          </w:p>
        </w:tc>
      </w:tr>
      <w:tr w:rsidR="00A141B2" w14:paraId="6E86085F" w14:textId="1D6188DF" w:rsidTr="00C61E5E">
        <w:trPr>
          <w:jc w:val="right"/>
        </w:trPr>
        <w:tc>
          <w:tcPr>
            <w:tcW w:w="2322" w:type="dxa"/>
          </w:tcPr>
          <w:p w14:paraId="696BFAEB" w14:textId="3FA56717" w:rsidR="00A141B2" w:rsidRDefault="00A141B2" w:rsidP="00A141B2">
            <w:pPr>
              <w:bidi/>
            </w:pPr>
            <w:r w:rsidRPr="004876C0">
              <w:rPr>
                <w:rFonts w:hint="cs"/>
                <w:rtl/>
              </w:rPr>
              <w:t>اجعل</w:t>
            </w:r>
            <w:r w:rsidRPr="004876C0">
              <w:rPr>
                <w:rtl/>
              </w:rPr>
              <w:t xml:space="preserve"> </w:t>
            </w:r>
            <w:r w:rsidRPr="004876C0">
              <w:rPr>
                <w:rFonts w:hint="cs"/>
                <w:rtl/>
              </w:rPr>
              <w:t>الإجرائي</w:t>
            </w:r>
            <w:r w:rsidRPr="004876C0">
              <w:rPr>
                <w:rtl/>
              </w:rPr>
              <w:t xml:space="preserve"> </w:t>
            </w:r>
            <w:r w:rsidRPr="004876C0">
              <w:rPr>
                <w:rFonts w:hint="cs"/>
                <w:rtl/>
              </w:rPr>
              <w:t>محايدًا</w:t>
            </w:r>
            <w:r w:rsidRPr="004876C0">
              <w:rPr>
                <w:rtl/>
              </w:rPr>
              <w:t xml:space="preserve"> </w:t>
            </w:r>
            <w:r w:rsidRPr="004876C0">
              <w:rPr>
                <w:rFonts w:hint="cs"/>
                <w:rtl/>
              </w:rPr>
              <w:t>يصف</w:t>
            </w:r>
            <w:r w:rsidRPr="004876C0">
              <w:rPr>
                <w:rtl/>
              </w:rPr>
              <w:t xml:space="preserve"> «</w:t>
            </w:r>
            <w:r w:rsidRPr="004876C0">
              <w:rPr>
                <w:rFonts w:hint="cs"/>
                <w:rtl/>
              </w:rPr>
              <w:t>كيفية</w:t>
            </w:r>
            <w:r w:rsidRPr="004876C0">
              <w:rPr>
                <w:rtl/>
              </w:rPr>
              <w:t xml:space="preserve"> </w:t>
            </w:r>
            <w:r w:rsidRPr="004876C0">
              <w:rPr>
                <w:rFonts w:hint="cs"/>
                <w:rtl/>
              </w:rPr>
              <w:t>القياس</w:t>
            </w:r>
            <w:r w:rsidRPr="004876C0">
              <w:rPr>
                <w:rFonts w:hint="eastAsia"/>
                <w:rtl/>
              </w:rPr>
              <w:t>»</w:t>
            </w:r>
            <w:r w:rsidRPr="004876C0">
              <w:rPr>
                <w:rtl/>
              </w:rPr>
              <w:t xml:space="preserve"> (</w:t>
            </w:r>
            <w:r w:rsidRPr="004876C0">
              <w:rPr>
                <w:rFonts w:hint="cs"/>
                <w:rtl/>
              </w:rPr>
              <w:t>الأبعاد</w:t>
            </w:r>
            <w:r w:rsidRPr="004876C0">
              <w:rPr>
                <w:rtl/>
              </w:rPr>
              <w:t>/</w:t>
            </w:r>
            <w:r w:rsidRPr="004876C0">
              <w:rPr>
                <w:rFonts w:hint="cs"/>
                <w:rtl/>
              </w:rPr>
              <w:t>عدد</w:t>
            </w:r>
            <w:r w:rsidRPr="004876C0">
              <w:rPr>
                <w:rtl/>
              </w:rPr>
              <w:t xml:space="preserve"> </w:t>
            </w:r>
            <w:r w:rsidRPr="004876C0">
              <w:rPr>
                <w:rFonts w:hint="cs"/>
                <w:rtl/>
              </w:rPr>
              <w:lastRenderedPageBreak/>
              <w:t>البنود</w:t>
            </w:r>
            <w:r w:rsidRPr="004876C0">
              <w:rPr>
                <w:rtl/>
              </w:rPr>
              <w:t>/</w:t>
            </w:r>
            <w:r w:rsidRPr="004876C0">
              <w:rPr>
                <w:rFonts w:hint="cs"/>
                <w:rtl/>
              </w:rPr>
              <w:t>المقياس</w:t>
            </w:r>
            <w:r w:rsidRPr="004876C0">
              <w:rPr>
                <w:rtl/>
              </w:rPr>
              <w:t xml:space="preserve">) </w:t>
            </w:r>
            <w:r w:rsidRPr="004876C0">
              <w:rPr>
                <w:rFonts w:hint="cs"/>
                <w:rtl/>
              </w:rPr>
              <w:t>دون</w:t>
            </w:r>
            <w:r w:rsidRPr="004876C0">
              <w:rPr>
                <w:rtl/>
              </w:rPr>
              <w:t xml:space="preserve"> </w:t>
            </w:r>
            <w:r w:rsidRPr="004876C0">
              <w:rPr>
                <w:rFonts w:hint="cs"/>
                <w:rtl/>
              </w:rPr>
              <w:t>تضمين</w:t>
            </w:r>
            <w:r w:rsidRPr="004876C0">
              <w:rPr>
                <w:rtl/>
              </w:rPr>
              <w:t xml:space="preserve"> </w:t>
            </w:r>
            <w:r w:rsidRPr="004876C0">
              <w:rPr>
                <w:rFonts w:hint="cs"/>
                <w:rtl/>
              </w:rPr>
              <w:t>أثر</w:t>
            </w:r>
            <w:r w:rsidRPr="004876C0">
              <w:rPr>
                <w:rtl/>
              </w:rPr>
              <w:t xml:space="preserve"> </w:t>
            </w:r>
            <w:r w:rsidRPr="004876C0">
              <w:rPr>
                <w:rFonts w:hint="cs"/>
                <w:rtl/>
              </w:rPr>
              <w:t>سببي</w:t>
            </w:r>
            <w:r w:rsidRPr="004876C0">
              <w:t>.</w:t>
            </w:r>
          </w:p>
        </w:tc>
        <w:tc>
          <w:tcPr>
            <w:tcW w:w="2970" w:type="dxa"/>
          </w:tcPr>
          <w:p w14:paraId="33B84D68" w14:textId="0668461F" w:rsidR="00A141B2" w:rsidRDefault="00A141B2" w:rsidP="00A141B2">
            <w:pPr>
              <w:bidi/>
              <w:rPr>
                <w:rFonts w:ascii="Arial" w:hAnsi="Arial"/>
              </w:rPr>
            </w:pPr>
            <w:r w:rsidRPr="00296439">
              <w:rPr>
                <w:rFonts w:hint="cs"/>
                <w:rtl/>
              </w:rPr>
              <w:lastRenderedPageBreak/>
              <w:t>بعض</w:t>
            </w:r>
            <w:r w:rsidRPr="00296439">
              <w:rPr>
                <w:rtl/>
              </w:rPr>
              <w:t xml:space="preserve"> </w:t>
            </w:r>
            <w:r w:rsidRPr="00296439">
              <w:rPr>
                <w:rFonts w:hint="cs"/>
                <w:rtl/>
              </w:rPr>
              <w:t>التعريفات</w:t>
            </w:r>
            <w:r w:rsidRPr="00296439">
              <w:rPr>
                <w:rtl/>
              </w:rPr>
              <w:t xml:space="preserve"> </w:t>
            </w:r>
            <w:r w:rsidRPr="00296439">
              <w:rPr>
                <w:rFonts w:hint="cs"/>
                <w:rtl/>
              </w:rPr>
              <w:t>الإجرائية</w:t>
            </w:r>
            <w:r w:rsidRPr="00296439">
              <w:rPr>
                <w:rtl/>
              </w:rPr>
              <w:t xml:space="preserve"> </w:t>
            </w:r>
            <w:r w:rsidRPr="00296439">
              <w:rPr>
                <w:rFonts w:hint="cs"/>
                <w:rtl/>
              </w:rPr>
              <w:t>تتضمن</w:t>
            </w:r>
            <w:r w:rsidRPr="00296439">
              <w:rPr>
                <w:rtl/>
              </w:rPr>
              <w:t xml:space="preserve"> </w:t>
            </w:r>
            <w:r w:rsidRPr="00296439">
              <w:rPr>
                <w:rFonts w:hint="cs"/>
                <w:rtl/>
              </w:rPr>
              <w:t>نتائج</w:t>
            </w:r>
            <w:r w:rsidRPr="00296439">
              <w:rPr>
                <w:rtl/>
              </w:rPr>
              <w:t xml:space="preserve"> </w:t>
            </w:r>
            <w:r w:rsidRPr="00296439">
              <w:rPr>
                <w:rFonts w:hint="cs"/>
                <w:rtl/>
              </w:rPr>
              <w:t>مرغوبة</w:t>
            </w:r>
            <w:r w:rsidRPr="00296439">
              <w:rPr>
                <w:rtl/>
              </w:rPr>
              <w:t xml:space="preserve"> </w:t>
            </w:r>
            <w:r w:rsidRPr="00296439">
              <w:rPr>
                <w:rFonts w:hint="cs"/>
                <w:rtl/>
              </w:rPr>
              <w:t>ضمن</w:t>
            </w:r>
            <w:r w:rsidRPr="00296439">
              <w:rPr>
                <w:rtl/>
              </w:rPr>
              <w:t xml:space="preserve"> </w:t>
            </w:r>
            <w:r w:rsidRPr="00296439">
              <w:rPr>
                <w:rFonts w:hint="cs"/>
                <w:rtl/>
              </w:rPr>
              <w:t>التعريف</w:t>
            </w:r>
            <w:r w:rsidRPr="00296439">
              <w:rPr>
                <w:rtl/>
              </w:rPr>
              <w:t xml:space="preserve"> (</w:t>
            </w:r>
            <w:r w:rsidRPr="00296439">
              <w:rPr>
                <w:rFonts w:hint="cs"/>
                <w:rtl/>
              </w:rPr>
              <w:t>تحسين</w:t>
            </w:r>
            <w:r w:rsidRPr="00296439">
              <w:rPr>
                <w:rtl/>
              </w:rPr>
              <w:t xml:space="preserve"> </w:t>
            </w:r>
            <w:r w:rsidRPr="00296439">
              <w:rPr>
                <w:rFonts w:hint="cs"/>
                <w:rtl/>
              </w:rPr>
              <w:lastRenderedPageBreak/>
              <w:t>القرار</w:t>
            </w:r>
            <w:r w:rsidRPr="00296439">
              <w:rPr>
                <w:rtl/>
              </w:rPr>
              <w:t>/</w:t>
            </w:r>
            <w:r w:rsidRPr="00296439">
              <w:rPr>
                <w:rFonts w:hint="cs"/>
                <w:rtl/>
              </w:rPr>
              <w:t>الكفاءة</w:t>
            </w:r>
            <w:r w:rsidRPr="00296439">
              <w:rPr>
                <w:rtl/>
              </w:rPr>
              <w:t>)</w:t>
            </w:r>
            <w:r w:rsidRPr="00296439">
              <w:rPr>
                <w:rFonts w:hint="cs"/>
                <w:rtl/>
              </w:rPr>
              <w:t>،</w:t>
            </w:r>
            <w:r w:rsidRPr="00296439">
              <w:rPr>
                <w:rtl/>
              </w:rPr>
              <w:t xml:space="preserve"> </w:t>
            </w:r>
            <w:r w:rsidRPr="00296439">
              <w:rPr>
                <w:rFonts w:hint="cs"/>
                <w:rtl/>
              </w:rPr>
              <w:t>وهو</w:t>
            </w:r>
            <w:r w:rsidRPr="00296439">
              <w:rPr>
                <w:rtl/>
              </w:rPr>
              <w:t xml:space="preserve"> </w:t>
            </w:r>
            <w:r w:rsidRPr="00296439">
              <w:rPr>
                <w:rFonts w:hint="cs"/>
                <w:rtl/>
              </w:rPr>
              <w:t>ما</w:t>
            </w:r>
            <w:r w:rsidRPr="00296439">
              <w:rPr>
                <w:rtl/>
              </w:rPr>
              <w:t xml:space="preserve"> </w:t>
            </w:r>
            <w:r w:rsidRPr="00296439">
              <w:rPr>
                <w:rFonts w:hint="cs"/>
                <w:rtl/>
              </w:rPr>
              <w:t>يُدخل</w:t>
            </w:r>
            <w:r w:rsidRPr="00296439">
              <w:rPr>
                <w:rtl/>
              </w:rPr>
              <w:t xml:space="preserve"> </w:t>
            </w:r>
            <w:r w:rsidRPr="00296439">
              <w:rPr>
                <w:rFonts w:hint="cs"/>
                <w:rtl/>
              </w:rPr>
              <w:t>أثرًا</w:t>
            </w:r>
            <w:r w:rsidRPr="00296439">
              <w:rPr>
                <w:rtl/>
              </w:rPr>
              <w:t xml:space="preserve"> </w:t>
            </w:r>
            <w:r w:rsidRPr="00296439">
              <w:rPr>
                <w:rFonts w:hint="cs"/>
                <w:rtl/>
              </w:rPr>
              <w:t>مفترضًا</w:t>
            </w:r>
            <w:r w:rsidRPr="00296439">
              <w:rPr>
                <w:rtl/>
              </w:rPr>
              <w:t xml:space="preserve"> </w:t>
            </w:r>
            <w:r w:rsidRPr="00296439">
              <w:rPr>
                <w:rFonts w:hint="cs"/>
                <w:rtl/>
              </w:rPr>
              <w:t>في</w:t>
            </w:r>
            <w:r w:rsidRPr="00296439">
              <w:rPr>
                <w:rtl/>
              </w:rPr>
              <w:t xml:space="preserve"> </w:t>
            </w:r>
            <w:r w:rsidRPr="00296439">
              <w:rPr>
                <w:rFonts w:hint="cs"/>
                <w:rtl/>
              </w:rPr>
              <w:t>القياس</w:t>
            </w:r>
            <w:r w:rsidRPr="00296439">
              <w:t>.</w:t>
            </w:r>
          </w:p>
        </w:tc>
        <w:tc>
          <w:tcPr>
            <w:tcW w:w="1890" w:type="dxa"/>
          </w:tcPr>
          <w:p w14:paraId="45BCF06E" w14:textId="12599A6D" w:rsidR="00A141B2" w:rsidRDefault="00A141B2" w:rsidP="00A141B2">
            <w:pPr>
              <w:bidi/>
              <w:rPr>
                <w:rFonts w:ascii="Arial" w:hAnsi="Arial"/>
              </w:rPr>
            </w:pPr>
            <w:r w:rsidRPr="000903B7">
              <w:rPr>
                <w:rFonts w:hint="cs"/>
                <w:rtl/>
              </w:rPr>
              <w:lastRenderedPageBreak/>
              <w:t>تعريفات</w:t>
            </w:r>
            <w:r w:rsidRPr="000903B7">
              <w:rPr>
                <w:rtl/>
              </w:rPr>
              <w:t xml:space="preserve"> </w:t>
            </w:r>
            <w:r w:rsidRPr="000903B7">
              <w:rPr>
                <w:rFonts w:hint="cs"/>
                <w:rtl/>
              </w:rPr>
              <w:t>المفاهيم</w:t>
            </w:r>
          </w:p>
        </w:tc>
        <w:tc>
          <w:tcPr>
            <w:tcW w:w="1458" w:type="dxa"/>
          </w:tcPr>
          <w:p w14:paraId="41CC8DE8" w14:textId="294E8E7C" w:rsidR="00A141B2" w:rsidRDefault="00A141B2" w:rsidP="00A141B2">
            <w:pPr>
              <w:bidi/>
              <w:rPr>
                <w:rFonts w:ascii="Arial" w:hAnsi="Arial"/>
              </w:rPr>
            </w:pPr>
            <w:r>
              <w:rPr>
                <w:rFonts w:ascii="Arial" w:hAnsi="Arial"/>
              </w:rPr>
              <w:t>1</w:t>
            </w:r>
          </w:p>
        </w:tc>
      </w:tr>
      <w:tr w:rsidR="00A141B2" w14:paraId="739937FE" w14:textId="5F6CE548" w:rsidTr="00C61E5E">
        <w:trPr>
          <w:jc w:val="right"/>
        </w:trPr>
        <w:tc>
          <w:tcPr>
            <w:tcW w:w="2322" w:type="dxa"/>
          </w:tcPr>
          <w:p w14:paraId="7FFBA295" w14:textId="4BE2D74F" w:rsidR="00A141B2" w:rsidRDefault="00A141B2" w:rsidP="00A141B2">
            <w:pPr>
              <w:bidi/>
            </w:pPr>
            <w:r w:rsidRPr="004876C0">
              <w:rPr>
                <w:rFonts w:hint="cs"/>
                <w:rtl/>
              </w:rPr>
              <w:t>استبدلها</w:t>
            </w:r>
            <w:r w:rsidRPr="004876C0">
              <w:rPr>
                <w:rtl/>
              </w:rPr>
              <w:t xml:space="preserve"> </w:t>
            </w:r>
            <w:r w:rsidRPr="004876C0">
              <w:rPr>
                <w:rFonts w:hint="cs"/>
                <w:rtl/>
              </w:rPr>
              <w:t>بمراجع</w:t>
            </w:r>
            <w:r w:rsidRPr="004876C0">
              <w:rPr>
                <w:rtl/>
              </w:rPr>
              <w:t xml:space="preserve"> </w:t>
            </w:r>
            <w:r w:rsidRPr="004876C0">
              <w:rPr>
                <w:rFonts w:hint="cs"/>
                <w:rtl/>
              </w:rPr>
              <w:t>محكّمة</w:t>
            </w:r>
            <w:r w:rsidRPr="004876C0">
              <w:rPr>
                <w:rtl/>
              </w:rPr>
              <w:t xml:space="preserve"> </w:t>
            </w:r>
            <w:r w:rsidRPr="004876C0">
              <w:rPr>
                <w:rFonts w:hint="cs"/>
                <w:rtl/>
              </w:rPr>
              <w:t>وروابط</w:t>
            </w:r>
            <w:r w:rsidRPr="004876C0">
              <w:rPr>
                <w:rtl/>
              </w:rPr>
              <w:t xml:space="preserve"> </w:t>
            </w:r>
            <w:r w:rsidRPr="004876C0">
              <w:rPr>
                <w:rFonts w:hint="cs"/>
                <w:rtl/>
              </w:rPr>
              <w:t>رسمية،</w:t>
            </w:r>
            <w:r w:rsidRPr="004876C0">
              <w:rPr>
                <w:rtl/>
              </w:rPr>
              <w:t xml:space="preserve"> </w:t>
            </w:r>
            <w:r w:rsidRPr="004876C0">
              <w:rPr>
                <w:rFonts w:hint="cs"/>
                <w:rtl/>
              </w:rPr>
              <w:t>واذكر</w:t>
            </w:r>
            <w:r w:rsidRPr="004876C0">
              <w:rPr>
                <w:rtl/>
              </w:rPr>
              <w:t xml:space="preserve"> </w:t>
            </w:r>
            <w:r w:rsidRPr="004876C0">
              <w:rPr>
                <w:rFonts w:hint="cs"/>
                <w:rtl/>
              </w:rPr>
              <w:t>سنة</w:t>
            </w:r>
            <w:r w:rsidRPr="004876C0">
              <w:rPr>
                <w:rtl/>
              </w:rPr>
              <w:t xml:space="preserve"> </w:t>
            </w:r>
            <w:r w:rsidRPr="004876C0">
              <w:rPr>
                <w:rFonts w:hint="cs"/>
                <w:rtl/>
              </w:rPr>
              <w:t>المرجع</w:t>
            </w:r>
            <w:r w:rsidRPr="004876C0">
              <w:rPr>
                <w:rtl/>
              </w:rPr>
              <w:t xml:space="preserve"> </w:t>
            </w:r>
            <w:r w:rsidRPr="004876C0">
              <w:rPr>
                <w:rFonts w:hint="cs"/>
                <w:rtl/>
              </w:rPr>
              <w:t>بدقة</w:t>
            </w:r>
            <w:r w:rsidRPr="004876C0">
              <w:t>.</w:t>
            </w:r>
          </w:p>
        </w:tc>
        <w:tc>
          <w:tcPr>
            <w:tcW w:w="2970" w:type="dxa"/>
          </w:tcPr>
          <w:p w14:paraId="49EE2B0D" w14:textId="42B6BF73" w:rsidR="00A141B2" w:rsidRDefault="00A141B2" w:rsidP="00A141B2">
            <w:pPr>
              <w:bidi/>
              <w:rPr>
                <w:rFonts w:ascii="Arial" w:hAnsi="Arial"/>
              </w:rPr>
            </w:pPr>
            <w:r w:rsidRPr="00296439">
              <w:rPr>
                <w:rFonts w:hint="cs"/>
                <w:rtl/>
              </w:rPr>
              <w:t>مصادر</w:t>
            </w:r>
            <w:r w:rsidRPr="00296439">
              <w:rPr>
                <w:rtl/>
              </w:rPr>
              <w:t xml:space="preserve"> </w:t>
            </w:r>
            <w:r w:rsidRPr="00296439">
              <w:rPr>
                <w:rFonts w:hint="cs"/>
                <w:rtl/>
              </w:rPr>
              <w:t>التعريفات</w:t>
            </w:r>
            <w:r w:rsidRPr="00296439">
              <w:rPr>
                <w:rtl/>
              </w:rPr>
              <w:t xml:space="preserve"> </w:t>
            </w:r>
            <w:r w:rsidRPr="00296439">
              <w:rPr>
                <w:rFonts w:hint="cs"/>
                <w:rtl/>
              </w:rPr>
              <w:t>متباينة</w:t>
            </w:r>
            <w:r w:rsidRPr="00296439">
              <w:rPr>
                <w:rtl/>
              </w:rPr>
              <w:t xml:space="preserve"> </w:t>
            </w:r>
            <w:r w:rsidRPr="00296439">
              <w:rPr>
                <w:rFonts w:hint="cs"/>
                <w:rtl/>
              </w:rPr>
              <w:t>الجودة؛</w:t>
            </w:r>
            <w:r w:rsidRPr="00296439">
              <w:rPr>
                <w:rtl/>
              </w:rPr>
              <w:t xml:space="preserve"> </w:t>
            </w:r>
            <w:r w:rsidRPr="00296439">
              <w:rPr>
                <w:rFonts w:hint="cs"/>
                <w:rtl/>
              </w:rPr>
              <w:t>بعضها</w:t>
            </w:r>
            <w:r w:rsidRPr="00296439">
              <w:rPr>
                <w:rtl/>
              </w:rPr>
              <w:t xml:space="preserve"> </w:t>
            </w:r>
            <w:r w:rsidRPr="00296439">
              <w:rPr>
                <w:rFonts w:hint="cs"/>
                <w:rtl/>
              </w:rPr>
              <w:t>غير</w:t>
            </w:r>
            <w:r w:rsidRPr="00296439">
              <w:rPr>
                <w:rtl/>
              </w:rPr>
              <w:t xml:space="preserve"> </w:t>
            </w:r>
            <w:r w:rsidRPr="00296439">
              <w:rPr>
                <w:rFonts w:hint="cs"/>
                <w:rtl/>
              </w:rPr>
              <w:t>محكّم</w:t>
            </w:r>
            <w:r w:rsidRPr="00296439">
              <w:t>.</w:t>
            </w:r>
          </w:p>
        </w:tc>
        <w:tc>
          <w:tcPr>
            <w:tcW w:w="1890" w:type="dxa"/>
          </w:tcPr>
          <w:p w14:paraId="1F1F0DF5" w14:textId="38B76CBE" w:rsidR="00A141B2" w:rsidRDefault="00A141B2" w:rsidP="00A141B2">
            <w:pPr>
              <w:bidi/>
              <w:rPr>
                <w:rFonts w:ascii="Arial" w:hAnsi="Arial"/>
              </w:rPr>
            </w:pPr>
            <w:r w:rsidRPr="000903B7">
              <w:rPr>
                <w:rFonts w:hint="cs"/>
                <w:rtl/>
              </w:rPr>
              <w:t>تثبيت</w:t>
            </w:r>
            <w:r w:rsidRPr="000903B7">
              <w:rPr>
                <w:rtl/>
              </w:rPr>
              <w:t xml:space="preserve"> </w:t>
            </w:r>
            <w:r w:rsidRPr="000903B7">
              <w:rPr>
                <w:rFonts w:hint="cs"/>
                <w:rtl/>
              </w:rPr>
              <w:t>المصادر</w:t>
            </w:r>
          </w:p>
        </w:tc>
        <w:tc>
          <w:tcPr>
            <w:tcW w:w="1458" w:type="dxa"/>
          </w:tcPr>
          <w:p w14:paraId="6FA4D97D" w14:textId="7C608D70" w:rsidR="00A141B2" w:rsidRDefault="00A141B2" w:rsidP="00A141B2">
            <w:pPr>
              <w:bidi/>
              <w:rPr>
                <w:rFonts w:ascii="Arial" w:hAnsi="Arial"/>
              </w:rPr>
            </w:pPr>
            <w:r>
              <w:rPr>
                <w:rFonts w:ascii="Arial" w:hAnsi="Arial"/>
              </w:rPr>
              <w:t>2</w:t>
            </w:r>
          </w:p>
        </w:tc>
      </w:tr>
      <w:tr w:rsidR="00A141B2" w14:paraId="71D20C91" w14:textId="2238848D" w:rsidTr="00C61E5E">
        <w:trPr>
          <w:jc w:val="right"/>
        </w:trPr>
        <w:tc>
          <w:tcPr>
            <w:tcW w:w="2322" w:type="dxa"/>
          </w:tcPr>
          <w:p w14:paraId="547A45BB" w14:textId="12B92E33" w:rsidR="00A141B2" w:rsidRDefault="00A141B2" w:rsidP="00A141B2">
            <w:pPr>
              <w:bidi/>
            </w:pPr>
            <w:r w:rsidRPr="004876C0">
              <w:rPr>
                <w:rFonts w:hint="cs"/>
                <w:rtl/>
              </w:rPr>
              <w:t>أنشئ</w:t>
            </w:r>
            <w:r w:rsidRPr="004876C0">
              <w:rPr>
                <w:rtl/>
              </w:rPr>
              <w:t xml:space="preserve"> </w:t>
            </w:r>
            <w:r w:rsidRPr="004876C0">
              <w:rPr>
                <w:rFonts w:hint="cs"/>
                <w:rtl/>
              </w:rPr>
              <w:t>جدولًا</w:t>
            </w:r>
            <w:r w:rsidRPr="004876C0">
              <w:rPr>
                <w:rtl/>
              </w:rPr>
              <w:t xml:space="preserve">: </w:t>
            </w:r>
            <w:r w:rsidRPr="004876C0">
              <w:rPr>
                <w:rFonts w:hint="cs"/>
                <w:rtl/>
              </w:rPr>
              <w:t>المتغير</w:t>
            </w:r>
            <w:r w:rsidRPr="004876C0">
              <w:rPr>
                <w:rtl/>
              </w:rPr>
              <w:t>/</w:t>
            </w:r>
            <w:r w:rsidRPr="004876C0">
              <w:rPr>
                <w:rFonts w:hint="cs"/>
                <w:rtl/>
              </w:rPr>
              <w:t>التقنية،</w:t>
            </w:r>
            <w:r w:rsidRPr="004876C0">
              <w:rPr>
                <w:rtl/>
              </w:rPr>
              <w:t xml:space="preserve"> </w:t>
            </w:r>
            <w:r w:rsidRPr="004876C0">
              <w:rPr>
                <w:rFonts w:hint="cs"/>
                <w:rtl/>
              </w:rPr>
              <w:t>التعريف</w:t>
            </w:r>
            <w:r w:rsidRPr="004876C0">
              <w:rPr>
                <w:rtl/>
              </w:rPr>
              <w:t xml:space="preserve"> </w:t>
            </w:r>
            <w:r w:rsidRPr="004876C0">
              <w:rPr>
                <w:rFonts w:hint="cs"/>
                <w:rtl/>
              </w:rPr>
              <w:t>النظري</w:t>
            </w:r>
            <w:r w:rsidRPr="004876C0">
              <w:rPr>
                <w:rtl/>
              </w:rPr>
              <w:t xml:space="preserve"> (</w:t>
            </w:r>
            <w:r w:rsidRPr="004876C0">
              <w:rPr>
                <w:rFonts w:hint="cs"/>
                <w:rtl/>
              </w:rPr>
              <w:t>مرجع</w:t>
            </w:r>
            <w:r w:rsidRPr="004876C0">
              <w:rPr>
                <w:rtl/>
              </w:rPr>
              <w:t>)</w:t>
            </w:r>
            <w:r w:rsidRPr="004876C0">
              <w:rPr>
                <w:rFonts w:hint="cs"/>
                <w:rtl/>
              </w:rPr>
              <w:t>،</w:t>
            </w:r>
            <w:r w:rsidRPr="004876C0">
              <w:rPr>
                <w:rtl/>
              </w:rPr>
              <w:t xml:space="preserve"> </w:t>
            </w:r>
            <w:r w:rsidRPr="004876C0">
              <w:rPr>
                <w:rFonts w:hint="cs"/>
                <w:rtl/>
              </w:rPr>
              <w:t>التعريف</w:t>
            </w:r>
            <w:r w:rsidRPr="004876C0">
              <w:rPr>
                <w:rtl/>
              </w:rPr>
              <w:t xml:space="preserve"> </w:t>
            </w:r>
            <w:r w:rsidRPr="004876C0">
              <w:rPr>
                <w:rFonts w:hint="cs"/>
                <w:rtl/>
              </w:rPr>
              <w:t>الإجرائي</w:t>
            </w:r>
            <w:r w:rsidRPr="004876C0">
              <w:rPr>
                <w:rtl/>
              </w:rPr>
              <w:t xml:space="preserve"> (</w:t>
            </w:r>
            <w:r w:rsidRPr="004876C0">
              <w:rPr>
                <w:rFonts w:hint="cs"/>
                <w:rtl/>
              </w:rPr>
              <w:t>الأداة</w:t>
            </w:r>
            <w:r w:rsidRPr="004876C0">
              <w:rPr>
                <w:rtl/>
              </w:rPr>
              <w:t>/</w:t>
            </w:r>
            <w:r w:rsidRPr="004876C0">
              <w:rPr>
                <w:rFonts w:hint="cs"/>
                <w:rtl/>
              </w:rPr>
              <w:t>المقياس</w:t>
            </w:r>
            <w:r w:rsidRPr="004876C0">
              <w:rPr>
                <w:rtl/>
              </w:rPr>
              <w:t>)</w:t>
            </w:r>
            <w:r w:rsidRPr="004876C0">
              <w:rPr>
                <w:rFonts w:hint="cs"/>
                <w:rtl/>
              </w:rPr>
              <w:t>،</w:t>
            </w:r>
            <w:r w:rsidRPr="004876C0">
              <w:rPr>
                <w:rtl/>
              </w:rPr>
              <w:t xml:space="preserve"> </w:t>
            </w:r>
            <w:r w:rsidRPr="004876C0">
              <w:rPr>
                <w:rFonts w:hint="cs"/>
                <w:rtl/>
              </w:rPr>
              <w:t>الأبعاد</w:t>
            </w:r>
            <w:r w:rsidRPr="004876C0">
              <w:rPr>
                <w:rtl/>
              </w:rPr>
              <w:t xml:space="preserve"> </w:t>
            </w:r>
            <w:r w:rsidRPr="004876C0">
              <w:rPr>
                <w:rFonts w:hint="cs"/>
                <w:rtl/>
              </w:rPr>
              <w:t>ومصدر</w:t>
            </w:r>
            <w:r w:rsidRPr="004876C0">
              <w:rPr>
                <w:rtl/>
              </w:rPr>
              <w:t xml:space="preserve"> </w:t>
            </w:r>
            <w:r w:rsidRPr="004876C0">
              <w:rPr>
                <w:rFonts w:hint="cs"/>
                <w:rtl/>
              </w:rPr>
              <w:t>كل</w:t>
            </w:r>
            <w:r w:rsidRPr="004876C0">
              <w:rPr>
                <w:rtl/>
              </w:rPr>
              <w:t xml:space="preserve"> </w:t>
            </w:r>
            <w:r w:rsidRPr="004876C0">
              <w:rPr>
                <w:rFonts w:hint="cs"/>
                <w:rtl/>
              </w:rPr>
              <w:t>بُعد</w:t>
            </w:r>
            <w:r w:rsidRPr="004876C0">
              <w:rPr>
                <w:rtl/>
              </w:rPr>
              <w:t xml:space="preserve"> + </w:t>
            </w:r>
            <w:r w:rsidRPr="004876C0">
              <w:rPr>
                <w:rFonts w:hint="cs"/>
                <w:rtl/>
              </w:rPr>
              <w:t>مثال</w:t>
            </w:r>
            <w:r w:rsidRPr="004876C0">
              <w:rPr>
                <w:rtl/>
              </w:rPr>
              <w:t xml:space="preserve"> </w:t>
            </w:r>
            <w:r w:rsidRPr="004876C0">
              <w:rPr>
                <w:rFonts w:hint="cs"/>
                <w:rtl/>
              </w:rPr>
              <w:t>بند</w:t>
            </w:r>
            <w:r w:rsidRPr="004876C0">
              <w:rPr>
                <w:rtl/>
              </w:rPr>
              <w:t xml:space="preserve"> </w:t>
            </w:r>
            <w:r w:rsidRPr="004876C0">
              <w:rPr>
                <w:rFonts w:hint="cs"/>
                <w:rtl/>
              </w:rPr>
              <w:t>واحد</w:t>
            </w:r>
            <w:r w:rsidRPr="004876C0">
              <w:rPr>
                <w:rtl/>
              </w:rPr>
              <w:t xml:space="preserve"> </w:t>
            </w:r>
            <w:r w:rsidRPr="004876C0">
              <w:rPr>
                <w:rFonts w:hint="cs"/>
                <w:rtl/>
              </w:rPr>
              <w:t>لكل</w:t>
            </w:r>
            <w:r w:rsidRPr="004876C0">
              <w:rPr>
                <w:rtl/>
              </w:rPr>
              <w:t xml:space="preserve"> </w:t>
            </w:r>
            <w:r w:rsidRPr="004876C0">
              <w:rPr>
                <w:rFonts w:hint="cs"/>
                <w:rtl/>
              </w:rPr>
              <w:t>بُعد</w:t>
            </w:r>
            <w:r w:rsidRPr="004876C0">
              <w:t>.</w:t>
            </w:r>
          </w:p>
        </w:tc>
        <w:tc>
          <w:tcPr>
            <w:tcW w:w="2970" w:type="dxa"/>
          </w:tcPr>
          <w:p w14:paraId="162AC046" w14:textId="3B6F82E5" w:rsidR="00A141B2" w:rsidRDefault="00A141B2" w:rsidP="00A141B2">
            <w:pPr>
              <w:bidi/>
              <w:rPr>
                <w:rFonts w:ascii="Arial" w:hAnsi="Arial"/>
              </w:rPr>
            </w:pPr>
            <w:r w:rsidRPr="00296439">
              <w:rPr>
                <w:rFonts w:hint="cs"/>
                <w:rtl/>
              </w:rPr>
              <w:t>لا</w:t>
            </w:r>
            <w:r w:rsidRPr="00296439">
              <w:rPr>
                <w:rtl/>
              </w:rPr>
              <w:t xml:space="preserve"> </w:t>
            </w:r>
            <w:r w:rsidRPr="00296439">
              <w:rPr>
                <w:rFonts w:hint="cs"/>
                <w:rtl/>
              </w:rPr>
              <w:t>يوجد</w:t>
            </w:r>
            <w:r w:rsidRPr="00296439">
              <w:rPr>
                <w:rtl/>
              </w:rPr>
              <w:t xml:space="preserve"> </w:t>
            </w:r>
            <w:r w:rsidRPr="00296439">
              <w:rPr>
                <w:rFonts w:hint="cs"/>
                <w:rtl/>
              </w:rPr>
              <w:t>جدول</w:t>
            </w:r>
            <w:r w:rsidRPr="00296439">
              <w:rPr>
                <w:rtl/>
              </w:rPr>
              <w:t xml:space="preserve"> </w:t>
            </w:r>
            <w:r w:rsidRPr="00296439">
              <w:rPr>
                <w:rFonts w:hint="cs"/>
                <w:rtl/>
              </w:rPr>
              <w:t>يلخّص</w:t>
            </w:r>
            <w:r w:rsidRPr="00296439">
              <w:rPr>
                <w:rtl/>
              </w:rPr>
              <w:t xml:space="preserve"> </w:t>
            </w:r>
            <w:r w:rsidRPr="00296439">
              <w:rPr>
                <w:rFonts w:hint="cs"/>
                <w:rtl/>
              </w:rPr>
              <w:t>التعريف</w:t>
            </w:r>
            <w:r w:rsidRPr="00296439">
              <w:rPr>
                <w:rtl/>
              </w:rPr>
              <w:t xml:space="preserve"> </w:t>
            </w:r>
            <w:r w:rsidRPr="00296439">
              <w:rPr>
                <w:rFonts w:hint="cs"/>
                <w:rtl/>
              </w:rPr>
              <w:t>النظري</w:t>
            </w:r>
            <w:r w:rsidRPr="00296439">
              <w:rPr>
                <w:rtl/>
              </w:rPr>
              <w:t>/</w:t>
            </w:r>
            <w:r w:rsidRPr="00296439">
              <w:rPr>
                <w:rFonts w:hint="cs"/>
                <w:rtl/>
              </w:rPr>
              <w:t>الإجرائي</w:t>
            </w:r>
            <w:r w:rsidRPr="00296439">
              <w:rPr>
                <w:rtl/>
              </w:rPr>
              <w:t xml:space="preserve"> </w:t>
            </w:r>
            <w:r w:rsidRPr="00296439">
              <w:rPr>
                <w:rFonts w:hint="cs"/>
                <w:rtl/>
              </w:rPr>
              <w:t>والأبعاد</w:t>
            </w:r>
            <w:r w:rsidRPr="00296439">
              <w:rPr>
                <w:rtl/>
              </w:rPr>
              <w:t xml:space="preserve"> </w:t>
            </w:r>
            <w:r w:rsidRPr="00296439">
              <w:rPr>
                <w:rFonts w:hint="cs"/>
                <w:rtl/>
              </w:rPr>
              <w:t>لكل</w:t>
            </w:r>
            <w:r w:rsidRPr="00296439">
              <w:rPr>
                <w:rtl/>
              </w:rPr>
              <w:t xml:space="preserve"> </w:t>
            </w:r>
            <w:r w:rsidRPr="00296439">
              <w:rPr>
                <w:rFonts w:hint="cs"/>
                <w:rtl/>
              </w:rPr>
              <w:t>متغير</w:t>
            </w:r>
            <w:r w:rsidRPr="00296439">
              <w:rPr>
                <w:rtl/>
              </w:rPr>
              <w:t xml:space="preserve"> </w:t>
            </w:r>
            <w:r w:rsidRPr="00296439">
              <w:rPr>
                <w:rFonts w:hint="cs"/>
                <w:rtl/>
              </w:rPr>
              <w:t>تقني</w:t>
            </w:r>
            <w:r w:rsidRPr="00296439">
              <w:rPr>
                <w:rtl/>
              </w:rPr>
              <w:t xml:space="preserve"> </w:t>
            </w:r>
            <w:r w:rsidRPr="00296439">
              <w:rPr>
                <w:rFonts w:hint="cs"/>
                <w:rtl/>
              </w:rPr>
              <w:t>ولأبعاد</w:t>
            </w:r>
            <w:r w:rsidRPr="00296439">
              <w:rPr>
                <w:rtl/>
              </w:rPr>
              <w:t xml:space="preserve"> </w:t>
            </w:r>
            <w:r w:rsidRPr="00296439">
              <w:rPr>
                <w:rFonts w:hint="cs"/>
                <w:rtl/>
              </w:rPr>
              <w:t>العدالة</w:t>
            </w:r>
            <w:r w:rsidRPr="00296439">
              <w:t>.</w:t>
            </w:r>
          </w:p>
        </w:tc>
        <w:tc>
          <w:tcPr>
            <w:tcW w:w="1890" w:type="dxa"/>
          </w:tcPr>
          <w:p w14:paraId="60F6F549" w14:textId="22CD4E0B" w:rsidR="00A141B2" w:rsidRDefault="00A141B2" w:rsidP="00A141B2">
            <w:pPr>
              <w:bidi/>
              <w:rPr>
                <w:rFonts w:ascii="Arial" w:hAnsi="Arial"/>
              </w:rPr>
            </w:pPr>
            <w:r w:rsidRPr="000903B7">
              <w:rPr>
                <w:rFonts w:hint="cs"/>
                <w:rtl/>
              </w:rPr>
              <w:t>جدول</w:t>
            </w:r>
            <w:r w:rsidRPr="000903B7">
              <w:rPr>
                <w:rtl/>
              </w:rPr>
              <w:t xml:space="preserve"> </w:t>
            </w:r>
            <w:r w:rsidRPr="000903B7">
              <w:rPr>
                <w:rFonts w:hint="cs"/>
                <w:rtl/>
              </w:rPr>
              <w:t>موحّد</w:t>
            </w:r>
            <w:r w:rsidRPr="000903B7">
              <w:rPr>
                <w:rtl/>
              </w:rPr>
              <w:t xml:space="preserve"> </w:t>
            </w:r>
            <w:r w:rsidRPr="000903B7">
              <w:rPr>
                <w:rFonts w:hint="cs"/>
                <w:rtl/>
              </w:rPr>
              <w:t>للمصطلحات</w:t>
            </w:r>
          </w:p>
        </w:tc>
        <w:tc>
          <w:tcPr>
            <w:tcW w:w="1458" w:type="dxa"/>
          </w:tcPr>
          <w:p w14:paraId="6D41DDAD" w14:textId="056724AF" w:rsidR="00A141B2" w:rsidRDefault="00A141B2" w:rsidP="00A141B2">
            <w:pPr>
              <w:bidi/>
              <w:rPr>
                <w:rFonts w:ascii="Arial" w:hAnsi="Arial"/>
              </w:rPr>
            </w:pPr>
            <w:r>
              <w:rPr>
                <w:rFonts w:ascii="Arial" w:hAnsi="Arial"/>
              </w:rPr>
              <w:t>3</w:t>
            </w:r>
          </w:p>
        </w:tc>
      </w:tr>
    </w:tbl>
    <w:p w14:paraId="22391DA0" w14:textId="77777777" w:rsidR="00F55848" w:rsidRDefault="00F55848" w:rsidP="00FD56DC">
      <w:pPr>
        <w:bidi/>
      </w:pPr>
    </w:p>
    <w:p w14:paraId="04323BDA" w14:textId="77777777" w:rsidR="00F55848" w:rsidRDefault="00FD567C" w:rsidP="00FD56DC">
      <w:pPr>
        <w:pStyle w:val="Heading2"/>
        <w:bidi/>
      </w:pPr>
      <w:r>
        <w:rPr>
          <w:rFonts w:ascii="Arial" w:hAnsi="Arial"/>
          <w:sz w:val="28"/>
        </w:rPr>
        <w:t>بنية/تنظيم فصول الأطروحة</w:t>
      </w:r>
    </w:p>
    <w:tbl>
      <w:tblPr>
        <w:tblStyle w:val="TableGrid"/>
        <w:tblW w:w="0" w:type="auto"/>
        <w:jc w:val="right"/>
        <w:tblLook w:val="04A0" w:firstRow="1" w:lastRow="0" w:firstColumn="1" w:lastColumn="0" w:noHBand="0" w:noVBand="1"/>
      </w:tblPr>
      <w:tblGrid>
        <w:gridCol w:w="2319"/>
        <w:gridCol w:w="2966"/>
        <w:gridCol w:w="1888"/>
        <w:gridCol w:w="1457"/>
      </w:tblGrid>
      <w:tr w:rsidR="00A141B2" w14:paraId="2293E507" w14:textId="3501CD4E" w:rsidTr="00C61E5E">
        <w:trPr>
          <w:jc w:val="right"/>
        </w:trPr>
        <w:tc>
          <w:tcPr>
            <w:tcW w:w="2322" w:type="dxa"/>
          </w:tcPr>
          <w:p w14:paraId="2185BC42" w14:textId="5441489B" w:rsidR="00A141B2" w:rsidRDefault="00A141B2" w:rsidP="00A141B2">
            <w:pPr>
              <w:bidi/>
            </w:pPr>
            <w:r w:rsidRPr="00B91E5D">
              <w:rPr>
                <w:rFonts w:hint="cs"/>
                <w:b/>
                <w:bCs/>
                <w:rtl/>
              </w:rPr>
              <w:t>كيفية</w:t>
            </w:r>
            <w:r w:rsidRPr="00B91E5D">
              <w:rPr>
                <w:b/>
                <w:bCs/>
                <w:rtl/>
              </w:rPr>
              <w:t xml:space="preserve"> </w:t>
            </w:r>
            <w:r w:rsidRPr="00B91E5D">
              <w:rPr>
                <w:rFonts w:hint="cs"/>
                <w:b/>
                <w:bCs/>
                <w:rtl/>
              </w:rPr>
              <w:t>التنفيذ</w:t>
            </w:r>
            <w:r w:rsidRPr="00B91E5D">
              <w:rPr>
                <w:b/>
                <w:bCs/>
                <w:rtl/>
              </w:rPr>
              <w:t xml:space="preserve"> (</w:t>
            </w:r>
            <w:r w:rsidRPr="00B91E5D">
              <w:rPr>
                <w:rFonts w:hint="cs"/>
                <w:b/>
                <w:bCs/>
                <w:rtl/>
              </w:rPr>
              <w:t>خطوات</w:t>
            </w:r>
            <w:r w:rsidRPr="00B91E5D">
              <w:rPr>
                <w:b/>
                <w:bCs/>
                <w:rtl/>
              </w:rPr>
              <w:t xml:space="preserve"> </w:t>
            </w:r>
            <w:r w:rsidRPr="00B91E5D">
              <w:rPr>
                <w:rFonts w:hint="cs"/>
                <w:b/>
                <w:bCs/>
                <w:rtl/>
              </w:rPr>
              <w:t>عملية</w:t>
            </w:r>
            <w:r w:rsidRPr="00B91E5D">
              <w:rPr>
                <w:b/>
                <w:bCs/>
                <w:rtl/>
              </w:rPr>
              <w:t xml:space="preserve"> </w:t>
            </w:r>
            <w:r w:rsidRPr="00B91E5D">
              <w:rPr>
                <w:rFonts w:hint="cs"/>
                <w:b/>
                <w:bCs/>
                <w:rtl/>
              </w:rPr>
              <w:t>للطالب</w:t>
            </w:r>
            <w:r w:rsidRPr="00B91E5D">
              <w:rPr>
                <w:b/>
                <w:bCs/>
                <w:rtl/>
              </w:rPr>
              <w:t>)</w:t>
            </w:r>
          </w:p>
        </w:tc>
        <w:tc>
          <w:tcPr>
            <w:tcW w:w="2970" w:type="dxa"/>
          </w:tcPr>
          <w:p w14:paraId="3B647E23" w14:textId="6421E8E1" w:rsidR="00A141B2" w:rsidRDefault="00A141B2" w:rsidP="00A141B2">
            <w:pPr>
              <w:bidi/>
              <w:rPr>
                <w:rFonts w:ascii="Arial" w:hAnsi="Arial"/>
                <w:b/>
              </w:rPr>
            </w:pPr>
            <w:r w:rsidRPr="00B91E5D">
              <w:rPr>
                <w:rFonts w:hint="cs"/>
                <w:b/>
                <w:bCs/>
                <w:rtl/>
              </w:rPr>
              <w:t>نص</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بالعربية</w:t>
            </w:r>
            <w:r w:rsidRPr="00B91E5D">
              <w:rPr>
                <w:b/>
                <w:bCs/>
                <w:rtl/>
              </w:rPr>
              <w:t xml:space="preserve"> </w:t>
            </w:r>
            <w:r w:rsidRPr="00B91E5D">
              <w:rPr>
                <w:rFonts w:hint="cs"/>
                <w:b/>
                <w:bCs/>
                <w:rtl/>
              </w:rPr>
              <w:t>الأكاديمية</w:t>
            </w:r>
            <w:r w:rsidRPr="00B91E5D">
              <w:rPr>
                <w:b/>
                <w:bCs/>
                <w:rtl/>
              </w:rPr>
              <w:t>)</w:t>
            </w:r>
          </w:p>
        </w:tc>
        <w:tc>
          <w:tcPr>
            <w:tcW w:w="1890" w:type="dxa"/>
          </w:tcPr>
          <w:p w14:paraId="767A4B81" w14:textId="266912AF" w:rsidR="00A141B2" w:rsidRDefault="00A141B2" w:rsidP="00A141B2">
            <w:pPr>
              <w:bidi/>
              <w:rPr>
                <w:rFonts w:ascii="Arial" w:hAnsi="Arial"/>
                <w:b/>
              </w:rPr>
            </w:pPr>
            <w:r w:rsidRPr="00B91E5D">
              <w:rPr>
                <w:rFonts w:hint="cs"/>
                <w:b/>
                <w:bCs/>
                <w:rtl/>
              </w:rPr>
              <w:t>موضع</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في</w:t>
            </w:r>
            <w:r w:rsidRPr="00B91E5D">
              <w:rPr>
                <w:b/>
                <w:bCs/>
                <w:rtl/>
              </w:rPr>
              <w:t xml:space="preserve"> </w:t>
            </w:r>
            <w:r w:rsidRPr="00B91E5D">
              <w:rPr>
                <w:rFonts w:hint="cs"/>
                <w:b/>
                <w:bCs/>
                <w:rtl/>
              </w:rPr>
              <w:t>النص</w:t>
            </w:r>
          </w:p>
        </w:tc>
        <w:tc>
          <w:tcPr>
            <w:tcW w:w="1458" w:type="dxa"/>
          </w:tcPr>
          <w:p w14:paraId="212E074C" w14:textId="6DA1E069" w:rsidR="00A141B2" w:rsidRDefault="00A141B2" w:rsidP="00A141B2">
            <w:pPr>
              <w:bidi/>
              <w:rPr>
                <w:rFonts w:ascii="Arial" w:hAnsi="Arial"/>
                <w:b/>
              </w:rPr>
            </w:pPr>
            <w:r w:rsidRPr="00B91E5D">
              <w:rPr>
                <w:rFonts w:hint="cs"/>
                <w:b/>
                <w:bCs/>
                <w:rtl/>
              </w:rPr>
              <w:t>رقم</w:t>
            </w:r>
            <w:r w:rsidRPr="00B91E5D">
              <w:rPr>
                <w:b/>
                <w:bCs/>
                <w:rtl/>
              </w:rPr>
              <w:t xml:space="preserve"> </w:t>
            </w:r>
            <w:r w:rsidRPr="00B91E5D">
              <w:rPr>
                <w:rFonts w:hint="cs"/>
                <w:b/>
                <w:bCs/>
                <w:rtl/>
              </w:rPr>
              <w:t>الملاحظة</w:t>
            </w:r>
          </w:p>
        </w:tc>
      </w:tr>
      <w:tr w:rsidR="00A141B2" w14:paraId="788A346D" w14:textId="7DDABFE7" w:rsidTr="00C61E5E">
        <w:trPr>
          <w:jc w:val="right"/>
        </w:trPr>
        <w:tc>
          <w:tcPr>
            <w:tcW w:w="2322" w:type="dxa"/>
          </w:tcPr>
          <w:p w14:paraId="6F465726" w14:textId="0B62B6AD" w:rsidR="00A141B2" w:rsidRDefault="00A141B2" w:rsidP="00A141B2">
            <w:pPr>
              <w:bidi/>
            </w:pPr>
            <w:r w:rsidRPr="006D3CFF">
              <w:rPr>
                <w:rFonts w:hint="cs"/>
                <w:rtl/>
              </w:rPr>
              <w:t>أضف</w:t>
            </w:r>
            <w:r w:rsidRPr="006D3CFF">
              <w:rPr>
                <w:rtl/>
              </w:rPr>
              <w:t xml:space="preserve"> </w:t>
            </w:r>
            <w:r w:rsidRPr="006D3CFF">
              <w:rPr>
                <w:rFonts w:hint="cs"/>
                <w:rtl/>
              </w:rPr>
              <w:t>فقرة</w:t>
            </w:r>
            <w:r w:rsidRPr="006D3CFF">
              <w:rPr>
                <w:rtl/>
              </w:rPr>
              <w:t xml:space="preserve"> «</w:t>
            </w:r>
            <w:r w:rsidRPr="006D3CFF">
              <w:rPr>
                <w:rFonts w:hint="cs"/>
                <w:rtl/>
              </w:rPr>
              <w:t>تنظيم</w:t>
            </w:r>
            <w:r w:rsidRPr="006D3CFF">
              <w:rPr>
                <w:rtl/>
              </w:rPr>
              <w:t xml:space="preserve"> </w:t>
            </w:r>
            <w:r w:rsidRPr="006D3CFF">
              <w:rPr>
                <w:rFonts w:hint="cs"/>
                <w:rtl/>
              </w:rPr>
              <w:t>فصول</w:t>
            </w:r>
            <w:r w:rsidRPr="006D3CFF">
              <w:rPr>
                <w:rtl/>
              </w:rPr>
              <w:t xml:space="preserve"> </w:t>
            </w:r>
            <w:r w:rsidRPr="006D3CFF">
              <w:rPr>
                <w:rFonts w:hint="cs"/>
                <w:rtl/>
              </w:rPr>
              <w:t>الأطروحة</w:t>
            </w:r>
            <w:r w:rsidRPr="006D3CFF">
              <w:rPr>
                <w:rFonts w:hint="eastAsia"/>
                <w:rtl/>
              </w:rPr>
              <w:t>»</w:t>
            </w:r>
            <w:r w:rsidRPr="006D3CFF">
              <w:rPr>
                <w:rtl/>
              </w:rPr>
              <w:t xml:space="preserve">: </w:t>
            </w:r>
            <w:r w:rsidRPr="006D3CFF">
              <w:rPr>
                <w:rFonts w:hint="cs"/>
                <w:rtl/>
              </w:rPr>
              <w:t>لكل</w:t>
            </w:r>
            <w:r w:rsidRPr="006D3CFF">
              <w:rPr>
                <w:rtl/>
              </w:rPr>
              <w:t xml:space="preserve"> </w:t>
            </w:r>
            <w:r w:rsidRPr="006D3CFF">
              <w:rPr>
                <w:rFonts w:hint="cs"/>
                <w:rtl/>
              </w:rPr>
              <w:t>فصل</w:t>
            </w:r>
            <w:r w:rsidRPr="006D3CFF">
              <w:rPr>
                <w:rtl/>
              </w:rPr>
              <w:t xml:space="preserve"> (2–3 </w:t>
            </w:r>
            <w:r w:rsidRPr="006D3CFF">
              <w:rPr>
                <w:rFonts w:hint="cs"/>
                <w:rtl/>
              </w:rPr>
              <w:t>أسطر</w:t>
            </w:r>
            <w:r w:rsidRPr="006D3CFF">
              <w:rPr>
                <w:rtl/>
              </w:rPr>
              <w:t xml:space="preserve">) </w:t>
            </w:r>
            <w:r w:rsidRPr="006D3CFF">
              <w:rPr>
                <w:rFonts w:hint="cs"/>
                <w:rtl/>
              </w:rPr>
              <w:t>تذكر</w:t>
            </w:r>
            <w:r w:rsidRPr="006D3CFF">
              <w:rPr>
                <w:rtl/>
              </w:rPr>
              <w:t xml:space="preserve"> </w:t>
            </w:r>
            <w:r w:rsidRPr="006D3CFF">
              <w:rPr>
                <w:rFonts w:hint="cs"/>
                <w:rtl/>
              </w:rPr>
              <w:t>الهدف</w:t>
            </w:r>
            <w:r w:rsidRPr="006D3CFF">
              <w:rPr>
                <w:rtl/>
              </w:rPr>
              <w:t xml:space="preserve"> </w:t>
            </w:r>
            <w:r w:rsidRPr="006D3CFF">
              <w:rPr>
                <w:rFonts w:hint="cs"/>
                <w:rtl/>
              </w:rPr>
              <w:t>والمخرجات</w:t>
            </w:r>
            <w:r w:rsidRPr="006D3CFF">
              <w:rPr>
                <w:rtl/>
              </w:rPr>
              <w:t xml:space="preserve"> (</w:t>
            </w:r>
            <w:r w:rsidRPr="006D3CFF">
              <w:rPr>
                <w:rFonts w:hint="cs"/>
                <w:rtl/>
              </w:rPr>
              <w:t>الإطار</w:t>
            </w:r>
            <w:r w:rsidRPr="006D3CFF">
              <w:rPr>
                <w:rtl/>
              </w:rPr>
              <w:t xml:space="preserve"> </w:t>
            </w:r>
            <w:r w:rsidRPr="006D3CFF">
              <w:rPr>
                <w:rFonts w:hint="cs"/>
                <w:rtl/>
              </w:rPr>
              <w:t>النظري،</w:t>
            </w:r>
            <w:r w:rsidRPr="006D3CFF">
              <w:rPr>
                <w:rtl/>
              </w:rPr>
              <w:t xml:space="preserve"> </w:t>
            </w:r>
            <w:r w:rsidRPr="006D3CFF">
              <w:rPr>
                <w:rFonts w:hint="cs"/>
                <w:rtl/>
              </w:rPr>
              <w:t>المنهجية،</w:t>
            </w:r>
            <w:r w:rsidRPr="006D3CFF">
              <w:rPr>
                <w:rtl/>
              </w:rPr>
              <w:t xml:space="preserve"> </w:t>
            </w:r>
            <w:r w:rsidRPr="006D3CFF">
              <w:rPr>
                <w:rFonts w:hint="cs"/>
                <w:rtl/>
              </w:rPr>
              <w:t>النتائج،</w:t>
            </w:r>
            <w:r w:rsidRPr="006D3CFF">
              <w:rPr>
                <w:rtl/>
              </w:rPr>
              <w:t xml:space="preserve"> </w:t>
            </w:r>
            <w:r w:rsidRPr="006D3CFF">
              <w:rPr>
                <w:rFonts w:hint="cs"/>
                <w:rtl/>
              </w:rPr>
              <w:t>المناقشة</w:t>
            </w:r>
            <w:r w:rsidRPr="006D3CFF">
              <w:rPr>
                <w:rtl/>
              </w:rPr>
              <w:t>)</w:t>
            </w:r>
            <w:r w:rsidRPr="006D3CFF">
              <w:t>.</w:t>
            </w:r>
          </w:p>
        </w:tc>
        <w:tc>
          <w:tcPr>
            <w:tcW w:w="2970" w:type="dxa"/>
          </w:tcPr>
          <w:p w14:paraId="7714A987" w14:textId="744DE9C2" w:rsidR="00A141B2" w:rsidRDefault="00A141B2" w:rsidP="00A141B2">
            <w:pPr>
              <w:bidi/>
              <w:rPr>
                <w:rFonts w:ascii="Arial" w:hAnsi="Arial"/>
              </w:rPr>
            </w:pPr>
            <w:r w:rsidRPr="00837844">
              <w:rPr>
                <w:rFonts w:hint="cs"/>
                <w:rtl/>
              </w:rPr>
              <w:t>لا</w:t>
            </w:r>
            <w:r w:rsidRPr="00837844">
              <w:rPr>
                <w:rtl/>
              </w:rPr>
              <w:t xml:space="preserve"> </w:t>
            </w:r>
            <w:r w:rsidRPr="00837844">
              <w:rPr>
                <w:rFonts w:hint="cs"/>
                <w:rtl/>
              </w:rPr>
              <w:t>توجد</w:t>
            </w:r>
            <w:r w:rsidRPr="00837844">
              <w:rPr>
                <w:rtl/>
              </w:rPr>
              <w:t xml:space="preserve"> </w:t>
            </w:r>
            <w:r w:rsidRPr="00837844">
              <w:rPr>
                <w:rFonts w:hint="cs"/>
                <w:rtl/>
              </w:rPr>
              <w:t>فقرة</w:t>
            </w:r>
            <w:r w:rsidRPr="00837844">
              <w:rPr>
                <w:rtl/>
              </w:rPr>
              <w:t xml:space="preserve"> </w:t>
            </w:r>
            <w:r w:rsidRPr="00837844">
              <w:rPr>
                <w:rFonts w:hint="cs"/>
                <w:rtl/>
              </w:rPr>
              <w:t>موجزة</w:t>
            </w:r>
            <w:r w:rsidRPr="00837844">
              <w:rPr>
                <w:rtl/>
              </w:rPr>
              <w:t xml:space="preserve"> </w:t>
            </w:r>
            <w:r w:rsidRPr="00837844">
              <w:rPr>
                <w:rFonts w:hint="cs"/>
                <w:rtl/>
              </w:rPr>
              <w:t>توضّح</w:t>
            </w:r>
            <w:r w:rsidRPr="00837844">
              <w:rPr>
                <w:rtl/>
              </w:rPr>
              <w:t xml:space="preserve"> </w:t>
            </w:r>
            <w:r w:rsidRPr="00837844">
              <w:rPr>
                <w:rFonts w:hint="cs"/>
                <w:rtl/>
              </w:rPr>
              <w:t>خريطة</w:t>
            </w:r>
            <w:r w:rsidRPr="00837844">
              <w:rPr>
                <w:rtl/>
              </w:rPr>
              <w:t xml:space="preserve"> </w:t>
            </w:r>
            <w:r w:rsidRPr="00837844">
              <w:rPr>
                <w:rFonts w:hint="cs"/>
                <w:rtl/>
              </w:rPr>
              <w:t>الفصول</w:t>
            </w:r>
            <w:r w:rsidRPr="00837844">
              <w:t>.</w:t>
            </w:r>
          </w:p>
        </w:tc>
        <w:tc>
          <w:tcPr>
            <w:tcW w:w="1890" w:type="dxa"/>
          </w:tcPr>
          <w:p w14:paraId="02B41143" w14:textId="65BCB50F" w:rsidR="00A141B2" w:rsidRDefault="00A141B2" w:rsidP="00A141B2">
            <w:pPr>
              <w:bidi/>
              <w:rPr>
                <w:rFonts w:ascii="Arial" w:hAnsi="Arial"/>
              </w:rPr>
            </w:pPr>
            <w:r w:rsidRPr="00035F0D">
              <w:rPr>
                <w:rFonts w:hint="cs"/>
                <w:rtl/>
              </w:rPr>
              <w:t>نهاية</w:t>
            </w:r>
            <w:r w:rsidRPr="00035F0D">
              <w:rPr>
                <w:rtl/>
              </w:rPr>
              <w:t xml:space="preserve"> </w:t>
            </w:r>
            <w:r w:rsidRPr="00035F0D">
              <w:rPr>
                <w:rFonts w:hint="cs"/>
                <w:rtl/>
              </w:rPr>
              <w:t>الفصل</w:t>
            </w:r>
            <w:r w:rsidRPr="00035F0D">
              <w:rPr>
                <w:rtl/>
              </w:rPr>
              <w:t xml:space="preserve"> </w:t>
            </w:r>
            <w:r w:rsidRPr="00035F0D">
              <w:rPr>
                <w:rFonts w:hint="cs"/>
                <w:rtl/>
              </w:rPr>
              <w:t>الأول</w:t>
            </w:r>
          </w:p>
        </w:tc>
        <w:tc>
          <w:tcPr>
            <w:tcW w:w="1458" w:type="dxa"/>
          </w:tcPr>
          <w:p w14:paraId="4C010431" w14:textId="4CAF78A4" w:rsidR="00A141B2" w:rsidRDefault="00A141B2" w:rsidP="00A141B2">
            <w:pPr>
              <w:bidi/>
              <w:rPr>
                <w:rFonts w:ascii="Arial" w:hAnsi="Arial"/>
              </w:rPr>
            </w:pPr>
            <w:r>
              <w:rPr>
                <w:rFonts w:ascii="Arial" w:hAnsi="Arial"/>
              </w:rPr>
              <w:t>1</w:t>
            </w:r>
          </w:p>
        </w:tc>
      </w:tr>
      <w:tr w:rsidR="00A141B2" w14:paraId="2636261F" w14:textId="5E0AAEA1" w:rsidTr="00C61E5E">
        <w:trPr>
          <w:jc w:val="right"/>
        </w:trPr>
        <w:tc>
          <w:tcPr>
            <w:tcW w:w="2322" w:type="dxa"/>
          </w:tcPr>
          <w:p w14:paraId="72F7C464" w14:textId="51BCE56C" w:rsidR="00A141B2" w:rsidRDefault="00A141B2" w:rsidP="00A141B2">
            <w:pPr>
              <w:bidi/>
            </w:pPr>
            <w:r w:rsidRPr="006D3CFF">
              <w:rPr>
                <w:rFonts w:hint="cs"/>
                <w:rtl/>
              </w:rPr>
              <w:t>اذكر</w:t>
            </w:r>
            <w:r w:rsidRPr="006D3CFF">
              <w:rPr>
                <w:rtl/>
              </w:rPr>
              <w:t xml:space="preserve"> </w:t>
            </w:r>
            <w:r w:rsidRPr="006D3CFF">
              <w:rPr>
                <w:rFonts w:hint="cs"/>
                <w:rtl/>
              </w:rPr>
              <w:t>أن</w:t>
            </w:r>
            <w:r w:rsidRPr="006D3CFF">
              <w:rPr>
                <w:rtl/>
              </w:rPr>
              <w:t xml:space="preserve"> </w:t>
            </w:r>
            <w:r w:rsidRPr="006D3CFF">
              <w:rPr>
                <w:rFonts w:hint="cs"/>
                <w:rtl/>
              </w:rPr>
              <w:t>فحوص</w:t>
            </w:r>
            <w:r w:rsidRPr="006D3CFF">
              <w:rPr>
                <w:rtl/>
              </w:rPr>
              <w:t xml:space="preserve"> </w:t>
            </w:r>
            <w:r w:rsidRPr="006D3CFF">
              <w:rPr>
                <w:rFonts w:hint="cs"/>
                <w:rtl/>
              </w:rPr>
              <w:t>الصلاحية</w:t>
            </w:r>
            <w:r w:rsidRPr="006D3CFF">
              <w:rPr>
                <w:rtl/>
              </w:rPr>
              <w:t xml:space="preserve"> </w:t>
            </w:r>
            <w:r w:rsidRPr="006D3CFF">
              <w:rPr>
                <w:rFonts w:hint="cs"/>
                <w:rtl/>
              </w:rPr>
              <w:t>والثبات</w:t>
            </w:r>
            <w:r w:rsidRPr="006D3CFF">
              <w:rPr>
                <w:rtl/>
              </w:rPr>
              <w:t xml:space="preserve"> </w:t>
            </w:r>
            <w:r w:rsidRPr="006D3CFF">
              <w:rPr>
                <w:rFonts w:hint="cs"/>
                <w:rtl/>
              </w:rPr>
              <w:t>ستكون</w:t>
            </w:r>
            <w:r w:rsidRPr="006D3CFF">
              <w:rPr>
                <w:rtl/>
              </w:rPr>
              <w:t xml:space="preserve"> </w:t>
            </w:r>
            <w:r w:rsidRPr="006D3CFF">
              <w:rPr>
                <w:rFonts w:hint="cs"/>
                <w:rtl/>
              </w:rPr>
              <w:t>في</w:t>
            </w:r>
            <w:r w:rsidRPr="006D3CFF">
              <w:rPr>
                <w:rtl/>
              </w:rPr>
              <w:t xml:space="preserve"> </w:t>
            </w:r>
            <w:r w:rsidRPr="006D3CFF">
              <w:rPr>
                <w:rFonts w:hint="cs"/>
                <w:rtl/>
              </w:rPr>
              <w:t>فصل</w:t>
            </w:r>
            <w:r w:rsidRPr="006D3CFF">
              <w:rPr>
                <w:rtl/>
              </w:rPr>
              <w:t xml:space="preserve"> </w:t>
            </w:r>
            <w:r w:rsidRPr="006D3CFF">
              <w:rPr>
                <w:rFonts w:hint="cs"/>
                <w:rtl/>
              </w:rPr>
              <w:t>المنهجية</w:t>
            </w:r>
            <w:r w:rsidRPr="006D3CFF">
              <w:rPr>
                <w:rtl/>
              </w:rPr>
              <w:t>/</w:t>
            </w:r>
            <w:r w:rsidRPr="006D3CFF">
              <w:rPr>
                <w:rFonts w:hint="cs"/>
                <w:rtl/>
              </w:rPr>
              <w:t>النتائج،</w:t>
            </w:r>
            <w:r w:rsidRPr="006D3CFF">
              <w:rPr>
                <w:rtl/>
              </w:rPr>
              <w:t xml:space="preserve"> </w:t>
            </w:r>
            <w:r w:rsidRPr="006D3CFF">
              <w:rPr>
                <w:rFonts w:hint="cs"/>
                <w:rtl/>
              </w:rPr>
              <w:t>وأن</w:t>
            </w:r>
            <w:r w:rsidRPr="006D3CFF">
              <w:rPr>
                <w:rtl/>
              </w:rPr>
              <w:t xml:space="preserve"> </w:t>
            </w:r>
            <w:r w:rsidRPr="006D3CFF">
              <w:rPr>
                <w:rFonts w:hint="cs"/>
                <w:rtl/>
              </w:rPr>
              <w:t>اختبار</w:t>
            </w:r>
            <w:r w:rsidRPr="006D3CFF">
              <w:rPr>
                <w:rtl/>
              </w:rPr>
              <w:t xml:space="preserve"> </w:t>
            </w:r>
            <w:r w:rsidRPr="006D3CFF">
              <w:rPr>
                <w:rFonts w:hint="cs"/>
                <w:rtl/>
              </w:rPr>
              <w:t>الفرضيات</w:t>
            </w:r>
            <w:r w:rsidRPr="006D3CFF">
              <w:rPr>
                <w:rtl/>
              </w:rPr>
              <w:t xml:space="preserve"> </w:t>
            </w:r>
            <w:r w:rsidRPr="006D3CFF">
              <w:rPr>
                <w:rFonts w:hint="cs"/>
                <w:rtl/>
              </w:rPr>
              <w:t>سيتم</w:t>
            </w:r>
            <w:r w:rsidRPr="006D3CFF">
              <w:rPr>
                <w:rtl/>
              </w:rPr>
              <w:t xml:space="preserve"> </w:t>
            </w:r>
            <w:r w:rsidRPr="006D3CFF">
              <w:rPr>
                <w:rFonts w:hint="cs"/>
                <w:rtl/>
              </w:rPr>
              <w:t>باستخدام</w:t>
            </w:r>
            <w:r w:rsidRPr="006D3CFF">
              <w:rPr>
                <w:rtl/>
              </w:rPr>
              <w:t xml:space="preserve"> </w:t>
            </w:r>
            <w:r w:rsidRPr="006D3CFF">
              <w:rPr>
                <w:rFonts w:hint="cs"/>
                <w:rtl/>
              </w:rPr>
              <w:t>الانحدار</w:t>
            </w:r>
            <w:r w:rsidRPr="006D3CFF">
              <w:t xml:space="preserve">/SEM </w:t>
            </w:r>
            <w:r w:rsidRPr="006D3CFF">
              <w:rPr>
                <w:rFonts w:hint="cs"/>
                <w:rtl/>
              </w:rPr>
              <w:t>وفق</w:t>
            </w:r>
            <w:r w:rsidRPr="006D3CFF">
              <w:rPr>
                <w:rtl/>
              </w:rPr>
              <w:t xml:space="preserve"> </w:t>
            </w:r>
            <w:r w:rsidRPr="006D3CFF">
              <w:rPr>
                <w:rFonts w:hint="cs"/>
                <w:rtl/>
              </w:rPr>
              <w:t>الخطة</w:t>
            </w:r>
            <w:r w:rsidRPr="006D3CFF">
              <w:rPr>
                <w:rtl/>
              </w:rPr>
              <w:t xml:space="preserve"> </w:t>
            </w:r>
            <w:r w:rsidRPr="006D3CFF">
              <w:rPr>
                <w:rFonts w:hint="cs"/>
                <w:rtl/>
              </w:rPr>
              <w:t>الإحصائية</w:t>
            </w:r>
            <w:r w:rsidRPr="006D3CFF">
              <w:t>.</w:t>
            </w:r>
          </w:p>
        </w:tc>
        <w:tc>
          <w:tcPr>
            <w:tcW w:w="2970" w:type="dxa"/>
          </w:tcPr>
          <w:p w14:paraId="3B922684" w14:textId="64272D26" w:rsidR="00A141B2" w:rsidRDefault="00A141B2" w:rsidP="00A141B2">
            <w:pPr>
              <w:bidi/>
              <w:rPr>
                <w:rFonts w:ascii="Arial" w:hAnsi="Arial"/>
              </w:rPr>
            </w:pPr>
            <w:r w:rsidRPr="00837844">
              <w:rPr>
                <w:rFonts w:hint="cs"/>
                <w:rtl/>
              </w:rPr>
              <w:t>غير</w:t>
            </w:r>
            <w:r w:rsidRPr="00837844">
              <w:rPr>
                <w:rtl/>
              </w:rPr>
              <w:t xml:space="preserve"> </w:t>
            </w:r>
            <w:r w:rsidRPr="00837844">
              <w:rPr>
                <w:rFonts w:hint="cs"/>
                <w:rtl/>
              </w:rPr>
              <w:t>مذكور</w:t>
            </w:r>
            <w:r w:rsidRPr="00837844">
              <w:rPr>
                <w:rtl/>
              </w:rPr>
              <w:t xml:space="preserve"> </w:t>
            </w:r>
            <w:r w:rsidRPr="00837844">
              <w:rPr>
                <w:rFonts w:hint="cs"/>
                <w:rtl/>
              </w:rPr>
              <w:t>بوضوح</w:t>
            </w:r>
            <w:r w:rsidRPr="00837844">
              <w:rPr>
                <w:rtl/>
              </w:rPr>
              <w:t xml:space="preserve"> </w:t>
            </w:r>
            <w:r w:rsidRPr="00837844">
              <w:rPr>
                <w:rFonts w:hint="cs"/>
                <w:rtl/>
              </w:rPr>
              <w:t>موضع</w:t>
            </w:r>
            <w:r w:rsidRPr="00837844">
              <w:rPr>
                <w:rtl/>
              </w:rPr>
              <w:t xml:space="preserve"> </w:t>
            </w:r>
            <w:r w:rsidRPr="00837844">
              <w:rPr>
                <w:rFonts w:hint="cs"/>
                <w:rtl/>
              </w:rPr>
              <w:t>فحوص</w:t>
            </w:r>
            <w:r w:rsidRPr="00837844">
              <w:rPr>
                <w:rtl/>
              </w:rPr>
              <w:t xml:space="preserve"> </w:t>
            </w:r>
            <w:r w:rsidRPr="00837844">
              <w:rPr>
                <w:rFonts w:hint="cs"/>
                <w:rtl/>
              </w:rPr>
              <w:t>الصلاحية</w:t>
            </w:r>
            <w:r w:rsidRPr="00837844">
              <w:rPr>
                <w:rtl/>
              </w:rPr>
              <w:t xml:space="preserve"> </w:t>
            </w:r>
            <w:r w:rsidRPr="00837844">
              <w:rPr>
                <w:rFonts w:hint="cs"/>
                <w:rtl/>
              </w:rPr>
              <w:t>والثبات</w:t>
            </w:r>
            <w:r w:rsidRPr="00837844">
              <w:rPr>
                <w:rtl/>
              </w:rPr>
              <w:t xml:space="preserve"> </w:t>
            </w:r>
            <w:r w:rsidRPr="00837844">
              <w:rPr>
                <w:rFonts w:hint="cs"/>
                <w:rtl/>
              </w:rPr>
              <w:t>ومكان</w:t>
            </w:r>
            <w:r w:rsidRPr="00837844">
              <w:rPr>
                <w:rtl/>
              </w:rPr>
              <w:t xml:space="preserve"> </w:t>
            </w:r>
            <w:r w:rsidRPr="00837844">
              <w:rPr>
                <w:rFonts w:hint="cs"/>
                <w:rtl/>
              </w:rPr>
              <w:t>اختبار</w:t>
            </w:r>
            <w:r w:rsidRPr="00837844">
              <w:rPr>
                <w:rtl/>
              </w:rPr>
              <w:t xml:space="preserve"> </w:t>
            </w:r>
            <w:r w:rsidRPr="00837844">
              <w:rPr>
                <w:rFonts w:hint="cs"/>
                <w:rtl/>
              </w:rPr>
              <w:t>الفرضيات</w:t>
            </w:r>
            <w:r w:rsidRPr="00837844">
              <w:t>.</w:t>
            </w:r>
          </w:p>
        </w:tc>
        <w:tc>
          <w:tcPr>
            <w:tcW w:w="1890" w:type="dxa"/>
          </w:tcPr>
          <w:p w14:paraId="0E77279E" w14:textId="6CAD4830" w:rsidR="00A141B2" w:rsidRDefault="00A141B2" w:rsidP="00A141B2">
            <w:pPr>
              <w:bidi/>
              <w:rPr>
                <w:rFonts w:ascii="Arial" w:hAnsi="Arial"/>
              </w:rPr>
            </w:pPr>
            <w:r w:rsidRPr="00035F0D">
              <w:rPr>
                <w:rFonts w:hint="cs"/>
                <w:rtl/>
              </w:rPr>
              <w:t>موضع</w:t>
            </w:r>
            <w:r w:rsidRPr="00035F0D">
              <w:rPr>
                <w:rtl/>
              </w:rPr>
              <w:t xml:space="preserve"> </w:t>
            </w:r>
            <w:r w:rsidRPr="00035F0D">
              <w:rPr>
                <w:rFonts w:hint="cs"/>
                <w:rtl/>
              </w:rPr>
              <w:t>اختبار</w:t>
            </w:r>
            <w:r w:rsidRPr="00035F0D">
              <w:rPr>
                <w:rtl/>
              </w:rPr>
              <w:t xml:space="preserve"> </w:t>
            </w:r>
            <w:r w:rsidRPr="00035F0D">
              <w:rPr>
                <w:rFonts w:hint="cs"/>
                <w:rtl/>
              </w:rPr>
              <w:t>الفرضيات</w:t>
            </w:r>
          </w:p>
        </w:tc>
        <w:tc>
          <w:tcPr>
            <w:tcW w:w="1458" w:type="dxa"/>
          </w:tcPr>
          <w:p w14:paraId="5ADA46BB" w14:textId="5106D71C" w:rsidR="00A141B2" w:rsidRDefault="00A141B2" w:rsidP="00A141B2">
            <w:pPr>
              <w:bidi/>
              <w:rPr>
                <w:rFonts w:ascii="Arial" w:hAnsi="Arial"/>
              </w:rPr>
            </w:pPr>
            <w:r>
              <w:rPr>
                <w:rFonts w:ascii="Arial" w:hAnsi="Arial"/>
              </w:rPr>
              <w:t>2</w:t>
            </w:r>
          </w:p>
        </w:tc>
      </w:tr>
    </w:tbl>
    <w:p w14:paraId="06612C23" w14:textId="77777777" w:rsidR="00F55848" w:rsidRDefault="00F55848" w:rsidP="00FD56DC">
      <w:pPr>
        <w:bidi/>
      </w:pPr>
    </w:p>
    <w:p w14:paraId="58E6E905" w14:textId="77777777" w:rsidR="00F55848" w:rsidRDefault="00FD567C" w:rsidP="00FD56DC">
      <w:pPr>
        <w:pStyle w:val="Heading2"/>
        <w:bidi/>
      </w:pPr>
      <w:r>
        <w:rPr>
          <w:rFonts w:ascii="Arial" w:hAnsi="Arial"/>
          <w:sz w:val="28"/>
        </w:rPr>
        <w:t>ملاحظات عامة على الأسلوب والصياغة في الفصل الأول</w:t>
      </w:r>
    </w:p>
    <w:tbl>
      <w:tblPr>
        <w:tblStyle w:val="TableGrid"/>
        <w:tblW w:w="0" w:type="auto"/>
        <w:jc w:val="right"/>
        <w:tblLook w:val="04A0" w:firstRow="1" w:lastRow="0" w:firstColumn="1" w:lastColumn="0" w:noHBand="0" w:noVBand="1"/>
      </w:tblPr>
      <w:tblGrid>
        <w:gridCol w:w="2319"/>
        <w:gridCol w:w="2966"/>
        <w:gridCol w:w="1888"/>
        <w:gridCol w:w="1457"/>
      </w:tblGrid>
      <w:tr w:rsidR="00A141B2" w14:paraId="14D06BD4" w14:textId="1AFD4F2B" w:rsidTr="00C61E5E">
        <w:trPr>
          <w:jc w:val="right"/>
        </w:trPr>
        <w:tc>
          <w:tcPr>
            <w:tcW w:w="2322" w:type="dxa"/>
          </w:tcPr>
          <w:p w14:paraId="4BF86F3E" w14:textId="290E49F8" w:rsidR="00A141B2" w:rsidRDefault="00A141B2" w:rsidP="00A141B2">
            <w:pPr>
              <w:bidi/>
            </w:pPr>
            <w:r w:rsidRPr="00B91E5D">
              <w:rPr>
                <w:rFonts w:hint="cs"/>
                <w:b/>
                <w:bCs/>
                <w:rtl/>
              </w:rPr>
              <w:t>كيفية</w:t>
            </w:r>
            <w:r w:rsidRPr="00B91E5D">
              <w:rPr>
                <w:b/>
                <w:bCs/>
                <w:rtl/>
              </w:rPr>
              <w:t xml:space="preserve"> </w:t>
            </w:r>
            <w:r w:rsidRPr="00B91E5D">
              <w:rPr>
                <w:rFonts w:hint="cs"/>
                <w:b/>
                <w:bCs/>
                <w:rtl/>
              </w:rPr>
              <w:t>التنفيذ</w:t>
            </w:r>
            <w:r w:rsidRPr="00B91E5D">
              <w:rPr>
                <w:b/>
                <w:bCs/>
                <w:rtl/>
              </w:rPr>
              <w:t xml:space="preserve"> (</w:t>
            </w:r>
            <w:r w:rsidRPr="00B91E5D">
              <w:rPr>
                <w:rFonts w:hint="cs"/>
                <w:b/>
                <w:bCs/>
                <w:rtl/>
              </w:rPr>
              <w:t>خطوات</w:t>
            </w:r>
            <w:r w:rsidRPr="00B91E5D">
              <w:rPr>
                <w:b/>
                <w:bCs/>
                <w:rtl/>
              </w:rPr>
              <w:t xml:space="preserve"> </w:t>
            </w:r>
            <w:r w:rsidRPr="00B91E5D">
              <w:rPr>
                <w:rFonts w:hint="cs"/>
                <w:b/>
                <w:bCs/>
                <w:rtl/>
              </w:rPr>
              <w:t>عملية</w:t>
            </w:r>
            <w:r w:rsidRPr="00B91E5D">
              <w:rPr>
                <w:b/>
                <w:bCs/>
                <w:rtl/>
              </w:rPr>
              <w:t xml:space="preserve"> </w:t>
            </w:r>
            <w:r w:rsidRPr="00B91E5D">
              <w:rPr>
                <w:rFonts w:hint="cs"/>
                <w:b/>
                <w:bCs/>
                <w:rtl/>
              </w:rPr>
              <w:t>للطالب</w:t>
            </w:r>
            <w:r w:rsidRPr="00B91E5D">
              <w:rPr>
                <w:b/>
                <w:bCs/>
                <w:rtl/>
              </w:rPr>
              <w:t>)</w:t>
            </w:r>
          </w:p>
        </w:tc>
        <w:tc>
          <w:tcPr>
            <w:tcW w:w="2970" w:type="dxa"/>
          </w:tcPr>
          <w:p w14:paraId="5669D81D" w14:textId="22DDF4A1" w:rsidR="00A141B2" w:rsidRDefault="00A141B2" w:rsidP="00A141B2">
            <w:pPr>
              <w:bidi/>
              <w:rPr>
                <w:rFonts w:ascii="Arial" w:hAnsi="Arial"/>
                <w:b/>
              </w:rPr>
            </w:pPr>
            <w:r w:rsidRPr="00B91E5D">
              <w:rPr>
                <w:rFonts w:hint="cs"/>
                <w:b/>
                <w:bCs/>
                <w:rtl/>
              </w:rPr>
              <w:t>نص</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بالعربية</w:t>
            </w:r>
            <w:r w:rsidRPr="00B91E5D">
              <w:rPr>
                <w:b/>
                <w:bCs/>
                <w:rtl/>
              </w:rPr>
              <w:t xml:space="preserve"> </w:t>
            </w:r>
            <w:r w:rsidRPr="00B91E5D">
              <w:rPr>
                <w:rFonts w:hint="cs"/>
                <w:b/>
                <w:bCs/>
                <w:rtl/>
              </w:rPr>
              <w:t>الأكاديمية</w:t>
            </w:r>
            <w:r w:rsidRPr="00B91E5D">
              <w:rPr>
                <w:b/>
                <w:bCs/>
                <w:rtl/>
              </w:rPr>
              <w:t>)</w:t>
            </w:r>
          </w:p>
        </w:tc>
        <w:tc>
          <w:tcPr>
            <w:tcW w:w="1890" w:type="dxa"/>
          </w:tcPr>
          <w:p w14:paraId="457C6654" w14:textId="3CC0CD20" w:rsidR="00A141B2" w:rsidRDefault="00A141B2" w:rsidP="00A141B2">
            <w:pPr>
              <w:bidi/>
              <w:rPr>
                <w:rFonts w:ascii="Arial" w:hAnsi="Arial"/>
                <w:b/>
              </w:rPr>
            </w:pPr>
            <w:r w:rsidRPr="00B91E5D">
              <w:rPr>
                <w:rFonts w:hint="cs"/>
                <w:b/>
                <w:bCs/>
                <w:rtl/>
              </w:rPr>
              <w:t>موضع</w:t>
            </w:r>
            <w:r w:rsidRPr="00B91E5D">
              <w:rPr>
                <w:b/>
                <w:bCs/>
                <w:rtl/>
              </w:rPr>
              <w:t xml:space="preserve"> </w:t>
            </w:r>
            <w:r w:rsidRPr="00B91E5D">
              <w:rPr>
                <w:rFonts w:hint="cs"/>
                <w:b/>
                <w:bCs/>
                <w:rtl/>
              </w:rPr>
              <w:t>الملاحظة</w:t>
            </w:r>
            <w:r w:rsidRPr="00B91E5D">
              <w:rPr>
                <w:b/>
                <w:bCs/>
                <w:rtl/>
              </w:rPr>
              <w:t xml:space="preserve"> </w:t>
            </w:r>
            <w:r w:rsidRPr="00B91E5D">
              <w:rPr>
                <w:rFonts w:hint="cs"/>
                <w:b/>
                <w:bCs/>
                <w:rtl/>
              </w:rPr>
              <w:t>في</w:t>
            </w:r>
            <w:r w:rsidRPr="00B91E5D">
              <w:rPr>
                <w:b/>
                <w:bCs/>
                <w:rtl/>
              </w:rPr>
              <w:t xml:space="preserve"> </w:t>
            </w:r>
            <w:r w:rsidRPr="00B91E5D">
              <w:rPr>
                <w:rFonts w:hint="cs"/>
                <w:b/>
                <w:bCs/>
                <w:rtl/>
              </w:rPr>
              <w:t>النص</w:t>
            </w:r>
          </w:p>
        </w:tc>
        <w:tc>
          <w:tcPr>
            <w:tcW w:w="1458" w:type="dxa"/>
          </w:tcPr>
          <w:p w14:paraId="02D2DF12" w14:textId="0C2733C3" w:rsidR="00A141B2" w:rsidRDefault="00A141B2" w:rsidP="00A141B2">
            <w:pPr>
              <w:bidi/>
              <w:rPr>
                <w:rFonts w:ascii="Arial" w:hAnsi="Arial"/>
                <w:b/>
              </w:rPr>
            </w:pPr>
            <w:r w:rsidRPr="00B91E5D">
              <w:rPr>
                <w:rFonts w:hint="cs"/>
                <w:b/>
                <w:bCs/>
                <w:rtl/>
              </w:rPr>
              <w:t>رقم</w:t>
            </w:r>
            <w:r w:rsidRPr="00B91E5D">
              <w:rPr>
                <w:b/>
                <w:bCs/>
                <w:rtl/>
              </w:rPr>
              <w:t xml:space="preserve"> </w:t>
            </w:r>
            <w:r w:rsidRPr="00B91E5D">
              <w:rPr>
                <w:rFonts w:hint="cs"/>
                <w:b/>
                <w:bCs/>
                <w:rtl/>
              </w:rPr>
              <w:t>الملاحظة</w:t>
            </w:r>
          </w:p>
        </w:tc>
      </w:tr>
      <w:tr w:rsidR="00A141B2" w14:paraId="6AB48282" w14:textId="6EC45CB9" w:rsidTr="00C61E5E">
        <w:trPr>
          <w:jc w:val="right"/>
        </w:trPr>
        <w:tc>
          <w:tcPr>
            <w:tcW w:w="2322" w:type="dxa"/>
          </w:tcPr>
          <w:p w14:paraId="53EA9DCC" w14:textId="34EDF9B0" w:rsidR="00A141B2" w:rsidRDefault="00A141B2" w:rsidP="00A141B2">
            <w:pPr>
              <w:bidi/>
            </w:pPr>
            <w:r w:rsidRPr="00144575">
              <w:rPr>
                <w:rFonts w:hint="cs"/>
                <w:rtl/>
              </w:rPr>
              <w:t>قسّم</w:t>
            </w:r>
            <w:r w:rsidRPr="00144575">
              <w:rPr>
                <w:rtl/>
              </w:rPr>
              <w:t xml:space="preserve"> </w:t>
            </w:r>
            <w:r w:rsidRPr="00144575">
              <w:rPr>
                <w:rFonts w:hint="cs"/>
                <w:rtl/>
              </w:rPr>
              <w:t>الفقرات</w:t>
            </w:r>
            <w:r w:rsidRPr="00144575">
              <w:rPr>
                <w:rtl/>
              </w:rPr>
              <w:t xml:space="preserve"> </w:t>
            </w:r>
            <w:r w:rsidRPr="00144575">
              <w:rPr>
                <w:rFonts w:hint="cs"/>
                <w:rtl/>
              </w:rPr>
              <w:t>إلى</w:t>
            </w:r>
            <w:r w:rsidRPr="00144575">
              <w:rPr>
                <w:rtl/>
              </w:rPr>
              <w:t xml:space="preserve"> </w:t>
            </w:r>
            <w:r w:rsidRPr="00144575">
              <w:rPr>
                <w:rFonts w:hint="cs"/>
                <w:rtl/>
              </w:rPr>
              <w:t>وحدات</w:t>
            </w:r>
            <w:r w:rsidRPr="00144575">
              <w:rPr>
                <w:rtl/>
              </w:rPr>
              <w:t xml:space="preserve"> (3–5 </w:t>
            </w:r>
            <w:r w:rsidRPr="00144575">
              <w:rPr>
                <w:rFonts w:hint="cs"/>
                <w:rtl/>
              </w:rPr>
              <w:t>أسطر</w:t>
            </w:r>
            <w:r w:rsidRPr="00144575">
              <w:rPr>
                <w:rtl/>
              </w:rPr>
              <w:t>)</w:t>
            </w:r>
            <w:r w:rsidRPr="00144575">
              <w:rPr>
                <w:rFonts w:hint="cs"/>
                <w:rtl/>
              </w:rPr>
              <w:t>،</w:t>
            </w:r>
            <w:r w:rsidRPr="00144575">
              <w:rPr>
                <w:rtl/>
              </w:rPr>
              <w:t xml:space="preserve"> </w:t>
            </w:r>
            <w:r w:rsidRPr="00144575">
              <w:rPr>
                <w:rFonts w:hint="cs"/>
                <w:rtl/>
              </w:rPr>
              <w:t>وبنِ</w:t>
            </w:r>
            <w:r w:rsidRPr="00144575">
              <w:rPr>
                <w:rtl/>
              </w:rPr>
              <w:t xml:space="preserve"> </w:t>
            </w:r>
            <w:r w:rsidRPr="00144575">
              <w:rPr>
                <w:rFonts w:hint="cs"/>
                <w:rtl/>
              </w:rPr>
              <w:t>كل</w:t>
            </w:r>
            <w:r w:rsidRPr="00144575">
              <w:rPr>
                <w:rtl/>
              </w:rPr>
              <w:t xml:space="preserve"> </w:t>
            </w:r>
            <w:r w:rsidRPr="00144575">
              <w:rPr>
                <w:rFonts w:hint="cs"/>
                <w:rtl/>
              </w:rPr>
              <w:t>فقرة</w:t>
            </w:r>
            <w:r w:rsidRPr="00144575">
              <w:rPr>
                <w:rtl/>
              </w:rPr>
              <w:t xml:space="preserve"> </w:t>
            </w:r>
            <w:r w:rsidRPr="00144575">
              <w:rPr>
                <w:rFonts w:hint="cs"/>
                <w:rtl/>
              </w:rPr>
              <w:t>حول</w:t>
            </w:r>
            <w:r w:rsidRPr="00144575">
              <w:rPr>
                <w:rtl/>
              </w:rPr>
              <w:t xml:space="preserve"> </w:t>
            </w:r>
            <w:r w:rsidRPr="00144575">
              <w:rPr>
                <w:rFonts w:hint="cs"/>
                <w:rtl/>
              </w:rPr>
              <w:t>فكرة</w:t>
            </w:r>
            <w:r w:rsidRPr="00144575">
              <w:rPr>
                <w:rtl/>
              </w:rPr>
              <w:t xml:space="preserve"> </w:t>
            </w:r>
            <w:r w:rsidRPr="00144575">
              <w:rPr>
                <w:rFonts w:hint="cs"/>
                <w:rtl/>
              </w:rPr>
              <w:t>واحدة</w:t>
            </w:r>
            <w:r w:rsidRPr="00144575">
              <w:rPr>
                <w:rtl/>
              </w:rPr>
              <w:t xml:space="preserve"> </w:t>
            </w:r>
            <w:r w:rsidRPr="00144575">
              <w:rPr>
                <w:rFonts w:hint="cs"/>
                <w:rtl/>
              </w:rPr>
              <w:t>مع</w:t>
            </w:r>
            <w:r w:rsidRPr="00144575">
              <w:rPr>
                <w:rtl/>
              </w:rPr>
              <w:t xml:space="preserve"> </w:t>
            </w:r>
            <w:r w:rsidRPr="00144575">
              <w:rPr>
                <w:rFonts w:hint="cs"/>
                <w:rtl/>
              </w:rPr>
              <w:t>جملة</w:t>
            </w:r>
            <w:r w:rsidRPr="00144575">
              <w:rPr>
                <w:rtl/>
              </w:rPr>
              <w:t xml:space="preserve"> </w:t>
            </w:r>
            <w:r w:rsidRPr="00144575">
              <w:rPr>
                <w:rFonts w:hint="cs"/>
                <w:rtl/>
              </w:rPr>
              <w:t>انتقالية</w:t>
            </w:r>
            <w:r w:rsidRPr="00144575">
              <w:rPr>
                <w:rtl/>
              </w:rPr>
              <w:t xml:space="preserve"> </w:t>
            </w:r>
            <w:r w:rsidRPr="00144575">
              <w:rPr>
                <w:rFonts w:hint="cs"/>
                <w:rtl/>
              </w:rPr>
              <w:t>في</w:t>
            </w:r>
            <w:r w:rsidRPr="00144575">
              <w:rPr>
                <w:rtl/>
              </w:rPr>
              <w:t xml:space="preserve"> </w:t>
            </w:r>
            <w:r w:rsidRPr="00144575">
              <w:rPr>
                <w:rFonts w:hint="cs"/>
                <w:rtl/>
              </w:rPr>
              <w:t>الختام</w:t>
            </w:r>
            <w:r w:rsidRPr="00144575">
              <w:t>.</w:t>
            </w:r>
          </w:p>
        </w:tc>
        <w:tc>
          <w:tcPr>
            <w:tcW w:w="2970" w:type="dxa"/>
          </w:tcPr>
          <w:p w14:paraId="269A910B" w14:textId="382DE056" w:rsidR="00A141B2" w:rsidRDefault="00A141B2" w:rsidP="00A141B2">
            <w:pPr>
              <w:bidi/>
              <w:rPr>
                <w:rFonts w:ascii="Arial" w:hAnsi="Arial"/>
              </w:rPr>
            </w:pPr>
            <w:r w:rsidRPr="003F25D2">
              <w:rPr>
                <w:rFonts w:hint="cs"/>
                <w:rtl/>
              </w:rPr>
              <w:t>فقرات</w:t>
            </w:r>
            <w:r w:rsidRPr="003F25D2">
              <w:rPr>
                <w:rtl/>
              </w:rPr>
              <w:t xml:space="preserve"> </w:t>
            </w:r>
            <w:r w:rsidRPr="003F25D2">
              <w:rPr>
                <w:rFonts w:hint="cs"/>
                <w:rtl/>
              </w:rPr>
              <w:t>طويلة</w:t>
            </w:r>
            <w:r w:rsidRPr="003F25D2">
              <w:rPr>
                <w:rtl/>
              </w:rPr>
              <w:t xml:space="preserve"> </w:t>
            </w:r>
            <w:r w:rsidRPr="003F25D2">
              <w:rPr>
                <w:rFonts w:hint="cs"/>
                <w:rtl/>
              </w:rPr>
              <w:t>وتفاوت</w:t>
            </w:r>
            <w:r w:rsidRPr="003F25D2">
              <w:rPr>
                <w:rtl/>
              </w:rPr>
              <w:t xml:space="preserve"> </w:t>
            </w:r>
            <w:r w:rsidRPr="003F25D2">
              <w:rPr>
                <w:rFonts w:hint="cs"/>
                <w:rtl/>
              </w:rPr>
              <w:t>في</w:t>
            </w:r>
            <w:r w:rsidRPr="003F25D2">
              <w:rPr>
                <w:rtl/>
              </w:rPr>
              <w:t xml:space="preserve"> </w:t>
            </w:r>
            <w:r w:rsidRPr="003F25D2">
              <w:rPr>
                <w:rFonts w:hint="cs"/>
                <w:rtl/>
              </w:rPr>
              <w:t>طول</w:t>
            </w:r>
            <w:r w:rsidRPr="003F25D2">
              <w:rPr>
                <w:rtl/>
              </w:rPr>
              <w:t xml:space="preserve"> </w:t>
            </w:r>
            <w:r w:rsidRPr="003F25D2">
              <w:rPr>
                <w:rFonts w:hint="cs"/>
                <w:rtl/>
              </w:rPr>
              <w:t>الجمل</w:t>
            </w:r>
            <w:r w:rsidRPr="003F25D2">
              <w:rPr>
                <w:rtl/>
              </w:rPr>
              <w:t xml:space="preserve"> </w:t>
            </w:r>
            <w:r w:rsidRPr="003F25D2">
              <w:rPr>
                <w:rFonts w:hint="cs"/>
                <w:rtl/>
              </w:rPr>
              <w:t>مع</w:t>
            </w:r>
            <w:r w:rsidRPr="003F25D2">
              <w:rPr>
                <w:rtl/>
              </w:rPr>
              <w:t xml:space="preserve"> </w:t>
            </w:r>
            <w:r w:rsidRPr="003F25D2">
              <w:rPr>
                <w:rFonts w:hint="cs"/>
                <w:rtl/>
              </w:rPr>
              <w:t>تكرار</w:t>
            </w:r>
            <w:r w:rsidRPr="003F25D2">
              <w:rPr>
                <w:rtl/>
              </w:rPr>
              <w:t xml:space="preserve"> </w:t>
            </w:r>
            <w:r w:rsidRPr="003F25D2">
              <w:rPr>
                <w:rFonts w:hint="cs"/>
                <w:rtl/>
              </w:rPr>
              <w:t>لبعض</w:t>
            </w:r>
            <w:r w:rsidRPr="003F25D2">
              <w:rPr>
                <w:rtl/>
              </w:rPr>
              <w:t xml:space="preserve"> </w:t>
            </w:r>
            <w:r w:rsidRPr="003F25D2">
              <w:rPr>
                <w:rFonts w:hint="cs"/>
                <w:rtl/>
              </w:rPr>
              <w:t>المضامين</w:t>
            </w:r>
            <w:r w:rsidRPr="003F25D2">
              <w:t>.</w:t>
            </w:r>
          </w:p>
        </w:tc>
        <w:tc>
          <w:tcPr>
            <w:tcW w:w="1890" w:type="dxa"/>
          </w:tcPr>
          <w:p w14:paraId="3A3457C2" w14:textId="26548970" w:rsidR="00A141B2" w:rsidRDefault="00A141B2" w:rsidP="00A141B2">
            <w:pPr>
              <w:bidi/>
              <w:rPr>
                <w:rFonts w:ascii="Arial" w:hAnsi="Arial"/>
              </w:rPr>
            </w:pPr>
            <w:r w:rsidRPr="007A69C5">
              <w:rPr>
                <w:rFonts w:hint="cs"/>
                <w:rtl/>
              </w:rPr>
              <w:t>عبر</w:t>
            </w:r>
            <w:r w:rsidRPr="007A69C5">
              <w:rPr>
                <w:rtl/>
              </w:rPr>
              <w:t xml:space="preserve"> </w:t>
            </w:r>
            <w:r w:rsidRPr="007A69C5">
              <w:rPr>
                <w:rFonts w:hint="cs"/>
                <w:rtl/>
              </w:rPr>
              <w:t>الفصل</w:t>
            </w:r>
          </w:p>
        </w:tc>
        <w:tc>
          <w:tcPr>
            <w:tcW w:w="1458" w:type="dxa"/>
          </w:tcPr>
          <w:p w14:paraId="7E262555" w14:textId="506E8014" w:rsidR="00A141B2" w:rsidRDefault="00A141B2" w:rsidP="00A141B2">
            <w:pPr>
              <w:bidi/>
              <w:rPr>
                <w:rFonts w:ascii="Arial" w:hAnsi="Arial"/>
              </w:rPr>
            </w:pPr>
            <w:r>
              <w:rPr>
                <w:rFonts w:ascii="Arial" w:hAnsi="Arial"/>
              </w:rPr>
              <w:t>1</w:t>
            </w:r>
          </w:p>
        </w:tc>
      </w:tr>
      <w:tr w:rsidR="00A141B2" w14:paraId="0CC5FC0A" w14:textId="18733607" w:rsidTr="00C61E5E">
        <w:trPr>
          <w:jc w:val="right"/>
        </w:trPr>
        <w:tc>
          <w:tcPr>
            <w:tcW w:w="2322" w:type="dxa"/>
          </w:tcPr>
          <w:p w14:paraId="684DD3DF" w14:textId="51F5554F" w:rsidR="00A141B2" w:rsidRDefault="00A141B2" w:rsidP="00A141B2">
            <w:pPr>
              <w:bidi/>
            </w:pPr>
            <w:r w:rsidRPr="00144575">
              <w:rPr>
                <w:rFonts w:hint="cs"/>
                <w:rtl/>
              </w:rPr>
              <w:t>اعتمد</w:t>
            </w:r>
            <w:r w:rsidRPr="00144575">
              <w:t xml:space="preserve"> APA-7</w:t>
            </w:r>
            <w:r w:rsidRPr="00144575">
              <w:rPr>
                <w:rFonts w:hint="cs"/>
                <w:rtl/>
              </w:rPr>
              <w:t>،</w:t>
            </w:r>
            <w:r w:rsidRPr="00144575">
              <w:rPr>
                <w:rtl/>
              </w:rPr>
              <w:t xml:space="preserve"> </w:t>
            </w:r>
            <w:r w:rsidRPr="00144575">
              <w:rPr>
                <w:rFonts w:hint="cs"/>
                <w:rtl/>
              </w:rPr>
              <w:t>أضف</w:t>
            </w:r>
            <w:r w:rsidRPr="00144575">
              <w:t xml:space="preserve"> DOI/</w:t>
            </w:r>
            <w:r w:rsidRPr="00144575">
              <w:rPr>
                <w:rFonts w:hint="cs"/>
                <w:rtl/>
              </w:rPr>
              <w:t>روابط</w:t>
            </w:r>
            <w:r w:rsidRPr="00144575">
              <w:rPr>
                <w:rtl/>
              </w:rPr>
              <w:t xml:space="preserve"> </w:t>
            </w:r>
            <w:r w:rsidRPr="00144575">
              <w:rPr>
                <w:rFonts w:hint="cs"/>
                <w:rtl/>
              </w:rPr>
              <w:t>رسمية،</w:t>
            </w:r>
            <w:r w:rsidRPr="00144575">
              <w:rPr>
                <w:rtl/>
              </w:rPr>
              <w:t xml:space="preserve"> </w:t>
            </w:r>
            <w:r w:rsidRPr="00144575">
              <w:rPr>
                <w:rFonts w:hint="cs"/>
                <w:rtl/>
              </w:rPr>
              <w:t>واحذف</w:t>
            </w:r>
            <w:r w:rsidRPr="00144575">
              <w:rPr>
                <w:rtl/>
              </w:rPr>
              <w:t xml:space="preserve"> </w:t>
            </w:r>
            <w:r w:rsidRPr="00144575">
              <w:rPr>
                <w:rFonts w:hint="cs"/>
                <w:rtl/>
              </w:rPr>
              <w:t>الروابط</w:t>
            </w:r>
            <w:r w:rsidRPr="00144575">
              <w:rPr>
                <w:rtl/>
              </w:rPr>
              <w:t xml:space="preserve"> </w:t>
            </w:r>
            <w:r w:rsidRPr="00144575">
              <w:rPr>
                <w:rFonts w:hint="cs"/>
                <w:rtl/>
              </w:rPr>
              <w:t>غير</w:t>
            </w:r>
            <w:r w:rsidRPr="00144575">
              <w:rPr>
                <w:rtl/>
              </w:rPr>
              <w:t xml:space="preserve"> </w:t>
            </w:r>
            <w:r w:rsidRPr="00144575">
              <w:rPr>
                <w:rFonts w:hint="cs"/>
                <w:rtl/>
              </w:rPr>
              <w:t>الأكاديمية</w:t>
            </w:r>
            <w:r w:rsidRPr="00144575">
              <w:rPr>
                <w:rtl/>
              </w:rPr>
              <w:t xml:space="preserve"> </w:t>
            </w:r>
            <w:r w:rsidRPr="00144575">
              <w:rPr>
                <w:rFonts w:hint="cs"/>
                <w:rtl/>
              </w:rPr>
              <w:t>متى</w:t>
            </w:r>
            <w:r w:rsidRPr="00144575">
              <w:rPr>
                <w:rtl/>
              </w:rPr>
              <w:t xml:space="preserve"> </w:t>
            </w:r>
            <w:r w:rsidRPr="00144575">
              <w:rPr>
                <w:rFonts w:hint="cs"/>
                <w:rtl/>
              </w:rPr>
              <w:t>أمكن</w:t>
            </w:r>
            <w:r w:rsidRPr="00144575">
              <w:t>.</w:t>
            </w:r>
          </w:p>
        </w:tc>
        <w:tc>
          <w:tcPr>
            <w:tcW w:w="2970" w:type="dxa"/>
          </w:tcPr>
          <w:p w14:paraId="30C26A47" w14:textId="5F7504F4" w:rsidR="00A141B2" w:rsidRDefault="00A141B2" w:rsidP="00A141B2">
            <w:pPr>
              <w:bidi/>
              <w:rPr>
                <w:rFonts w:ascii="Arial" w:hAnsi="Arial"/>
              </w:rPr>
            </w:pPr>
            <w:r w:rsidRPr="003F25D2">
              <w:rPr>
                <w:rFonts w:hint="cs"/>
                <w:rtl/>
              </w:rPr>
              <w:t>اختلاط</w:t>
            </w:r>
            <w:r w:rsidRPr="003F25D2">
              <w:rPr>
                <w:rtl/>
              </w:rPr>
              <w:t xml:space="preserve"> </w:t>
            </w:r>
            <w:r w:rsidRPr="003F25D2">
              <w:rPr>
                <w:rFonts w:hint="cs"/>
                <w:rtl/>
              </w:rPr>
              <w:t>مصادر</w:t>
            </w:r>
            <w:r w:rsidRPr="003F25D2">
              <w:rPr>
                <w:rtl/>
              </w:rPr>
              <w:t xml:space="preserve"> </w:t>
            </w:r>
            <w:r w:rsidRPr="003F25D2">
              <w:rPr>
                <w:rFonts w:hint="cs"/>
                <w:rtl/>
              </w:rPr>
              <w:t>محكّمة</w:t>
            </w:r>
            <w:r w:rsidRPr="003F25D2">
              <w:rPr>
                <w:rtl/>
              </w:rPr>
              <w:t xml:space="preserve"> </w:t>
            </w:r>
            <w:r w:rsidRPr="003F25D2">
              <w:rPr>
                <w:rFonts w:hint="cs"/>
                <w:rtl/>
              </w:rPr>
              <w:t>مع</w:t>
            </w:r>
            <w:r w:rsidRPr="003F25D2">
              <w:rPr>
                <w:rtl/>
              </w:rPr>
              <w:t xml:space="preserve"> </w:t>
            </w:r>
            <w:r w:rsidRPr="003F25D2">
              <w:rPr>
                <w:rFonts w:hint="cs"/>
                <w:rtl/>
              </w:rPr>
              <w:t>روابط</w:t>
            </w:r>
            <w:r w:rsidRPr="003F25D2">
              <w:rPr>
                <w:rtl/>
              </w:rPr>
              <w:t xml:space="preserve"> </w:t>
            </w:r>
            <w:r w:rsidRPr="003F25D2">
              <w:rPr>
                <w:rFonts w:hint="cs"/>
                <w:rtl/>
              </w:rPr>
              <w:t>عامة</w:t>
            </w:r>
            <w:r w:rsidRPr="003F25D2">
              <w:rPr>
                <w:rtl/>
              </w:rPr>
              <w:t xml:space="preserve"> </w:t>
            </w:r>
            <w:r w:rsidRPr="003F25D2">
              <w:rPr>
                <w:rFonts w:hint="cs"/>
                <w:rtl/>
              </w:rPr>
              <w:t>وتفاوت</w:t>
            </w:r>
            <w:r w:rsidRPr="003F25D2">
              <w:rPr>
                <w:rtl/>
              </w:rPr>
              <w:t xml:space="preserve"> </w:t>
            </w:r>
            <w:r w:rsidRPr="003F25D2">
              <w:rPr>
                <w:rFonts w:hint="cs"/>
                <w:rtl/>
              </w:rPr>
              <w:t>في</w:t>
            </w:r>
            <w:r w:rsidRPr="003F25D2">
              <w:rPr>
                <w:rtl/>
              </w:rPr>
              <w:t xml:space="preserve"> </w:t>
            </w:r>
            <w:r w:rsidRPr="003F25D2">
              <w:rPr>
                <w:rFonts w:hint="cs"/>
                <w:rtl/>
              </w:rPr>
              <w:t>نمط</w:t>
            </w:r>
            <w:r w:rsidRPr="003F25D2">
              <w:t xml:space="preserve"> APA </w:t>
            </w:r>
            <w:r w:rsidRPr="003F25D2">
              <w:rPr>
                <w:rFonts w:hint="cs"/>
                <w:rtl/>
              </w:rPr>
              <w:t>وغياب</w:t>
            </w:r>
            <w:r w:rsidRPr="003F25D2">
              <w:t xml:space="preserve"> DOI </w:t>
            </w:r>
            <w:r w:rsidRPr="003F25D2">
              <w:rPr>
                <w:rFonts w:hint="cs"/>
                <w:rtl/>
              </w:rPr>
              <w:t>لبعض</w:t>
            </w:r>
            <w:r w:rsidRPr="003F25D2">
              <w:rPr>
                <w:rtl/>
              </w:rPr>
              <w:t xml:space="preserve"> </w:t>
            </w:r>
            <w:r w:rsidRPr="003F25D2">
              <w:rPr>
                <w:rFonts w:hint="cs"/>
                <w:rtl/>
              </w:rPr>
              <w:t>المراجع</w:t>
            </w:r>
            <w:r w:rsidRPr="003F25D2">
              <w:t>.</w:t>
            </w:r>
          </w:p>
        </w:tc>
        <w:tc>
          <w:tcPr>
            <w:tcW w:w="1890" w:type="dxa"/>
          </w:tcPr>
          <w:p w14:paraId="6FE9000A" w14:textId="12338634" w:rsidR="00A141B2" w:rsidRDefault="00A141B2" w:rsidP="00A141B2">
            <w:pPr>
              <w:bidi/>
              <w:rPr>
                <w:rFonts w:ascii="Arial" w:hAnsi="Arial"/>
              </w:rPr>
            </w:pPr>
            <w:r w:rsidRPr="007A69C5">
              <w:rPr>
                <w:rFonts w:hint="cs"/>
                <w:rtl/>
              </w:rPr>
              <w:t>توحيد</w:t>
            </w:r>
            <w:r w:rsidRPr="007A69C5">
              <w:rPr>
                <w:rtl/>
              </w:rPr>
              <w:t xml:space="preserve"> </w:t>
            </w:r>
            <w:r w:rsidRPr="007A69C5">
              <w:rPr>
                <w:rFonts w:hint="cs"/>
                <w:rtl/>
              </w:rPr>
              <w:t>التوثيق</w:t>
            </w:r>
          </w:p>
        </w:tc>
        <w:tc>
          <w:tcPr>
            <w:tcW w:w="1458" w:type="dxa"/>
          </w:tcPr>
          <w:p w14:paraId="16EC5FAC" w14:textId="051774D0" w:rsidR="00A141B2" w:rsidRDefault="00A141B2" w:rsidP="00A141B2">
            <w:pPr>
              <w:bidi/>
              <w:rPr>
                <w:rFonts w:ascii="Arial" w:hAnsi="Arial"/>
              </w:rPr>
            </w:pPr>
            <w:r>
              <w:rPr>
                <w:rFonts w:ascii="Arial" w:hAnsi="Arial"/>
              </w:rPr>
              <w:t>2</w:t>
            </w:r>
          </w:p>
        </w:tc>
      </w:tr>
      <w:tr w:rsidR="00A141B2" w14:paraId="483FD99E" w14:textId="051EF4A6" w:rsidTr="00C61E5E">
        <w:trPr>
          <w:jc w:val="right"/>
        </w:trPr>
        <w:tc>
          <w:tcPr>
            <w:tcW w:w="2322" w:type="dxa"/>
          </w:tcPr>
          <w:p w14:paraId="1FC44961" w14:textId="024C64CA" w:rsidR="00A141B2" w:rsidRDefault="00A141B2" w:rsidP="00A141B2">
            <w:pPr>
              <w:bidi/>
            </w:pPr>
            <w:r w:rsidRPr="00144575">
              <w:rPr>
                <w:rFonts w:hint="cs"/>
                <w:rtl/>
              </w:rPr>
              <w:t>أنشئ</w:t>
            </w:r>
            <w:r w:rsidRPr="00144575">
              <w:rPr>
                <w:rtl/>
              </w:rPr>
              <w:t xml:space="preserve"> «</w:t>
            </w:r>
            <w:r w:rsidRPr="00144575">
              <w:rPr>
                <w:rFonts w:hint="cs"/>
                <w:rtl/>
              </w:rPr>
              <w:t>قائمة</w:t>
            </w:r>
            <w:r w:rsidRPr="00144575">
              <w:rPr>
                <w:rtl/>
              </w:rPr>
              <w:t xml:space="preserve"> </w:t>
            </w:r>
            <w:r w:rsidRPr="00144575">
              <w:rPr>
                <w:rFonts w:hint="cs"/>
                <w:rtl/>
              </w:rPr>
              <w:t>مسميات</w:t>
            </w:r>
            <w:r w:rsidRPr="00144575">
              <w:rPr>
                <w:rtl/>
              </w:rPr>
              <w:t xml:space="preserve"> </w:t>
            </w:r>
            <w:r w:rsidRPr="00144575">
              <w:rPr>
                <w:rFonts w:hint="cs"/>
                <w:rtl/>
              </w:rPr>
              <w:t>معتمدة</w:t>
            </w:r>
            <w:r w:rsidRPr="00144575">
              <w:rPr>
                <w:rFonts w:hint="eastAsia"/>
                <w:rtl/>
              </w:rPr>
              <w:t>»</w:t>
            </w:r>
            <w:r w:rsidRPr="00144575">
              <w:rPr>
                <w:rtl/>
              </w:rPr>
              <w:t xml:space="preserve"> </w:t>
            </w:r>
            <w:r w:rsidRPr="00144575">
              <w:rPr>
                <w:rFonts w:hint="cs"/>
                <w:rtl/>
              </w:rPr>
              <w:t>والتزم</w:t>
            </w:r>
            <w:r w:rsidRPr="00144575">
              <w:rPr>
                <w:rtl/>
              </w:rPr>
              <w:t xml:space="preserve"> </w:t>
            </w:r>
            <w:r w:rsidRPr="00144575">
              <w:rPr>
                <w:rFonts w:hint="cs"/>
                <w:rtl/>
              </w:rPr>
              <w:t>بها</w:t>
            </w:r>
            <w:r w:rsidRPr="00144575">
              <w:rPr>
                <w:rtl/>
              </w:rPr>
              <w:t xml:space="preserve"> </w:t>
            </w:r>
            <w:r w:rsidRPr="00144575">
              <w:rPr>
                <w:rFonts w:hint="cs"/>
                <w:rtl/>
              </w:rPr>
              <w:t>في</w:t>
            </w:r>
            <w:r w:rsidRPr="00144575">
              <w:rPr>
                <w:rtl/>
              </w:rPr>
              <w:t xml:space="preserve"> </w:t>
            </w:r>
            <w:r w:rsidRPr="00144575">
              <w:rPr>
                <w:rFonts w:hint="cs"/>
                <w:rtl/>
              </w:rPr>
              <w:t>الأسئلة</w:t>
            </w:r>
            <w:r w:rsidRPr="00144575">
              <w:rPr>
                <w:rtl/>
              </w:rPr>
              <w:t xml:space="preserve"> </w:t>
            </w:r>
            <w:r w:rsidRPr="00144575">
              <w:rPr>
                <w:rFonts w:hint="cs"/>
                <w:rtl/>
              </w:rPr>
              <w:t>والفرضيات</w:t>
            </w:r>
            <w:r w:rsidRPr="00144575">
              <w:rPr>
                <w:rtl/>
              </w:rPr>
              <w:t xml:space="preserve"> </w:t>
            </w:r>
            <w:r w:rsidRPr="00144575">
              <w:rPr>
                <w:rFonts w:hint="cs"/>
                <w:rtl/>
              </w:rPr>
              <w:t>والنموذج</w:t>
            </w:r>
            <w:r w:rsidRPr="00144575">
              <w:t>.</w:t>
            </w:r>
          </w:p>
        </w:tc>
        <w:tc>
          <w:tcPr>
            <w:tcW w:w="2970" w:type="dxa"/>
          </w:tcPr>
          <w:p w14:paraId="5633FABF" w14:textId="298DEDB6" w:rsidR="00A141B2" w:rsidRDefault="00A141B2" w:rsidP="00A141B2">
            <w:pPr>
              <w:bidi/>
              <w:rPr>
                <w:rFonts w:ascii="Arial" w:hAnsi="Arial"/>
              </w:rPr>
            </w:pPr>
            <w:r w:rsidRPr="003F25D2">
              <w:rPr>
                <w:rFonts w:hint="cs"/>
                <w:rtl/>
              </w:rPr>
              <w:t>تفاوت</w:t>
            </w:r>
            <w:r w:rsidRPr="003F25D2">
              <w:rPr>
                <w:rtl/>
              </w:rPr>
              <w:t xml:space="preserve"> </w:t>
            </w:r>
            <w:r w:rsidRPr="003F25D2">
              <w:rPr>
                <w:rFonts w:hint="cs"/>
                <w:rtl/>
              </w:rPr>
              <w:t>في</w:t>
            </w:r>
            <w:r w:rsidRPr="003F25D2">
              <w:rPr>
                <w:rtl/>
              </w:rPr>
              <w:t xml:space="preserve"> </w:t>
            </w:r>
            <w:r w:rsidRPr="003F25D2">
              <w:rPr>
                <w:rFonts w:hint="cs"/>
                <w:rtl/>
              </w:rPr>
              <w:t>تعريب</w:t>
            </w:r>
            <w:r w:rsidRPr="003F25D2">
              <w:rPr>
                <w:rtl/>
              </w:rPr>
              <w:t xml:space="preserve"> </w:t>
            </w:r>
            <w:r w:rsidRPr="003F25D2">
              <w:rPr>
                <w:rFonts w:hint="cs"/>
                <w:rtl/>
              </w:rPr>
              <w:t>المصطلحات</w:t>
            </w:r>
            <w:r w:rsidRPr="003F25D2">
              <w:rPr>
                <w:rtl/>
              </w:rPr>
              <w:t xml:space="preserve"> </w:t>
            </w:r>
            <w:r w:rsidRPr="003F25D2">
              <w:rPr>
                <w:rFonts w:hint="cs"/>
                <w:rtl/>
              </w:rPr>
              <w:t>التقنية</w:t>
            </w:r>
            <w:r w:rsidRPr="003F25D2">
              <w:rPr>
                <w:rtl/>
              </w:rPr>
              <w:t xml:space="preserve"> </w:t>
            </w:r>
            <w:r w:rsidRPr="003F25D2">
              <w:rPr>
                <w:rFonts w:hint="cs"/>
                <w:rtl/>
              </w:rPr>
              <w:t>وتسمية</w:t>
            </w:r>
            <w:r w:rsidRPr="003F25D2">
              <w:rPr>
                <w:rtl/>
              </w:rPr>
              <w:t xml:space="preserve"> </w:t>
            </w:r>
            <w:r w:rsidRPr="003F25D2">
              <w:rPr>
                <w:rFonts w:hint="cs"/>
                <w:rtl/>
              </w:rPr>
              <w:t>المتغيرات</w:t>
            </w:r>
            <w:r w:rsidRPr="003F25D2">
              <w:rPr>
                <w:rtl/>
              </w:rPr>
              <w:t xml:space="preserve"> </w:t>
            </w:r>
            <w:r w:rsidRPr="003F25D2">
              <w:rPr>
                <w:rFonts w:hint="cs"/>
                <w:rtl/>
              </w:rPr>
              <w:t>عبر</w:t>
            </w:r>
            <w:r w:rsidRPr="003F25D2">
              <w:rPr>
                <w:rtl/>
              </w:rPr>
              <w:t xml:space="preserve"> </w:t>
            </w:r>
            <w:r w:rsidRPr="003F25D2">
              <w:rPr>
                <w:rFonts w:hint="cs"/>
                <w:rtl/>
              </w:rPr>
              <w:t>الأقسام</w:t>
            </w:r>
            <w:r w:rsidRPr="003F25D2">
              <w:t>.</w:t>
            </w:r>
          </w:p>
        </w:tc>
        <w:tc>
          <w:tcPr>
            <w:tcW w:w="1890" w:type="dxa"/>
          </w:tcPr>
          <w:p w14:paraId="767BC63F" w14:textId="4ABFA287" w:rsidR="00A141B2" w:rsidRDefault="00A141B2" w:rsidP="00A141B2">
            <w:pPr>
              <w:bidi/>
              <w:rPr>
                <w:rFonts w:ascii="Arial" w:hAnsi="Arial"/>
              </w:rPr>
            </w:pPr>
            <w:r w:rsidRPr="007A69C5">
              <w:rPr>
                <w:rFonts w:hint="cs"/>
                <w:rtl/>
              </w:rPr>
              <w:t>المواءمة</w:t>
            </w:r>
            <w:r w:rsidRPr="007A69C5">
              <w:rPr>
                <w:rtl/>
              </w:rPr>
              <w:t xml:space="preserve"> </w:t>
            </w:r>
            <w:r w:rsidRPr="007A69C5">
              <w:rPr>
                <w:rFonts w:hint="cs"/>
                <w:rtl/>
              </w:rPr>
              <w:t>الاصطلاحية</w:t>
            </w:r>
          </w:p>
        </w:tc>
        <w:tc>
          <w:tcPr>
            <w:tcW w:w="1458" w:type="dxa"/>
          </w:tcPr>
          <w:p w14:paraId="0F9C2966" w14:textId="58B36D7A" w:rsidR="00A141B2" w:rsidRDefault="00A141B2" w:rsidP="00A141B2">
            <w:pPr>
              <w:bidi/>
              <w:rPr>
                <w:rFonts w:ascii="Arial" w:hAnsi="Arial"/>
              </w:rPr>
            </w:pPr>
            <w:r>
              <w:rPr>
                <w:rFonts w:ascii="Arial" w:hAnsi="Arial"/>
              </w:rPr>
              <w:t>3</w:t>
            </w:r>
          </w:p>
        </w:tc>
      </w:tr>
      <w:tr w:rsidR="00A141B2" w14:paraId="6B740E93" w14:textId="74ECDE28" w:rsidTr="00C61E5E">
        <w:trPr>
          <w:jc w:val="right"/>
        </w:trPr>
        <w:tc>
          <w:tcPr>
            <w:tcW w:w="2322" w:type="dxa"/>
          </w:tcPr>
          <w:p w14:paraId="401E74CF" w14:textId="2C4B4FDF" w:rsidR="00A141B2" w:rsidRDefault="00A141B2" w:rsidP="00A141B2">
            <w:pPr>
              <w:bidi/>
            </w:pPr>
            <w:r w:rsidRPr="00144575">
              <w:rPr>
                <w:rFonts w:hint="cs"/>
                <w:rtl/>
              </w:rPr>
              <w:t>اكتفِ</w:t>
            </w:r>
            <w:r w:rsidRPr="00144575">
              <w:rPr>
                <w:rtl/>
              </w:rPr>
              <w:t xml:space="preserve"> </w:t>
            </w:r>
            <w:r w:rsidRPr="00144575">
              <w:rPr>
                <w:rFonts w:hint="cs"/>
                <w:rtl/>
              </w:rPr>
              <w:t>بالنهج</w:t>
            </w:r>
            <w:r w:rsidRPr="00144575">
              <w:rPr>
                <w:rtl/>
              </w:rPr>
              <w:t xml:space="preserve"> </w:t>
            </w:r>
            <w:r w:rsidRPr="00144575">
              <w:rPr>
                <w:rFonts w:hint="cs"/>
                <w:rtl/>
              </w:rPr>
              <w:t>العام</w:t>
            </w:r>
            <w:r w:rsidRPr="00144575">
              <w:rPr>
                <w:rtl/>
              </w:rPr>
              <w:t xml:space="preserve"> (</w:t>
            </w:r>
            <w:r w:rsidRPr="00144575">
              <w:rPr>
                <w:rFonts w:hint="cs"/>
                <w:rtl/>
              </w:rPr>
              <w:t>كمّي</w:t>
            </w:r>
            <w:r w:rsidRPr="00144575">
              <w:rPr>
                <w:rtl/>
              </w:rPr>
              <w:t>/</w:t>
            </w:r>
            <w:r w:rsidRPr="00144575">
              <w:rPr>
                <w:rFonts w:hint="cs"/>
                <w:rtl/>
              </w:rPr>
              <w:t>استبانة</w:t>
            </w:r>
            <w:r w:rsidRPr="00144575">
              <w:rPr>
                <w:rtl/>
              </w:rPr>
              <w:t xml:space="preserve">) </w:t>
            </w:r>
            <w:r w:rsidRPr="00144575">
              <w:rPr>
                <w:rFonts w:hint="cs"/>
                <w:rtl/>
              </w:rPr>
              <w:t>وأجّل</w:t>
            </w:r>
            <w:r w:rsidRPr="00144575">
              <w:rPr>
                <w:rtl/>
              </w:rPr>
              <w:t xml:space="preserve"> </w:t>
            </w:r>
            <w:r w:rsidRPr="00144575">
              <w:rPr>
                <w:rFonts w:hint="cs"/>
                <w:rtl/>
              </w:rPr>
              <w:t>تفاصيل</w:t>
            </w:r>
            <w:r w:rsidRPr="00144575">
              <w:rPr>
                <w:rtl/>
              </w:rPr>
              <w:t xml:space="preserve"> </w:t>
            </w:r>
            <w:r w:rsidRPr="00144575">
              <w:rPr>
                <w:rFonts w:hint="cs"/>
                <w:rtl/>
              </w:rPr>
              <w:t>الاختبارات</w:t>
            </w:r>
            <w:r w:rsidRPr="00144575">
              <w:rPr>
                <w:rtl/>
              </w:rPr>
              <w:t xml:space="preserve"> </w:t>
            </w:r>
            <w:r w:rsidRPr="00144575">
              <w:rPr>
                <w:rFonts w:hint="cs"/>
                <w:rtl/>
              </w:rPr>
              <w:t>لفصل</w:t>
            </w:r>
            <w:r w:rsidRPr="00144575">
              <w:rPr>
                <w:rtl/>
              </w:rPr>
              <w:t xml:space="preserve"> </w:t>
            </w:r>
            <w:r w:rsidRPr="00144575">
              <w:rPr>
                <w:rFonts w:hint="cs"/>
                <w:rtl/>
              </w:rPr>
              <w:t>المنهجية</w:t>
            </w:r>
            <w:r w:rsidRPr="00144575">
              <w:rPr>
                <w:rtl/>
              </w:rPr>
              <w:t xml:space="preserve"> </w:t>
            </w:r>
            <w:r w:rsidRPr="00144575">
              <w:rPr>
                <w:rFonts w:hint="cs"/>
                <w:rtl/>
              </w:rPr>
              <w:t>مع</w:t>
            </w:r>
            <w:r w:rsidRPr="00144575">
              <w:rPr>
                <w:rtl/>
              </w:rPr>
              <w:t xml:space="preserve"> </w:t>
            </w:r>
            <w:r w:rsidRPr="00144575">
              <w:rPr>
                <w:rFonts w:hint="cs"/>
                <w:rtl/>
              </w:rPr>
              <w:t>تبرير</w:t>
            </w:r>
            <w:r w:rsidRPr="00144575">
              <w:rPr>
                <w:rtl/>
              </w:rPr>
              <w:t xml:space="preserve"> </w:t>
            </w:r>
            <w:r w:rsidRPr="00144575">
              <w:rPr>
                <w:rFonts w:hint="cs"/>
                <w:rtl/>
              </w:rPr>
              <w:t>الاختيار</w:t>
            </w:r>
            <w:r w:rsidRPr="00144575">
              <w:rPr>
                <w:rtl/>
              </w:rPr>
              <w:t xml:space="preserve"> </w:t>
            </w:r>
            <w:r w:rsidRPr="00144575">
              <w:rPr>
                <w:rFonts w:hint="cs"/>
                <w:rtl/>
              </w:rPr>
              <w:t>لاحقًا</w:t>
            </w:r>
            <w:r w:rsidRPr="00144575">
              <w:t>.</w:t>
            </w:r>
          </w:p>
        </w:tc>
        <w:tc>
          <w:tcPr>
            <w:tcW w:w="2970" w:type="dxa"/>
          </w:tcPr>
          <w:p w14:paraId="3777AAFB" w14:textId="286AE4D1" w:rsidR="00A141B2" w:rsidRDefault="00A141B2" w:rsidP="00A141B2">
            <w:pPr>
              <w:bidi/>
              <w:rPr>
                <w:rFonts w:ascii="Arial" w:hAnsi="Arial"/>
              </w:rPr>
            </w:pPr>
            <w:r w:rsidRPr="003F25D2">
              <w:rPr>
                <w:rFonts w:hint="cs"/>
                <w:rtl/>
              </w:rPr>
              <w:t>ذكر</w:t>
            </w:r>
            <w:r w:rsidRPr="003F25D2">
              <w:rPr>
                <w:rtl/>
              </w:rPr>
              <w:t xml:space="preserve"> </w:t>
            </w:r>
            <w:r w:rsidRPr="003F25D2">
              <w:rPr>
                <w:rFonts w:hint="cs"/>
                <w:rtl/>
              </w:rPr>
              <w:t>أدوات</w:t>
            </w:r>
            <w:r w:rsidRPr="003F25D2">
              <w:rPr>
                <w:rtl/>
              </w:rPr>
              <w:t xml:space="preserve"> </w:t>
            </w:r>
            <w:r w:rsidRPr="003F25D2">
              <w:rPr>
                <w:rFonts w:hint="cs"/>
                <w:rtl/>
              </w:rPr>
              <w:t>إحصائية</w:t>
            </w:r>
            <w:r w:rsidRPr="003F25D2">
              <w:rPr>
                <w:rtl/>
              </w:rPr>
              <w:t xml:space="preserve"> </w:t>
            </w:r>
            <w:r w:rsidRPr="003F25D2">
              <w:rPr>
                <w:rFonts w:hint="cs"/>
                <w:rtl/>
              </w:rPr>
              <w:t>متعددة</w:t>
            </w:r>
            <w:r w:rsidRPr="003F25D2">
              <w:rPr>
                <w:rtl/>
              </w:rPr>
              <w:t xml:space="preserve"> </w:t>
            </w:r>
            <w:r w:rsidRPr="003F25D2">
              <w:rPr>
                <w:rFonts w:hint="cs"/>
                <w:rtl/>
              </w:rPr>
              <w:t>بالتفصيل</w:t>
            </w:r>
            <w:r w:rsidRPr="003F25D2">
              <w:rPr>
                <w:rtl/>
              </w:rPr>
              <w:t xml:space="preserve"> </w:t>
            </w:r>
            <w:r w:rsidRPr="003F25D2">
              <w:rPr>
                <w:rFonts w:hint="cs"/>
                <w:rtl/>
              </w:rPr>
              <w:t>في</w:t>
            </w:r>
            <w:r w:rsidRPr="003F25D2">
              <w:rPr>
                <w:rtl/>
              </w:rPr>
              <w:t xml:space="preserve"> </w:t>
            </w:r>
            <w:r w:rsidRPr="003F25D2">
              <w:rPr>
                <w:rFonts w:hint="cs"/>
                <w:rtl/>
              </w:rPr>
              <w:t>الفصل</w:t>
            </w:r>
            <w:r w:rsidRPr="003F25D2">
              <w:rPr>
                <w:rtl/>
              </w:rPr>
              <w:t xml:space="preserve"> </w:t>
            </w:r>
            <w:r w:rsidRPr="003F25D2">
              <w:rPr>
                <w:rFonts w:hint="cs"/>
                <w:rtl/>
              </w:rPr>
              <w:t>الأول</w:t>
            </w:r>
            <w:r w:rsidRPr="003F25D2">
              <w:rPr>
                <w:rtl/>
              </w:rPr>
              <w:t xml:space="preserve"> </w:t>
            </w:r>
            <w:r w:rsidRPr="003F25D2">
              <w:rPr>
                <w:rFonts w:hint="cs"/>
                <w:rtl/>
              </w:rPr>
              <w:t>قد</w:t>
            </w:r>
            <w:r w:rsidRPr="003F25D2">
              <w:rPr>
                <w:rtl/>
              </w:rPr>
              <w:t xml:space="preserve"> </w:t>
            </w:r>
            <w:r w:rsidRPr="003F25D2">
              <w:rPr>
                <w:rFonts w:hint="cs"/>
                <w:rtl/>
              </w:rPr>
              <w:t>يُشتّت</w:t>
            </w:r>
            <w:r w:rsidRPr="003F25D2">
              <w:rPr>
                <w:rtl/>
              </w:rPr>
              <w:t xml:space="preserve"> </w:t>
            </w:r>
            <w:r w:rsidRPr="003F25D2">
              <w:rPr>
                <w:rFonts w:hint="cs"/>
                <w:rtl/>
              </w:rPr>
              <w:t>القارئ</w:t>
            </w:r>
            <w:r w:rsidRPr="003F25D2">
              <w:t>.</w:t>
            </w:r>
          </w:p>
        </w:tc>
        <w:tc>
          <w:tcPr>
            <w:tcW w:w="1890" w:type="dxa"/>
          </w:tcPr>
          <w:p w14:paraId="6773FD08" w14:textId="67BCAB76" w:rsidR="00A141B2" w:rsidRDefault="00A141B2" w:rsidP="00A141B2">
            <w:pPr>
              <w:bidi/>
              <w:rPr>
                <w:rFonts w:ascii="Arial" w:hAnsi="Arial"/>
              </w:rPr>
            </w:pPr>
            <w:r w:rsidRPr="007A69C5">
              <w:rPr>
                <w:rFonts w:hint="cs"/>
                <w:rtl/>
              </w:rPr>
              <w:t>المنهجية</w:t>
            </w:r>
            <w:r w:rsidRPr="007A69C5">
              <w:rPr>
                <w:rtl/>
              </w:rPr>
              <w:t xml:space="preserve"> </w:t>
            </w:r>
            <w:r w:rsidRPr="007A69C5">
              <w:rPr>
                <w:rFonts w:hint="cs"/>
                <w:rtl/>
              </w:rPr>
              <w:t>في</w:t>
            </w:r>
            <w:r w:rsidRPr="007A69C5">
              <w:rPr>
                <w:rtl/>
              </w:rPr>
              <w:t xml:space="preserve"> </w:t>
            </w:r>
            <w:r w:rsidRPr="007A69C5">
              <w:rPr>
                <w:rFonts w:hint="cs"/>
                <w:rtl/>
              </w:rPr>
              <w:t>الفصل</w:t>
            </w:r>
            <w:r w:rsidRPr="007A69C5">
              <w:rPr>
                <w:rtl/>
              </w:rPr>
              <w:t xml:space="preserve"> </w:t>
            </w:r>
            <w:r w:rsidRPr="007A69C5">
              <w:rPr>
                <w:rFonts w:hint="cs"/>
                <w:rtl/>
              </w:rPr>
              <w:t>الأول</w:t>
            </w:r>
          </w:p>
        </w:tc>
        <w:tc>
          <w:tcPr>
            <w:tcW w:w="1458" w:type="dxa"/>
          </w:tcPr>
          <w:p w14:paraId="3E1395E6" w14:textId="0571526E" w:rsidR="00A141B2" w:rsidRDefault="00A141B2" w:rsidP="00A141B2">
            <w:pPr>
              <w:bidi/>
              <w:rPr>
                <w:rFonts w:ascii="Arial" w:hAnsi="Arial"/>
              </w:rPr>
            </w:pPr>
            <w:r>
              <w:rPr>
                <w:rFonts w:ascii="Arial" w:hAnsi="Arial"/>
              </w:rPr>
              <w:t>4</w:t>
            </w:r>
          </w:p>
        </w:tc>
      </w:tr>
      <w:tr w:rsidR="00A141B2" w14:paraId="324E5CDB" w14:textId="106A6BA7" w:rsidTr="00C61E5E">
        <w:trPr>
          <w:jc w:val="right"/>
        </w:trPr>
        <w:tc>
          <w:tcPr>
            <w:tcW w:w="2322" w:type="dxa"/>
          </w:tcPr>
          <w:p w14:paraId="5A455EB0" w14:textId="27E4B643" w:rsidR="00A141B2" w:rsidRDefault="00A141B2" w:rsidP="00A141B2">
            <w:pPr>
              <w:bidi/>
            </w:pPr>
            <w:r w:rsidRPr="00144575">
              <w:rPr>
                <w:rFonts w:hint="cs"/>
                <w:rtl/>
              </w:rPr>
              <w:t>أجرِ</w:t>
            </w:r>
            <w:r w:rsidRPr="00144575">
              <w:rPr>
                <w:rtl/>
              </w:rPr>
              <w:t xml:space="preserve"> </w:t>
            </w:r>
            <w:r w:rsidRPr="00144575">
              <w:rPr>
                <w:rFonts w:hint="cs"/>
                <w:rtl/>
              </w:rPr>
              <w:t>تدقيقًا</w:t>
            </w:r>
            <w:r w:rsidRPr="00144575">
              <w:rPr>
                <w:rtl/>
              </w:rPr>
              <w:t xml:space="preserve"> </w:t>
            </w:r>
            <w:r w:rsidRPr="00144575">
              <w:rPr>
                <w:rFonts w:hint="cs"/>
                <w:rtl/>
              </w:rPr>
              <w:t>لغويًا</w:t>
            </w:r>
            <w:r w:rsidRPr="00144575">
              <w:rPr>
                <w:rtl/>
              </w:rPr>
              <w:t xml:space="preserve"> </w:t>
            </w:r>
            <w:r w:rsidRPr="00144575">
              <w:rPr>
                <w:rFonts w:hint="cs"/>
                <w:rtl/>
              </w:rPr>
              <w:t>نهائيًا</w:t>
            </w:r>
            <w:r w:rsidRPr="00144575">
              <w:rPr>
                <w:rtl/>
              </w:rPr>
              <w:t xml:space="preserve"> </w:t>
            </w:r>
            <w:r w:rsidRPr="00144575">
              <w:rPr>
                <w:rFonts w:hint="cs"/>
                <w:rtl/>
              </w:rPr>
              <w:t>قبل</w:t>
            </w:r>
            <w:r w:rsidRPr="00144575">
              <w:rPr>
                <w:rtl/>
              </w:rPr>
              <w:t xml:space="preserve"> </w:t>
            </w:r>
            <w:r w:rsidRPr="00144575">
              <w:rPr>
                <w:rFonts w:hint="cs"/>
                <w:rtl/>
              </w:rPr>
              <w:t>التثبيت</w:t>
            </w:r>
            <w:r w:rsidRPr="00144575">
              <w:t>.</w:t>
            </w:r>
          </w:p>
        </w:tc>
        <w:tc>
          <w:tcPr>
            <w:tcW w:w="2970" w:type="dxa"/>
          </w:tcPr>
          <w:p w14:paraId="35FC276C" w14:textId="478BB9E6" w:rsidR="00A141B2" w:rsidRDefault="00A141B2" w:rsidP="00A141B2">
            <w:pPr>
              <w:bidi/>
              <w:rPr>
                <w:rFonts w:ascii="Arial" w:hAnsi="Arial"/>
              </w:rPr>
            </w:pPr>
            <w:r w:rsidRPr="003F25D2">
              <w:rPr>
                <w:rFonts w:hint="cs"/>
                <w:rtl/>
              </w:rPr>
              <w:t>بعض</w:t>
            </w:r>
            <w:r w:rsidRPr="003F25D2">
              <w:rPr>
                <w:rtl/>
              </w:rPr>
              <w:t xml:space="preserve"> </w:t>
            </w:r>
            <w:r w:rsidRPr="003F25D2">
              <w:rPr>
                <w:rFonts w:hint="cs"/>
                <w:rtl/>
              </w:rPr>
              <w:t>الأخطاء</w:t>
            </w:r>
            <w:r w:rsidRPr="003F25D2">
              <w:rPr>
                <w:rtl/>
              </w:rPr>
              <w:t xml:space="preserve"> </w:t>
            </w:r>
            <w:r w:rsidRPr="003F25D2">
              <w:rPr>
                <w:rFonts w:hint="cs"/>
                <w:rtl/>
              </w:rPr>
              <w:t>الطباعية</w:t>
            </w:r>
            <w:r w:rsidRPr="003F25D2">
              <w:rPr>
                <w:rtl/>
              </w:rPr>
              <w:t xml:space="preserve"> </w:t>
            </w:r>
            <w:r w:rsidRPr="003F25D2">
              <w:rPr>
                <w:rFonts w:hint="cs"/>
                <w:rtl/>
              </w:rPr>
              <w:t>وعلامات</w:t>
            </w:r>
            <w:r w:rsidRPr="003F25D2">
              <w:rPr>
                <w:rtl/>
              </w:rPr>
              <w:t xml:space="preserve"> </w:t>
            </w:r>
            <w:r w:rsidRPr="003F25D2">
              <w:rPr>
                <w:rFonts w:hint="cs"/>
                <w:rtl/>
              </w:rPr>
              <w:t>الترقيم</w:t>
            </w:r>
            <w:r w:rsidRPr="003F25D2">
              <w:rPr>
                <w:rtl/>
              </w:rPr>
              <w:t xml:space="preserve"> </w:t>
            </w:r>
            <w:r w:rsidRPr="003F25D2">
              <w:rPr>
                <w:rFonts w:hint="cs"/>
                <w:rtl/>
              </w:rPr>
              <w:t>تحتاج</w:t>
            </w:r>
            <w:r w:rsidRPr="003F25D2">
              <w:rPr>
                <w:rtl/>
              </w:rPr>
              <w:t xml:space="preserve"> </w:t>
            </w:r>
            <w:r w:rsidRPr="003F25D2">
              <w:rPr>
                <w:rFonts w:hint="cs"/>
                <w:rtl/>
              </w:rPr>
              <w:t>ضبطًا</w:t>
            </w:r>
            <w:r w:rsidRPr="003F25D2">
              <w:t>.</w:t>
            </w:r>
          </w:p>
        </w:tc>
        <w:tc>
          <w:tcPr>
            <w:tcW w:w="1890" w:type="dxa"/>
          </w:tcPr>
          <w:p w14:paraId="26CEF091" w14:textId="53ECAD17" w:rsidR="00A141B2" w:rsidRDefault="00A141B2" w:rsidP="00A141B2">
            <w:pPr>
              <w:bidi/>
              <w:rPr>
                <w:rFonts w:ascii="Arial" w:hAnsi="Arial"/>
              </w:rPr>
            </w:pPr>
            <w:r w:rsidRPr="007A69C5">
              <w:rPr>
                <w:rFonts w:hint="cs"/>
                <w:rtl/>
              </w:rPr>
              <w:t>السلامة</w:t>
            </w:r>
            <w:r w:rsidRPr="007A69C5">
              <w:rPr>
                <w:rtl/>
              </w:rPr>
              <w:t xml:space="preserve"> </w:t>
            </w:r>
            <w:r w:rsidRPr="007A69C5">
              <w:rPr>
                <w:rFonts w:hint="cs"/>
                <w:rtl/>
              </w:rPr>
              <w:t>اللغوية</w:t>
            </w:r>
          </w:p>
        </w:tc>
        <w:tc>
          <w:tcPr>
            <w:tcW w:w="1458" w:type="dxa"/>
          </w:tcPr>
          <w:p w14:paraId="5DB0AA00" w14:textId="67BF0926" w:rsidR="00A141B2" w:rsidRDefault="00A141B2" w:rsidP="00A141B2">
            <w:pPr>
              <w:bidi/>
              <w:rPr>
                <w:rFonts w:ascii="Arial" w:hAnsi="Arial"/>
              </w:rPr>
            </w:pPr>
            <w:r>
              <w:rPr>
                <w:rFonts w:ascii="Arial" w:hAnsi="Arial"/>
              </w:rPr>
              <w:t>5</w:t>
            </w:r>
          </w:p>
        </w:tc>
      </w:tr>
    </w:tbl>
    <w:p w14:paraId="034D0C03" w14:textId="77777777" w:rsidR="00F55848" w:rsidRDefault="00F55848" w:rsidP="00FD56DC">
      <w:pPr>
        <w:bidi/>
      </w:pPr>
    </w:p>
    <w:p w14:paraId="72D649C9" w14:textId="77777777" w:rsidR="00A141B2" w:rsidRDefault="00A141B2" w:rsidP="00EC5601">
      <w:pPr>
        <w:pStyle w:val="Heading2"/>
        <w:bidi/>
        <w:rPr>
          <w:rFonts w:ascii="Arial" w:hAnsi="Arial" w:cs="Times New Roman"/>
          <w:sz w:val="28"/>
          <w:rtl/>
        </w:rPr>
      </w:pPr>
      <w:r w:rsidRPr="00A141B2">
        <w:rPr>
          <w:rFonts w:ascii="Arial" w:hAnsi="Arial" w:cs="Times New Roman" w:hint="cs"/>
          <w:sz w:val="28"/>
          <w:rtl/>
        </w:rPr>
        <w:t>إرشادات</w:t>
      </w:r>
      <w:r w:rsidRPr="00A141B2">
        <w:rPr>
          <w:rFonts w:ascii="Arial" w:hAnsi="Arial" w:cs="Times New Roman"/>
          <w:sz w:val="28"/>
          <w:rtl/>
        </w:rPr>
        <w:t xml:space="preserve"> </w:t>
      </w:r>
      <w:r w:rsidRPr="00A141B2">
        <w:rPr>
          <w:rFonts w:ascii="Arial" w:hAnsi="Arial" w:cs="Times New Roman" w:hint="cs"/>
          <w:sz w:val="28"/>
          <w:rtl/>
        </w:rPr>
        <w:t>تنفيذية</w:t>
      </w:r>
      <w:r w:rsidRPr="00A141B2">
        <w:rPr>
          <w:rFonts w:ascii="Arial" w:hAnsi="Arial" w:cs="Times New Roman"/>
          <w:sz w:val="28"/>
          <w:rtl/>
        </w:rPr>
        <w:t xml:space="preserve"> </w:t>
      </w:r>
      <w:r w:rsidRPr="00A141B2">
        <w:rPr>
          <w:rFonts w:ascii="Arial" w:hAnsi="Arial" w:cs="Times New Roman" w:hint="cs"/>
          <w:sz w:val="28"/>
          <w:rtl/>
        </w:rPr>
        <w:t>مركّزة</w:t>
      </w:r>
    </w:p>
    <w:p w14:paraId="413F146D" w14:textId="50AC08B1" w:rsidR="00EC5601" w:rsidRPr="00EC5601" w:rsidRDefault="00EC5601" w:rsidP="00A141B2">
      <w:pPr>
        <w:pStyle w:val="Heading2"/>
        <w:bidi/>
        <w:rPr>
          <w:b w:val="0"/>
          <w:bCs w:val="0"/>
          <w:color w:val="auto"/>
        </w:rPr>
      </w:pPr>
      <w:r w:rsidRPr="00EC5601">
        <w:rPr>
          <w:rFonts w:cs="Times New Roman"/>
          <w:b w:val="0"/>
          <w:bCs w:val="0"/>
          <w:color w:val="auto"/>
          <w:rtl/>
        </w:rPr>
        <w:t xml:space="preserve">• </w:t>
      </w:r>
      <w:r w:rsidRPr="00EC5601">
        <w:rPr>
          <w:rFonts w:cs="Times New Roman" w:hint="cs"/>
          <w:b w:val="0"/>
          <w:bCs w:val="0"/>
          <w:color w:val="auto"/>
          <w:rtl/>
        </w:rPr>
        <w:t>إعادة</w:t>
      </w:r>
      <w:r w:rsidRPr="00EC5601">
        <w:rPr>
          <w:rFonts w:cs="Times New Roman"/>
          <w:b w:val="0"/>
          <w:bCs w:val="0"/>
          <w:color w:val="auto"/>
          <w:rtl/>
        </w:rPr>
        <w:t xml:space="preserve"> </w:t>
      </w:r>
      <w:r w:rsidRPr="00EC5601">
        <w:rPr>
          <w:rFonts w:cs="Times New Roman" w:hint="cs"/>
          <w:b w:val="0"/>
          <w:bCs w:val="0"/>
          <w:color w:val="auto"/>
          <w:rtl/>
        </w:rPr>
        <w:t>صياغة</w:t>
      </w:r>
      <w:r w:rsidRPr="00EC5601">
        <w:rPr>
          <w:rFonts w:cs="Times New Roman"/>
          <w:b w:val="0"/>
          <w:bCs w:val="0"/>
          <w:color w:val="auto"/>
          <w:rtl/>
        </w:rPr>
        <w:t xml:space="preserve"> </w:t>
      </w:r>
      <w:r w:rsidRPr="00EC5601">
        <w:rPr>
          <w:rFonts w:cs="Times New Roman" w:hint="cs"/>
          <w:b w:val="0"/>
          <w:bCs w:val="0"/>
          <w:color w:val="auto"/>
          <w:rtl/>
        </w:rPr>
        <w:t>المشكلة</w:t>
      </w:r>
      <w:r w:rsidRPr="00EC5601">
        <w:rPr>
          <w:rFonts w:cs="Times New Roman"/>
          <w:b w:val="0"/>
          <w:bCs w:val="0"/>
          <w:color w:val="auto"/>
          <w:rtl/>
        </w:rPr>
        <w:t xml:space="preserve"> </w:t>
      </w:r>
      <w:r w:rsidRPr="00EC5601">
        <w:rPr>
          <w:rFonts w:cs="Times New Roman" w:hint="cs"/>
          <w:b w:val="0"/>
          <w:bCs w:val="0"/>
          <w:color w:val="auto"/>
          <w:rtl/>
        </w:rPr>
        <w:t>بوضوح</w:t>
      </w:r>
      <w:r w:rsidRPr="00EC5601">
        <w:rPr>
          <w:rFonts w:cs="Times New Roman"/>
          <w:b w:val="0"/>
          <w:bCs w:val="0"/>
          <w:color w:val="auto"/>
          <w:rtl/>
        </w:rPr>
        <w:t xml:space="preserve"> </w:t>
      </w:r>
      <w:r w:rsidRPr="00EC5601">
        <w:rPr>
          <w:rFonts w:cs="Times New Roman" w:hint="cs"/>
          <w:b w:val="0"/>
          <w:bCs w:val="0"/>
          <w:color w:val="auto"/>
          <w:rtl/>
        </w:rPr>
        <w:t>سببي</w:t>
      </w:r>
      <w:r w:rsidRPr="00EC5601">
        <w:rPr>
          <w:rFonts w:cs="Times New Roman"/>
          <w:b w:val="0"/>
          <w:bCs w:val="0"/>
          <w:color w:val="auto"/>
          <w:rtl/>
        </w:rPr>
        <w:t xml:space="preserve"> </w:t>
      </w:r>
      <w:r w:rsidRPr="00EC5601">
        <w:rPr>
          <w:rFonts w:cs="Times New Roman" w:hint="cs"/>
          <w:b w:val="0"/>
          <w:bCs w:val="0"/>
          <w:color w:val="auto"/>
          <w:rtl/>
        </w:rPr>
        <w:t>وتثبيت</w:t>
      </w:r>
      <w:r w:rsidRPr="00EC5601">
        <w:rPr>
          <w:rFonts w:cs="Times New Roman"/>
          <w:b w:val="0"/>
          <w:bCs w:val="0"/>
          <w:color w:val="auto"/>
          <w:rtl/>
        </w:rPr>
        <w:t xml:space="preserve"> </w:t>
      </w:r>
      <w:r w:rsidRPr="00EC5601">
        <w:rPr>
          <w:rFonts w:cs="Times New Roman" w:hint="cs"/>
          <w:b w:val="0"/>
          <w:bCs w:val="0"/>
          <w:color w:val="auto"/>
          <w:rtl/>
        </w:rPr>
        <w:t>السؤال</w:t>
      </w:r>
      <w:r w:rsidRPr="00EC5601">
        <w:rPr>
          <w:rFonts w:cs="Times New Roman"/>
          <w:b w:val="0"/>
          <w:bCs w:val="0"/>
          <w:color w:val="auto"/>
          <w:rtl/>
        </w:rPr>
        <w:t xml:space="preserve"> </w:t>
      </w:r>
      <w:r w:rsidRPr="00EC5601">
        <w:rPr>
          <w:rFonts w:cs="Times New Roman" w:hint="cs"/>
          <w:b w:val="0"/>
          <w:bCs w:val="0"/>
          <w:color w:val="auto"/>
          <w:rtl/>
        </w:rPr>
        <w:t>الرئيس</w:t>
      </w:r>
      <w:r w:rsidRPr="00EC5601">
        <w:rPr>
          <w:rFonts w:cs="Times New Roman"/>
          <w:b w:val="0"/>
          <w:bCs w:val="0"/>
          <w:color w:val="auto"/>
          <w:rtl/>
        </w:rPr>
        <w:t xml:space="preserve"> </w:t>
      </w:r>
      <w:r w:rsidRPr="00EC5601">
        <w:rPr>
          <w:rFonts w:cs="Times New Roman" w:hint="cs"/>
          <w:b w:val="0"/>
          <w:bCs w:val="0"/>
          <w:color w:val="auto"/>
          <w:rtl/>
        </w:rPr>
        <w:t>بتسميات</w:t>
      </w:r>
      <w:r w:rsidRPr="00EC5601">
        <w:rPr>
          <w:rFonts w:cs="Times New Roman"/>
          <w:b w:val="0"/>
          <w:bCs w:val="0"/>
          <w:color w:val="auto"/>
          <w:rtl/>
        </w:rPr>
        <w:t xml:space="preserve"> </w:t>
      </w:r>
      <w:r w:rsidRPr="00EC5601">
        <w:rPr>
          <w:rFonts w:cs="Times New Roman" w:hint="cs"/>
          <w:b w:val="0"/>
          <w:bCs w:val="0"/>
          <w:color w:val="auto"/>
          <w:rtl/>
        </w:rPr>
        <w:t>أبعاد</w:t>
      </w:r>
      <w:r w:rsidRPr="00EC5601">
        <w:rPr>
          <w:rFonts w:cs="Times New Roman"/>
          <w:b w:val="0"/>
          <w:bCs w:val="0"/>
          <w:color w:val="auto"/>
          <w:rtl/>
        </w:rPr>
        <w:t xml:space="preserve"> </w:t>
      </w:r>
      <w:r w:rsidRPr="00EC5601">
        <w:rPr>
          <w:rFonts w:cs="Times New Roman" w:hint="cs"/>
          <w:b w:val="0"/>
          <w:bCs w:val="0"/>
          <w:color w:val="auto"/>
          <w:rtl/>
        </w:rPr>
        <w:t>العدالة</w:t>
      </w:r>
      <w:r w:rsidRPr="00EC5601">
        <w:rPr>
          <w:rFonts w:cs="Times New Roman"/>
          <w:b w:val="0"/>
          <w:bCs w:val="0"/>
          <w:color w:val="auto"/>
          <w:rtl/>
        </w:rPr>
        <w:t xml:space="preserve"> </w:t>
      </w:r>
      <w:r w:rsidRPr="00EC5601">
        <w:rPr>
          <w:rFonts w:cs="Times New Roman" w:hint="cs"/>
          <w:b w:val="0"/>
          <w:bCs w:val="0"/>
          <w:color w:val="auto"/>
          <w:rtl/>
        </w:rPr>
        <w:t>المعتمدة</w:t>
      </w:r>
      <w:r w:rsidRPr="00EC5601">
        <w:rPr>
          <w:rFonts w:cs="Times New Roman"/>
          <w:b w:val="0"/>
          <w:bCs w:val="0"/>
          <w:color w:val="auto"/>
          <w:rtl/>
        </w:rPr>
        <w:t>.</w:t>
      </w:r>
    </w:p>
    <w:p w14:paraId="2BFF7696" w14:textId="77777777" w:rsidR="00EC5601" w:rsidRPr="00EC5601" w:rsidRDefault="00EC5601" w:rsidP="00EC5601">
      <w:pPr>
        <w:pStyle w:val="Heading2"/>
        <w:bidi/>
        <w:rPr>
          <w:b w:val="0"/>
          <w:bCs w:val="0"/>
          <w:color w:val="auto"/>
        </w:rPr>
      </w:pPr>
      <w:r w:rsidRPr="00EC5601">
        <w:rPr>
          <w:rFonts w:cs="Times New Roman" w:hint="eastAsia"/>
          <w:b w:val="0"/>
          <w:bCs w:val="0"/>
          <w:color w:val="auto"/>
          <w:rtl/>
        </w:rPr>
        <w:t>•</w:t>
      </w:r>
      <w:r w:rsidRPr="00EC5601">
        <w:rPr>
          <w:rFonts w:cs="Times New Roman"/>
          <w:b w:val="0"/>
          <w:bCs w:val="0"/>
          <w:color w:val="auto"/>
          <w:rtl/>
        </w:rPr>
        <w:t xml:space="preserve"> </w:t>
      </w:r>
      <w:r w:rsidRPr="00EC5601">
        <w:rPr>
          <w:rFonts w:cs="Times New Roman" w:hint="cs"/>
          <w:b w:val="0"/>
          <w:bCs w:val="0"/>
          <w:color w:val="auto"/>
          <w:rtl/>
        </w:rPr>
        <w:t>إعادة</w:t>
      </w:r>
      <w:r w:rsidRPr="00EC5601">
        <w:rPr>
          <w:rFonts w:cs="Times New Roman"/>
          <w:b w:val="0"/>
          <w:bCs w:val="0"/>
          <w:color w:val="auto"/>
          <w:rtl/>
        </w:rPr>
        <w:t xml:space="preserve"> </w:t>
      </w:r>
      <w:r w:rsidRPr="00EC5601">
        <w:rPr>
          <w:rFonts w:cs="Times New Roman" w:hint="cs"/>
          <w:b w:val="0"/>
          <w:bCs w:val="0"/>
          <w:color w:val="auto"/>
          <w:rtl/>
        </w:rPr>
        <w:t>هيكلة</w:t>
      </w:r>
      <w:r w:rsidRPr="00EC5601">
        <w:rPr>
          <w:rFonts w:cs="Times New Roman"/>
          <w:b w:val="0"/>
          <w:bCs w:val="0"/>
          <w:color w:val="auto"/>
          <w:rtl/>
        </w:rPr>
        <w:t xml:space="preserve"> </w:t>
      </w:r>
      <w:r w:rsidRPr="00EC5601">
        <w:rPr>
          <w:rFonts w:cs="Times New Roman" w:hint="cs"/>
          <w:b w:val="0"/>
          <w:bCs w:val="0"/>
          <w:color w:val="auto"/>
          <w:rtl/>
        </w:rPr>
        <w:t>الأهداف</w:t>
      </w:r>
      <w:r w:rsidRPr="00EC5601">
        <w:rPr>
          <w:rFonts w:cs="Times New Roman"/>
          <w:b w:val="0"/>
          <w:bCs w:val="0"/>
          <w:color w:val="auto"/>
          <w:rtl/>
        </w:rPr>
        <w:t xml:space="preserve"> </w:t>
      </w:r>
      <w:r w:rsidRPr="00EC5601">
        <w:rPr>
          <w:rFonts w:cs="Times New Roman" w:hint="cs"/>
          <w:b w:val="0"/>
          <w:bCs w:val="0"/>
          <w:color w:val="auto"/>
          <w:rtl/>
        </w:rPr>
        <w:t>وفق</w:t>
      </w:r>
      <w:r w:rsidRPr="00EC5601">
        <w:rPr>
          <w:rFonts w:cs="Times New Roman"/>
          <w:b w:val="0"/>
          <w:bCs w:val="0"/>
          <w:color w:val="auto"/>
          <w:rtl/>
        </w:rPr>
        <w:t xml:space="preserve"> </w:t>
      </w:r>
      <w:r w:rsidRPr="00EC5601">
        <w:rPr>
          <w:rFonts w:cs="Times New Roman" w:hint="cs"/>
          <w:b w:val="0"/>
          <w:bCs w:val="0"/>
          <w:color w:val="auto"/>
          <w:rtl/>
        </w:rPr>
        <w:t>تسلسل</w:t>
      </w:r>
      <w:r w:rsidRPr="00EC5601">
        <w:rPr>
          <w:rFonts w:cs="Times New Roman"/>
          <w:b w:val="0"/>
          <w:bCs w:val="0"/>
          <w:color w:val="auto"/>
          <w:rtl/>
        </w:rPr>
        <w:t xml:space="preserve"> </w:t>
      </w:r>
      <w:r w:rsidRPr="00EC5601">
        <w:rPr>
          <w:rFonts w:cs="Times New Roman" w:hint="cs"/>
          <w:b w:val="0"/>
          <w:bCs w:val="0"/>
          <w:color w:val="auto"/>
          <w:rtl/>
        </w:rPr>
        <w:t>منهجي</w:t>
      </w:r>
      <w:r w:rsidRPr="00EC5601">
        <w:rPr>
          <w:rFonts w:cs="Times New Roman"/>
          <w:b w:val="0"/>
          <w:bCs w:val="0"/>
          <w:color w:val="auto"/>
          <w:rtl/>
        </w:rPr>
        <w:t xml:space="preserve"> </w:t>
      </w:r>
      <w:r w:rsidRPr="00EC5601">
        <w:rPr>
          <w:rFonts w:cs="Times New Roman" w:hint="cs"/>
          <w:b w:val="0"/>
          <w:bCs w:val="0"/>
          <w:color w:val="auto"/>
          <w:rtl/>
        </w:rPr>
        <w:t>قابل</w:t>
      </w:r>
      <w:r w:rsidRPr="00EC5601">
        <w:rPr>
          <w:rFonts w:cs="Times New Roman"/>
          <w:b w:val="0"/>
          <w:bCs w:val="0"/>
          <w:color w:val="auto"/>
          <w:rtl/>
        </w:rPr>
        <w:t xml:space="preserve"> </w:t>
      </w:r>
      <w:r w:rsidRPr="00EC5601">
        <w:rPr>
          <w:rFonts w:cs="Times New Roman" w:hint="cs"/>
          <w:b w:val="0"/>
          <w:bCs w:val="0"/>
          <w:color w:val="auto"/>
          <w:rtl/>
        </w:rPr>
        <w:t>للقياس</w:t>
      </w:r>
      <w:r w:rsidRPr="00EC5601">
        <w:rPr>
          <w:rFonts w:cs="Times New Roman"/>
          <w:b w:val="0"/>
          <w:bCs w:val="0"/>
          <w:color w:val="auto"/>
          <w:rtl/>
        </w:rPr>
        <w:t xml:space="preserve"> </w:t>
      </w:r>
      <w:r w:rsidRPr="00EC5601">
        <w:rPr>
          <w:rFonts w:cs="Times New Roman" w:hint="cs"/>
          <w:b w:val="0"/>
          <w:bCs w:val="0"/>
          <w:color w:val="auto"/>
          <w:rtl/>
        </w:rPr>
        <w:t>والاختبار</w:t>
      </w:r>
      <w:r w:rsidRPr="00EC5601">
        <w:rPr>
          <w:rFonts w:cs="Times New Roman"/>
          <w:b w:val="0"/>
          <w:bCs w:val="0"/>
          <w:color w:val="auto"/>
          <w:rtl/>
        </w:rPr>
        <w:t>.</w:t>
      </w:r>
    </w:p>
    <w:p w14:paraId="02751BEF" w14:textId="77777777" w:rsidR="00EC5601" w:rsidRPr="00EC5601" w:rsidRDefault="00EC5601" w:rsidP="00EC5601">
      <w:pPr>
        <w:pStyle w:val="Heading2"/>
        <w:bidi/>
        <w:rPr>
          <w:b w:val="0"/>
          <w:bCs w:val="0"/>
          <w:color w:val="auto"/>
        </w:rPr>
      </w:pPr>
      <w:r w:rsidRPr="00EC5601">
        <w:rPr>
          <w:rFonts w:cs="Times New Roman" w:hint="eastAsia"/>
          <w:b w:val="0"/>
          <w:bCs w:val="0"/>
          <w:color w:val="auto"/>
          <w:rtl/>
        </w:rPr>
        <w:t>•</w:t>
      </w:r>
      <w:r w:rsidRPr="00EC5601">
        <w:rPr>
          <w:rFonts w:cs="Times New Roman"/>
          <w:b w:val="0"/>
          <w:bCs w:val="0"/>
          <w:color w:val="auto"/>
          <w:rtl/>
        </w:rPr>
        <w:t xml:space="preserve"> </w:t>
      </w:r>
      <w:r w:rsidRPr="00EC5601">
        <w:rPr>
          <w:rFonts w:cs="Times New Roman" w:hint="cs"/>
          <w:b w:val="0"/>
          <w:bCs w:val="0"/>
          <w:color w:val="auto"/>
          <w:rtl/>
        </w:rPr>
        <w:t>توحيد</w:t>
      </w:r>
      <w:r w:rsidRPr="00EC5601">
        <w:rPr>
          <w:rFonts w:cs="Times New Roman"/>
          <w:b w:val="0"/>
          <w:bCs w:val="0"/>
          <w:color w:val="auto"/>
          <w:rtl/>
        </w:rPr>
        <w:t xml:space="preserve"> </w:t>
      </w:r>
      <w:r w:rsidRPr="00EC5601">
        <w:rPr>
          <w:rFonts w:cs="Times New Roman" w:hint="cs"/>
          <w:b w:val="0"/>
          <w:bCs w:val="0"/>
          <w:color w:val="auto"/>
          <w:rtl/>
        </w:rPr>
        <w:t>جدول</w:t>
      </w:r>
      <w:r w:rsidRPr="00EC5601">
        <w:rPr>
          <w:rFonts w:cs="Times New Roman"/>
          <w:b w:val="0"/>
          <w:bCs w:val="0"/>
          <w:color w:val="auto"/>
          <w:rtl/>
        </w:rPr>
        <w:t xml:space="preserve"> </w:t>
      </w:r>
      <w:r w:rsidRPr="00EC5601">
        <w:rPr>
          <w:rFonts w:cs="Times New Roman" w:hint="cs"/>
          <w:b w:val="0"/>
          <w:bCs w:val="0"/>
          <w:color w:val="auto"/>
          <w:rtl/>
        </w:rPr>
        <w:t>المصطلحات</w:t>
      </w:r>
      <w:r w:rsidRPr="00EC5601">
        <w:rPr>
          <w:rFonts w:cs="Times New Roman"/>
          <w:b w:val="0"/>
          <w:bCs w:val="0"/>
          <w:color w:val="auto"/>
          <w:rtl/>
        </w:rPr>
        <w:t xml:space="preserve"> (</w:t>
      </w:r>
      <w:r w:rsidRPr="00EC5601">
        <w:rPr>
          <w:rFonts w:cs="Times New Roman" w:hint="cs"/>
          <w:b w:val="0"/>
          <w:bCs w:val="0"/>
          <w:color w:val="auto"/>
          <w:rtl/>
        </w:rPr>
        <w:t>تعريف</w:t>
      </w:r>
      <w:r w:rsidRPr="00EC5601">
        <w:rPr>
          <w:rFonts w:cs="Times New Roman"/>
          <w:b w:val="0"/>
          <w:bCs w:val="0"/>
          <w:color w:val="auto"/>
          <w:rtl/>
        </w:rPr>
        <w:t xml:space="preserve"> </w:t>
      </w:r>
      <w:r w:rsidRPr="00EC5601">
        <w:rPr>
          <w:rFonts w:cs="Times New Roman" w:hint="cs"/>
          <w:b w:val="0"/>
          <w:bCs w:val="0"/>
          <w:color w:val="auto"/>
          <w:rtl/>
        </w:rPr>
        <w:t>نظري</w:t>
      </w:r>
      <w:r w:rsidRPr="00EC5601">
        <w:rPr>
          <w:rFonts w:cs="Times New Roman"/>
          <w:b w:val="0"/>
          <w:bCs w:val="0"/>
          <w:color w:val="auto"/>
          <w:rtl/>
        </w:rPr>
        <w:t>/</w:t>
      </w:r>
      <w:r w:rsidRPr="00EC5601">
        <w:rPr>
          <w:rFonts w:cs="Times New Roman" w:hint="cs"/>
          <w:b w:val="0"/>
          <w:bCs w:val="0"/>
          <w:color w:val="auto"/>
          <w:rtl/>
        </w:rPr>
        <w:t>إجرائي</w:t>
      </w:r>
      <w:r w:rsidRPr="00EC5601">
        <w:rPr>
          <w:rFonts w:cs="Times New Roman"/>
          <w:b w:val="0"/>
          <w:bCs w:val="0"/>
          <w:color w:val="auto"/>
          <w:rtl/>
        </w:rPr>
        <w:t>/</w:t>
      </w:r>
      <w:r w:rsidRPr="00EC5601">
        <w:rPr>
          <w:rFonts w:cs="Times New Roman" w:hint="cs"/>
          <w:b w:val="0"/>
          <w:bCs w:val="0"/>
          <w:color w:val="auto"/>
          <w:rtl/>
        </w:rPr>
        <w:t>أبعاد</w:t>
      </w:r>
      <w:r w:rsidRPr="00EC5601">
        <w:rPr>
          <w:rFonts w:cs="Times New Roman"/>
          <w:b w:val="0"/>
          <w:bCs w:val="0"/>
          <w:color w:val="auto"/>
          <w:rtl/>
        </w:rPr>
        <w:t>/</w:t>
      </w:r>
      <w:r w:rsidRPr="00EC5601">
        <w:rPr>
          <w:rFonts w:cs="Times New Roman" w:hint="cs"/>
          <w:b w:val="0"/>
          <w:bCs w:val="0"/>
          <w:color w:val="auto"/>
          <w:rtl/>
        </w:rPr>
        <w:t>مصدر</w:t>
      </w:r>
      <w:r w:rsidRPr="00EC5601">
        <w:rPr>
          <w:rFonts w:cs="Times New Roman"/>
          <w:b w:val="0"/>
          <w:bCs w:val="0"/>
          <w:color w:val="auto"/>
          <w:rtl/>
        </w:rPr>
        <w:t xml:space="preserve">) </w:t>
      </w:r>
      <w:r w:rsidRPr="00EC5601">
        <w:rPr>
          <w:rFonts w:cs="Times New Roman" w:hint="cs"/>
          <w:b w:val="0"/>
          <w:bCs w:val="0"/>
          <w:color w:val="auto"/>
          <w:rtl/>
        </w:rPr>
        <w:t>والالتزام</w:t>
      </w:r>
      <w:r w:rsidRPr="00EC5601">
        <w:rPr>
          <w:rFonts w:cs="Times New Roman"/>
          <w:b w:val="0"/>
          <w:bCs w:val="0"/>
          <w:color w:val="auto"/>
          <w:rtl/>
        </w:rPr>
        <w:t xml:space="preserve"> </w:t>
      </w:r>
      <w:r w:rsidRPr="00EC5601">
        <w:rPr>
          <w:rFonts w:cs="Times New Roman" w:hint="cs"/>
          <w:b w:val="0"/>
          <w:bCs w:val="0"/>
          <w:color w:val="auto"/>
          <w:rtl/>
        </w:rPr>
        <w:t>به</w:t>
      </w:r>
      <w:r w:rsidRPr="00EC5601">
        <w:rPr>
          <w:rFonts w:cs="Times New Roman"/>
          <w:b w:val="0"/>
          <w:bCs w:val="0"/>
          <w:color w:val="auto"/>
          <w:rtl/>
        </w:rPr>
        <w:t xml:space="preserve"> </w:t>
      </w:r>
      <w:r w:rsidRPr="00EC5601">
        <w:rPr>
          <w:rFonts w:cs="Times New Roman" w:hint="cs"/>
          <w:b w:val="0"/>
          <w:bCs w:val="0"/>
          <w:color w:val="auto"/>
          <w:rtl/>
        </w:rPr>
        <w:t>في</w:t>
      </w:r>
      <w:r w:rsidRPr="00EC5601">
        <w:rPr>
          <w:rFonts w:cs="Times New Roman"/>
          <w:b w:val="0"/>
          <w:bCs w:val="0"/>
          <w:color w:val="auto"/>
          <w:rtl/>
        </w:rPr>
        <w:t xml:space="preserve"> </w:t>
      </w:r>
      <w:r w:rsidRPr="00EC5601">
        <w:rPr>
          <w:rFonts w:cs="Times New Roman" w:hint="cs"/>
          <w:b w:val="0"/>
          <w:bCs w:val="0"/>
          <w:color w:val="auto"/>
          <w:rtl/>
        </w:rPr>
        <w:t>كامل</w:t>
      </w:r>
      <w:r w:rsidRPr="00EC5601">
        <w:rPr>
          <w:rFonts w:cs="Times New Roman"/>
          <w:b w:val="0"/>
          <w:bCs w:val="0"/>
          <w:color w:val="auto"/>
          <w:rtl/>
        </w:rPr>
        <w:t xml:space="preserve"> </w:t>
      </w:r>
      <w:r w:rsidRPr="00EC5601">
        <w:rPr>
          <w:rFonts w:cs="Times New Roman" w:hint="cs"/>
          <w:b w:val="0"/>
          <w:bCs w:val="0"/>
          <w:color w:val="auto"/>
          <w:rtl/>
        </w:rPr>
        <w:t>الفصل</w:t>
      </w:r>
      <w:r w:rsidRPr="00EC5601">
        <w:rPr>
          <w:rFonts w:cs="Times New Roman"/>
          <w:b w:val="0"/>
          <w:bCs w:val="0"/>
          <w:color w:val="auto"/>
          <w:rtl/>
        </w:rPr>
        <w:t>.</w:t>
      </w:r>
    </w:p>
    <w:p w14:paraId="61BD3F38" w14:textId="77777777" w:rsidR="00EC5601" w:rsidRPr="00EC5601" w:rsidRDefault="00EC5601" w:rsidP="00EC5601">
      <w:pPr>
        <w:pStyle w:val="Heading2"/>
        <w:bidi/>
        <w:rPr>
          <w:b w:val="0"/>
          <w:bCs w:val="0"/>
          <w:color w:val="auto"/>
        </w:rPr>
      </w:pPr>
      <w:r w:rsidRPr="00EC5601">
        <w:rPr>
          <w:rFonts w:cs="Times New Roman" w:hint="eastAsia"/>
          <w:b w:val="0"/>
          <w:bCs w:val="0"/>
          <w:color w:val="auto"/>
          <w:rtl/>
        </w:rPr>
        <w:t>•</w:t>
      </w:r>
      <w:r w:rsidRPr="00EC5601">
        <w:rPr>
          <w:rFonts w:cs="Times New Roman"/>
          <w:b w:val="0"/>
          <w:bCs w:val="0"/>
          <w:color w:val="auto"/>
          <w:rtl/>
        </w:rPr>
        <w:t xml:space="preserve"> </w:t>
      </w:r>
      <w:r w:rsidRPr="00EC5601">
        <w:rPr>
          <w:rFonts w:cs="Times New Roman" w:hint="cs"/>
          <w:b w:val="0"/>
          <w:bCs w:val="0"/>
          <w:color w:val="auto"/>
          <w:rtl/>
        </w:rPr>
        <w:t>إضافة</w:t>
      </w:r>
      <w:r w:rsidRPr="00EC5601">
        <w:rPr>
          <w:rFonts w:cs="Times New Roman"/>
          <w:b w:val="0"/>
          <w:bCs w:val="0"/>
          <w:color w:val="auto"/>
          <w:rtl/>
        </w:rPr>
        <w:t xml:space="preserve"> </w:t>
      </w:r>
      <w:r w:rsidRPr="00EC5601">
        <w:rPr>
          <w:rFonts w:cs="Times New Roman" w:hint="cs"/>
          <w:b w:val="0"/>
          <w:bCs w:val="0"/>
          <w:color w:val="auto"/>
          <w:rtl/>
        </w:rPr>
        <w:t>فقرة</w:t>
      </w:r>
      <w:r w:rsidRPr="00EC5601">
        <w:rPr>
          <w:rFonts w:cs="Times New Roman"/>
          <w:b w:val="0"/>
          <w:bCs w:val="0"/>
          <w:color w:val="auto"/>
          <w:rtl/>
        </w:rPr>
        <w:t xml:space="preserve"> «</w:t>
      </w:r>
      <w:r w:rsidRPr="00EC5601">
        <w:rPr>
          <w:rFonts w:cs="Times New Roman" w:hint="cs"/>
          <w:b w:val="0"/>
          <w:bCs w:val="0"/>
          <w:color w:val="auto"/>
          <w:rtl/>
        </w:rPr>
        <w:t>تنظيم</w:t>
      </w:r>
      <w:r w:rsidRPr="00EC5601">
        <w:rPr>
          <w:rFonts w:cs="Times New Roman"/>
          <w:b w:val="0"/>
          <w:bCs w:val="0"/>
          <w:color w:val="auto"/>
          <w:rtl/>
        </w:rPr>
        <w:t xml:space="preserve"> </w:t>
      </w:r>
      <w:r w:rsidRPr="00EC5601">
        <w:rPr>
          <w:rFonts w:cs="Times New Roman" w:hint="cs"/>
          <w:b w:val="0"/>
          <w:bCs w:val="0"/>
          <w:color w:val="auto"/>
          <w:rtl/>
        </w:rPr>
        <w:t>الفصول</w:t>
      </w:r>
      <w:r w:rsidRPr="00EC5601">
        <w:rPr>
          <w:rFonts w:cs="Times New Roman" w:hint="eastAsia"/>
          <w:b w:val="0"/>
          <w:bCs w:val="0"/>
          <w:color w:val="auto"/>
          <w:rtl/>
        </w:rPr>
        <w:t>»</w:t>
      </w:r>
      <w:r w:rsidRPr="00EC5601">
        <w:rPr>
          <w:rFonts w:cs="Times New Roman"/>
          <w:b w:val="0"/>
          <w:bCs w:val="0"/>
          <w:color w:val="auto"/>
          <w:rtl/>
        </w:rPr>
        <w:t xml:space="preserve"> </w:t>
      </w:r>
      <w:r w:rsidRPr="00EC5601">
        <w:rPr>
          <w:rFonts w:cs="Times New Roman" w:hint="cs"/>
          <w:b w:val="0"/>
          <w:bCs w:val="0"/>
          <w:color w:val="auto"/>
          <w:rtl/>
        </w:rPr>
        <w:t>وتحديد</w:t>
      </w:r>
      <w:r w:rsidRPr="00EC5601">
        <w:rPr>
          <w:rFonts w:cs="Times New Roman"/>
          <w:b w:val="0"/>
          <w:bCs w:val="0"/>
          <w:color w:val="auto"/>
          <w:rtl/>
        </w:rPr>
        <w:t xml:space="preserve"> </w:t>
      </w:r>
      <w:r w:rsidRPr="00EC5601">
        <w:rPr>
          <w:rFonts w:cs="Times New Roman" w:hint="cs"/>
          <w:b w:val="0"/>
          <w:bCs w:val="0"/>
          <w:color w:val="auto"/>
          <w:rtl/>
        </w:rPr>
        <w:t>موضع</w:t>
      </w:r>
      <w:r w:rsidRPr="00EC5601">
        <w:rPr>
          <w:rFonts w:cs="Times New Roman"/>
          <w:b w:val="0"/>
          <w:bCs w:val="0"/>
          <w:color w:val="auto"/>
          <w:rtl/>
        </w:rPr>
        <w:t xml:space="preserve"> </w:t>
      </w:r>
      <w:r w:rsidRPr="00EC5601">
        <w:rPr>
          <w:rFonts w:cs="Times New Roman" w:hint="cs"/>
          <w:b w:val="0"/>
          <w:bCs w:val="0"/>
          <w:color w:val="auto"/>
          <w:rtl/>
        </w:rPr>
        <w:t>اختبارات</w:t>
      </w:r>
      <w:r w:rsidRPr="00EC5601">
        <w:rPr>
          <w:rFonts w:cs="Times New Roman"/>
          <w:b w:val="0"/>
          <w:bCs w:val="0"/>
          <w:color w:val="auto"/>
          <w:rtl/>
        </w:rPr>
        <w:t xml:space="preserve"> </w:t>
      </w:r>
      <w:r w:rsidRPr="00EC5601">
        <w:rPr>
          <w:rFonts w:cs="Times New Roman" w:hint="cs"/>
          <w:b w:val="0"/>
          <w:bCs w:val="0"/>
          <w:color w:val="auto"/>
          <w:rtl/>
        </w:rPr>
        <w:t>الصلاحية</w:t>
      </w:r>
      <w:r w:rsidRPr="00EC5601">
        <w:rPr>
          <w:rFonts w:cs="Times New Roman"/>
          <w:b w:val="0"/>
          <w:bCs w:val="0"/>
          <w:color w:val="auto"/>
          <w:rtl/>
        </w:rPr>
        <w:t xml:space="preserve"> </w:t>
      </w:r>
      <w:r w:rsidRPr="00EC5601">
        <w:rPr>
          <w:rFonts w:cs="Times New Roman" w:hint="cs"/>
          <w:b w:val="0"/>
          <w:bCs w:val="0"/>
          <w:color w:val="auto"/>
          <w:rtl/>
        </w:rPr>
        <w:t>والثبات</w:t>
      </w:r>
      <w:r w:rsidRPr="00EC5601">
        <w:rPr>
          <w:rFonts w:cs="Times New Roman"/>
          <w:b w:val="0"/>
          <w:bCs w:val="0"/>
          <w:color w:val="auto"/>
          <w:rtl/>
        </w:rPr>
        <w:t xml:space="preserve"> </w:t>
      </w:r>
      <w:r w:rsidRPr="00EC5601">
        <w:rPr>
          <w:rFonts w:cs="Times New Roman" w:hint="cs"/>
          <w:b w:val="0"/>
          <w:bCs w:val="0"/>
          <w:color w:val="auto"/>
          <w:rtl/>
        </w:rPr>
        <w:t>واختبار</w:t>
      </w:r>
      <w:r w:rsidRPr="00EC5601">
        <w:rPr>
          <w:rFonts w:cs="Times New Roman"/>
          <w:b w:val="0"/>
          <w:bCs w:val="0"/>
          <w:color w:val="auto"/>
          <w:rtl/>
        </w:rPr>
        <w:t xml:space="preserve"> </w:t>
      </w:r>
      <w:r w:rsidRPr="00EC5601">
        <w:rPr>
          <w:rFonts w:cs="Times New Roman" w:hint="cs"/>
          <w:b w:val="0"/>
          <w:bCs w:val="0"/>
          <w:color w:val="auto"/>
          <w:rtl/>
        </w:rPr>
        <w:t>الفرضيات</w:t>
      </w:r>
      <w:r w:rsidRPr="00EC5601">
        <w:rPr>
          <w:rFonts w:cs="Times New Roman"/>
          <w:b w:val="0"/>
          <w:bCs w:val="0"/>
          <w:color w:val="auto"/>
          <w:rtl/>
        </w:rPr>
        <w:t>.</w:t>
      </w:r>
    </w:p>
    <w:p w14:paraId="718D47FA" w14:textId="342F254F" w:rsidR="00F55848" w:rsidRDefault="00EC5601" w:rsidP="00EC5601">
      <w:pPr>
        <w:pStyle w:val="Heading2"/>
        <w:bidi/>
        <w:rPr>
          <w:rFonts w:cs="Times New Roman"/>
          <w:b w:val="0"/>
          <w:bCs w:val="0"/>
          <w:color w:val="auto"/>
          <w:rtl/>
        </w:rPr>
      </w:pPr>
      <w:r w:rsidRPr="00EC5601">
        <w:rPr>
          <w:rFonts w:cs="Times New Roman" w:hint="eastAsia"/>
          <w:b w:val="0"/>
          <w:bCs w:val="0"/>
          <w:color w:val="auto"/>
          <w:rtl/>
        </w:rPr>
        <w:t>•</w:t>
      </w:r>
      <w:r w:rsidRPr="00EC5601">
        <w:rPr>
          <w:rFonts w:cs="Times New Roman"/>
          <w:b w:val="0"/>
          <w:bCs w:val="0"/>
          <w:color w:val="auto"/>
          <w:rtl/>
        </w:rPr>
        <w:t xml:space="preserve"> </w:t>
      </w:r>
      <w:r w:rsidRPr="00EC5601">
        <w:rPr>
          <w:rFonts w:cs="Times New Roman" w:hint="cs"/>
          <w:b w:val="0"/>
          <w:bCs w:val="0"/>
          <w:color w:val="auto"/>
          <w:rtl/>
        </w:rPr>
        <w:t>تنظيف</w:t>
      </w:r>
      <w:r w:rsidRPr="00EC5601">
        <w:rPr>
          <w:rFonts w:cs="Times New Roman"/>
          <w:b w:val="0"/>
          <w:bCs w:val="0"/>
          <w:color w:val="auto"/>
          <w:rtl/>
        </w:rPr>
        <w:t xml:space="preserve"> </w:t>
      </w:r>
      <w:r w:rsidRPr="00EC5601">
        <w:rPr>
          <w:rFonts w:cs="Times New Roman" w:hint="cs"/>
          <w:b w:val="0"/>
          <w:bCs w:val="0"/>
          <w:color w:val="auto"/>
          <w:rtl/>
        </w:rPr>
        <w:t>اللغة</w:t>
      </w:r>
      <w:r w:rsidRPr="00EC5601">
        <w:rPr>
          <w:rFonts w:cs="Times New Roman"/>
          <w:b w:val="0"/>
          <w:bCs w:val="0"/>
          <w:color w:val="auto"/>
          <w:rtl/>
        </w:rPr>
        <w:t xml:space="preserve"> </w:t>
      </w:r>
      <w:r w:rsidRPr="00EC5601">
        <w:rPr>
          <w:rFonts w:cs="Times New Roman" w:hint="cs"/>
          <w:b w:val="0"/>
          <w:bCs w:val="0"/>
          <w:color w:val="auto"/>
          <w:rtl/>
        </w:rPr>
        <w:t>والتوثيق</w:t>
      </w:r>
      <w:r w:rsidRPr="00EC5601">
        <w:rPr>
          <w:rFonts w:cs="Times New Roman"/>
          <w:b w:val="0"/>
          <w:bCs w:val="0"/>
          <w:color w:val="auto"/>
          <w:rtl/>
        </w:rPr>
        <w:t xml:space="preserve"> </w:t>
      </w:r>
      <w:r w:rsidRPr="00EC5601">
        <w:rPr>
          <w:rFonts w:cs="Times New Roman" w:hint="cs"/>
          <w:b w:val="0"/>
          <w:bCs w:val="0"/>
          <w:color w:val="auto"/>
          <w:rtl/>
        </w:rPr>
        <w:t>وفق</w:t>
      </w:r>
      <w:r w:rsidRPr="00EC5601">
        <w:rPr>
          <w:rFonts w:cs="Times New Roman"/>
          <w:b w:val="0"/>
          <w:bCs w:val="0"/>
          <w:color w:val="auto"/>
          <w:rtl/>
        </w:rPr>
        <w:t xml:space="preserve"> </w:t>
      </w:r>
      <w:r w:rsidRPr="00EC5601">
        <w:rPr>
          <w:b w:val="0"/>
          <w:bCs w:val="0"/>
          <w:color w:val="auto"/>
        </w:rPr>
        <w:t>APA-7</w:t>
      </w:r>
      <w:r w:rsidRPr="00EC5601">
        <w:rPr>
          <w:rFonts w:cs="Times New Roman"/>
          <w:b w:val="0"/>
          <w:bCs w:val="0"/>
          <w:color w:val="auto"/>
          <w:rtl/>
        </w:rPr>
        <w:t xml:space="preserve"> </w:t>
      </w:r>
      <w:r w:rsidRPr="00EC5601">
        <w:rPr>
          <w:rFonts w:cs="Times New Roman" w:hint="cs"/>
          <w:b w:val="0"/>
          <w:bCs w:val="0"/>
          <w:color w:val="auto"/>
          <w:rtl/>
        </w:rPr>
        <w:t>مع</w:t>
      </w:r>
      <w:r w:rsidRPr="00EC5601">
        <w:rPr>
          <w:rFonts w:cs="Times New Roman"/>
          <w:b w:val="0"/>
          <w:bCs w:val="0"/>
          <w:color w:val="auto"/>
          <w:rtl/>
        </w:rPr>
        <w:t xml:space="preserve"> </w:t>
      </w:r>
      <w:r w:rsidRPr="00EC5601">
        <w:rPr>
          <w:rFonts w:cs="Times New Roman" w:hint="cs"/>
          <w:b w:val="0"/>
          <w:bCs w:val="0"/>
          <w:color w:val="auto"/>
          <w:rtl/>
        </w:rPr>
        <w:t>إحالات</w:t>
      </w:r>
      <w:r w:rsidRPr="00EC5601">
        <w:rPr>
          <w:rFonts w:cs="Times New Roman"/>
          <w:b w:val="0"/>
          <w:bCs w:val="0"/>
          <w:color w:val="auto"/>
          <w:rtl/>
        </w:rPr>
        <w:t xml:space="preserve"> </w:t>
      </w:r>
      <w:r w:rsidRPr="00EC5601">
        <w:rPr>
          <w:rFonts w:cs="Times New Roman" w:hint="cs"/>
          <w:b w:val="0"/>
          <w:bCs w:val="0"/>
          <w:color w:val="auto"/>
          <w:rtl/>
        </w:rPr>
        <w:t>حديثة</w:t>
      </w:r>
      <w:r w:rsidRPr="00EC5601">
        <w:rPr>
          <w:rFonts w:cs="Times New Roman"/>
          <w:b w:val="0"/>
          <w:bCs w:val="0"/>
          <w:color w:val="auto"/>
          <w:rtl/>
        </w:rPr>
        <w:t xml:space="preserve"> </w:t>
      </w:r>
      <w:r w:rsidRPr="00EC5601">
        <w:rPr>
          <w:rFonts w:cs="Times New Roman" w:hint="cs"/>
          <w:b w:val="0"/>
          <w:bCs w:val="0"/>
          <w:color w:val="auto"/>
          <w:rtl/>
        </w:rPr>
        <w:t>ومحكّمة</w:t>
      </w:r>
      <w:r w:rsidRPr="00EC5601">
        <w:rPr>
          <w:rFonts w:cs="Times New Roman"/>
          <w:b w:val="0"/>
          <w:bCs w:val="0"/>
          <w:color w:val="auto"/>
          <w:rtl/>
        </w:rPr>
        <w:t>.</w:t>
      </w:r>
    </w:p>
    <w:p w14:paraId="1EF6C64F" w14:textId="77777777" w:rsidR="00F31D3C" w:rsidRDefault="00F31D3C" w:rsidP="00F31D3C">
      <w:pPr>
        <w:bidi/>
        <w:rPr>
          <w:rtl/>
        </w:rPr>
      </w:pPr>
    </w:p>
    <w:p w14:paraId="55E1348C" w14:textId="5CA1C76F" w:rsidR="00F31D3C" w:rsidRDefault="00F31D3C" w:rsidP="00F31D3C">
      <w:pPr>
        <w:bidi/>
        <w:rPr>
          <w:rtl/>
        </w:rPr>
      </w:pPr>
      <w:r>
        <w:rPr>
          <w:rFonts w:hint="cs"/>
          <w:rtl/>
        </w:rPr>
        <w:t>الخلاصة:</w:t>
      </w:r>
    </w:p>
    <w:p w14:paraId="25118A94" w14:textId="77777777" w:rsidR="00F31D3C" w:rsidRDefault="00F31D3C" w:rsidP="00F31D3C">
      <w:pPr>
        <w:pStyle w:val="NormalWeb"/>
        <w:bidi/>
        <w:spacing w:before="0" w:beforeAutospacing="0" w:after="0" w:afterAutospacing="0"/>
        <w:jc w:val="both"/>
      </w:pPr>
      <w:r>
        <w:rPr>
          <w:rtl/>
        </w:rPr>
        <w:t>بعد الاطلاع الدقيق على الفصل الأول من الرسالة، يثبت هذا التقرير أنّ معظم عناصر البناء الأولى متوافرة، غير أنّ الحاجة ملحّة إلى إحكام صياغة المقدمة والفجوة البحثية وربطهما بسياق الوزارة محلّ التطبيق، وتوحيد المصطلحات التقنية، وإعادة تشكيل المشكلة والسؤال الرئيس والأهداف والفرضيات بما يعزّز قابليتها للاختبار الإحصائي ويحدّ من التشتت. كما يوصي التقرير بتثبيت حدود الدراسة ومنهجيتها وخطة التحليل بصورة موجزة في الفصل الأول، على أن تُفصَّل إجراءات الثبات والصلاحية والاختبارات الإحصائية في فصل المنهجية لاحقًا</w:t>
      </w:r>
      <w:r>
        <w:t>.</w:t>
      </w:r>
    </w:p>
    <w:p w14:paraId="2CFE1C32" w14:textId="7089A0B3" w:rsidR="00F31D3C" w:rsidRDefault="00F31D3C" w:rsidP="00F31D3C">
      <w:pPr>
        <w:pStyle w:val="NormalWeb"/>
        <w:bidi/>
        <w:spacing w:before="0" w:beforeAutospacing="0" w:after="0" w:afterAutospacing="0"/>
        <w:jc w:val="both"/>
      </w:pPr>
      <w:r w:rsidRPr="00F31D3C">
        <w:rPr>
          <w:b/>
          <w:bCs/>
          <w:rtl/>
        </w:rPr>
        <w:t>أولًا</w:t>
      </w:r>
      <w:r>
        <w:rPr>
          <w:rFonts w:hint="cs"/>
          <w:rtl/>
        </w:rPr>
        <w:t xml:space="preserve">: </w:t>
      </w:r>
      <w:r>
        <w:rPr>
          <w:rtl/>
        </w:rPr>
        <w:t>تُفتتح المقدّمة بفقرة مركّزة توضّح مسار التحول الرقمي الحكومي في المملكة العربية السعودية وإطاره الحاكم، مع إبراز وزارة الموارد البشرية والتنمية الاجتماعية مجالًا للتطبيق وما يميّز بيئتها من حيث التعقيد المؤسسي وتنوّع خدماتها. يلي ذلك توجيهٌ مباشر إلى موضوع «العدالة الوظيفية في قرارات التوظيف الرقمية»، بوصفها القضية المحورية التي تعالجها الدراسة، ثم تُختَتم المقدّمة بفقرة «خلاصة الفجوة» التي تلخّص بإيجاز: ماذا تناولته الأدبيات عالميًا حول توظيف الذكاء الاصطناعي في التوظيف والاختيار، وما الذي لم يُتناول محليًا في الوزارة من منظور العدالة بأبعادها، ولماذا يستلزم هذا النقص دراسةً تطبيقيةً ممنهجة</w:t>
      </w:r>
      <w:r>
        <w:t>.</w:t>
      </w:r>
    </w:p>
    <w:p w14:paraId="5399FB47" w14:textId="40BEA70A" w:rsidR="00F31D3C" w:rsidRDefault="00F31D3C" w:rsidP="00F31D3C">
      <w:pPr>
        <w:pStyle w:val="NormalWeb"/>
        <w:bidi/>
        <w:spacing w:before="0" w:beforeAutospacing="0" w:after="0" w:afterAutospacing="0"/>
        <w:jc w:val="both"/>
        <w:rPr>
          <w:rtl/>
        </w:rPr>
      </w:pPr>
      <w:r w:rsidRPr="00F31D3C">
        <w:rPr>
          <w:b/>
          <w:bCs/>
          <w:rtl/>
        </w:rPr>
        <w:t>ثانيًا</w:t>
      </w:r>
      <w:r>
        <w:rPr>
          <w:rFonts w:hint="cs"/>
          <w:rtl/>
        </w:rPr>
        <w:t xml:space="preserve">: </w:t>
      </w:r>
      <w:r>
        <w:rPr>
          <w:rtl/>
        </w:rPr>
        <w:t xml:space="preserve">تُعاد صياغة المشكلة </w:t>
      </w:r>
      <w:r w:rsidRPr="00F31D3C">
        <w:rPr>
          <w:rtl/>
        </w:rPr>
        <w:t xml:space="preserve">بحيث تعكس التوتر الحقيقي بين هدف </w:t>
      </w:r>
      <w:r w:rsidRPr="00F31D3C">
        <w:rPr>
          <w:rStyle w:val="Strong"/>
          <w:b w:val="0"/>
          <w:bCs w:val="0"/>
          <w:rtl/>
        </w:rPr>
        <w:t>رفع الكفاءة التشغيلية</w:t>
      </w:r>
      <w:r w:rsidRPr="00F31D3C">
        <w:rPr>
          <w:rtl/>
        </w:rPr>
        <w:t xml:space="preserve"> عبر تقنيات الذكاء الاصطناعي في التوظيف (مثل أنظمة تتبّع المتقدمين، ومعالجة اللغة الطبيعية، وتحليل المقابلات المؤتمت، وروبوتات المحادثة)، وبين متطلبات </w:t>
      </w:r>
      <w:r w:rsidRPr="00F31D3C">
        <w:rPr>
          <w:rStyle w:val="Strong"/>
          <w:b w:val="0"/>
          <w:bCs w:val="0"/>
          <w:rtl/>
        </w:rPr>
        <w:t>تحقيق العدالة الوظيفية</w:t>
      </w:r>
      <w:r w:rsidRPr="00F31D3C">
        <w:rPr>
          <w:rtl/>
        </w:rPr>
        <w:t xml:space="preserve"> في تجربتَي المتقدم والجهة صاحبة القرار. صياغة مقترحة للمشكلة</w:t>
      </w:r>
      <w:r w:rsidRPr="00F31D3C">
        <w:t>:</w:t>
      </w:r>
      <w:r w:rsidRPr="00F31D3C">
        <w:br/>
        <w:t>«</w:t>
      </w:r>
      <w:r w:rsidRPr="00F31D3C">
        <w:rPr>
          <w:rtl/>
        </w:rPr>
        <w:t>على الرغم من التوسع في توظيف تقنيات الذكاء الاصطناعي في قرارات التوظيف لدى</w:t>
      </w:r>
      <w:r>
        <w:rPr>
          <w:rtl/>
        </w:rPr>
        <w:t xml:space="preserve"> وزارة الموارد البشرية والتنمية الاجتماعية، ما تزال الفاعلية العدلية لهذه التقنيات</w:t>
      </w:r>
      <w:r>
        <w:rPr>
          <w:rFonts w:hint="cs"/>
          <w:rtl/>
        </w:rPr>
        <w:t xml:space="preserve"> </w:t>
      </w:r>
      <w:r>
        <w:rPr>
          <w:rtl/>
        </w:rPr>
        <w:t>بأبعادها التوزيعية والإجرائية والتفاعلية والمعلوماتية</w:t>
      </w:r>
      <w:r>
        <w:rPr>
          <w:rFonts w:hint="cs"/>
          <w:rtl/>
        </w:rPr>
        <w:t xml:space="preserve"> </w:t>
      </w:r>
      <w:r>
        <w:rPr>
          <w:rtl/>
        </w:rPr>
        <w:t xml:space="preserve">غير موثّقة منهجيًا في السياق المحلي، وتظهر شواهد على تفاوتٍ في الشفافية ومعايير الاختيار وتجربة المتقدمين. وعليه تتمثل مشكلة الدراسة في </w:t>
      </w:r>
      <w:r>
        <w:rPr>
          <w:rStyle w:val="Strong"/>
          <w:rtl/>
        </w:rPr>
        <w:t>تقويم أثر استخدام تقنيات الذكاء الاصطناعي في قرارات التوظيف على تحقيق أبعاد العدالة الوظيفية في الوزارة</w:t>
      </w:r>
      <w:r>
        <w:t>.»</w:t>
      </w:r>
    </w:p>
    <w:p w14:paraId="1013FB58" w14:textId="77777777" w:rsidR="00F31D3C" w:rsidRPr="00F31D3C" w:rsidRDefault="00F31D3C" w:rsidP="00F31D3C">
      <w:pPr>
        <w:pStyle w:val="NormalWeb"/>
        <w:bidi/>
        <w:spacing w:before="0" w:beforeAutospacing="0" w:after="0" w:afterAutospacing="0"/>
        <w:jc w:val="both"/>
        <w:rPr>
          <w:rtl/>
        </w:rPr>
      </w:pPr>
      <w:r w:rsidRPr="00F31D3C">
        <w:rPr>
          <w:rtl/>
        </w:rPr>
        <w:t>ويُصاغ السؤال الرئيس مباشرةً على هذا الأساس</w:t>
      </w:r>
      <w:r w:rsidRPr="00F31D3C">
        <w:t>:</w:t>
      </w:r>
    </w:p>
    <w:p w14:paraId="2B8C6822" w14:textId="699E19C9" w:rsidR="00F31D3C" w:rsidRPr="00F31D3C" w:rsidRDefault="00F31D3C" w:rsidP="00F31D3C">
      <w:pPr>
        <w:pStyle w:val="NormalWeb"/>
        <w:bidi/>
        <w:spacing w:before="0" w:beforeAutospacing="0" w:after="0" w:afterAutospacing="0"/>
        <w:jc w:val="both"/>
        <w:rPr>
          <w:rtl/>
        </w:rPr>
      </w:pPr>
      <w:r w:rsidRPr="00F31D3C">
        <w:t>«</w:t>
      </w:r>
      <w:r w:rsidRPr="00F31D3C">
        <w:rPr>
          <w:rtl/>
        </w:rPr>
        <w:t>ما أثر استخدام تقنيات الذكاء الاصطناعي في قرارات التوظيف على تحقيق أبعاد العدالة الوظيفية (التوزيعية، الإجرائية، التفاعلية، المعلوماتية) لدى وزارة الموارد البشرية والتنمية الاجتماعية؟</w:t>
      </w:r>
      <w:r w:rsidRPr="00F31D3C">
        <w:t>»</w:t>
      </w:r>
    </w:p>
    <w:p w14:paraId="2A91BBAB" w14:textId="77777777" w:rsidR="00F31D3C" w:rsidRPr="00F31D3C" w:rsidRDefault="00F31D3C" w:rsidP="00F31D3C">
      <w:pPr>
        <w:pStyle w:val="NormalWeb"/>
        <w:bidi/>
        <w:spacing w:before="0" w:beforeAutospacing="0" w:after="0" w:afterAutospacing="0"/>
        <w:jc w:val="both"/>
      </w:pPr>
    </w:p>
    <w:p w14:paraId="44839C25" w14:textId="79B754B7" w:rsidR="00F31D3C" w:rsidRPr="00F31D3C" w:rsidRDefault="00F31D3C" w:rsidP="00F31D3C">
      <w:pPr>
        <w:pStyle w:val="NormalWeb"/>
        <w:bidi/>
        <w:spacing w:before="0" w:beforeAutospacing="0" w:after="0" w:afterAutospacing="0"/>
        <w:jc w:val="both"/>
      </w:pPr>
      <w:r w:rsidRPr="00F31D3C">
        <w:rPr>
          <w:rtl/>
        </w:rPr>
        <w:t>ثالثًا</w:t>
      </w:r>
      <w:r w:rsidRPr="00F31D3C">
        <w:rPr>
          <w:rFonts w:hint="cs"/>
          <w:rtl/>
        </w:rPr>
        <w:t xml:space="preserve">: </w:t>
      </w:r>
      <w:r w:rsidRPr="00F31D3C">
        <w:rPr>
          <w:rtl/>
        </w:rPr>
        <w:t>تُضبط الأهداف لتكون قابلة للقياس ومتّسقةً مع المشكلة والسؤال، مع تثبيت القيدين المكاني والزماني داخل نصّ الأهداف. على سبيل المثال: قياس مستوى تبنّي كل تقنية من تقنيات التوظيف الرقمية في الوزارة خلال فترة جمع البيانات؛ قياس إدراك العدالة الوظيفية بأبعادها لدى عينات الدراسة؛ اختبار أثر كل تقنية على كل بُعد من أبعاد العدالة؛ واختبار النموذج الكلي بعد إدراج المتغيرات الضابطة الملائمة. ويُستحسن اعتماد أفعال دقيقة (قياس/اختبار/تفسير) بدل الصياغات العامة</w:t>
      </w:r>
      <w:r w:rsidRPr="00F31D3C">
        <w:t>.</w:t>
      </w:r>
    </w:p>
    <w:p w14:paraId="080A0F56" w14:textId="762EE87D" w:rsidR="00F31D3C" w:rsidRPr="00F31D3C" w:rsidRDefault="00F31D3C" w:rsidP="00F31D3C">
      <w:pPr>
        <w:pStyle w:val="NormalWeb"/>
        <w:bidi/>
        <w:spacing w:before="0" w:beforeAutospacing="0" w:after="0" w:afterAutospacing="0"/>
        <w:jc w:val="both"/>
      </w:pPr>
      <w:r w:rsidRPr="00F31D3C">
        <w:rPr>
          <w:b/>
          <w:bCs/>
          <w:rtl/>
        </w:rPr>
        <w:t>رابعًا</w:t>
      </w:r>
      <w:r w:rsidRPr="00F31D3C">
        <w:rPr>
          <w:rFonts w:hint="cs"/>
          <w:rtl/>
        </w:rPr>
        <w:t xml:space="preserve">: </w:t>
      </w:r>
      <w:r w:rsidRPr="00F31D3C">
        <w:rPr>
          <w:rtl/>
        </w:rPr>
        <w:t xml:space="preserve">يُستحسن دمج الأسئلة لتقليل التكرار، بحيث تتوزّع إلى أسئلة لقياس المستويات وأخرى لاختبار العلاقات، مع سؤالٍ واحدٍ للفروق الديموغرافية إن لزم. وتُصاغ الفرضيات باتجاهات صريحة وقابلة للاختبار، وعلى نسقٍ ثابت </w:t>
      </w:r>
      <w:r w:rsidRPr="00F31D3C">
        <w:rPr>
          <w:rtl/>
        </w:rPr>
        <w:lastRenderedPageBreak/>
        <w:t xml:space="preserve">يُظهر العلاقات بين التقنيات والأبعاد، مثل: (أنظمة تتبّع المتقدمين ← العدالة التوزيعية/الإجرائية/التفاعلية/المعلوماتية)، (معالجة اللغة الطبيعية ← الأبعاد </w:t>
      </w:r>
      <w:proofErr w:type="gramStart"/>
      <w:r w:rsidRPr="00F31D3C">
        <w:rPr>
          <w:rtl/>
        </w:rPr>
        <w:t>ذاتها)…</w:t>
      </w:r>
      <w:proofErr w:type="gramEnd"/>
      <w:r w:rsidRPr="00F31D3C">
        <w:rPr>
          <w:rtl/>
        </w:rPr>
        <w:t xml:space="preserve"> ويُراعى توحيد ترتيب المتغيرات وتسمياتها في الفرضيات والنموذج المفاهيمي</w:t>
      </w:r>
      <w:r w:rsidRPr="00F31D3C">
        <w:t>.</w:t>
      </w:r>
    </w:p>
    <w:p w14:paraId="04FB0C32" w14:textId="0CA965FE" w:rsidR="00F31D3C" w:rsidRPr="00F31D3C" w:rsidRDefault="00F31D3C" w:rsidP="00F31D3C">
      <w:pPr>
        <w:pStyle w:val="NormalWeb"/>
        <w:bidi/>
        <w:spacing w:before="0" w:beforeAutospacing="0" w:after="0" w:afterAutospacing="0"/>
        <w:jc w:val="both"/>
      </w:pPr>
      <w:r w:rsidRPr="00F31D3C">
        <w:rPr>
          <w:b/>
          <w:bCs/>
          <w:rtl/>
        </w:rPr>
        <w:t>خامسًا</w:t>
      </w:r>
      <w:r w:rsidRPr="00F31D3C">
        <w:rPr>
          <w:rFonts w:hint="cs"/>
          <w:rtl/>
        </w:rPr>
        <w:t xml:space="preserve">: </w:t>
      </w:r>
      <w:r w:rsidRPr="00F31D3C">
        <w:rPr>
          <w:rtl/>
        </w:rPr>
        <w:t xml:space="preserve">تُوحَّد قائمةُ مسمياتٍ معتمدة بالعربية للتقنيات والمفاهيم، ويُثبَّت استخدامها في جميع المواضع. وتُحرّر التعريفات الإجرائية لتكون </w:t>
      </w:r>
      <w:r w:rsidRPr="00F31D3C">
        <w:rPr>
          <w:rStyle w:val="Strong"/>
          <w:b w:val="0"/>
          <w:bCs w:val="0"/>
          <w:rtl/>
        </w:rPr>
        <w:t>محايدة</w:t>
      </w:r>
      <w:r w:rsidRPr="00F31D3C">
        <w:rPr>
          <w:rtl/>
        </w:rPr>
        <w:t xml:space="preserve"> تصف كيفية القياس فقط (الأداة، الأبعاد، عدد البنود، نوع المقياس)، دون تضمين أي أثر سببي داخل التعريف. ويوصى بإدراج فقرة موجزة بعنوان «ملخّص المفاهيم والتعريفات الإجرائية» تُثبّت فيها التعريفات النظرية المرجعية المختصرة لكل متغير، يعقبها التعريف الإجرائي الدقيق وأسماء الأبعاد ومصدر كل بُعد، مع مثال بند واحد توضيحي لكل بُعد</w:t>
      </w:r>
      <w:r w:rsidRPr="00F31D3C">
        <w:rPr>
          <w:rFonts w:hint="cs"/>
          <w:rtl/>
        </w:rPr>
        <w:t xml:space="preserve"> </w:t>
      </w:r>
      <w:r w:rsidRPr="00F31D3C">
        <w:rPr>
          <w:rtl/>
        </w:rPr>
        <w:t>بصياغةٍ نثريةٍ سلسة تسهُل قراءتها وإدراجها لاحقًا في فصل المنهجية</w:t>
      </w:r>
      <w:r w:rsidRPr="00F31D3C">
        <w:t>.</w:t>
      </w:r>
    </w:p>
    <w:p w14:paraId="2E0F8540" w14:textId="3112D3E0" w:rsidR="00F31D3C" w:rsidRPr="00F31D3C" w:rsidRDefault="00F31D3C" w:rsidP="00F31D3C">
      <w:pPr>
        <w:pStyle w:val="NormalWeb"/>
        <w:bidi/>
        <w:spacing w:before="0" w:beforeAutospacing="0" w:after="0" w:afterAutospacing="0"/>
        <w:jc w:val="both"/>
      </w:pPr>
      <w:r w:rsidRPr="00F31D3C">
        <w:rPr>
          <w:b/>
          <w:bCs/>
          <w:rtl/>
        </w:rPr>
        <w:t>سادسًا</w:t>
      </w:r>
      <w:r w:rsidRPr="00F31D3C">
        <w:rPr>
          <w:rFonts w:hint="cs"/>
          <w:rtl/>
        </w:rPr>
        <w:t xml:space="preserve">: </w:t>
      </w:r>
      <w:r w:rsidRPr="00F31D3C">
        <w:rPr>
          <w:rtl/>
        </w:rPr>
        <w:t xml:space="preserve">تُحدَّد بوضوح الحدود المكانية (الوزارة/الإدارات أو الفروع المشمولة) والحدود الزمانية مع مبرّر اختيار الفترة. وفي العيّنة، يُفضَّل اعتماد </w:t>
      </w:r>
      <w:r w:rsidRPr="00F31D3C">
        <w:rPr>
          <w:rStyle w:val="Strong"/>
          <w:b w:val="0"/>
          <w:bCs w:val="0"/>
          <w:rtl/>
        </w:rPr>
        <w:t>معاينة طبقية</w:t>
      </w:r>
      <w:r w:rsidRPr="00F31D3C">
        <w:rPr>
          <w:rtl/>
        </w:rPr>
        <w:t xml:space="preserve"> تضمن تمثيل الفئات ذات الصلة (متقدمون، موظفون مختصون، مديرو توظيف) بحدٍّ أدنى مناسب لكل طبقة، وبيان معيار تحديد حجم العينة وفق عدد المتغيرات والقوة الإحصائية المستهدفة. كما يُعلن مسبقًا عن </w:t>
      </w:r>
      <w:r w:rsidRPr="00F31D3C">
        <w:rPr>
          <w:rStyle w:val="Strong"/>
          <w:b w:val="0"/>
          <w:bCs w:val="0"/>
          <w:rtl/>
        </w:rPr>
        <w:t>المتغيرات الضابطة</w:t>
      </w:r>
      <w:r w:rsidRPr="00F31D3C">
        <w:rPr>
          <w:rtl/>
        </w:rPr>
        <w:t xml:space="preserve"> (مثل الدور الوظيفي، سنوات الخبرة، المستوى الإداري)، وعن آليات فحص الافتراضات الإحصائية (الاعتدال/الخطية/تعدد الترابط) ومعالجة القيم الشاذة، والإشارة إلى فحوص المتانة عند الحاجة. ويُكتفى في الفصل الأول بإعلان النهج العام (كمّي/استبانة)، على أن تُفصّل الاختبارات والإجراءات في فصل المنهجية</w:t>
      </w:r>
      <w:r w:rsidRPr="00F31D3C">
        <w:t>.</w:t>
      </w:r>
    </w:p>
    <w:p w14:paraId="2477ACBD" w14:textId="66FF1ECD" w:rsidR="00F31D3C" w:rsidRPr="00F31D3C" w:rsidRDefault="00F31D3C" w:rsidP="00F31D3C">
      <w:pPr>
        <w:pStyle w:val="NormalWeb"/>
        <w:bidi/>
        <w:spacing w:before="0" w:beforeAutospacing="0" w:after="0" w:afterAutospacing="0"/>
        <w:jc w:val="both"/>
      </w:pPr>
      <w:r w:rsidRPr="00F31D3C">
        <w:rPr>
          <w:b/>
          <w:bCs/>
          <w:rtl/>
        </w:rPr>
        <w:t>سابعًا</w:t>
      </w:r>
      <w:r w:rsidRPr="00F31D3C">
        <w:rPr>
          <w:rFonts w:hint="cs"/>
          <w:rtl/>
        </w:rPr>
        <w:t xml:space="preserve">: </w:t>
      </w:r>
      <w:r w:rsidRPr="00F31D3C">
        <w:rPr>
          <w:rtl/>
        </w:rPr>
        <w:t>تُضاف في ختام الفصل الأول فقرة موجزة بعنوان «تنظيم فصول الرسالة» لتوضّح وظيفة كل فصل في سطرين إلى ثلاثة: الإطار النظري وصياغة الفرضيات النهائية، المنهجية والأداة وفحوص الثبات والصلاحية وخطة التحليل، النتائج واختبار الفرضيات، ثم المناقشة والخلاصة والتوصيات والحدود والبحوث المستقبلية. هذا الإدراج يعزّز قابلية التتبّع ويحدّ من التكرار</w:t>
      </w:r>
      <w:r w:rsidRPr="00F31D3C">
        <w:t>.</w:t>
      </w:r>
    </w:p>
    <w:p w14:paraId="1E2A82E3" w14:textId="01F90A48" w:rsidR="00F31D3C" w:rsidRPr="00F31D3C" w:rsidRDefault="00F31D3C" w:rsidP="00F31D3C">
      <w:pPr>
        <w:pStyle w:val="NormalWeb"/>
        <w:bidi/>
        <w:spacing w:before="0" w:beforeAutospacing="0" w:after="0" w:afterAutospacing="0"/>
        <w:jc w:val="both"/>
      </w:pPr>
      <w:r w:rsidRPr="00F31D3C">
        <w:rPr>
          <w:b/>
          <w:bCs/>
          <w:rtl/>
        </w:rPr>
        <w:t>ثامنًا</w:t>
      </w:r>
      <w:r w:rsidRPr="00F31D3C">
        <w:rPr>
          <w:rFonts w:hint="cs"/>
          <w:rtl/>
        </w:rPr>
        <w:t xml:space="preserve">: </w:t>
      </w:r>
      <w:r w:rsidRPr="00F31D3C">
        <w:rPr>
          <w:rtl/>
        </w:rPr>
        <w:t xml:space="preserve">تُراجع سلامة اللغة وعلامات الترقيم وتقسيم الفقرات إلى وحدات قصيرة متجانسة تتناول فكرة واحدة وتُختتم بجملة انتقالية. كما يُوحَّد نمط التوثيق وفق </w:t>
      </w:r>
      <w:r w:rsidRPr="00F31D3C">
        <w:rPr>
          <w:rStyle w:val="Strong"/>
          <w:b w:val="0"/>
          <w:bCs w:val="0"/>
        </w:rPr>
        <w:t>APA-7</w:t>
      </w:r>
      <w:r w:rsidRPr="00F31D3C">
        <w:t xml:space="preserve"> </w:t>
      </w:r>
      <w:r w:rsidRPr="00F31D3C">
        <w:rPr>
          <w:rtl/>
        </w:rPr>
        <w:t>في الإحالات داخل المتن وفي قائمة المراجع، وتُستكمَل المعرفات الرقمية للمقالات المحكمة متى وُجدت، ويُرشَّد الاعتماد على الروابط العامة أو المصادر غير المحكمة لصالح الدراسات العلمية الحديثة ذات الصلة المباشرة بموضوع الدراسة</w:t>
      </w:r>
      <w:r w:rsidRPr="00F31D3C">
        <w:t>.</w:t>
      </w:r>
    </w:p>
    <w:p w14:paraId="5FEC0918" w14:textId="436B4295" w:rsidR="00F31D3C" w:rsidRPr="00F31D3C" w:rsidRDefault="00F31D3C" w:rsidP="00F31D3C">
      <w:pPr>
        <w:pStyle w:val="NormalWeb"/>
        <w:bidi/>
        <w:spacing w:before="0" w:beforeAutospacing="0" w:after="0" w:afterAutospacing="0"/>
        <w:jc w:val="both"/>
      </w:pPr>
      <w:r w:rsidRPr="00F31D3C">
        <w:rPr>
          <w:rtl/>
        </w:rPr>
        <w:t>بإدراج التعديلات المشار إليها</w:t>
      </w:r>
      <w:r w:rsidRPr="00F31D3C">
        <w:rPr>
          <w:rFonts w:hint="cs"/>
          <w:rtl/>
        </w:rPr>
        <w:t xml:space="preserve"> </w:t>
      </w:r>
      <w:r w:rsidRPr="00F31D3C">
        <w:rPr>
          <w:rtl/>
        </w:rPr>
        <w:t>وخاصةً تثبيت سياق الوزارة في المقدّمة، وصياغة مشكلةٍ سببيةٍ دقيقة وسؤالٍ رئيسٍ محكَم، وتحويل الأهداف إلى عبارات قابلة للقياس، وتوحيد المصطلحات والتعريفات الإجرائية، وتثبيت الحدود والمنهجية وخطة التحليل، واعتماد تنظيمٍ واضحٍ للفصول وتوثيقٍ حديثٍ منضبط</w:t>
      </w:r>
      <w:r w:rsidRPr="00F31D3C">
        <w:rPr>
          <w:rFonts w:hint="cs"/>
          <w:rtl/>
        </w:rPr>
        <w:t xml:space="preserve"> </w:t>
      </w:r>
      <w:r w:rsidRPr="00F31D3C">
        <w:rPr>
          <w:rtl/>
        </w:rPr>
        <w:t>سيغدو الفصل الأول أكثر تماسكًا وقدرةً على تبرير النموذج المفاهيمي واختباراته في بيئة وزارة الموارد البشرية والتنمية الاجتماعية، بما يعزّز القيمة العلمية والتطبيقية للرسالة ويضمن انتقالًا سلسًا إلى بقية الفصول</w:t>
      </w:r>
      <w:r w:rsidRPr="00F31D3C">
        <w:t>.</w:t>
      </w:r>
    </w:p>
    <w:p w14:paraId="791BA82F" w14:textId="77777777" w:rsidR="00F31D3C" w:rsidRPr="00F31D3C" w:rsidRDefault="00F31D3C" w:rsidP="00F31D3C">
      <w:pPr>
        <w:bidi/>
        <w:rPr>
          <w:lang w:val="en-GB"/>
        </w:rPr>
      </w:pPr>
    </w:p>
    <w:sectPr w:rsidR="00F31D3C" w:rsidRPr="00F31D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648776902">
    <w:abstractNumId w:val="8"/>
  </w:num>
  <w:num w:numId="2" w16cid:durableId="1761178630">
    <w:abstractNumId w:val="6"/>
  </w:num>
  <w:num w:numId="3" w16cid:durableId="595329056">
    <w:abstractNumId w:val="5"/>
  </w:num>
  <w:num w:numId="4" w16cid:durableId="1016468386">
    <w:abstractNumId w:val="4"/>
  </w:num>
  <w:num w:numId="5" w16cid:durableId="1488784388">
    <w:abstractNumId w:val="7"/>
  </w:num>
  <w:num w:numId="6" w16cid:durableId="920673569">
    <w:abstractNumId w:val="3"/>
  </w:num>
  <w:num w:numId="7" w16cid:durableId="2101680645">
    <w:abstractNumId w:val="2"/>
  </w:num>
  <w:num w:numId="8" w16cid:durableId="1028725601">
    <w:abstractNumId w:val="1"/>
  </w:num>
  <w:num w:numId="9" w16cid:durableId="1355229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xNjcxs7AwNDE2MjJT0lEKTi0uzszPAykwqgUA4YWxdCwAAAA="/>
  </w:docVars>
  <w:rsids>
    <w:rsidRoot w:val="00B47730"/>
    <w:rsid w:val="00034616"/>
    <w:rsid w:val="0006063C"/>
    <w:rsid w:val="0015074B"/>
    <w:rsid w:val="0029639D"/>
    <w:rsid w:val="002F49F2"/>
    <w:rsid w:val="00326F90"/>
    <w:rsid w:val="00452DA6"/>
    <w:rsid w:val="006C1F3A"/>
    <w:rsid w:val="00845CE0"/>
    <w:rsid w:val="009321A3"/>
    <w:rsid w:val="00A141B2"/>
    <w:rsid w:val="00A14894"/>
    <w:rsid w:val="00AA1D8D"/>
    <w:rsid w:val="00B01BD2"/>
    <w:rsid w:val="00B47730"/>
    <w:rsid w:val="00B91E5D"/>
    <w:rsid w:val="00BC36AC"/>
    <w:rsid w:val="00C61E5E"/>
    <w:rsid w:val="00CB0664"/>
    <w:rsid w:val="00CE6402"/>
    <w:rsid w:val="00D22271"/>
    <w:rsid w:val="00EC5601"/>
    <w:rsid w:val="00F31D3C"/>
    <w:rsid w:val="00F55848"/>
    <w:rsid w:val="00FC693F"/>
    <w:rsid w:val="00FD567C"/>
    <w:rsid w:val="00FD56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E9DA605"/>
  <w14:defaultImageDpi w14:val="300"/>
  <w15:docId w15:val="{D22EF7E1-8579-4BB0-ACB5-124426B66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F31D3C"/>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2046</Words>
  <Characters>11847</Characters>
  <Application>Microsoft Office Word</Application>
  <DocSecurity>0</DocSecurity>
  <Lines>455</Lines>
  <Paragraphs>210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13683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4</cp:revision>
  <dcterms:created xsi:type="dcterms:W3CDTF">2025-11-12T16:15:00Z</dcterms:created>
  <dcterms:modified xsi:type="dcterms:W3CDTF">2025-11-12T16:55:00Z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95695f51-acfe-47f1-94c4-9a639f3821ad</vt:lpwstr>
  </property>
</Properties>
</file>