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7268A" w14:textId="77777777" w:rsidR="000D3EC0" w:rsidRDefault="00000000">
      <w:pPr>
        <w:pStyle w:val="Heading1"/>
      </w:pPr>
      <w:r>
        <w:t>Practical Explanation: File Handling and GUI in Python</w:t>
      </w:r>
    </w:p>
    <w:p w14:paraId="244E330F" w14:textId="77777777" w:rsidR="000D3EC0" w:rsidRDefault="00000000">
      <w:pPr>
        <w:pStyle w:val="Heading2"/>
      </w:pPr>
      <w:r>
        <w:t>1. File Handling in Python</w:t>
      </w:r>
    </w:p>
    <w:p w14:paraId="67097F65" w14:textId="77777777" w:rsidR="000D3EC0" w:rsidRDefault="00000000">
      <w:r>
        <w:t>Python provides built-in functions to work with files. Common modes include:</w:t>
      </w:r>
    </w:p>
    <w:p w14:paraId="72692153" w14:textId="2A9E3E0B" w:rsidR="000D3EC0" w:rsidRDefault="00000000">
      <w:pPr>
        <w:pStyle w:val="IntenseQuote"/>
      </w:pPr>
      <w:r>
        <w:t>- 'r': Read (default mode)</w:t>
      </w:r>
      <w:r>
        <w:br/>
        <w:t>- 'w': Write (overwrites file)</w:t>
      </w:r>
      <w:r>
        <w:br/>
        <w:t>- 'a': Append</w:t>
      </w:r>
    </w:p>
    <w:p w14:paraId="463072F9" w14:textId="77777777" w:rsidR="000D3EC0" w:rsidRDefault="00000000">
      <w:pPr>
        <w:pStyle w:val="Heading3"/>
      </w:pPr>
      <w:r>
        <w:t>Opening and Reading a File</w:t>
      </w:r>
    </w:p>
    <w:p w14:paraId="4BB7A42E" w14:textId="77777777" w:rsidR="000D3EC0" w:rsidRDefault="00000000">
      <w:r>
        <w:rPr>
          <w:rFonts w:ascii="Courier New" w:hAnsi="Courier New"/>
          <w:sz w:val="20"/>
        </w:rPr>
        <w:t>with open("example.txt", "r") as file:</w:t>
      </w:r>
      <w:r>
        <w:rPr>
          <w:rFonts w:ascii="Courier New" w:hAnsi="Courier New"/>
          <w:sz w:val="20"/>
        </w:rPr>
        <w:br/>
        <w:t xml:space="preserve">    content = file.read()</w:t>
      </w:r>
      <w:r>
        <w:rPr>
          <w:rFonts w:ascii="Courier New" w:hAnsi="Courier New"/>
          <w:sz w:val="20"/>
        </w:rPr>
        <w:br/>
        <w:t xml:space="preserve">    print(content)</w:t>
      </w:r>
    </w:p>
    <w:p w14:paraId="5F225DDD" w14:textId="77777777" w:rsidR="000D3EC0" w:rsidRDefault="00000000">
      <w:pPr>
        <w:pStyle w:val="Heading3"/>
      </w:pPr>
      <w:r>
        <w:t>Writing to a File</w:t>
      </w:r>
    </w:p>
    <w:p w14:paraId="4477C95E" w14:textId="77777777" w:rsidR="000D3EC0" w:rsidRDefault="00000000">
      <w:r>
        <w:rPr>
          <w:rFonts w:ascii="Courier New" w:hAnsi="Courier New"/>
          <w:sz w:val="20"/>
        </w:rPr>
        <w:t>with open("example.txt", "w") as file:</w:t>
      </w:r>
      <w:r>
        <w:rPr>
          <w:rFonts w:ascii="Courier New" w:hAnsi="Courier New"/>
          <w:sz w:val="20"/>
        </w:rPr>
        <w:br/>
        <w:t xml:space="preserve">    file.write("Hello, world!")</w:t>
      </w:r>
    </w:p>
    <w:p w14:paraId="4274EC12" w14:textId="77777777" w:rsidR="000D3EC0" w:rsidRDefault="00000000">
      <w:pPr>
        <w:pStyle w:val="Heading3"/>
      </w:pPr>
      <w:r>
        <w:t>Appending to a File</w:t>
      </w:r>
    </w:p>
    <w:p w14:paraId="1A914EF9" w14:textId="77777777" w:rsidR="000D3EC0" w:rsidRDefault="00000000">
      <w:r>
        <w:rPr>
          <w:rFonts w:ascii="Courier New" w:hAnsi="Courier New"/>
          <w:sz w:val="20"/>
        </w:rPr>
        <w:t>with open("example.txt", "a") as file:</w:t>
      </w:r>
      <w:r>
        <w:rPr>
          <w:rFonts w:ascii="Courier New" w:hAnsi="Courier New"/>
          <w:sz w:val="20"/>
        </w:rPr>
        <w:br/>
        <w:t xml:space="preserve">    file.write("\nThis is an appended line.")</w:t>
      </w:r>
    </w:p>
    <w:p w14:paraId="538F7787" w14:textId="77777777" w:rsidR="000D3EC0" w:rsidRDefault="00000000">
      <w:pPr>
        <w:pStyle w:val="Heading2"/>
      </w:pPr>
      <w:r>
        <w:t>2. GUI Programming Using Tkinter</w:t>
      </w:r>
    </w:p>
    <w:p w14:paraId="41E9646A" w14:textId="77777777" w:rsidR="000D3EC0" w:rsidRDefault="00000000">
      <w:r>
        <w:t>Tkinter is the standard GUI library for Python. You can create windows, buttons, labels, and more.</w:t>
      </w:r>
    </w:p>
    <w:p w14:paraId="31BDFF57" w14:textId="77777777" w:rsidR="000D3EC0" w:rsidRDefault="00000000">
      <w:pPr>
        <w:pStyle w:val="Heading3"/>
      </w:pPr>
      <w:r>
        <w:t>Creating a Simple Window</w:t>
      </w:r>
    </w:p>
    <w:p w14:paraId="60F9755C" w14:textId="77777777" w:rsidR="000D3EC0" w:rsidRDefault="00000000">
      <w:r>
        <w:rPr>
          <w:rFonts w:ascii="Courier New" w:hAnsi="Courier New"/>
          <w:sz w:val="20"/>
        </w:rPr>
        <w:t>import tkinter as tk</w:t>
      </w:r>
      <w:r>
        <w:rPr>
          <w:rFonts w:ascii="Courier New" w:hAnsi="Courier New"/>
          <w:sz w:val="20"/>
        </w:rPr>
        <w:br/>
      </w:r>
      <w:r>
        <w:rPr>
          <w:rFonts w:ascii="Courier New" w:hAnsi="Courier New"/>
          <w:sz w:val="20"/>
        </w:rPr>
        <w:br/>
        <w:t>window = tk.Tk()</w:t>
      </w:r>
      <w:r>
        <w:rPr>
          <w:rFonts w:ascii="Courier New" w:hAnsi="Courier New"/>
          <w:sz w:val="20"/>
        </w:rPr>
        <w:br/>
        <w:t>window.title("Simple Window")</w:t>
      </w:r>
      <w:r>
        <w:rPr>
          <w:rFonts w:ascii="Courier New" w:hAnsi="Courier New"/>
          <w:sz w:val="20"/>
        </w:rPr>
        <w:br/>
        <w:t>window.geometry("300x200")</w:t>
      </w:r>
      <w:r>
        <w:rPr>
          <w:rFonts w:ascii="Courier New" w:hAnsi="Courier New"/>
          <w:sz w:val="20"/>
        </w:rPr>
        <w:br/>
        <w:t>window.mainloop()</w:t>
      </w:r>
    </w:p>
    <w:p w14:paraId="5D183292" w14:textId="77777777" w:rsidR="000D3EC0" w:rsidRDefault="00000000">
      <w:pPr>
        <w:pStyle w:val="Heading3"/>
      </w:pPr>
      <w:r>
        <w:t>Adding a Button and Label</w:t>
      </w:r>
    </w:p>
    <w:p w14:paraId="0458F750" w14:textId="77777777" w:rsidR="000D3EC0" w:rsidRDefault="00000000">
      <w:r>
        <w:rPr>
          <w:rFonts w:ascii="Courier New" w:hAnsi="Courier New"/>
          <w:sz w:val="20"/>
        </w:rPr>
        <w:t>import tkinter as tk</w:t>
      </w:r>
      <w:r>
        <w:rPr>
          <w:rFonts w:ascii="Courier New" w:hAnsi="Courier New"/>
          <w:sz w:val="20"/>
        </w:rPr>
        <w:br/>
      </w:r>
      <w:r>
        <w:rPr>
          <w:rFonts w:ascii="Courier New" w:hAnsi="Courier New"/>
          <w:sz w:val="20"/>
        </w:rPr>
        <w:br/>
        <w:t>def say_hello():</w:t>
      </w:r>
      <w:r>
        <w:rPr>
          <w:rFonts w:ascii="Courier New" w:hAnsi="Courier New"/>
          <w:sz w:val="20"/>
        </w:rPr>
        <w:br/>
        <w:t xml:space="preserve">    label.config(text="Hello, Tkinter!")</w:t>
      </w:r>
      <w:r>
        <w:rPr>
          <w:rFonts w:ascii="Courier New" w:hAnsi="Courier New"/>
          <w:sz w:val="20"/>
        </w:rPr>
        <w:br/>
      </w:r>
      <w:r>
        <w:rPr>
          <w:rFonts w:ascii="Courier New" w:hAnsi="Courier New"/>
          <w:sz w:val="20"/>
        </w:rPr>
        <w:br/>
        <w:t>window = tk.Tk()</w:t>
      </w:r>
      <w:r>
        <w:rPr>
          <w:rFonts w:ascii="Courier New" w:hAnsi="Courier New"/>
          <w:sz w:val="20"/>
        </w:rPr>
        <w:br/>
        <w:t>window.title("Greeting App")</w:t>
      </w:r>
      <w:r>
        <w:rPr>
          <w:rFonts w:ascii="Courier New" w:hAnsi="Courier New"/>
          <w:sz w:val="20"/>
        </w:rPr>
        <w:br/>
      </w:r>
      <w:r>
        <w:rPr>
          <w:rFonts w:ascii="Courier New" w:hAnsi="Courier New"/>
          <w:sz w:val="20"/>
        </w:rPr>
        <w:br/>
        <w:t>label = tk.Label(window, text="Click the button")</w:t>
      </w:r>
      <w:r>
        <w:rPr>
          <w:rFonts w:ascii="Courier New" w:hAnsi="Courier New"/>
          <w:sz w:val="20"/>
        </w:rPr>
        <w:br/>
        <w:t>label.pack()</w:t>
      </w:r>
      <w:r>
        <w:rPr>
          <w:rFonts w:ascii="Courier New" w:hAnsi="Courier New"/>
          <w:sz w:val="20"/>
        </w:rPr>
        <w:br/>
      </w:r>
      <w:r>
        <w:rPr>
          <w:rFonts w:ascii="Courier New" w:hAnsi="Courier New"/>
          <w:sz w:val="20"/>
        </w:rPr>
        <w:br/>
      </w:r>
      <w:r>
        <w:rPr>
          <w:rFonts w:ascii="Courier New" w:hAnsi="Courier New"/>
          <w:sz w:val="20"/>
        </w:rPr>
        <w:lastRenderedPageBreak/>
        <w:t>button = tk.Button(window, text="Greet", command=say_hello)</w:t>
      </w:r>
      <w:r>
        <w:rPr>
          <w:rFonts w:ascii="Courier New" w:hAnsi="Courier New"/>
          <w:sz w:val="20"/>
        </w:rPr>
        <w:br/>
        <w:t>button.pack()</w:t>
      </w:r>
      <w:r>
        <w:rPr>
          <w:rFonts w:ascii="Courier New" w:hAnsi="Courier New"/>
          <w:sz w:val="20"/>
        </w:rPr>
        <w:br/>
      </w:r>
      <w:r>
        <w:rPr>
          <w:rFonts w:ascii="Courier New" w:hAnsi="Courier New"/>
          <w:sz w:val="20"/>
        </w:rPr>
        <w:br/>
        <w:t>window.mainloop()</w:t>
      </w:r>
    </w:p>
    <w:p w14:paraId="64147D98" w14:textId="77777777" w:rsidR="000D3EC0" w:rsidRDefault="00000000">
      <w:pPr>
        <w:pStyle w:val="Heading2"/>
      </w:pPr>
      <w:r>
        <w:t>3. Using File Dialogs in Tkinter</w:t>
      </w:r>
    </w:p>
    <w:p w14:paraId="01231FA4" w14:textId="77777777" w:rsidR="000D3EC0" w:rsidRDefault="00000000">
      <w:r>
        <w:t>You can allow users to open or save files using dialogs.</w:t>
      </w:r>
    </w:p>
    <w:p w14:paraId="3B818DE0" w14:textId="77777777" w:rsidR="000D3EC0" w:rsidRDefault="00000000">
      <w:r>
        <w:rPr>
          <w:rFonts w:ascii="Courier New" w:hAnsi="Courier New"/>
          <w:sz w:val="20"/>
        </w:rPr>
        <w:t>from tkinter import filedialog, Tk</w:t>
      </w:r>
      <w:r>
        <w:rPr>
          <w:rFonts w:ascii="Courier New" w:hAnsi="Courier New"/>
          <w:sz w:val="20"/>
        </w:rPr>
        <w:br/>
      </w:r>
      <w:r>
        <w:rPr>
          <w:rFonts w:ascii="Courier New" w:hAnsi="Courier New"/>
          <w:sz w:val="20"/>
        </w:rPr>
        <w:br/>
        <w:t>root = Tk()</w:t>
      </w:r>
      <w:r>
        <w:rPr>
          <w:rFonts w:ascii="Courier New" w:hAnsi="Courier New"/>
          <w:sz w:val="20"/>
        </w:rPr>
        <w:br/>
        <w:t>root.withdraw()  # Hide the root window</w:t>
      </w:r>
      <w:r>
        <w:rPr>
          <w:rFonts w:ascii="Courier New" w:hAnsi="Courier New"/>
          <w:sz w:val="20"/>
        </w:rPr>
        <w:br/>
      </w:r>
      <w:r>
        <w:rPr>
          <w:rFonts w:ascii="Courier New" w:hAnsi="Courier New"/>
          <w:sz w:val="20"/>
        </w:rPr>
        <w:br/>
        <w:t>file_path = filedialog.askopenfilename()</w:t>
      </w:r>
      <w:r>
        <w:rPr>
          <w:rFonts w:ascii="Courier New" w:hAnsi="Courier New"/>
          <w:sz w:val="20"/>
        </w:rPr>
        <w:br/>
        <w:t>print("Selected file:", file_path)</w:t>
      </w:r>
    </w:p>
    <w:sectPr w:rsidR="000D3EC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74972633">
    <w:abstractNumId w:val="8"/>
  </w:num>
  <w:num w:numId="2" w16cid:durableId="1953781961">
    <w:abstractNumId w:val="6"/>
  </w:num>
  <w:num w:numId="3" w16cid:durableId="1592274895">
    <w:abstractNumId w:val="5"/>
  </w:num>
  <w:num w:numId="4" w16cid:durableId="448859919">
    <w:abstractNumId w:val="4"/>
  </w:num>
  <w:num w:numId="5" w16cid:durableId="809444145">
    <w:abstractNumId w:val="7"/>
  </w:num>
  <w:num w:numId="6" w16cid:durableId="932399380">
    <w:abstractNumId w:val="3"/>
  </w:num>
  <w:num w:numId="7" w16cid:durableId="674108887">
    <w:abstractNumId w:val="2"/>
  </w:num>
  <w:num w:numId="8" w16cid:durableId="1642464839">
    <w:abstractNumId w:val="1"/>
  </w:num>
  <w:num w:numId="9" w16cid:durableId="12132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3EC0"/>
    <w:rsid w:val="0015074B"/>
    <w:rsid w:val="0029639D"/>
    <w:rsid w:val="00326F90"/>
    <w:rsid w:val="003A55C1"/>
    <w:rsid w:val="00AA1D8D"/>
    <w:rsid w:val="00B47730"/>
    <w:rsid w:val="00CB0664"/>
    <w:rsid w:val="00DC7C5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F05A481"/>
  <w14:defaultImageDpi w14:val="300"/>
  <w15:docId w15:val="{08328C9F-BB04-4D29-B079-43E2E803F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Khaled AbdelrahmanAbdelrahman</cp:lastModifiedBy>
  <cp:revision>2</cp:revision>
  <dcterms:created xsi:type="dcterms:W3CDTF">2013-12-23T23:15:00Z</dcterms:created>
  <dcterms:modified xsi:type="dcterms:W3CDTF">2025-04-22T15:48:00Z</dcterms:modified>
  <cp:category/>
</cp:coreProperties>
</file>