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17B" w:rsidRPr="001F217B" w:rsidRDefault="001F217B" w:rsidP="00987B80">
      <w:pPr>
        <w:pStyle w:val="Heading1"/>
        <w:jc w:val="center"/>
        <w:rPr>
          <w:rFonts w:ascii="Sakkal Majalla" w:hAnsi="Sakkal Majalla" w:cs="Sakkal Majalla"/>
          <w:b w:val="0"/>
          <w:bCs w:val="0"/>
          <w:sz w:val="40"/>
          <w:szCs w:val="40"/>
          <w:rtl/>
        </w:rPr>
      </w:pPr>
      <w:bookmarkStart w:id="0" w:name="_GoBack"/>
      <w:bookmarkEnd w:id="0"/>
      <w:r w:rsidRPr="001F217B">
        <w:rPr>
          <w:rFonts w:ascii="Sakkal Majalla" w:hAnsi="Sakkal Majalla" w:cs="Sakkal Majalla"/>
          <w:b w:val="0"/>
          <w:bCs w:val="0"/>
          <w:noProof/>
          <w:sz w:val="40"/>
          <w:szCs w:val="40"/>
        </w:rPr>
        <w:drawing>
          <wp:inline distT="0" distB="0" distL="0" distR="0" wp14:anchorId="18F5D2F4" wp14:editId="29AAA80B">
            <wp:extent cx="1097280" cy="10972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cb93d04-c83f-40ee-b570-181d050813a9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17B" w:rsidRPr="001F217B" w:rsidRDefault="001F217B" w:rsidP="001F217B">
      <w:pPr>
        <w:pStyle w:val="Heading1"/>
        <w:rPr>
          <w:rFonts w:ascii="Sakkal Majalla" w:hAnsi="Sakkal Majalla" w:cs="Sakkal Majalla"/>
          <w:b w:val="0"/>
          <w:bCs w:val="0"/>
          <w:sz w:val="40"/>
          <w:szCs w:val="40"/>
          <w:rtl/>
        </w:rPr>
      </w:pPr>
    </w:p>
    <w:p w:rsidR="009144C2" w:rsidRPr="00987B80" w:rsidRDefault="00EA02EE" w:rsidP="00987B80">
      <w:pPr>
        <w:pStyle w:val="Heading1"/>
        <w:jc w:val="center"/>
        <w:rPr>
          <w:rFonts w:ascii="Sakkal Majalla" w:hAnsi="Sakkal Majalla" w:cs="Sakkal Majalla"/>
          <w:color w:val="0D0D0D" w:themeColor="text1" w:themeTint="F2"/>
          <w:sz w:val="40"/>
          <w:szCs w:val="40"/>
        </w:rPr>
      </w:pPr>
      <w:r w:rsidRPr="00987B80">
        <w:rPr>
          <w:rFonts w:ascii="Sakkal Majalla" w:hAnsi="Sakkal Majalla" w:cs="Sakkal Majalla"/>
          <w:color w:val="0D0D0D" w:themeColor="text1" w:themeTint="F2"/>
          <w:sz w:val="40"/>
          <w:szCs w:val="40"/>
        </w:rPr>
        <w:t>Face Mask Detection Using Deep Learning</w:t>
      </w:r>
    </w:p>
    <w:p w:rsidR="009144C2" w:rsidRPr="001F217B" w:rsidRDefault="00EA02EE" w:rsidP="001F217B">
      <w:pPr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br/>
      </w:r>
    </w:p>
    <w:p w:rsidR="009144C2" w:rsidRPr="001F217B" w:rsidRDefault="00EA02EE" w:rsidP="00987B80">
      <w:pPr>
        <w:jc w:val="center"/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t>Prepared By: Ahood Faisal Al-Shahrani</w:t>
      </w:r>
    </w:p>
    <w:p w:rsidR="009144C2" w:rsidRPr="001F217B" w:rsidRDefault="00EA02EE" w:rsidP="00987B80">
      <w:pPr>
        <w:jc w:val="center"/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t>Master of Science in Artificial Intelligence</w:t>
      </w:r>
    </w:p>
    <w:p w:rsidR="009144C2" w:rsidRPr="001F217B" w:rsidRDefault="00EA02EE" w:rsidP="00987B80">
      <w:pPr>
        <w:jc w:val="center"/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t>Midocean University</w:t>
      </w:r>
    </w:p>
    <w:p w:rsidR="009144C2" w:rsidRPr="001F217B" w:rsidRDefault="00EA02EE" w:rsidP="00987B80">
      <w:pPr>
        <w:jc w:val="center"/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t>2025</w:t>
      </w:r>
    </w:p>
    <w:p w:rsidR="00987B80" w:rsidRPr="00987B80" w:rsidRDefault="00987B80" w:rsidP="00987B80">
      <w:pPr>
        <w:pStyle w:val="Heading2"/>
        <w:rPr>
          <w:rFonts w:ascii="Sakkal Majalla" w:hAnsi="Sakkal Majalla" w:cs="Sakkal Majalla"/>
          <w:color w:val="0D0D0D" w:themeColor="text1" w:themeTint="F2"/>
          <w:sz w:val="40"/>
          <w:szCs w:val="40"/>
        </w:rPr>
      </w:pPr>
      <w:r w:rsidRPr="00987B80">
        <w:rPr>
          <w:rFonts w:ascii="Sakkal Majalla" w:hAnsi="Sakkal Majalla" w:cs="Sakkal Majalla"/>
          <w:color w:val="0D0D0D" w:themeColor="text1" w:themeTint="F2"/>
          <w:sz w:val="40"/>
          <w:szCs w:val="40"/>
        </w:rPr>
        <w:t>Thesis Structure</w:t>
      </w:r>
    </w:p>
    <w:p w:rsidR="00987B80" w:rsidRPr="001F217B" w:rsidRDefault="00987B80" w:rsidP="00987B80">
      <w:pPr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br/>
        <w:t>Chapter 1: Introduction and research problem.</w:t>
      </w:r>
      <w:r w:rsidRPr="001F217B">
        <w:rPr>
          <w:rFonts w:ascii="Sakkal Majalla" w:hAnsi="Sakkal Majalla" w:cs="Sakkal Majalla"/>
          <w:sz w:val="40"/>
          <w:szCs w:val="40"/>
        </w:rPr>
        <w:br/>
      </w:r>
      <w:r w:rsidRPr="001F217B">
        <w:rPr>
          <w:rFonts w:ascii="Sakkal Majalla" w:hAnsi="Sakkal Majalla" w:cs="Sakkal Majalla"/>
          <w:sz w:val="40"/>
          <w:szCs w:val="40"/>
        </w:rPr>
        <w:br/>
        <w:t>Chapter 2: Overview of related concepts and deep learning models.</w:t>
      </w:r>
      <w:r w:rsidRPr="001F217B">
        <w:rPr>
          <w:rFonts w:ascii="Sakkal Majalla" w:hAnsi="Sakkal Majalla" w:cs="Sakkal Majalla"/>
          <w:sz w:val="40"/>
          <w:szCs w:val="40"/>
        </w:rPr>
        <w:br/>
      </w:r>
      <w:r w:rsidRPr="001F217B">
        <w:rPr>
          <w:rFonts w:ascii="Sakkal Majalla" w:hAnsi="Sakkal Majalla" w:cs="Sakkal Majalla"/>
          <w:sz w:val="40"/>
          <w:szCs w:val="40"/>
        </w:rPr>
        <w:lastRenderedPageBreak/>
        <w:br/>
        <w:t>Chapter 3: Related work and previous studies.</w:t>
      </w:r>
    </w:p>
    <w:p w:rsidR="009144C2" w:rsidRPr="001F217B" w:rsidRDefault="00EA02EE" w:rsidP="001F217B">
      <w:pPr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br w:type="page"/>
      </w:r>
    </w:p>
    <w:p w:rsidR="009144C2" w:rsidRPr="00987B80" w:rsidRDefault="00EA02EE" w:rsidP="001F217B">
      <w:pPr>
        <w:pStyle w:val="Heading1"/>
        <w:rPr>
          <w:rFonts w:ascii="Sakkal Majalla" w:hAnsi="Sakkal Majalla" w:cs="Sakkal Majalla"/>
          <w:color w:val="0D0D0D" w:themeColor="text1" w:themeTint="F2"/>
          <w:sz w:val="40"/>
          <w:szCs w:val="40"/>
        </w:rPr>
      </w:pPr>
      <w:r w:rsidRPr="00987B80">
        <w:rPr>
          <w:rFonts w:ascii="Sakkal Majalla" w:hAnsi="Sakkal Majalla" w:cs="Sakkal Majalla"/>
          <w:color w:val="0D0D0D" w:themeColor="text1" w:themeTint="F2"/>
          <w:sz w:val="40"/>
          <w:szCs w:val="40"/>
        </w:rPr>
        <w:lastRenderedPageBreak/>
        <w:t>Chapter 1: Introduction</w:t>
      </w:r>
    </w:p>
    <w:p w:rsidR="009144C2" w:rsidRPr="00987B80" w:rsidRDefault="00EA02EE" w:rsidP="001F217B">
      <w:pPr>
        <w:rPr>
          <w:rFonts w:ascii="Sakkal Majalla" w:hAnsi="Sakkal Majalla" w:cs="Sakkal Majalla"/>
          <w:b/>
          <w:bCs/>
          <w:color w:val="0D0D0D" w:themeColor="text1" w:themeTint="F2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br/>
      </w:r>
      <w:r w:rsidRPr="001F217B">
        <w:rPr>
          <w:rFonts w:ascii="Sakkal Majalla" w:hAnsi="Sakkal Majalla" w:cs="Sakkal Majalla"/>
          <w:sz w:val="40"/>
          <w:szCs w:val="40"/>
        </w:rPr>
        <w:t xml:space="preserve">The global COVID-19 pandemic has reinforced the necessity of preventive measures, </w:t>
      </w:r>
      <w:r w:rsidRPr="001F217B">
        <w:rPr>
          <w:rFonts w:ascii="Sakkal Majalla" w:hAnsi="Sakkal Majalla" w:cs="Sakkal Majalla"/>
          <w:sz w:val="40"/>
          <w:szCs w:val="40"/>
        </w:rPr>
        <w:br/>
        <w:t>including wearing face masks in public areas, workplaces, transportation hubs, and healthcare facilities.</w:t>
      </w:r>
      <w:r w:rsidRPr="001F217B">
        <w:rPr>
          <w:rFonts w:ascii="Sakkal Majalla" w:hAnsi="Sakkal Majalla" w:cs="Sakkal Majalla"/>
          <w:sz w:val="40"/>
          <w:szCs w:val="40"/>
        </w:rPr>
        <w:br/>
        <w:t xml:space="preserve">Manual supervision of mask compliance is labor-intensive, prone to </w:t>
      </w:r>
      <w:r w:rsidRPr="001F217B">
        <w:rPr>
          <w:rFonts w:ascii="Sakkal Majalla" w:hAnsi="Sakkal Majalla" w:cs="Sakkal Majalla"/>
          <w:sz w:val="40"/>
          <w:szCs w:val="40"/>
        </w:rPr>
        <w:t xml:space="preserve">human error, and difficult to scale. </w:t>
      </w:r>
      <w:r w:rsidRPr="001F217B">
        <w:rPr>
          <w:rFonts w:ascii="Sakkal Majalla" w:hAnsi="Sakkal Majalla" w:cs="Sakkal Majalla"/>
          <w:sz w:val="40"/>
          <w:szCs w:val="40"/>
        </w:rPr>
        <w:br/>
        <w:t xml:space="preserve">This project aims to design an intelligent face mask detection system using deep learning techniques </w:t>
      </w:r>
      <w:r w:rsidRPr="001F217B">
        <w:rPr>
          <w:rFonts w:ascii="Sakkal Majalla" w:hAnsi="Sakkal Majalla" w:cs="Sakkal Majalla"/>
          <w:sz w:val="40"/>
          <w:szCs w:val="40"/>
        </w:rPr>
        <w:br/>
        <w:t>to automatically classify individuals as wearing or not wearing a mask through images or real-time camera streams.</w:t>
      </w:r>
      <w:r w:rsidRPr="001F217B">
        <w:rPr>
          <w:rFonts w:ascii="Sakkal Majalla" w:hAnsi="Sakkal Majalla" w:cs="Sakkal Majalla"/>
          <w:sz w:val="40"/>
          <w:szCs w:val="40"/>
        </w:rPr>
        <w:br/>
      </w:r>
    </w:p>
    <w:p w:rsidR="009144C2" w:rsidRPr="00987B80" w:rsidRDefault="00EA02EE" w:rsidP="001F217B">
      <w:pPr>
        <w:pStyle w:val="Heading2"/>
        <w:rPr>
          <w:rFonts w:ascii="Sakkal Majalla" w:hAnsi="Sakkal Majalla" w:cs="Sakkal Majalla"/>
          <w:color w:val="0D0D0D" w:themeColor="text1" w:themeTint="F2"/>
          <w:sz w:val="40"/>
          <w:szCs w:val="40"/>
        </w:rPr>
      </w:pPr>
      <w:r w:rsidRPr="00987B80">
        <w:rPr>
          <w:rFonts w:ascii="Sakkal Majalla" w:hAnsi="Sakkal Majalla" w:cs="Sakkal Majalla"/>
          <w:color w:val="0D0D0D" w:themeColor="text1" w:themeTint="F2"/>
          <w:sz w:val="40"/>
          <w:szCs w:val="40"/>
        </w:rPr>
        <w:t>Problem Definition</w:t>
      </w:r>
    </w:p>
    <w:p w:rsidR="009144C2" w:rsidRPr="001F217B" w:rsidRDefault="00EA02EE" w:rsidP="001F217B">
      <w:pPr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br/>
        <w:t xml:space="preserve">Monitoring mask compliance manually leads to inconsistencies and delays. </w:t>
      </w:r>
      <w:r w:rsidRPr="001F217B">
        <w:rPr>
          <w:rFonts w:ascii="Sakkal Majalla" w:hAnsi="Sakkal Majalla" w:cs="Sakkal Majalla"/>
          <w:sz w:val="40"/>
          <w:szCs w:val="40"/>
        </w:rPr>
        <w:br/>
        <w:t xml:space="preserve">There is a need for an automated solution that ensures accuracy and </w:t>
      </w:r>
      <w:r w:rsidRPr="001F217B">
        <w:rPr>
          <w:rFonts w:ascii="Sakkal Majalla" w:hAnsi="Sakkal Majalla" w:cs="Sakkal Majalla"/>
          <w:sz w:val="40"/>
          <w:szCs w:val="40"/>
        </w:rPr>
        <w:lastRenderedPageBreak/>
        <w:t>real-time performance.</w:t>
      </w:r>
      <w:r w:rsidRPr="001F217B">
        <w:rPr>
          <w:rFonts w:ascii="Sakkal Majalla" w:hAnsi="Sakkal Majalla" w:cs="Sakkal Majalla"/>
          <w:sz w:val="40"/>
          <w:szCs w:val="40"/>
        </w:rPr>
        <w:br/>
      </w:r>
    </w:p>
    <w:p w:rsidR="009144C2" w:rsidRPr="00987B80" w:rsidRDefault="00EA02EE" w:rsidP="001F217B">
      <w:pPr>
        <w:pStyle w:val="Heading2"/>
        <w:rPr>
          <w:rFonts w:ascii="Sakkal Majalla" w:hAnsi="Sakkal Majalla" w:cs="Sakkal Majalla"/>
          <w:color w:val="0D0D0D" w:themeColor="text1" w:themeTint="F2"/>
          <w:sz w:val="40"/>
          <w:szCs w:val="40"/>
        </w:rPr>
      </w:pPr>
      <w:r w:rsidRPr="00987B80">
        <w:rPr>
          <w:rFonts w:ascii="Sakkal Majalla" w:hAnsi="Sakkal Majalla" w:cs="Sakkal Majalla"/>
          <w:color w:val="0D0D0D" w:themeColor="text1" w:themeTint="F2"/>
          <w:sz w:val="40"/>
          <w:szCs w:val="40"/>
        </w:rPr>
        <w:t>Objectives</w:t>
      </w:r>
    </w:p>
    <w:p w:rsidR="009144C2" w:rsidRPr="001F217B" w:rsidRDefault="00EA02EE" w:rsidP="001F217B">
      <w:pPr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br/>
        <w:t>- Develop a deep learning model capable of classifying mas</w:t>
      </w:r>
      <w:r w:rsidRPr="001F217B">
        <w:rPr>
          <w:rFonts w:ascii="Sakkal Majalla" w:hAnsi="Sakkal Majalla" w:cs="Sakkal Majalla"/>
          <w:sz w:val="40"/>
          <w:szCs w:val="40"/>
        </w:rPr>
        <w:t>k usage.</w:t>
      </w:r>
      <w:r w:rsidRPr="001F217B">
        <w:rPr>
          <w:rFonts w:ascii="Sakkal Majalla" w:hAnsi="Sakkal Majalla" w:cs="Sakkal Majalla"/>
          <w:sz w:val="40"/>
          <w:szCs w:val="40"/>
        </w:rPr>
        <w:br/>
      </w:r>
      <w:r w:rsidRPr="001F217B">
        <w:rPr>
          <w:rFonts w:ascii="Sakkal Majalla" w:hAnsi="Sakkal Majalla" w:cs="Sakkal Majalla"/>
          <w:sz w:val="40"/>
          <w:szCs w:val="40"/>
        </w:rPr>
        <w:br/>
        <w:t>- Compare multiple AI techniques to achieve optimal accuracy.</w:t>
      </w:r>
      <w:r w:rsidRPr="001F217B">
        <w:rPr>
          <w:rFonts w:ascii="Sakkal Majalla" w:hAnsi="Sakkal Majalla" w:cs="Sakkal Majalla"/>
          <w:sz w:val="40"/>
          <w:szCs w:val="40"/>
        </w:rPr>
        <w:br/>
      </w:r>
      <w:r w:rsidRPr="001F217B">
        <w:rPr>
          <w:rFonts w:ascii="Sakkal Majalla" w:hAnsi="Sakkal Majalla" w:cs="Sakkal Majalla"/>
          <w:sz w:val="40"/>
          <w:szCs w:val="40"/>
        </w:rPr>
        <w:br/>
        <w:t>- Prepare the model for integration with real-time camera systems.</w:t>
      </w:r>
      <w:r w:rsidRPr="001F217B">
        <w:rPr>
          <w:rFonts w:ascii="Sakkal Majalla" w:hAnsi="Sakkal Majalla" w:cs="Sakkal Majalla"/>
          <w:sz w:val="40"/>
          <w:szCs w:val="40"/>
        </w:rPr>
        <w:br/>
      </w:r>
      <w:r w:rsidRPr="001F217B">
        <w:rPr>
          <w:rFonts w:ascii="Sakkal Majalla" w:hAnsi="Sakkal Majalla" w:cs="Sakkal Majalla"/>
          <w:sz w:val="40"/>
          <w:szCs w:val="40"/>
        </w:rPr>
        <w:br/>
      </w:r>
    </w:p>
    <w:p w:rsidR="009144C2" w:rsidRPr="001F217B" w:rsidRDefault="00EA02EE" w:rsidP="001F217B">
      <w:pPr>
        <w:pStyle w:val="Heading2"/>
        <w:rPr>
          <w:rFonts w:ascii="Sakkal Majalla" w:hAnsi="Sakkal Majalla" w:cs="Sakkal Majalla"/>
          <w:color w:val="0D0D0D" w:themeColor="text1" w:themeTint="F2"/>
          <w:sz w:val="40"/>
          <w:szCs w:val="40"/>
        </w:rPr>
      </w:pPr>
      <w:r w:rsidRPr="001F217B">
        <w:rPr>
          <w:rFonts w:ascii="Sakkal Majalla" w:hAnsi="Sakkal Majalla" w:cs="Sakkal Majalla"/>
          <w:color w:val="0D0D0D" w:themeColor="text1" w:themeTint="F2"/>
          <w:sz w:val="40"/>
          <w:szCs w:val="40"/>
        </w:rPr>
        <w:t>Scientific Contribution</w:t>
      </w:r>
    </w:p>
    <w:p w:rsidR="009144C2" w:rsidRPr="001F217B" w:rsidRDefault="00EA02EE" w:rsidP="001F217B">
      <w:pPr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br/>
        <w:t xml:space="preserve">This project contributes academically by providing performance comparison between modern </w:t>
      </w:r>
      <w:r w:rsidRPr="001F217B">
        <w:rPr>
          <w:rFonts w:ascii="Sakkal Majalla" w:hAnsi="Sakkal Majalla" w:cs="Sakkal Majalla"/>
          <w:sz w:val="40"/>
          <w:szCs w:val="40"/>
        </w:rPr>
        <w:t xml:space="preserve">deep learning techniques, </w:t>
      </w:r>
      <w:r w:rsidRPr="001F217B">
        <w:rPr>
          <w:rFonts w:ascii="Sakkal Majalla" w:hAnsi="Sakkal Majalla" w:cs="Sakkal Majalla"/>
          <w:sz w:val="40"/>
          <w:szCs w:val="40"/>
        </w:rPr>
        <w:br/>
        <w:t>addressing the gap related to real-time implementation, and enhancing public safety monitoring methods.</w:t>
      </w:r>
      <w:r w:rsidRPr="001F217B">
        <w:rPr>
          <w:rFonts w:ascii="Sakkal Majalla" w:hAnsi="Sakkal Majalla" w:cs="Sakkal Majalla"/>
          <w:sz w:val="40"/>
          <w:szCs w:val="40"/>
        </w:rPr>
        <w:br/>
      </w:r>
    </w:p>
    <w:p w:rsidR="009144C2" w:rsidRPr="00987B80" w:rsidRDefault="00EA02EE" w:rsidP="001F217B">
      <w:pPr>
        <w:pStyle w:val="Heading1"/>
        <w:rPr>
          <w:rFonts w:ascii="Sakkal Majalla" w:hAnsi="Sakkal Majalla" w:cs="Sakkal Majalla"/>
          <w:color w:val="0D0D0D" w:themeColor="text1" w:themeTint="F2"/>
          <w:sz w:val="40"/>
          <w:szCs w:val="40"/>
        </w:rPr>
      </w:pPr>
      <w:r w:rsidRPr="00987B80">
        <w:rPr>
          <w:rFonts w:ascii="Sakkal Majalla" w:hAnsi="Sakkal Majalla" w:cs="Sakkal Majalla"/>
          <w:color w:val="0D0D0D" w:themeColor="text1" w:themeTint="F2"/>
          <w:sz w:val="40"/>
          <w:szCs w:val="40"/>
        </w:rPr>
        <w:lastRenderedPageBreak/>
        <w:t>Chapter 2: Overview</w:t>
      </w:r>
    </w:p>
    <w:p w:rsidR="009144C2" w:rsidRPr="001F217B" w:rsidRDefault="00EA02EE" w:rsidP="001F217B">
      <w:pPr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br/>
        <w:t xml:space="preserve">This chapter presents the foundational concepts of deep learning, convolutional neural networks, transfer learning, </w:t>
      </w:r>
      <w:r w:rsidRPr="001F217B">
        <w:rPr>
          <w:rFonts w:ascii="Sakkal Majalla" w:hAnsi="Sakkal Majalla" w:cs="Sakkal Majalla"/>
          <w:sz w:val="40"/>
          <w:szCs w:val="40"/>
        </w:rPr>
        <w:br/>
        <w:t>and computer vision. The integration of these technologies ena</w:t>
      </w:r>
      <w:r w:rsidRPr="001F217B">
        <w:rPr>
          <w:rFonts w:ascii="Sakkal Majalla" w:hAnsi="Sakkal Majalla" w:cs="Sakkal Majalla"/>
          <w:sz w:val="40"/>
          <w:szCs w:val="40"/>
        </w:rPr>
        <w:t xml:space="preserve">bles automated detection through image processing </w:t>
      </w:r>
      <w:r w:rsidRPr="001F217B">
        <w:rPr>
          <w:rFonts w:ascii="Sakkal Majalla" w:hAnsi="Sakkal Majalla" w:cs="Sakkal Majalla"/>
          <w:sz w:val="40"/>
          <w:szCs w:val="40"/>
        </w:rPr>
        <w:br/>
        <w:t>and object recognition.</w:t>
      </w:r>
      <w:r w:rsidRPr="001F217B">
        <w:rPr>
          <w:rFonts w:ascii="Sakkal Majalla" w:hAnsi="Sakkal Majalla" w:cs="Sakkal Majalla"/>
          <w:sz w:val="40"/>
          <w:szCs w:val="40"/>
        </w:rPr>
        <w:br/>
      </w:r>
    </w:p>
    <w:p w:rsidR="009144C2" w:rsidRPr="001F217B" w:rsidRDefault="00EA02EE" w:rsidP="001F217B">
      <w:pPr>
        <w:pStyle w:val="Heading1"/>
        <w:rPr>
          <w:rFonts w:ascii="Sakkal Majalla" w:hAnsi="Sakkal Majalla" w:cs="Sakkal Majalla"/>
          <w:color w:val="0D0D0D" w:themeColor="text1" w:themeTint="F2"/>
          <w:sz w:val="40"/>
          <w:szCs w:val="40"/>
        </w:rPr>
      </w:pPr>
      <w:r w:rsidRPr="001F217B">
        <w:rPr>
          <w:rFonts w:ascii="Sakkal Majalla" w:hAnsi="Sakkal Majalla" w:cs="Sakkal Majalla"/>
          <w:color w:val="0D0D0D" w:themeColor="text1" w:themeTint="F2"/>
          <w:sz w:val="40"/>
          <w:szCs w:val="40"/>
        </w:rPr>
        <w:t>Chapter 3: Related Work</w:t>
      </w:r>
    </w:p>
    <w:p w:rsidR="00EA02EE" w:rsidRPr="00EA02EE" w:rsidRDefault="00EA02EE" w:rsidP="00EA02EE">
      <w:pPr>
        <w:rPr>
          <w:rFonts w:ascii="Sakkal Majalla" w:hAnsi="Sakkal Majalla" w:cs="Sakkal Majalla"/>
          <w:sz w:val="40"/>
          <w:szCs w:val="40"/>
        </w:rPr>
      </w:pPr>
      <w:r w:rsidRPr="00EA02EE">
        <w:rPr>
          <w:rFonts w:ascii="Sakkal Majalla" w:hAnsi="Sakkal Majalla" w:cs="Sakkal Majalla"/>
          <w:sz w:val="40"/>
          <w:szCs w:val="40"/>
        </w:rPr>
        <w:t xml:space="preserve">Several studies have explored face mask detection using deep learning. </w:t>
      </w:r>
      <w:proofErr w:type="spellStart"/>
      <w:r w:rsidRPr="00EA02EE">
        <w:rPr>
          <w:rFonts w:ascii="Sakkal Majalla" w:hAnsi="Sakkal Majalla" w:cs="Sakkal Majalla"/>
          <w:sz w:val="40"/>
          <w:szCs w:val="40"/>
        </w:rPr>
        <w:t>Loey</w:t>
      </w:r>
      <w:proofErr w:type="spellEnd"/>
      <w:r w:rsidRPr="00EA02EE">
        <w:rPr>
          <w:rFonts w:ascii="Sakkal Majalla" w:hAnsi="Sakkal Majalla" w:cs="Sakkal Majalla"/>
          <w:sz w:val="40"/>
          <w:szCs w:val="40"/>
        </w:rPr>
        <w:t xml:space="preserve"> et al. utilized ResNet50 and achieved high accuracy on static and controlled datasets. Chowdary applied MobileNetV2 as a lightweight solution suitable for mobile deployment. Furthermore, </w:t>
      </w:r>
      <w:proofErr w:type="spellStart"/>
      <w:r w:rsidRPr="00EA02EE">
        <w:rPr>
          <w:rFonts w:ascii="Sakkal Majalla" w:hAnsi="Sakkal Majalla" w:cs="Sakkal Majalla"/>
          <w:sz w:val="40"/>
          <w:szCs w:val="40"/>
        </w:rPr>
        <w:t>Nagrath</w:t>
      </w:r>
      <w:proofErr w:type="spellEnd"/>
      <w:r w:rsidRPr="00EA02EE">
        <w:rPr>
          <w:rFonts w:ascii="Sakkal Majalla" w:hAnsi="Sakkal Majalla" w:cs="Sakkal Majalla"/>
          <w:sz w:val="40"/>
          <w:szCs w:val="40"/>
        </w:rPr>
        <w:t xml:space="preserve"> proposed SSD-</w:t>
      </w:r>
      <w:proofErr w:type="spellStart"/>
      <w:r w:rsidRPr="00EA02EE">
        <w:rPr>
          <w:rFonts w:ascii="Sakkal Majalla" w:hAnsi="Sakkal Majalla" w:cs="Sakkal Majalla"/>
          <w:sz w:val="40"/>
          <w:szCs w:val="40"/>
        </w:rPr>
        <w:t>MobileNet</w:t>
      </w:r>
      <w:proofErr w:type="spellEnd"/>
      <w:r w:rsidRPr="00EA02EE">
        <w:rPr>
          <w:rFonts w:ascii="Sakkal Majalla" w:hAnsi="Sakkal Majalla" w:cs="Sakkal Majalla"/>
          <w:sz w:val="40"/>
          <w:szCs w:val="40"/>
        </w:rPr>
        <w:t xml:space="preserve"> for real-time detection from video streams.</w:t>
      </w:r>
    </w:p>
    <w:p w:rsidR="00EA02EE" w:rsidRPr="00EA02EE" w:rsidRDefault="00EA02EE" w:rsidP="00EA02EE">
      <w:pPr>
        <w:rPr>
          <w:rFonts w:ascii="Times New Roman" w:eastAsia="Times New Roman" w:hAnsi="Times New Roman" w:cs="Times New Roman"/>
          <w:sz w:val="24"/>
          <w:szCs w:val="24"/>
        </w:rPr>
      </w:pPr>
      <w:r w:rsidRPr="00EA02EE">
        <w:rPr>
          <w:rFonts w:ascii="Sakkal Majalla" w:hAnsi="Sakkal Majalla" w:cs="Sakkal Majalla"/>
          <w:sz w:val="40"/>
          <w:szCs w:val="40"/>
        </w:rPr>
        <w:t>However, most existing solutions perform well only under ideal conditions and do not fully address real-world challenges such as lighting variations, face orientation, motion, and different mask types, which significantly impact accuracy in practical environments</w:t>
      </w:r>
      <w:r w:rsidRPr="00EA02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217B" w:rsidRPr="00987B80" w:rsidRDefault="00EA02EE" w:rsidP="00987B80">
      <w:pPr>
        <w:pStyle w:val="Heading2"/>
        <w:rPr>
          <w:rFonts w:ascii="Sakkal Majalla" w:hAnsi="Sakkal Majalla" w:cs="Sakkal Majalla"/>
          <w:color w:val="0D0D0D" w:themeColor="text1" w:themeTint="F2"/>
          <w:sz w:val="40"/>
          <w:szCs w:val="40"/>
        </w:rPr>
      </w:pPr>
      <w:r w:rsidRPr="001F217B">
        <w:rPr>
          <w:rFonts w:ascii="Sakkal Majalla" w:hAnsi="Sakkal Majalla" w:cs="Sakkal Majalla"/>
          <w:color w:val="0D0D0D" w:themeColor="text1" w:themeTint="F2"/>
          <w:sz w:val="40"/>
          <w:szCs w:val="40"/>
        </w:rPr>
        <w:lastRenderedPageBreak/>
        <w:t>References</w:t>
      </w:r>
    </w:p>
    <w:p w:rsidR="00987B80" w:rsidRDefault="00EA02EE" w:rsidP="00987B80">
      <w:pPr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t xml:space="preserve">Andrew </w:t>
      </w:r>
      <w:proofErr w:type="spellStart"/>
      <w:r w:rsidRPr="001F217B">
        <w:rPr>
          <w:rFonts w:ascii="Sakkal Majalla" w:hAnsi="Sakkal Majalla" w:cs="Sakkal Majalla"/>
          <w:sz w:val="40"/>
          <w:szCs w:val="40"/>
        </w:rPr>
        <w:t>Mvd</w:t>
      </w:r>
      <w:proofErr w:type="spellEnd"/>
      <w:r w:rsidRPr="001F217B">
        <w:rPr>
          <w:rFonts w:ascii="Sakkal Majalla" w:hAnsi="Sakkal Majalla" w:cs="Sakkal Majalla"/>
          <w:sz w:val="40"/>
          <w:szCs w:val="40"/>
        </w:rPr>
        <w:t xml:space="preserve"> (2021) – Kaggle Dataset</w:t>
      </w:r>
    </w:p>
    <w:p w:rsidR="00000000" w:rsidRPr="001F217B" w:rsidRDefault="00EA02EE" w:rsidP="00987B80">
      <w:pPr>
        <w:rPr>
          <w:rFonts w:ascii="Sakkal Majalla" w:hAnsi="Sakkal Majalla" w:cs="Sakkal Majalla"/>
          <w:sz w:val="40"/>
          <w:szCs w:val="40"/>
        </w:rPr>
      </w:pPr>
      <w:proofErr w:type="spellStart"/>
      <w:r w:rsidRPr="001F217B">
        <w:rPr>
          <w:rFonts w:ascii="Sakkal Majalla" w:hAnsi="Sakkal Majalla" w:cs="Sakkal Majalla"/>
          <w:sz w:val="40"/>
          <w:szCs w:val="40"/>
        </w:rPr>
        <w:t>Loey</w:t>
      </w:r>
      <w:proofErr w:type="spellEnd"/>
      <w:r w:rsidRPr="001F217B">
        <w:rPr>
          <w:rFonts w:ascii="Sakkal Majalla" w:hAnsi="Sakkal Majalla" w:cs="Sakkal Majalla"/>
          <w:sz w:val="40"/>
          <w:szCs w:val="40"/>
        </w:rPr>
        <w:t xml:space="preserve"> et al. (2021) – ResNet50 Study</w:t>
      </w:r>
    </w:p>
    <w:p w:rsidR="00000000" w:rsidRPr="001F217B" w:rsidRDefault="00EA02EE" w:rsidP="001F217B">
      <w:pPr>
        <w:rPr>
          <w:rFonts w:ascii="Sakkal Majalla" w:hAnsi="Sakkal Majalla" w:cs="Sakkal Majalla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t>Chowdary et al. (2020) – MobileNetV2</w:t>
      </w:r>
    </w:p>
    <w:p w:rsidR="009144C2" w:rsidRPr="001F217B" w:rsidRDefault="00EA02EE" w:rsidP="001F217B">
      <w:pPr>
        <w:rPr>
          <w:rFonts w:ascii="Sakkal Majalla" w:hAnsi="Sakkal Majalla" w:cs="Sakkal Majalla"/>
          <w:sz w:val="40"/>
          <w:szCs w:val="40"/>
        </w:rPr>
      </w:pPr>
      <w:proofErr w:type="spellStart"/>
      <w:r w:rsidRPr="001F217B">
        <w:rPr>
          <w:rFonts w:ascii="Sakkal Majalla" w:hAnsi="Sakkal Majalla" w:cs="Sakkal Majalla"/>
          <w:sz w:val="40"/>
          <w:szCs w:val="40"/>
        </w:rPr>
        <w:t>Nagrath</w:t>
      </w:r>
      <w:proofErr w:type="spellEnd"/>
      <w:r w:rsidRPr="001F217B">
        <w:rPr>
          <w:rFonts w:ascii="Sakkal Majalla" w:hAnsi="Sakkal Majalla" w:cs="Sakkal Majalla"/>
          <w:sz w:val="40"/>
          <w:szCs w:val="40"/>
        </w:rPr>
        <w:t xml:space="preserve"> et al. (2021) – Real-Time Detection</w:t>
      </w:r>
    </w:p>
    <w:p w:rsidR="00987B80" w:rsidRDefault="00EA02EE" w:rsidP="00987B80">
      <w:pPr>
        <w:pStyle w:val="NormalWeb"/>
        <w:ind w:left="720"/>
        <w:rPr>
          <w:rFonts w:ascii="Sakkal Majalla" w:eastAsiaTheme="minorEastAsia" w:hAnsi="Sakkal Majalla" w:cs="Sakkal Majalla"/>
          <w:sz w:val="40"/>
          <w:szCs w:val="40"/>
        </w:rPr>
      </w:pPr>
      <w:r w:rsidRPr="00987B80">
        <w:rPr>
          <w:rFonts w:ascii="Sakkal Majalla" w:hAnsi="Sakkal Majalla" w:cs="Sakkal Majalla"/>
          <w:b/>
          <w:bCs/>
          <w:color w:val="0D0D0D" w:themeColor="text1" w:themeTint="F2"/>
          <w:sz w:val="40"/>
          <w:szCs w:val="40"/>
        </w:rPr>
        <w:t>Key Outcome</w:t>
      </w:r>
      <w:r w:rsidRPr="001F217B">
        <w:rPr>
          <w:rFonts w:ascii="Sakkal Majalla" w:hAnsi="Sakkal Majalla" w:cs="Sakkal Majalla"/>
          <w:sz w:val="40"/>
          <w:szCs w:val="40"/>
        </w:rPr>
        <w:br/>
      </w:r>
      <w:r w:rsidRPr="001F217B">
        <w:rPr>
          <w:rFonts w:ascii="Sakkal Majalla" w:hAnsi="Sakkal Majalla" w:cs="Sakkal Majalla"/>
          <w:b/>
          <w:bCs/>
          <w:color w:val="0D0D0D" w:themeColor="text1" w:themeTint="F2"/>
          <w:sz w:val="40"/>
          <w:szCs w:val="40"/>
        </w:rPr>
        <w:t xml:space="preserve">- </w:t>
      </w:r>
      <w:r w:rsidRPr="00987B80">
        <w:rPr>
          <w:rFonts w:ascii="Sakkal Majalla" w:eastAsiaTheme="minorEastAsia" w:hAnsi="Sakkal Majalla" w:cs="Sakkal Majalla"/>
          <w:sz w:val="40"/>
          <w:szCs w:val="40"/>
        </w:rPr>
        <w:t>Identified the main dataset for implementation: Kaggle Face Mask Detection Dataset.</w:t>
      </w:r>
      <w:r w:rsidRPr="00987B80">
        <w:rPr>
          <w:rFonts w:ascii="Sakkal Majalla" w:eastAsiaTheme="minorEastAsia" w:hAnsi="Sakkal Majalla" w:cs="Sakkal Majalla"/>
          <w:sz w:val="40"/>
          <w:szCs w:val="40"/>
        </w:rPr>
        <w:br/>
        <w:t>- Selected CNN and MobileNetV2 as primary models for c</w:t>
      </w:r>
      <w:r w:rsidRPr="00987B80">
        <w:rPr>
          <w:rFonts w:ascii="Sakkal Majalla" w:eastAsiaTheme="minorEastAsia" w:hAnsi="Sakkal Majalla" w:cs="Sakkal Majalla"/>
          <w:sz w:val="40"/>
          <w:szCs w:val="40"/>
        </w:rPr>
        <w:t>omparison.</w:t>
      </w:r>
      <w:r w:rsidRPr="00987B80">
        <w:rPr>
          <w:rFonts w:ascii="Sakkal Majalla" w:eastAsiaTheme="minorEastAsia" w:hAnsi="Sakkal Majalla" w:cs="Sakkal Majalla"/>
          <w:sz w:val="40"/>
          <w:szCs w:val="40"/>
        </w:rPr>
        <w:br/>
        <w:t>- Designed a methodology that will extend to full execution in Graduation Project 2.</w:t>
      </w:r>
      <w:r w:rsidRPr="00987B80">
        <w:rPr>
          <w:rFonts w:ascii="Sakkal Majalla" w:eastAsiaTheme="minorEastAsia" w:hAnsi="Sakkal Majalla" w:cs="Sakkal Majalla"/>
          <w:sz w:val="40"/>
          <w:szCs w:val="40"/>
        </w:rPr>
        <w:br/>
        <w:t>- Ability to reference and manage citations using Mendeley/EndNote systems.</w:t>
      </w:r>
      <w:r w:rsidR="00987B80" w:rsidRPr="00987B80">
        <w:rPr>
          <w:rFonts w:ascii="Sakkal Majalla" w:eastAsiaTheme="minorEastAsia" w:hAnsi="Sakkal Majalla" w:cs="Sakkal Majalla"/>
          <w:sz w:val="40"/>
          <w:szCs w:val="40"/>
        </w:rPr>
        <w:br/>
      </w:r>
      <w:r w:rsidR="00987B80" w:rsidRPr="00987B80">
        <w:rPr>
          <w:rFonts w:ascii="Sakkal Majalla" w:eastAsiaTheme="minorEastAsia" w:hAnsi="Sakkal Majalla" w:cs="Sakkal Majalla"/>
          <w:sz w:val="40"/>
          <w:szCs w:val="40"/>
        </w:rPr>
        <w:t>Developed an AI-based face mask detection model that automatically classifies individuals as “mask” or “no mask” using images and camera frames.</w:t>
      </w:r>
    </w:p>
    <w:p w:rsidR="00987B80" w:rsidRPr="00987B80" w:rsidRDefault="00987B80" w:rsidP="00987B80">
      <w:pPr>
        <w:pStyle w:val="NormalWeb"/>
        <w:ind w:left="720"/>
        <w:rPr>
          <w:rFonts w:ascii="Sakkal Majalla" w:eastAsiaTheme="minorEastAsia" w:hAnsi="Sakkal Majalla" w:cs="Sakkal Majalla"/>
          <w:sz w:val="40"/>
          <w:szCs w:val="40"/>
        </w:rPr>
      </w:pPr>
      <w:r>
        <w:rPr>
          <w:rFonts w:ascii="Sakkal Majalla" w:hAnsi="Sakkal Majalla" w:cs="Sakkal Majalla"/>
          <w:color w:val="0D0D0D" w:themeColor="text1" w:themeTint="F2"/>
          <w:sz w:val="40"/>
          <w:szCs w:val="40"/>
        </w:rPr>
        <w:t>-</w:t>
      </w:r>
      <w:r w:rsidRPr="00987B80">
        <w:rPr>
          <w:rFonts w:ascii="Sakkal Majalla" w:eastAsiaTheme="minorEastAsia" w:hAnsi="Sakkal Majalla" w:cs="Sakkal Majalla"/>
          <w:sz w:val="40"/>
          <w:szCs w:val="40"/>
        </w:rPr>
        <w:t>Implemented deep learning and computer vision techniques (CNN and transfer learning) to handle variations in lighting, face orientation, and different mask types.</w:t>
      </w:r>
    </w:p>
    <w:p w:rsidR="00987B80" w:rsidRPr="00987B80" w:rsidRDefault="00987B80" w:rsidP="00987B80">
      <w:pPr>
        <w:pStyle w:val="NormalWeb"/>
        <w:ind w:left="720"/>
        <w:rPr>
          <w:rFonts w:ascii="Sakkal Majalla" w:eastAsiaTheme="minorEastAsia" w:hAnsi="Sakkal Majalla" w:cs="Sakkal Majalla"/>
          <w:sz w:val="40"/>
          <w:szCs w:val="40"/>
        </w:rPr>
      </w:pPr>
      <w:r>
        <w:rPr>
          <w:rFonts w:ascii="Sakkal Majalla" w:eastAsiaTheme="minorEastAsia" w:hAnsi="Sakkal Majalla" w:cs="Sakkal Majalla"/>
          <w:sz w:val="40"/>
          <w:szCs w:val="40"/>
        </w:rPr>
        <w:lastRenderedPageBreak/>
        <w:t>-</w:t>
      </w:r>
      <w:r w:rsidRPr="00987B80">
        <w:rPr>
          <w:rFonts w:ascii="Sakkal Majalla" w:eastAsiaTheme="minorEastAsia" w:hAnsi="Sakkal Majalla" w:cs="Sakkal Majalla"/>
          <w:sz w:val="40"/>
          <w:szCs w:val="40"/>
        </w:rPr>
        <w:t>Designed the system to work in near real-time, making it suitable for integration with CCTV systems, entrances, and public facilities.</w:t>
      </w:r>
    </w:p>
    <w:p w:rsidR="00987B80" w:rsidRPr="00987B80" w:rsidRDefault="00987B80" w:rsidP="00987B80">
      <w:pPr>
        <w:pStyle w:val="NormalWeb"/>
        <w:ind w:left="720"/>
        <w:rPr>
          <w:rFonts w:ascii="Sakkal Majalla" w:eastAsiaTheme="minorEastAsia" w:hAnsi="Sakkal Majalla" w:cs="Sakkal Majalla"/>
          <w:sz w:val="40"/>
          <w:szCs w:val="40"/>
        </w:rPr>
      </w:pPr>
      <w:r>
        <w:rPr>
          <w:rFonts w:ascii="Sakkal Majalla" w:eastAsiaTheme="minorEastAsia" w:hAnsi="Sakkal Majalla" w:cs="Sakkal Majalla"/>
          <w:sz w:val="40"/>
          <w:szCs w:val="40"/>
        </w:rPr>
        <w:t>-</w:t>
      </w:r>
      <w:r w:rsidRPr="00987B80">
        <w:rPr>
          <w:rFonts w:ascii="Sakkal Majalla" w:eastAsiaTheme="minorEastAsia" w:hAnsi="Sakkal Majalla" w:cs="Sakkal Majalla"/>
          <w:sz w:val="40"/>
          <w:szCs w:val="40"/>
        </w:rPr>
        <w:t>Provides a scalable, automated alternative to manual monitoring, supporting public safety and health regulations.</w:t>
      </w:r>
    </w:p>
    <w:p w:rsidR="00987B80" w:rsidRDefault="00987B80" w:rsidP="00987B80">
      <w:pPr>
        <w:pStyle w:val="NormalWeb"/>
        <w:ind w:left="720"/>
      </w:pPr>
      <w:r>
        <w:rPr>
          <w:rFonts w:ascii="Sakkal Majalla" w:eastAsiaTheme="minorEastAsia" w:hAnsi="Sakkal Majalla" w:cs="Sakkal Majalla"/>
          <w:sz w:val="40"/>
          <w:szCs w:val="40"/>
        </w:rPr>
        <w:t>-</w:t>
      </w:r>
      <w:r w:rsidRPr="00987B80">
        <w:rPr>
          <w:rFonts w:ascii="Sakkal Majalla" w:eastAsiaTheme="minorEastAsia" w:hAnsi="Sakkal Majalla" w:cs="Sakkal Majalla"/>
          <w:sz w:val="40"/>
          <w:szCs w:val="40"/>
        </w:rPr>
        <w:t>Includes a comparative evaluation between different deep learning techniques, helping to select the most accurate and efficient model for future deployment</w:t>
      </w:r>
      <w:r>
        <w:t>.</w:t>
      </w:r>
    </w:p>
    <w:p w:rsidR="009144C2" w:rsidRPr="001F217B" w:rsidRDefault="00EA02EE" w:rsidP="001F217B">
      <w:pPr>
        <w:pStyle w:val="Heading1"/>
        <w:rPr>
          <w:rFonts w:ascii="Sakkal Majalla" w:hAnsi="Sakkal Majalla" w:cs="Sakkal Majalla"/>
          <w:color w:val="0D0D0D" w:themeColor="text1" w:themeTint="F2"/>
          <w:sz w:val="40"/>
          <w:szCs w:val="40"/>
        </w:rPr>
      </w:pPr>
      <w:r w:rsidRPr="001F217B">
        <w:rPr>
          <w:rFonts w:ascii="Sakkal Majalla" w:hAnsi="Sakkal Majalla" w:cs="Sakkal Majalla"/>
          <w:sz w:val="40"/>
          <w:szCs w:val="40"/>
        </w:rPr>
        <w:br/>
      </w:r>
      <w:r w:rsidRPr="001F217B">
        <w:rPr>
          <w:rFonts w:ascii="Sakkal Majalla" w:hAnsi="Sakkal Majalla" w:cs="Sakkal Majalla"/>
          <w:sz w:val="40"/>
          <w:szCs w:val="40"/>
        </w:rPr>
        <w:br/>
      </w:r>
    </w:p>
    <w:sectPr w:rsidR="009144C2" w:rsidRPr="001F217B" w:rsidSect="00034616">
      <w:pgSz w:w="12240" w:h="15840"/>
      <w:pgMar w:top="1440" w:right="1800" w:bottom="1440" w:left="1800" w:header="720" w:footer="720" w:gutter="0"/>
      <w:pgBorders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1396894"/>
    <w:multiLevelType w:val="hybridMultilevel"/>
    <w:tmpl w:val="6DF00468"/>
    <w:lvl w:ilvl="0" w:tplc="43464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3A3638">
      <w:start w:val="30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64C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245D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085A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D6F5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5C53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B8E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061E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5AF7EC0"/>
    <w:multiLevelType w:val="multilevel"/>
    <w:tmpl w:val="BA0AC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F5037D"/>
    <w:multiLevelType w:val="hybridMultilevel"/>
    <w:tmpl w:val="05723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F217B"/>
    <w:rsid w:val="0029639D"/>
    <w:rsid w:val="00326F90"/>
    <w:rsid w:val="009144C2"/>
    <w:rsid w:val="00987B80"/>
    <w:rsid w:val="00AA1D8D"/>
    <w:rsid w:val="00B47730"/>
    <w:rsid w:val="00CB0664"/>
    <w:rsid w:val="00EA02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B85A6D"/>
  <w14:defaultImageDpi w14:val="300"/>
  <w15:docId w15:val="{88DC4290-36C7-4644-B9A3-CBE9E5E5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98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6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7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2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26315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236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104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3380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8468684-7179-4C7C-97CE-0A0F653A4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ahood alshahrani</cp:lastModifiedBy>
  <cp:revision>2</cp:revision>
  <dcterms:created xsi:type="dcterms:W3CDTF">2025-12-10T15:50:00Z</dcterms:created>
  <dcterms:modified xsi:type="dcterms:W3CDTF">2025-12-10T15:50:00Z</dcterms:modified>
  <cp:category/>
</cp:coreProperties>
</file>