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976B04" w14:textId="77777777" w:rsidR="007048C2" w:rsidRDefault="00000000">
      <w:pPr>
        <w:pStyle w:val="Heading1"/>
      </w:pPr>
      <w:r>
        <w:t>Advanced Fake News Detection Using Deep Learning and Transformer Models</w:t>
      </w:r>
    </w:p>
    <w:p w14:paraId="0EF142C9" w14:textId="77777777" w:rsidR="007048C2" w:rsidRDefault="00000000">
      <w:r>
        <w:t>Student Name: Salam Khouli</w:t>
      </w:r>
    </w:p>
    <w:p w14:paraId="589BD3B0" w14:textId="77777777" w:rsidR="007048C2" w:rsidRDefault="00000000">
      <w:r>
        <w:t>Specialization: Artificial Intelligence</w:t>
      </w:r>
    </w:p>
    <w:p w14:paraId="6D14E964" w14:textId="77777777" w:rsidR="007048C2" w:rsidRDefault="00000000">
      <w:r>
        <w:t>Course: Graduation Project</w:t>
      </w:r>
    </w:p>
    <w:p w14:paraId="564A9517" w14:textId="77777777" w:rsidR="007048C2" w:rsidRDefault="00000000">
      <w:r>
        <w:t>Term: Second Term</w:t>
      </w:r>
    </w:p>
    <w:p w14:paraId="064685A0" w14:textId="77777777" w:rsidR="007048C2" w:rsidRDefault="00000000">
      <w:r>
        <w:br w:type="page"/>
      </w:r>
    </w:p>
    <w:p w14:paraId="5A80FEAD" w14:textId="77777777" w:rsidR="007048C2" w:rsidRDefault="00000000">
      <w:pPr>
        <w:pStyle w:val="Heading2"/>
      </w:pPr>
      <w:r>
        <w:lastRenderedPageBreak/>
        <w:t>Abstract</w:t>
      </w:r>
    </w:p>
    <w:p w14:paraId="4277F0C6" w14:textId="77777777" w:rsidR="00E7303C" w:rsidRDefault="00E7303C" w:rsidP="00E7303C">
      <w:r w:rsidRPr="00E7303C">
        <w:t>The study has a sophisticated Artificial Intelligence-driven system of fake news detection based on Deep Learning and Transformer models. The research compares the traditional Machine Learning models and contrasts them with the state-of-the-art neural networks such as LSTM, CNN, and BERT. The goal is to enhance the accuracy of the classification and the contextual knowledge of textual news information. Accuracy, Precision, Recall, and F1-score are used to perform the evaluation of the performance.</w:t>
      </w:r>
    </w:p>
    <w:p w14:paraId="06408FAF" w14:textId="67DA72EE" w:rsidR="007048C2" w:rsidRDefault="00000000">
      <w:pPr>
        <w:pStyle w:val="Heading2"/>
      </w:pPr>
      <w:r>
        <w:t>Dataset</w:t>
      </w:r>
    </w:p>
    <w:p w14:paraId="4A0975A9" w14:textId="77777777" w:rsidR="00E7303C" w:rsidRDefault="00E7303C"/>
    <w:p w14:paraId="55B75724" w14:textId="77777777" w:rsidR="00E7303C" w:rsidRDefault="00E7303C" w:rsidP="00E7303C">
      <w:r>
        <w:t>Name of Data set: Fake and Real News Dataset (Kaggle)</w:t>
      </w:r>
    </w:p>
    <w:p w14:paraId="50D3047B" w14:textId="7596DB90" w:rsidR="007048C2" w:rsidRDefault="00E7303C" w:rsidP="00E7303C">
      <w:r>
        <w:t>The dataset includes the labelled real and fake news articles. It contains text-related elements like full content and title. Preprocessing data methods of tokenization, stop-word elimination, lemmatization, and vectorization are implemented.</w:t>
      </w:r>
      <w:r w:rsidR="00000000">
        <w:br w:type="page"/>
      </w:r>
    </w:p>
    <w:p w14:paraId="4A5FC571" w14:textId="77777777" w:rsidR="007048C2" w:rsidRDefault="00000000">
      <w:pPr>
        <w:pStyle w:val="Heading1"/>
      </w:pPr>
      <w:r>
        <w:lastRenderedPageBreak/>
        <w:t>Chapter 1: Introduction</w:t>
      </w:r>
    </w:p>
    <w:p w14:paraId="57264E6D" w14:textId="03900782" w:rsidR="007048C2" w:rsidRDefault="00000000" w:rsidP="00E7303C">
      <w:pPr>
        <w:pStyle w:val="Heading2"/>
        <w:numPr>
          <w:ilvl w:val="1"/>
          <w:numId w:val="10"/>
        </w:numPr>
      </w:pPr>
      <w:r>
        <w:t>Background</w:t>
      </w:r>
    </w:p>
    <w:p w14:paraId="1EDC46AC" w14:textId="1640B1B8" w:rsidR="00E7303C" w:rsidRPr="00E7303C" w:rsidRDefault="00E7303C" w:rsidP="00E7303C">
      <w:r w:rsidRPr="00E7303C">
        <w:t>Artificial Intelligence is extremely important in fighting misinformation. The deep learning models have yielded considerable enhancements in the natural language processing activities. Fake news has been a difficult problem of classification that needs contextual knowledge.</w:t>
      </w:r>
    </w:p>
    <w:p w14:paraId="30552B9F" w14:textId="77777777" w:rsidR="007048C2" w:rsidRDefault="00000000">
      <w:pPr>
        <w:pStyle w:val="Heading2"/>
      </w:pPr>
      <w:r>
        <w:t>1.2 Problem Statement</w:t>
      </w:r>
    </w:p>
    <w:p w14:paraId="4E772E08" w14:textId="77777777" w:rsidR="007048C2" w:rsidRDefault="00000000">
      <w:r>
        <w:t>Traditional verification methods cannot handle the massive volume of online information. There is a need for an AI-driven automated detection system capable of understanding semantic context.</w:t>
      </w:r>
    </w:p>
    <w:p w14:paraId="4D2DB662" w14:textId="77777777" w:rsidR="007048C2" w:rsidRDefault="00000000">
      <w:pPr>
        <w:pStyle w:val="Heading2"/>
      </w:pPr>
      <w:r>
        <w:t>1.3 Objectives</w:t>
      </w:r>
    </w:p>
    <w:p w14:paraId="65C055BF" w14:textId="42DE6FCF" w:rsidR="007048C2" w:rsidRDefault="007048C2" w:rsidP="00E7303C"/>
    <w:p w14:paraId="151C8F67" w14:textId="2C046CCE" w:rsidR="00E7303C" w:rsidRDefault="00E7303C" w:rsidP="00E7303C">
      <w:r>
        <w:t>-</w:t>
      </w:r>
      <w:r>
        <w:t>Come up with artificial intelligence-based fake news detection models.</w:t>
      </w:r>
    </w:p>
    <w:p w14:paraId="03B614ED" w14:textId="1AC8FFA7" w:rsidR="00E7303C" w:rsidRDefault="00E7303C" w:rsidP="00E7303C">
      <w:r>
        <w:t>-</w:t>
      </w:r>
      <w:r>
        <w:t>Comparative study of ML, Deep Learning and Transformer models.</w:t>
      </w:r>
    </w:p>
    <w:p w14:paraId="7B4D73E9" w14:textId="31BC2AF6" w:rsidR="00E7303C" w:rsidRDefault="00E7303C" w:rsidP="00E7303C">
      <w:r>
        <w:t>-</w:t>
      </w:r>
      <w:r>
        <w:t>Better contextual comprehension with BERT.</w:t>
      </w:r>
    </w:p>
    <w:p w14:paraId="07AA900F" w14:textId="3101EBB4" w:rsidR="00E7303C" w:rsidRDefault="00E7303C" w:rsidP="00E7303C">
      <w:r>
        <w:t>-</w:t>
      </w:r>
      <w:r>
        <w:t>Personally outperform baseline models.</w:t>
      </w:r>
    </w:p>
    <w:p w14:paraId="1EA6646B" w14:textId="77777777" w:rsidR="007048C2" w:rsidRDefault="00000000">
      <w:pPr>
        <w:pStyle w:val="Heading2"/>
      </w:pPr>
      <w:r>
        <w:t>1.4 Research Questions</w:t>
      </w:r>
    </w:p>
    <w:p w14:paraId="3C42EA62" w14:textId="1656695F" w:rsidR="007048C2" w:rsidRDefault="007048C2" w:rsidP="00E7303C"/>
    <w:p w14:paraId="017B4A6C" w14:textId="725CBFEA" w:rsidR="00E7303C" w:rsidRDefault="00E7303C" w:rsidP="00E7303C">
      <w:r>
        <w:t>-</w:t>
      </w:r>
      <w:r>
        <w:t>Is transformer model better than LSTM and CNN?</w:t>
      </w:r>
    </w:p>
    <w:p w14:paraId="71E2CF6C" w14:textId="70EA94D6" w:rsidR="00E7303C" w:rsidRDefault="00E7303C" w:rsidP="00E7303C">
      <w:r>
        <w:t>-</w:t>
      </w:r>
      <w:r>
        <w:t>What are the contextual understanding enhancements of deep learning?</w:t>
      </w:r>
    </w:p>
    <w:p w14:paraId="2356B71B" w14:textId="51D68C1A" w:rsidR="00E7303C" w:rsidRDefault="00E7303C" w:rsidP="00E7303C">
      <w:r>
        <w:t>-</w:t>
      </w:r>
      <w:r>
        <w:t>Which preprocessing methods achieve the highest results?</w:t>
      </w:r>
    </w:p>
    <w:p w14:paraId="6E26981A" w14:textId="77777777" w:rsidR="007048C2" w:rsidRDefault="00000000">
      <w:pPr>
        <w:pStyle w:val="Heading2"/>
      </w:pPr>
      <w:r>
        <w:t>1.5 Methodology Overview</w:t>
      </w:r>
    </w:p>
    <w:p w14:paraId="51D55D31" w14:textId="71EE490A" w:rsidR="007048C2" w:rsidRDefault="00E7303C">
      <w:r w:rsidRPr="00E7303C">
        <w:t>The offered methodology involves data preprocessing, embedding methods (TF-IDF, Word2Vec, BERT embeddings), training of models (Logistic Regression, SVM, CNN, LSTM, and BERT), evaluation and comparison of the performances.</w:t>
      </w:r>
      <w:r w:rsidR="00000000">
        <w:br w:type="page"/>
      </w:r>
    </w:p>
    <w:p w14:paraId="01650EF3" w14:textId="77777777" w:rsidR="007048C2" w:rsidRDefault="00000000">
      <w:pPr>
        <w:pStyle w:val="Heading1"/>
      </w:pPr>
      <w:r>
        <w:lastRenderedPageBreak/>
        <w:t>Chapter 2: Background and Related Work</w:t>
      </w:r>
    </w:p>
    <w:p w14:paraId="4D4F2B64" w14:textId="77777777" w:rsidR="00E7303C" w:rsidRDefault="00E7303C" w:rsidP="00E7303C">
      <w:r>
        <w:t>Study 1: Logistic Regression was used on the baseline text classification.</w:t>
      </w:r>
    </w:p>
    <w:p w14:paraId="71406BF3" w14:textId="77777777" w:rsidR="00E7303C" w:rsidRDefault="00E7303C" w:rsidP="00E7303C">
      <w:r>
        <w:t>Study 2: SVMs had high accuracy when doing binary classification.</w:t>
      </w:r>
    </w:p>
    <w:p w14:paraId="4F7A3433" w14:textId="77777777" w:rsidR="00E7303C" w:rsidRDefault="00E7303C" w:rsidP="00E7303C">
      <w:r>
        <w:t>Study 3: CNN enhanced local feature.</w:t>
      </w:r>
    </w:p>
    <w:p w14:paraId="1E316A29" w14:textId="77777777" w:rsidR="00E7303C" w:rsidRDefault="00E7303C" w:rsidP="00E7303C">
      <w:r>
        <w:t>Study 4: LSTM networks learnt long term dependence within text sequences.</w:t>
      </w:r>
    </w:p>
    <w:p w14:paraId="68C2745E" w14:textId="77777777" w:rsidR="00E7303C" w:rsidRDefault="00E7303C" w:rsidP="00E7303C">
      <w:r>
        <w:t>Study 5: GRU networks had a lower complexity of computation than LSTM.</w:t>
      </w:r>
    </w:p>
    <w:p w14:paraId="06F73350" w14:textId="77777777" w:rsidR="00E7303C" w:rsidRDefault="00E7303C" w:rsidP="00E7303C">
      <w:r>
        <w:t>Study 6: Word2Vec embeddings were better at semantic representation.</w:t>
      </w:r>
    </w:p>
    <w:p w14:paraId="54782C86" w14:textId="77777777" w:rsidR="00E7303C" w:rsidRDefault="00E7303C" w:rsidP="00E7303C">
      <w:r>
        <w:t>Study 7: TF-IDF proved to be effective in baseline models.</w:t>
      </w:r>
    </w:p>
    <w:p w14:paraId="2150EDD1" w14:textId="77777777" w:rsidR="00E7303C" w:rsidRDefault="00E7303C" w:rsidP="00E7303C">
      <w:r>
        <w:t>Study 8: Study Ensemble learning helped enhance robustness.</w:t>
      </w:r>
    </w:p>
    <w:p w14:paraId="38C03C4C" w14:textId="77777777" w:rsidR="00E7303C" w:rsidRDefault="00E7303C" w:rsidP="00E7303C">
      <w:r>
        <w:t>Study 9: Transformer models enhanced situational cognitions.</w:t>
      </w:r>
    </w:p>
    <w:p w14:paraId="41D6137D" w14:textId="77777777" w:rsidR="00E7303C" w:rsidRDefault="00E7303C" w:rsidP="00E7303C">
      <w:r>
        <w:t>Study 10: BERT was a significant addition in terms of NLP.</w:t>
      </w:r>
    </w:p>
    <w:p w14:paraId="4CB6811E" w14:textId="77777777" w:rsidR="00E7303C" w:rsidRDefault="00E7303C" w:rsidP="00E7303C">
      <w:r>
        <w:t>Study 11: Attention procedures improved sequence modeling.</w:t>
      </w:r>
    </w:p>
    <w:p w14:paraId="10844C85" w14:textId="77777777" w:rsidR="00E7303C" w:rsidRDefault="00E7303C" w:rsidP="00E7303C">
      <w:r>
        <w:t>Study 12: CNN-LSTM hybrid models enhanced the classification accuracy.</w:t>
      </w:r>
    </w:p>
    <w:p w14:paraId="3E783E04" w14:textId="77777777" w:rsidR="00E7303C" w:rsidRDefault="00E7303C" w:rsidP="00E7303C">
      <w:r>
        <w:t>Study 13: Training time was lowered by transfer learning.</w:t>
      </w:r>
    </w:p>
    <w:p w14:paraId="25F00608" w14:textId="77777777" w:rsidR="00E7303C" w:rsidRDefault="00E7303C" w:rsidP="00E7303C">
      <w:r>
        <w:t>Study 14: Fine-tuned BERT was more effective than conventional ML techniques.</w:t>
      </w:r>
    </w:p>
    <w:p w14:paraId="1787D9AF" w14:textId="04242DF0" w:rsidR="00E7303C" w:rsidRPr="00E7303C" w:rsidRDefault="00E7303C" w:rsidP="00E7303C">
      <w:r>
        <w:t>Study 15: Deep contextual embeddings were more effective in detecting fake news.</w:t>
      </w:r>
    </w:p>
    <w:p w14:paraId="64D54BED" w14:textId="77777777" w:rsidR="007048C2" w:rsidRDefault="00000000">
      <w:pPr>
        <w:pStyle w:val="Heading2"/>
      </w:pPr>
      <w:r>
        <w:t>Proposed AI Framework</w:t>
      </w:r>
    </w:p>
    <w:p w14:paraId="6B4BD356" w14:textId="77777777" w:rsidR="007B582A" w:rsidRDefault="007B582A" w:rsidP="007B582A">
      <w:r>
        <w:t>1. Data Collection</w:t>
      </w:r>
    </w:p>
    <w:p w14:paraId="56F77311" w14:textId="77777777" w:rsidR="007B582A" w:rsidRDefault="007B582A" w:rsidP="007B582A">
      <w:r>
        <w:t>2. Data Preprocessing and Cleaning NLP.</w:t>
      </w:r>
    </w:p>
    <w:p w14:paraId="6E063182" w14:textId="77777777" w:rsidR="007B582A" w:rsidRDefault="007B582A" w:rsidP="007B582A">
      <w:r>
        <w:t>3. (the TF-IDF, Word2Vec, BERT Embeddings)</w:t>
      </w:r>
    </w:p>
    <w:p w14:paraId="7EA63C5D" w14:textId="77777777" w:rsidR="007B582A" w:rsidRDefault="007B582A" w:rsidP="007B582A">
      <w:r>
        <w:t>4. Learning rates Model Training (LR, the VM, the CNN, the LSTM, and the BERT)</w:t>
      </w:r>
    </w:p>
    <w:p w14:paraId="4A66AA9B" w14:textId="77777777" w:rsidR="007B582A" w:rsidRDefault="007B582A" w:rsidP="007B582A">
      <w:r>
        <w:t>5. Hyperparameter Tuning</w:t>
      </w:r>
    </w:p>
    <w:p w14:paraId="5FABC8A9" w14:textId="77777777" w:rsidR="007B582A" w:rsidRDefault="007B582A" w:rsidP="007B582A">
      <w:r>
        <w:t>6. Performance Evaluation</w:t>
      </w:r>
    </w:p>
    <w:p w14:paraId="436D0917" w14:textId="5C3DD8C1" w:rsidR="007048C2" w:rsidRDefault="007B582A" w:rsidP="007B582A">
      <w:r>
        <w:t>7. Comparative Analysis</w:t>
      </w:r>
      <w:r w:rsidR="00000000">
        <w:br w:type="page"/>
      </w:r>
    </w:p>
    <w:p w14:paraId="4902995D" w14:textId="77777777" w:rsidR="007048C2" w:rsidRDefault="00000000">
      <w:pPr>
        <w:pStyle w:val="Heading1"/>
      </w:pPr>
      <w:r>
        <w:lastRenderedPageBreak/>
        <w:t>Chapter 3: Methodology (To Be Implemented)</w:t>
      </w:r>
    </w:p>
    <w:p w14:paraId="20C39607" w14:textId="77777777" w:rsidR="007B582A" w:rsidRDefault="007B582A" w:rsidP="007B582A"/>
    <w:p w14:paraId="0502FEA9" w14:textId="3325800E" w:rsidR="007B582A" w:rsidRDefault="007B582A" w:rsidP="007B582A">
      <w:r w:rsidRPr="007B582A">
        <w:t>Architecture of models, loss functions, optimization functions and training parameters explained in detail.</w:t>
      </w:r>
    </w:p>
    <w:p w14:paraId="7B42F065" w14:textId="77777777" w:rsidR="007B582A" w:rsidRPr="007B582A" w:rsidRDefault="007B582A" w:rsidP="007B582A"/>
    <w:p w14:paraId="50538D37" w14:textId="77777777" w:rsidR="007048C2" w:rsidRDefault="00000000">
      <w:pPr>
        <w:pStyle w:val="Heading1"/>
      </w:pPr>
      <w:r>
        <w:t>Chapter 4: Implementation and Results</w:t>
      </w:r>
    </w:p>
    <w:p w14:paraId="3D6C8B7C" w14:textId="77777777" w:rsidR="007B582A" w:rsidRDefault="007B582A" w:rsidP="007B582A"/>
    <w:p w14:paraId="30D47A00" w14:textId="7BA3007C" w:rsidR="007B582A" w:rsidRPr="007B582A" w:rsidRDefault="007B582A" w:rsidP="007B582A">
      <w:r w:rsidRPr="007B582A">
        <w:t>Introduction of experimental setup, confusion matrix, performance tables and graphical analysis.</w:t>
      </w:r>
    </w:p>
    <w:p w14:paraId="0593A9BE" w14:textId="77777777" w:rsidR="007048C2" w:rsidRDefault="00000000">
      <w:pPr>
        <w:pStyle w:val="Heading1"/>
      </w:pPr>
      <w:r>
        <w:t>Chapter 5: Conclusion and Future Work</w:t>
      </w:r>
    </w:p>
    <w:p w14:paraId="0CE39519" w14:textId="617B99B9" w:rsidR="007048C2" w:rsidRDefault="007048C2"/>
    <w:p w14:paraId="70339F4E" w14:textId="1A482D3A" w:rsidR="007B582A" w:rsidRDefault="007B582A">
      <w:r w:rsidRPr="007B582A">
        <w:t>Conclusion of results and possible enhancements with the help of sophisticated transformer designs.</w:t>
      </w:r>
    </w:p>
    <w:sectPr w:rsidR="007B582A"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37D815C9"/>
    <w:multiLevelType w:val="multilevel"/>
    <w:tmpl w:val="C9EACFD0"/>
    <w:lvl w:ilvl="0">
      <w:start w:val="1"/>
      <w:numFmt w:val="decimal"/>
      <w:lvlText w:val="%1"/>
      <w:lvlJc w:val="left"/>
      <w:pPr>
        <w:ind w:left="396" w:hanging="396"/>
      </w:pPr>
      <w:rPr>
        <w:rFonts w:hint="default"/>
      </w:rPr>
    </w:lvl>
    <w:lvl w:ilvl="1">
      <w:start w:val="1"/>
      <w:numFmt w:val="decimal"/>
      <w:lvlText w:val="%1.%2"/>
      <w:lvlJc w:val="left"/>
      <w:pPr>
        <w:ind w:left="396" w:hanging="39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865824186">
    <w:abstractNumId w:val="8"/>
  </w:num>
  <w:num w:numId="2" w16cid:durableId="1304895084">
    <w:abstractNumId w:val="6"/>
  </w:num>
  <w:num w:numId="3" w16cid:durableId="1279219266">
    <w:abstractNumId w:val="5"/>
  </w:num>
  <w:num w:numId="4" w16cid:durableId="427774827">
    <w:abstractNumId w:val="4"/>
  </w:num>
  <w:num w:numId="5" w16cid:durableId="1585457094">
    <w:abstractNumId w:val="7"/>
  </w:num>
  <w:num w:numId="6" w16cid:durableId="2036349527">
    <w:abstractNumId w:val="3"/>
  </w:num>
  <w:num w:numId="7" w16cid:durableId="109125636">
    <w:abstractNumId w:val="2"/>
  </w:num>
  <w:num w:numId="8" w16cid:durableId="1475829074">
    <w:abstractNumId w:val="1"/>
  </w:num>
  <w:num w:numId="9" w16cid:durableId="1259798826">
    <w:abstractNumId w:val="0"/>
  </w:num>
  <w:num w:numId="10" w16cid:durableId="440276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7048C2"/>
    <w:rsid w:val="007B582A"/>
    <w:rsid w:val="00AA1D8D"/>
    <w:rsid w:val="00B47730"/>
    <w:rsid w:val="00CB0664"/>
    <w:rsid w:val="00E7303C"/>
    <w:rsid w:val="00F2247C"/>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D0F9E8"/>
  <w14:defaultImageDpi w14:val="300"/>
  <w15:docId w15:val="{6A36A7C9-E01F-4543-BAF3-097065F6E9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5</Pages>
  <Words>587</Words>
  <Characters>3352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3932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Murhaf Al Haj Younes</cp:lastModifiedBy>
  <cp:revision>2</cp:revision>
  <dcterms:created xsi:type="dcterms:W3CDTF">2013-12-23T23:15:00Z</dcterms:created>
  <dcterms:modified xsi:type="dcterms:W3CDTF">2026-02-17T17:08:00Z</dcterms:modified>
  <cp:category/>
</cp:coreProperties>
</file>