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1B63AC" w14:textId="1407D95B" w:rsidR="005E34FA" w:rsidRPr="00317598" w:rsidRDefault="00B1037E">
      <w:pPr>
        <w:rPr>
          <w:rFonts w:ascii="Sakkal Majalla" w:hAnsi="Sakkal Majalla" w:cs="Sakkal Majalla"/>
          <w:sz w:val="36"/>
          <w:szCs w:val="36"/>
        </w:rPr>
      </w:pPr>
      <w:r w:rsidRPr="00317598">
        <w:rPr>
          <w:rFonts w:ascii="Sakkal Majalla" w:hAnsi="Sakkal Majalla" w:cs="Sakkal Majalla"/>
          <w:noProof/>
          <w:szCs w:val="32"/>
        </w:rPr>
        <w:drawing>
          <wp:inline distT="0" distB="0" distL="0" distR="0" wp14:anchorId="0C2A40F8" wp14:editId="1C6EAABD">
            <wp:extent cx="1874520" cy="7467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a:blip r:embed="rId8"/>
                    <a:stretch>
                      <a:fillRect/>
                    </a:stretch>
                  </pic:blipFill>
                  <pic:spPr>
                    <a:xfrm>
                      <a:off x="0" y="0"/>
                      <a:ext cx="1874520" cy="746760"/>
                    </a:xfrm>
                    <a:prstGeom prst="rect">
                      <a:avLst/>
                    </a:prstGeom>
                  </pic:spPr>
                </pic:pic>
              </a:graphicData>
            </a:graphic>
          </wp:inline>
        </w:drawing>
      </w:r>
      <w:r w:rsidR="00675974" w:rsidRPr="00317598">
        <w:rPr>
          <w:rFonts w:ascii="Sakkal Majalla" w:hAnsi="Sakkal Majalla" w:cs="Sakkal Majalla"/>
          <w:szCs w:val="32"/>
        </w:rPr>
        <w:br/>
      </w:r>
      <w:r w:rsidR="00675974" w:rsidRPr="00317598">
        <w:rPr>
          <w:rFonts w:ascii="Sakkal Majalla" w:hAnsi="Sakkal Majalla" w:cs="Sakkal Majalla"/>
          <w:szCs w:val="32"/>
        </w:rPr>
        <w:br/>
      </w:r>
      <w:r w:rsidR="00675974" w:rsidRPr="00317598">
        <w:rPr>
          <w:rFonts w:ascii="Sakkal Majalla" w:hAnsi="Sakkal Majalla" w:cs="Sakkal Majalla"/>
          <w:szCs w:val="32"/>
        </w:rPr>
        <w:br/>
      </w:r>
    </w:p>
    <w:p w14:paraId="55CB8ACF" w14:textId="77777777" w:rsidR="005E34FA" w:rsidRPr="00317598" w:rsidRDefault="00675974">
      <w:pPr>
        <w:jc w:val="center"/>
        <w:rPr>
          <w:rFonts w:ascii="Sakkal Majalla" w:hAnsi="Sakkal Majalla" w:cs="Sakkal Majalla"/>
          <w:b/>
          <w:bCs/>
          <w:sz w:val="40"/>
          <w:szCs w:val="40"/>
        </w:rPr>
      </w:pPr>
      <w:proofErr w:type="spellStart"/>
      <w:r w:rsidRPr="00317598">
        <w:rPr>
          <w:rFonts w:ascii="Sakkal Majalla" w:hAnsi="Sakkal Majalla" w:cs="Sakkal Majalla"/>
          <w:b/>
          <w:bCs/>
          <w:sz w:val="40"/>
          <w:szCs w:val="40"/>
        </w:rPr>
        <w:t>جامعة</w:t>
      </w:r>
      <w:proofErr w:type="spellEnd"/>
      <w:r w:rsidRPr="00317598">
        <w:rPr>
          <w:rFonts w:ascii="Sakkal Majalla" w:hAnsi="Sakkal Majalla" w:cs="Sakkal Majalla"/>
          <w:b/>
          <w:bCs/>
          <w:sz w:val="40"/>
          <w:szCs w:val="40"/>
        </w:rPr>
        <w:t xml:space="preserve"> </w:t>
      </w:r>
      <w:proofErr w:type="spellStart"/>
      <w:r w:rsidRPr="00317598">
        <w:rPr>
          <w:rFonts w:ascii="Sakkal Majalla" w:hAnsi="Sakkal Majalla" w:cs="Sakkal Majalla"/>
          <w:b/>
          <w:bCs/>
          <w:sz w:val="40"/>
          <w:szCs w:val="40"/>
        </w:rPr>
        <w:t>ميدأوشن</w:t>
      </w:r>
      <w:proofErr w:type="spellEnd"/>
    </w:p>
    <w:p w14:paraId="7C99126B" w14:textId="77777777" w:rsidR="005E34FA" w:rsidRPr="00317598" w:rsidRDefault="00675974">
      <w:pPr>
        <w:jc w:val="center"/>
        <w:rPr>
          <w:rFonts w:ascii="Sakkal Majalla" w:hAnsi="Sakkal Majalla" w:cs="Sakkal Majalla"/>
          <w:b/>
          <w:bCs/>
          <w:sz w:val="36"/>
          <w:szCs w:val="36"/>
        </w:rPr>
      </w:pPr>
      <w:proofErr w:type="spellStart"/>
      <w:r w:rsidRPr="00317598">
        <w:rPr>
          <w:rFonts w:ascii="Sakkal Majalla" w:hAnsi="Sakkal Majalla" w:cs="Sakkal Majalla"/>
          <w:b/>
          <w:bCs/>
          <w:sz w:val="36"/>
          <w:szCs w:val="36"/>
        </w:rPr>
        <w:t>كلية</w:t>
      </w:r>
      <w:proofErr w:type="spellEnd"/>
      <w:r w:rsidRPr="00317598">
        <w:rPr>
          <w:rFonts w:ascii="Sakkal Majalla" w:hAnsi="Sakkal Majalla" w:cs="Sakkal Majalla"/>
          <w:b/>
          <w:bCs/>
          <w:sz w:val="36"/>
          <w:szCs w:val="36"/>
        </w:rPr>
        <w:t xml:space="preserve"> </w:t>
      </w:r>
      <w:proofErr w:type="spellStart"/>
      <w:r w:rsidRPr="00317598">
        <w:rPr>
          <w:rFonts w:ascii="Sakkal Majalla" w:hAnsi="Sakkal Majalla" w:cs="Sakkal Majalla"/>
          <w:b/>
          <w:bCs/>
          <w:sz w:val="36"/>
          <w:szCs w:val="36"/>
        </w:rPr>
        <w:t>الريادة</w:t>
      </w:r>
      <w:proofErr w:type="spellEnd"/>
      <w:r w:rsidRPr="00317598">
        <w:rPr>
          <w:rFonts w:ascii="Sakkal Majalla" w:hAnsi="Sakkal Majalla" w:cs="Sakkal Majalla"/>
          <w:b/>
          <w:bCs/>
          <w:sz w:val="36"/>
          <w:szCs w:val="36"/>
        </w:rPr>
        <w:t xml:space="preserve"> </w:t>
      </w:r>
      <w:proofErr w:type="spellStart"/>
      <w:r w:rsidRPr="00317598">
        <w:rPr>
          <w:rFonts w:ascii="Sakkal Majalla" w:hAnsi="Sakkal Majalla" w:cs="Sakkal Majalla"/>
          <w:b/>
          <w:bCs/>
          <w:sz w:val="36"/>
          <w:szCs w:val="36"/>
        </w:rPr>
        <w:t>والإبتكار</w:t>
      </w:r>
      <w:proofErr w:type="spellEnd"/>
    </w:p>
    <w:p w14:paraId="1764904E" w14:textId="77777777" w:rsidR="005E34FA" w:rsidRPr="00317598" w:rsidRDefault="00675974">
      <w:pPr>
        <w:jc w:val="center"/>
        <w:rPr>
          <w:rFonts w:ascii="Sakkal Majalla" w:hAnsi="Sakkal Majalla" w:cs="Sakkal Majalla"/>
          <w:b/>
          <w:bCs/>
          <w:sz w:val="36"/>
          <w:szCs w:val="36"/>
        </w:rPr>
      </w:pPr>
      <w:proofErr w:type="spellStart"/>
      <w:r w:rsidRPr="00317598">
        <w:rPr>
          <w:rFonts w:ascii="Sakkal Majalla" w:hAnsi="Sakkal Majalla" w:cs="Sakkal Majalla"/>
          <w:b/>
          <w:bCs/>
          <w:sz w:val="36"/>
          <w:szCs w:val="36"/>
        </w:rPr>
        <w:t>ماجستير</w:t>
      </w:r>
      <w:proofErr w:type="spellEnd"/>
      <w:r w:rsidRPr="00317598">
        <w:rPr>
          <w:rFonts w:ascii="Sakkal Majalla" w:hAnsi="Sakkal Majalla" w:cs="Sakkal Majalla"/>
          <w:b/>
          <w:bCs/>
          <w:sz w:val="36"/>
          <w:szCs w:val="36"/>
        </w:rPr>
        <w:t xml:space="preserve"> </w:t>
      </w:r>
      <w:proofErr w:type="spellStart"/>
      <w:r w:rsidRPr="00317598">
        <w:rPr>
          <w:rFonts w:ascii="Sakkal Majalla" w:hAnsi="Sakkal Majalla" w:cs="Sakkal Majalla"/>
          <w:b/>
          <w:bCs/>
          <w:sz w:val="36"/>
          <w:szCs w:val="36"/>
        </w:rPr>
        <w:t>ريادة</w:t>
      </w:r>
      <w:proofErr w:type="spellEnd"/>
      <w:r w:rsidRPr="00317598">
        <w:rPr>
          <w:rFonts w:ascii="Sakkal Majalla" w:hAnsi="Sakkal Majalla" w:cs="Sakkal Majalla"/>
          <w:b/>
          <w:bCs/>
          <w:sz w:val="36"/>
          <w:szCs w:val="36"/>
        </w:rPr>
        <w:t xml:space="preserve"> </w:t>
      </w:r>
      <w:proofErr w:type="spellStart"/>
      <w:r w:rsidRPr="00317598">
        <w:rPr>
          <w:rFonts w:ascii="Sakkal Majalla" w:hAnsi="Sakkal Majalla" w:cs="Sakkal Majalla"/>
          <w:b/>
          <w:bCs/>
          <w:sz w:val="36"/>
          <w:szCs w:val="36"/>
        </w:rPr>
        <w:t>الأعمال</w:t>
      </w:r>
      <w:proofErr w:type="spellEnd"/>
    </w:p>
    <w:p w14:paraId="0800B683" w14:textId="3B393BD2" w:rsidR="005E34FA" w:rsidRPr="00317598" w:rsidRDefault="005E34FA">
      <w:pPr>
        <w:rPr>
          <w:rFonts w:ascii="Sakkal Majalla" w:hAnsi="Sakkal Majalla" w:cs="Sakkal Majalla"/>
          <w:sz w:val="36"/>
          <w:szCs w:val="36"/>
        </w:rPr>
      </w:pPr>
    </w:p>
    <w:p w14:paraId="1B976E08" w14:textId="77777777" w:rsidR="00404C20" w:rsidRPr="00404C20" w:rsidRDefault="00404C20" w:rsidP="00404C20">
      <w:pPr>
        <w:jc w:val="center"/>
        <w:rPr>
          <w:rFonts w:ascii="Sakkal Majalla" w:hAnsi="Sakkal Majalla" w:cs="Sakkal Majalla"/>
          <w:sz w:val="36"/>
          <w:szCs w:val="36"/>
        </w:rPr>
      </w:pPr>
      <w:r w:rsidRPr="00404C20">
        <w:rPr>
          <w:rFonts w:ascii="Sakkal Majalla" w:hAnsi="Sakkal Majalla" w:cs="Sakkal Majalla"/>
          <w:sz w:val="36"/>
          <w:szCs w:val="36"/>
          <w:rtl/>
        </w:rPr>
        <w:t>بحث مُقدم استكمالًا لمتطلبات الحصول على درجة الماجستير في ريادة الأعما</w:t>
      </w:r>
      <w:r w:rsidRPr="00404C20">
        <w:rPr>
          <w:rFonts w:ascii="Sakkal Majalla" w:hAnsi="Sakkal Majalla" w:cs="Sakkal Majalla"/>
          <w:b/>
          <w:bCs/>
          <w:sz w:val="36"/>
          <w:szCs w:val="36"/>
          <w:rtl/>
        </w:rPr>
        <w:t>ل</w:t>
      </w:r>
    </w:p>
    <w:p w14:paraId="1E667F95" w14:textId="44A57C1E" w:rsidR="005E34FA" w:rsidRPr="00317598" w:rsidRDefault="00675974" w:rsidP="00B1037E">
      <w:pPr>
        <w:jc w:val="center"/>
        <w:rPr>
          <w:rFonts w:ascii="Sakkal Majalla" w:hAnsi="Sakkal Majalla" w:cs="Sakkal Majalla"/>
          <w:sz w:val="36"/>
          <w:szCs w:val="36"/>
        </w:rPr>
      </w:pPr>
      <w:proofErr w:type="spellStart"/>
      <w:r w:rsidRPr="00317598">
        <w:rPr>
          <w:rFonts w:ascii="Sakkal Majalla" w:hAnsi="Sakkal Majalla" w:cs="Sakkal Majalla"/>
          <w:sz w:val="36"/>
          <w:szCs w:val="36"/>
        </w:rPr>
        <w:t>بعنوان</w:t>
      </w:r>
      <w:proofErr w:type="spellEnd"/>
    </w:p>
    <w:p w14:paraId="5D392F40" w14:textId="77777777" w:rsidR="005E34FA" w:rsidRPr="00317598" w:rsidRDefault="00675974">
      <w:pPr>
        <w:jc w:val="center"/>
        <w:rPr>
          <w:rFonts w:ascii="Sakkal Majalla" w:hAnsi="Sakkal Majalla" w:cs="Sakkal Majalla"/>
          <w:b/>
          <w:bCs/>
          <w:sz w:val="36"/>
          <w:szCs w:val="36"/>
        </w:rPr>
      </w:pPr>
      <w:proofErr w:type="spellStart"/>
      <w:r w:rsidRPr="00317598">
        <w:rPr>
          <w:rFonts w:ascii="Sakkal Majalla" w:hAnsi="Sakkal Majalla" w:cs="Sakkal Majalla"/>
          <w:b/>
          <w:bCs/>
          <w:sz w:val="36"/>
          <w:szCs w:val="36"/>
        </w:rPr>
        <w:t>قياس</w:t>
      </w:r>
      <w:proofErr w:type="spellEnd"/>
      <w:r w:rsidRPr="00317598">
        <w:rPr>
          <w:rFonts w:ascii="Sakkal Majalla" w:hAnsi="Sakkal Majalla" w:cs="Sakkal Majalla"/>
          <w:b/>
          <w:bCs/>
          <w:sz w:val="36"/>
          <w:szCs w:val="36"/>
        </w:rPr>
        <w:t xml:space="preserve"> </w:t>
      </w:r>
      <w:proofErr w:type="spellStart"/>
      <w:r w:rsidRPr="00317598">
        <w:rPr>
          <w:rFonts w:ascii="Sakkal Majalla" w:hAnsi="Sakkal Majalla" w:cs="Sakkal Majalla"/>
          <w:b/>
          <w:bCs/>
          <w:sz w:val="36"/>
          <w:szCs w:val="36"/>
        </w:rPr>
        <w:t>أثر</w:t>
      </w:r>
      <w:proofErr w:type="spellEnd"/>
      <w:r w:rsidRPr="00317598">
        <w:rPr>
          <w:rFonts w:ascii="Sakkal Majalla" w:hAnsi="Sakkal Majalla" w:cs="Sakkal Majalla"/>
          <w:b/>
          <w:bCs/>
          <w:sz w:val="36"/>
          <w:szCs w:val="36"/>
        </w:rPr>
        <w:t xml:space="preserve"> </w:t>
      </w:r>
      <w:proofErr w:type="spellStart"/>
      <w:r w:rsidRPr="00317598">
        <w:rPr>
          <w:rFonts w:ascii="Sakkal Majalla" w:hAnsi="Sakkal Majalla" w:cs="Sakkal Majalla"/>
          <w:b/>
          <w:bCs/>
          <w:sz w:val="36"/>
          <w:szCs w:val="36"/>
        </w:rPr>
        <w:t>استخدام</w:t>
      </w:r>
      <w:proofErr w:type="spellEnd"/>
      <w:r w:rsidRPr="00317598">
        <w:rPr>
          <w:rFonts w:ascii="Sakkal Majalla" w:hAnsi="Sakkal Majalla" w:cs="Sakkal Majalla"/>
          <w:b/>
          <w:bCs/>
          <w:sz w:val="36"/>
          <w:szCs w:val="36"/>
        </w:rPr>
        <w:t xml:space="preserve"> </w:t>
      </w:r>
      <w:proofErr w:type="spellStart"/>
      <w:r w:rsidRPr="00317598">
        <w:rPr>
          <w:rFonts w:ascii="Sakkal Majalla" w:hAnsi="Sakkal Majalla" w:cs="Sakkal Majalla"/>
          <w:b/>
          <w:bCs/>
          <w:sz w:val="36"/>
          <w:szCs w:val="36"/>
        </w:rPr>
        <w:t>تقنيات</w:t>
      </w:r>
      <w:proofErr w:type="spellEnd"/>
      <w:r w:rsidRPr="00317598">
        <w:rPr>
          <w:rFonts w:ascii="Sakkal Majalla" w:hAnsi="Sakkal Majalla" w:cs="Sakkal Majalla"/>
          <w:b/>
          <w:bCs/>
          <w:sz w:val="36"/>
          <w:szCs w:val="36"/>
        </w:rPr>
        <w:t xml:space="preserve"> </w:t>
      </w:r>
      <w:proofErr w:type="spellStart"/>
      <w:r w:rsidRPr="00317598">
        <w:rPr>
          <w:rFonts w:ascii="Sakkal Majalla" w:hAnsi="Sakkal Majalla" w:cs="Sakkal Majalla"/>
          <w:b/>
          <w:bCs/>
          <w:sz w:val="36"/>
          <w:szCs w:val="36"/>
        </w:rPr>
        <w:t>الذكاء</w:t>
      </w:r>
      <w:proofErr w:type="spellEnd"/>
      <w:r w:rsidRPr="00317598">
        <w:rPr>
          <w:rFonts w:ascii="Sakkal Majalla" w:hAnsi="Sakkal Majalla" w:cs="Sakkal Majalla"/>
          <w:b/>
          <w:bCs/>
          <w:sz w:val="36"/>
          <w:szCs w:val="36"/>
        </w:rPr>
        <w:t xml:space="preserve"> </w:t>
      </w:r>
      <w:proofErr w:type="spellStart"/>
      <w:r w:rsidRPr="00317598">
        <w:rPr>
          <w:rFonts w:ascii="Sakkal Majalla" w:hAnsi="Sakkal Majalla" w:cs="Sakkal Majalla"/>
          <w:b/>
          <w:bCs/>
          <w:sz w:val="36"/>
          <w:szCs w:val="36"/>
        </w:rPr>
        <w:t>الاصطناعي</w:t>
      </w:r>
      <w:proofErr w:type="spellEnd"/>
      <w:r w:rsidRPr="00317598">
        <w:rPr>
          <w:rFonts w:ascii="Sakkal Majalla" w:hAnsi="Sakkal Majalla" w:cs="Sakkal Majalla"/>
          <w:b/>
          <w:bCs/>
          <w:sz w:val="36"/>
          <w:szCs w:val="36"/>
        </w:rPr>
        <w:t xml:space="preserve"> </w:t>
      </w:r>
      <w:proofErr w:type="spellStart"/>
      <w:r w:rsidRPr="00317598">
        <w:rPr>
          <w:rFonts w:ascii="Sakkal Majalla" w:hAnsi="Sakkal Majalla" w:cs="Sakkal Majalla"/>
          <w:b/>
          <w:bCs/>
          <w:sz w:val="36"/>
          <w:szCs w:val="36"/>
        </w:rPr>
        <w:t>على</w:t>
      </w:r>
      <w:proofErr w:type="spellEnd"/>
      <w:r w:rsidRPr="00317598">
        <w:rPr>
          <w:rFonts w:ascii="Sakkal Majalla" w:hAnsi="Sakkal Majalla" w:cs="Sakkal Majalla"/>
          <w:b/>
          <w:bCs/>
          <w:sz w:val="36"/>
          <w:szCs w:val="36"/>
        </w:rPr>
        <w:t xml:space="preserve"> </w:t>
      </w:r>
      <w:proofErr w:type="spellStart"/>
      <w:r w:rsidRPr="00317598">
        <w:rPr>
          <w:rFonts w:ascii="Sakkal Majalla" w:hAnsi="Sakkal Majalla" w:cs="Sakkal Majalla"/>
          <w:b/>
          <w:bCs/>
          <w:sz w:val="36"/>
          <w:szCs w:val="36"/>
        </w:rPr>
        <w:t>اتخاذ</w:t>
      </w:r>
      <w:proofErr w:type="spellEnd"/>
      <w:r w:rsidRPr="00317598">
        <w:rPr>
          <w:rFonts w:ascii="Sakkal Majalla" w:hAnsi="Sakkal Majalla" w:cs="Sakkal Majalla"/>
          <w:b/>
          <w:bCs/>
          <w:sz w:val="36"/>
          <w:szCs w:val="36"/>
        </w:rPr>
        <w:t xml:space="preserve"> </w:t>
      </w:r>
      <w:proofErr w:type="spellStart"/>
      <w:r w:rsidRPr="00317598">
        <w:rPr>
          <w:rFonts w:ascii="Sakkal Majalla" w:hAnsi="Sakkal Majalla" w:cs="Sakkal Majalla"/>
          <w:b/>
          <w:bCs/>
          <w:sz w:val="36"/>
          <w:szCs w:val="36"/>
        </w:rPr>
        <w:t>القرار</w:t>
      </w:r>
      <w:proofErr w:type="spellEnd"/>
      <w:r w:rsidRPr="00317598">
        <w:rPr>
          <w:rFonts w:ascii="Sakkal Majalla" w:hAnsi="Sakkal Majalla" w:cs="Sakkal Majalla"/>
          <w:b/>
          <w:bCs/>
          <w:sz w:val="36"/>
          <w:szCs w:val="36"/>
        </w:rPr>
        <w:t xml:space="preserve"> </w:t>
      </w:r>
      <w:proofErr w:type="spellStart"/>
      <w:r w:rsidRPr="00317598">
        <w:rPr>
          <w:rFonts w:ascii="Sakkal Majalla" w:hAnsi="Sakkal Majalla" w:cs="Sakkal Majalla"/>
          <w:b/>
          <w:bCs/>
          <w:sz w:val="36"/>
          <w:szCs w:val="36"/>
        </w:rPr>
        <w:t>الإداري</w:t>
      </w:r>
      <w:proofErr w:type="spellEnd"/>
      <w:r w:rsidRPr="00317598">
        <w:rPr>
          <w:rFonts w:ascii="Sakkal Majalla" w:hAnsi="Sakkal Majalla" w:cs="Sakkal Majalla"/>
          <w:b/>
          <w:bCs/>
          <w:sz w:val="36"/>
          <w:szCs w:val="36"/>
        </w:rPr>
        <w:t xml:space="preserve"> </w:t>
      </w:r>
      <w:proofErr w:type="spellStart"/>
      <w:r w:rsidRPr="00317598">
        <w:rPr>
          <w:rFonts w:ascii="Sakkal Majalla" w:hAnsi="Sakkal Majalla" w:cs="Sakkal Majalla"/>
          <w:b/>
          <w:bCs/>
          <w:sz w:val="36"/>
          <w:szCs w:val="36"/>
        </w:rPr>
        <w:t>في</w:t>
      </w:r>
      <w:proofErr w:type="spellEnd"/>
      <w:r w:rsidRPr="00317598">
        <w:rPr>
          <w:rFonts w:ascii="Sakkal Majalla" w:hAnsi="Sakkal Majalla" w:cs="Sakkal Majalla"/>
          <w:b/>
          <w:bCs/>
          <w:sz w:val="36"/>
          <w:szCs w:val="36"/>
        </w:rPr>
        <w:t xml:space="preserve"> </w:t>
      </w:r>
      <w:proofErr w:type="spellStart"/>
      <w:r w:rsidRPr="00317598">
        <w:rPr>
          <w:rFonts w:ascii="Sakkal Majalla" w:hAnsi="Sakkal Majalla" w:cs="Sakkal Majalla"/>
          <w:b/>
          <w:bCs/>
          <w:sz w:val="36"/>
          <w:szCs w:val="36"/>
        </w:rPr>
        <w:t>الشركات</w:t>
      </w:r>
      <w:proofErr w:type="spellEnd"/>
      <w:r w:rsidRPr="00317598">
        <w:rPr>
          <w:rFonts w:ascii="Sakkal Majalla" w:hAnsi="Sakkal Majalla" w:cs="Sakkal Majalla"/>
          <w:b/>
          <w:bCs/>
          <w:sz w:val="36"/>
          <w:szCs w:val="36"/>
        </w:rPr>
        <w:t xml:space="preserve"> </w:t>
      </w:r>
      <w:proofErr w:type="spellStart"/>
      <w:r w:rsidRPr="00317598">
        <w:rPr>
          <w:rFonts w:ascii="Sakkal Majalla" w:hAnsi="Sakkal Majalla" w:cs="Sakkal Majalla"/>
          <w:b/>
          <w:bCs/>
          <w:sz w:val="36"/>
          <w:szCs w:val="36"/>
        </w:rPr>
        <w:t>الناشئة</w:t>
      </w:r>
      <w:proofErr w:type="spellEnd"/>
      <w:r w:rsidRPr="00317598">
        <w:rPr>
          <w:rFonts w:ascii="Sakkal Majalla" w:hAnsi="Sakkal Majalla" w:cs="Sakkal Majalla"/>
          <w:b/>
          <w:bCs/>
          <w:sz w:val="36"/>
          <w:szCs w:val="36"/>
        </w:rPr>
        <w:t xml:space="preserve"> </w:t>
      </w:r>
      <w:proofErr w:type="spellStart"/>
      <w:r w:rsidRPr="00317598">
        <w:rPr>
          <w:rFonts w:ascii="Sakkal Majalla" w:hAnsi="Sakkal Majalla" w:cs="Sakkal Majalla"/>
          <w:b/>
          <w:bCs/>
          <w:sz w:val="36"/>
          <w:szCs w:val="36"/>
        </w:rPr>
        <w:t>التقنية</w:t>
      </w:r>
      <w:proofErr w:type="spellEnd"/>
      <w:r w:rsidRPr="00317598">
        <w:rPr>
          <w:rFonts w:ascii="Sakkal Majalla" w:hAnsi="Sakkal Majalla" w:cs="Sakkal Majalla"/>
          <w:b/>
          <w:bCs/>
          <w:sz w:val="36"/>
          <w:szCs w:val="36"/>
        </w:rPr>
        <w:t xml:space="preserve"> </w:t>
      </w:r>
      <w:proofErr w:type="spellStart"/>
      <w:r w:rsidRPr="00317598">
        <w:rPr>
          <w:rFonts w:ascii="Sakkal Majalla" w:hAnsi="Sakkal Majalla" w:cs="Sakkal Majalla"/>
          <w:b/>
          <w:bCs/>
          <w:sz w:val="36"/>
          <w:szCs w:val="36"/>
        </w:rPr>
        <w:t>في</w:t>
      </w:r>
      <w:proofErr w:type="spellEnd"/>
      <w:r w:rsidRPr="00317598">
        <w:rPr>
          <w:rFonts w:ascii="Sakkal Majalla" w:hAnsi="Sakkal Majalla" w:cs="Sakkal Majalla"/>
          <w:b/>
          <w:bCs/>
          <w:sz w:val="36"/>
          <w:szCs w:val="36"/>
        </w:rPr>
        <w:t xml:space="preserve"> </w:t>
      </w:r>
      <w:proofErr w:type="spellStart"/>
      <w:r w:rsidRPr="00317598">
        <w:rPr>
          <w:rFonts w:ascii="Sakkal Majalla" w:hAnsi="Sakkal Majalla" w:cs="Sakkal Majalla"/>
          <w:b/>
          <w:bCs/>
          <w:sz w:val="36"/>
          <w:szCs w:val="36"/>
        </w:rPr>
        <w:t>المملكة</w:t>
      </w:r>
      <w:proofErr w:type="spellEnd"/>
      <w:r w:rsidRPr="00317598">
        <w:rPr>
          <w:rFonts w:ascii="Sakkal Majalla" w:hAnsi="Sakkal Majalla" w:cs="Sakkal Majalla"/>
          <w:b/>
          <w:bCs/>
          <w:sz w:val="36"/>
          <w:szCs w:val="36"/>
        </w:rPr>
        <w:t xml:space="preserve"> </w:t>
      </w:r>
      <w:proofErr w:type="spellStart"/>
      <w:r w:rsidRPr="00317598">
        <w:rPr>
          <w:rFonts w:ascii="Sakkal Majalla" w:hAnsi="Sakkal Majalla" w:cs="Sakkal Majalla"/>
          <w:b/>
          <w:bCs/>
          <w:sz w:val="36"/>
          <w:szCs w:val="36"/>
        </w:rPr>
        <w:t>العربية</w:t>
      </w:r>
      <w:proofErr w:type="spellEnd"/>
      <w:r w:rsidRPr="00317598">
        <w:rPr>
          <w:rFonts w:ascii="Sakkal Majalla" w:hAnsi="Sakkal Majalla" w:cs="Sakkal Majalla"/>
          <w:b/>
          <w:bCs/>
          <w:sz w:val="36"/>
          <w:szCs w:val="36"/>
        </w:rPr>
        <w:t xml:space="preserve"> </w:t>
      </w:r>
      <w:proofErr w:type="spellStart"/>
      <w:r w:rsidRPr="00317598">
        <w:rPr>
          <w:rFonts w:ascii="Sakkal Majalla" w:hAnsi="Sakkal Majalla" w:cs="Sakkal Majalla"/>
          <w:b/>
          <w:bCs/>
          <w:sz w:val="36"/>
          <w:szCs w:val="36"/>
        </w:rPr>
        <w:t>السعودية</w:t>
      </w:r>
      <w:proofErr w:type="spellEnd"/>
    </w:p>
    <w:p w14:paraId="75D685F6" w14:textId="0ABB8B86" w:rsidR="005E34FA" w:rsidRPr="00317598" w:rsidRDefault="005E34FA">
      <w:pPr>
        <w:rPr>
          <w:rFonts w:ascii="Sakkal Majalla" w:hAnsi="Sakkal Majalla" w:cs="Sakkal Majalla"/>
          <w:szCs w:val="32"/>
        </w:rPr>
      </w:pPr>
    </w:p>
    <w:p w14:paraId="41DE14CB" w14:textId="16BB1811" w:rsidR="005E34FA" w:rsidRPr="00317598" w:rsidRDefault="00317598" w:rsidP="00317598">
      <w:pPr>
        <w:jc w:val="center"/>
        <w:rPr>
          <w:rFonts w:ascii="Sakkal Majalla" w:hAnsi="Sakkal Majalla" w:cs="Sakkal Majalla"/>
          <w:szCs w:val="32"/>
          <w:rtl/>
        </w:rPr>
      </w:pPr>
      <w:r w:rsidRPr="00317598">
        <w:rPr>
          <w:rFonts w:ascii="Sakkal Majalla" w:hAnsi="Sakkal Majalla" w:cs="Sakkal Majalla"/>
          <w:szCs w:val="32"/>
          <w:rtl/>
        </w:rPr>
        <w:t>إعداد الطالب : محمد عيسى يعقوب محمد</w:t>
      </w:r>
    </w:p>
    <w:p w14:paraId="7FD09545" w14:textId="7D74F3D7" w:rsidR="005E34FA" w:rsidRPr="00317598" w:rsidRDefault="00675974">
      <w:pPr>
        <w:jc w:val="center"/>
        <w:rPr>
          <w:rFonts w:ascii="Sakkal Majalla" w:hAnsi="Sakkal Majalla" w:cs="Sakkal Majalla"/>
          <w:szCs w:val="32"/>
        </w:rPr>
      </w:pPr>
      <w:proofErr w:type="spellStart"/>
      <w:r w:rsidRPr="00317598">
        <w:rPr>
          <w:rFonts w:ascii="Sakkal Majalla" w:hAnsi="Sakkal Majalla" w:cs="Sakkal Majalla"/>
          <w:szCs w:val="32"/>
        </w:rPr>
        <w:t>الرقم</w:t>
      </w:r>
      <w:proofErr w:type="spellEnd"/>
      <w:r w:rsidRPr="00317598">
        <w:rPr>
          <w:rFonts w:ascii="Sakkal Majalla" w:hAnsi="Sakkal Majalla" w:cs="Sakkal Majalla"/>
          <w:szCs w:val="32"/>
        </w:rPr>
        <w:t xml:space="preserve"> الأكاديمي243001239</w:t>
      </w:r>
      <w:r w:rsidR="00317598" w:rsidRPr="00317598">
        <w:rPr>
          <w:rFonts w:ascii="Sakkal Majalla" w:hAnsi="Sakkal Majalla" w:cs="Sakkal Majalla"/>
          <w:szCs w:val="32"/>
          <w:rtl/>
        </w:rPr>
        <w:t xml:space="preserve">  </w:t>
      </w:r>
    </w:p>
    <w:p w14:paraId="7FFB7CFC" w14:textId="77777777" w:rsidR="005E34FA" w:rsidRPr="00317598" w:rsidRDefault="00675974">
      <w:pPr>
        <w:jc w:val="center"/>
        <w:rPr>
          <w:rFonts w:ascii="Sakkal Majalla" w:hAnsi="Sakkal Majalla" w:cs="Sakkal Majalla"/>
          <w:szCs w:val="32"/>
        </w:rPr>
      </w:pPr>
      <w:proofErr w:type="spellStart"/>
      <w:r w:rsidRPr="00317598">
        <w:rPr>
          <w:rFonts w:ascii="Sakkal Majalla" w:hAnsi="Sakkal Majalla" w:cs="Sakkal Majalla"/>
          <w:szCs w:val="32"/>
        </w:rPr>
        <w:t>اسم</w:t>
      </w:r>
      <w:proofErr w:type="spellEnd"/>
      <w:r w:rsidRPr="00317598">
        <w:rPr>
          <w:rFonts w:ascii="Sakkal Majalla" w:hAnsi="Sakkal Majalla" w:cs="Sakkal Majalla"/>
          <w:szCs w:val="32"/>
        </w:rPr>
        <w:t xml:space="preserve"> </w:t>
      </w:r>
      <w:proofErr w:type="spellStart"/>
      <w:r w:rsidRPr="00317598">
        <w:rPr>
          <w:rFonts w:ascii="Sakkal Majalla" w:hAnsi="Sakkal Majalla" w:cs="Sakkal Majalla"/>
          <w:szCs w:val="32"/>
        </w:rPr>
        <w:t>المشرف</w:t>
      </w:r>
      <w:proofErr w:type="spellEnd"/>
      <w:r w:rsidRPr="00317598">
        <w:rPr>
          <w:rFonts w:ascii="Sakkal Majalla" w:hAnsi="Sakkal Majalla" w:cs="Sakkal Majalla"/>
          <w:szCs w:val="32"/>
        </w:rPr>
        <w:t xml:space="preserve">: د. </w:t>
      </w:r>
      <w:proofErr w:type="spellStart"/>
      <w:r w:rsidRPr="00317598">
        <w:rPr>
          <w:rFonts w:ascii="Sakkal Majalla" w:hAnsi="Sakkal Majalla" w:cs="Sakkal Majalla"/>
          <w:szCs w:val="32"/>
        </w:rPr>
        <w:t>أحمد</w:t>
      </w:r>
      <w:proofErr w:type="spellEnd"/>
      <w:r w:rsidRPr="00317598">
        <w:rPr>
          <w:rFonts w:ascii="Sakkal Majalla" w:hAnsi="Sakkal Majalla" w:cs="Sakkal Majalla"/>
          <w:szCs w:val="32"/>
        </w:rPr>
        <w:t xml:space="preserve"> </w:t>
      </w:r>
      <w:proofErr w:type="spellStart"/>
      <w:r w:rsidRPr="00317598">
        <w:rPr>
          <w:rFonts w:ascii="Sakkal Majalla" w:hAnsi="Sakkal Majalla" w:cs="Sakkal Majalla"/>
          <w:szCs w:val="32"/>
        </w:rPr>
        <w:t>راجح</w:t>
      </w:r>
      <w:proofErr w:type="spellEnd"/>
    </w:p>
    <w:p w14:paraId="6DF6D8BD" w14:textId="77777777" w:rsidR="005E34FA" w:rsidRPr="00317598" w:rsidRDefault="00675974">
      <w:pPr>
        <w:jc w:val="center"/>
        <w:rPr>
          <w:rFonts w:ascii="Sakkal Majalla" w:hAnsi="Sakkal Majalla" w:cs="Sakkal Majalla"/>
          <w:szCs w:val="32"/>
        </w:rPr>
      </w:pPr>
      <w:proofErr w:type="spellStart"/>
      <w:r w:rsidRPr="00317598">
        <w:rPr>
          <w:rFonts w:ascii="Sakkal Majalla" w:hAnsi="Sakkal Majalla" w:cs="Sakkal Majalla"/>
          <w:szCs w:val="32"/>
        </w:rPr>
        <w:t>الفصل</w:t>
      </w:r>
      <w:proofErr w:type="spellEnd"/>
      <w:r w:rsidRPr="00317598">
        <w:rPr>
          <w:rFonts w:ascii="Sakkal Majalla" w:hAnsi="Sakkal Majalla" w:cs="Sakkal Majalla"/>
          <w:szCs w:val="32"/>
        </w:rPr>
        <w:t xml:space="preserve"> </w:t>
      </w:r>
      <w:proofErr w:type="spellStart"/>
      <w:r w:rsidRPr="00317598">
        <w:rPr>
          <w:rFonts w:ascii="Sakkal Majalla" w:hAnsi="Sakkal Majalla" w:cs="Sakkal Majalla"/>
          <w:szCs w:val="32"/>
        </w:rPr>
        <w:t>الدراسي</w:t>
      </w:r>
      <w:proofErr w:type="spellEnd"/>
      <w:r w:rsidRPr="00317598">
        <w:rPr>
          <w:rFonts w:ascii="Sakkal Majalla" w:hAnsi="Sakkal Majalla" w:cs="Sakkal Majalla"/>
          <w:szCs w:val="32"/>
        </w:rPr>
        <w:t xml:space="preserve"> </w:t>
      </w:r>
      <w:proofErr w:type="spellStart"/>
      <w:r w:rsidRPr="00317598">
        <w:rPr>
          <w:rFonts w:ascii="Sakkal Majalla" w:hAnsi="Sakkal Majalla" w:cs="Sakkal Majalla"/>
          <w:szCs w:val="32"/>
        </w:rPr>
        <w:t>الثاني</w:t>
      </w:r>
      <w:proofErr w:type="spellEnd"/>
      <w:r w:rsidRPr="00317598">
        <w:rPr>
          <w:rFonts w:ascii="Sakkal Majalla" w:hAnsi="Sakkal Majalla" w:cs="Sakkal Majalla"/>
          <w:szCs w:val="32"/>
        </w:rPr>
        <w:t xml:space="preserve"> – 2025</w:t>
      </w:r>
    </w:p>
    <w:p w14:paraId="0B0FA600" w14:textId="77777777" w:rsidR="0072162D" w:rsidRPr="0072162D" w:rsidRDefault="0072162D" w:rsidP="0072162D">
      <w:pPr>
        <w:bidi/>
        <w:rPr>
          <w:rFonts w:ascii="Sakkal Majalla" w:eastAsia="Times New Roman" w:hAnsi="Sakkal Majalla" w:cs="Sakkal Majalla"/>
          <w:b/>
          <w:bCs/>
          <w:szCs w:val="32"/>
        </w:rPr>
      </w:pPr>
      <w:r w:rsidRPr="0072162D">
        <w:rPr>
          <w:rFonts w:ascii="Sakkal Majalla" w:eastAsia="Times New Roman" w:hAnsi="Sakkal Majalla" w:cs="Sakkal Majalla"/>
          <w:b/>
          <w:bCs/>
          <w:szCs w:val="32"/>
          <w:rtl/>
        </w:rPr>
        <w:lastRenderedPageBreak/>
        <w:t>الفهرس</w:t>
      </w:r>
    </w:p>
    <w:p w14:paraId="726000B9" w14:textId="77777777" w:rsidR="0072162D" w:rsidRPr="0072162D" w:rsidRDefault="0072162D" w:rsidP="0072162D">
      <w:pPr>
        <w:numPr>
          <w:ilvl w:val="0"/>
          <w:numId w:val="34"/>
        </w:numPr>
        <w:bidi/>
        <w:rPr>
          <w:rFonts w:ascii="Sakkal Majalla" w:eastAsia="Times New Roman" w:hAnsi="Sakkal Majalla" w:cs="Sakkal Majalla"/>
          <w:b/>
          <w:bCs/>
          <w:sz w:val="28"/>
          <w:szCs w:val="28"/>
        </w:rPr>
      </w:pPr>
      <w:r w:rsidRPr="0072162D">
        <w:rPr>
          <w:rFonts w:ascii="Sakkal Majalla" w:eastAsia="Times New Roman" w:hAnsi="Sakkal Majalla" w:cs="Sakkal Majalla"/>
          <w:b/>
          <w:bCs/>
          <w:sz w:val="28"/>
          <w:szCs w:val="28"/>
          <w:rtl/>
        </w:rPr>
        <w:t>المقدمة</w:t>
      </w:r>
      <w:r w:rsidRPr="0072162D">
        <w:rPr>
          <w:rFonts w:ascii="Sakkal Majalla" w:eastAsia="Times New Roman" w:hAnsi="Sakkal Majalla" w:cs="Sakkal Majalla"/>
          <w:b/>
          <w:bCs/>
          <w:sz w:val="28"/>
          <w:szCs w:val="28"/>
        </w:rPr>
        <w:br/>
      </w:r>
      <w:r w:rsidRPr="0072162D">
        <w:rPr>
          <w:rFonts w:ascii="Sakkal Majalla" w:eastAsia="Times New Roman" w:hAnsi="Sakkal Majalla" w:cs="Sakkal Majalla"/>
          <w:b/>
          <w:bCs/>
          <w:sz w:val="28"/>
          <w:szCs w:val="28"/>
        </w:rPr>
        <w:t> </w:t>
      </w:r>
      <w:r w:rsidRPr="0072162D">
        <w:rPr>
          <w:rFonts w:ascii="Sakkal Majalla" w:eastAsia="Times New Roman" w:hAnsi="Sakkal Majalla" w:cs="Sakkal Majalla"/>
          <w:b/>
          <w:bCs/>
          <w:sz w:val="28"/>
          <w:szCs w:val="28"/>
        </w:rPr>
        <w:t xml:space="preserve">1.1 </w:t>
      </w:r>
      <w:r w:rsidRPr="0072162D">
        <w:rPr>
          <w:rFonts w:ascii="Sakkal Majalla" w:eastAsia="Times New Roman" w:hAnsi="Sakkal Majalla" w:cs="Sakkal Majalla"/>
          <w:b/>
          <w:bCs/>
          <w:sz w:val="28"/>
          <w:szCs w:val="28"/>
          <w:rtl/>
        </w:rPr>
        <w:t>مشكلة البحث</w:t>
      </w:r>
      <w:r w:rsidRPr="0072162D">
        <w:rPr>
          <w:rFonts w:ascii="Sakkal Majalla" w:eastAsia="Times New Roman" w:hAnsi="Sakkal Majalla" w:cs="Sakkal Majalla"/>
          <w:b/>
          <w:bCs/>
          <w:sz w:val="28"/>
          <w:szCs w:val="28"/>
        </w:rPr>
        <w:br/>
      </w:r>
      <w:r w:rsidRPr="0072162D">
        <w:rPr>
          <w:rFonts w:ascii="Sakkal Majalla" w:eastAsia="Times New Roman" w:hAnsi="Sakkal Majalla" w:cs="Sakkal Majalla"/>
          <w:b/>
          <w:bCs/>
          <w:sz w:val="28"/>
          <w:szCs w:val="28"/>
        </w:rPr>
        <w:t> </w:t>
      </w:r>
      <w:r w:rsidRPr="0072162D">
        <w:rPr>
          <w:rFonts w:ascii="Sakkal Majalla" w:eastAsia="Times New Roman" w:hAnsi="Sakkal Majalla" w:cs="Sakkal Majalla"/>
          <w:b/>
          <w:bCs/>
          <w:sz w:val="28"/>
          <w:szCs w:val="28"/>
        </w:rPr>
        <w:t xml:space="preserve">1.2 </w:t>
      </w:r>
      <w:r w:rsidRPr="0072162D">
        <w:rPr>
          <w:rFonts w:ascii="Sakkal Majalla" w:eastAsia="Times New Roman" w:hAnsi="Sakkal Majalla" w:cs="Sakkal Majalla"/>
          <w:b/>
          <w:bCs/>
          <w:sz w:val="28"/>
          <w:szCs w:val="28"/>
          <w:rtl/>
        </w:rPr>
        <w:t>أهداف البحث</w:t>
      </w:r>
      <w:r w:rsidRPr="0072162D">
        <w:rPr>
          <w:rFonts w:ascii="Sakkal Majalla" w:eastAsia="Times New Roman" w:hAnsi="Sakkal Majalla" w:cs="Sakkal Majalla"/>
          <w:b/>
          <w:bCs/>
          <w:sz w:val="28"/>
          <w:szCs w:val="28"/>
        </w:rPr>
        <w:br/>
      </w:r>
      <w:r w:rsidRPr="0072162D">
        <w:rPr>
          <w:rFonts w:ascii="Sakkal Majalla" w:eastAsia="Times New Roman" w:hAnsi="Sakkal Majalla" w:cs="Sakkal Majalla"/>
          <w:b/>
          <w:bCs/>
          <w:sz w:val="28"/>
          <w:szCs w:val="28"/>
        </w:rPr>
        <w:t> </w:t>
      </w:r>
      <w:r w:rsidRPr="0072162D">
        <w:rPr>
          <w:rFonts w:ascii="Sakkal Majalla" w:eastAsia="Times New Roman" w:hAnsi="Sakkal Majalla" w:cs="Sakkal Majalla"/>
          <w:b/>
          <w:bCs/>
          <w:sz w:val="28"/>
          <w:szCs w:val="28"/>
        </w:rPr>
        <w:t xml:space="preserve">1.3 </w:t>
      </w:r>
      <w:r w:rsidRPr="0072162D">
        <w:rPr>
          <w:rFonts w:ascii="Sakkal Majalla" w:eastAsia="Times New Roman" w:hAnsi="Sakkal Majalla" w:cs="Sakkal Majalla"/>
          <w:b/>
          <w:bCs/>
          <w:sz w:val="28"/>
          <w:szCs w:val="28"/>
          <w:rtl/>
        </w:rPr>
        <w:t>أسئلة البحث</w:t>
      </w:r>
      <w:r w:rsidRPr="0072162D">
        <w:rPr>
          <w:rFonts w:ascii="Sakkal Majalla" w:eastAsia="Times New Roman" w:hAnsi="Sakkal Majalla" w:cs="Sakkal Majalla"/>
          <w:b/>
          <w:bCs/>
          <w:sz w:val="28"/>
          <w:szCs w:val="28"/>
        </w:rPr>
        <w:br/>
      </w:r>
      <w:r w:rsidRPr="0072162D">
        <w:rPr>
          <w:rFonts w:ascii="Sakkal Majalla" w:eastAsia="Times New Roman" w:hAnsi="Sakkal Majalla" w:cs="Sakkal Majalla"/>
          <w:b/>
          <w:bCs/>
          <w:sz w:val="28"/>
          <w:szCs w:val="28"/>
        </w:rPr>
        <w:t> </w:t>
      </w:r>
      <w:r w:rsidRPr="0072162D">
        <w:rPr>
          <w:rFonts w:ascii="Sakkal Majalla" w:eastAsia="Times New Roman" w:hAnsi="Sakkal Majalla" w:cs="Sakkal Majalla"/>
          <w:b/>
          <w:bCs/>
          <w:sz w:val="28"/>
          <w:szCs w:val="28"/>
        </w:rPr>
        <w:t xml:space="preserve">1.4 </w:t>
      </w:r>
      <w:r w:rsidRPr="0072162D">
        <w:rPr>
          <w:rFonts w:ascii="Sakkal Majalla" w:eastAsia="Times New Roman" w:hAnsi="Sakkal Majalla" w:cs="Sakkal Majalla"/>
          <w:b/>
          <w:bCs/>
          <w:sz w:val="28"/>
          <w:szCs w:val="28"/>
          <w:rtl/>
        </w:rPr>
        <w:t>فرضيات البحث</w:t>
      </w:r>
      <w:r w:rsidRPr="0072162D">
        <w:rPr>
          <w:rFonts w:ascii="Sakkal Majalla" w:eastAsia="Times New Roman" w:hAnsi="Sakkal Majalla" w:cs="Sakkal Majalla"/>
          <w:b/>
          <w:bCs/>
          <w:sz w:val="28"/>
          <w:szCs w:val="28"/>
        </w:rPr>
        <w:br/>
      </w:r>
      <w:r w:rsidRPr="0072162D">
        <w:rPr>
          <w:rFonts w:ascii="Sakkal Majalla" w:eastAsia="Times New Roman" w:hAnsi="Sakkal Majalla" w:cs="Sakkal Majalla"/>
          <w:b/>
          <w:bCs/>
          <w:sz w:val="28"/>
          <w:szCs w:val="28"/>
        </w:rPr>
        <w:t> </w:t>
      </w:r>
      <w:r w:rsidRPr="0072162D">
        <w:rPr>
          <w:rFonts w:ascii="Sakkal Majalla" w:eastAsia="Times New Roman" w:hAnsi="Sakkal Majalla" w:cs="Sakkal Majalla"/>
          <w:b/>
          <w:bCs/>
          <w:sz w:val="28"/>
          <w:szCs w:val="28"/>
        </w:rPr>
        <w:t xml:space="preserve">1.5 </w:t>
      </w:r>
      <w:r w:rsidRPr="0072162D">
        <w:rPr>
          <w:rFonts w:ascii="Sakkal Majalla" w:eastAsia="Times New Roman" w:hAnsi="Sakkal Majalla" w:cs="Sakkal Majalla"/>
          <w:b/>
          <w:bCs/>
          <w:sz w:val="28"/>
          <w:szCs w:val="28"/>
          <w:rtl/>
        </w:rPr>
        <w:t>أهمية البحث</w:t>
      </w:r>
    </w:p>
    <w:p w14:paraId="6808B849" w14:textId="77777777" w:rsidR="0072162D" w:rsidRPr="0072162D" w:rsidRDefault="0072162D" w:rsidP="0072162D">
      <w:pPr>
        <w:numPr>
          <w:ilvl w:val="0"/>
          <w:numId w:val="34"/>
        </w:numPr>
        <w:bidi/>
        <w:rPr>
          <w:rFonts w:ascii="Sakkal Majalla" w:eastAsia="Times New Roman" w:hAnsi="Sakkal Majalla" w:cs="Sakkal Majalla"/>
          <w:b/>
          <w:bCs/>
          <w:sz w:val="28"/>
          <w:szCs w:val="28"/>
        </w:rPr>
      </w:pPr>
      <w:r w:rsidRPr="0072162D">
        <w:rPr>
          <w:rFonts w:ascii="Sakkal Majalla" w:eastAsia="Times New Roman" w:hAnsi="Sakkal Majalla" w:cs="Sakkal Majalla"/>
          <w:b/>
          <w:bCs/>
          <w:sz w:val="28"/>
          <w:szCs w:val="28"/>
          <w:rtl/>
        </w:rPr>
        <w:t>الإطار النظري والدراسات السابقة</w:t>
      </w:r>
    </w:p>
    <w:p w14:paraId="3192A4C2" w14:textId="77777777" w:rsidR="0072162D" w:rsidRPr="0072162D" w:rsidRDefault="0072162D" w:rsidP="0072162D">
      <w:pPr>
        <w:numPr>
          <w:ilvl w:val="0"/>
          <w:numId w:val="34"/>
        </w:numPr>
        <w:bidi/>
        <w:rPr>
          <w:rFonts w:ascii="Sakkal Majalla" w:eastAsia="Times New Roman" w:hAnsi="Sakkal Majalla" w:cs="Sakkal Majalla"/>
          <w:b/>
          <w:bCs/>
          <w:sz w:val="28"/>
          <w:szCs w:val="28"/>
        </w:rPr>
      </w:pPr>
      <w:r w:rsidRPr="0072162D">
        <w:rPr>
          <w:rFonts w:ascii="Sakkal Majalla" w:eastAsia="Times New Roman" w:hAnsi="Sakkal Majalla" w:cs="Sakkal Majalla"/>
          <w:b/>
          <w:bCs/>
          <w:sz w:val="28"/>
          <w:szCs w:val="28"/>
          <w:rtl/>
        </w:rPr>
        <w:t>عينة الدراسة</w:t>
      </w:r>
    </w:p>
    <w:p w14:paraId="61C770F4" w14:textId="77777777" w:rsidR="0072162D" w:rsidRPr="0072162D" w:rsidRDefault="0072162D" w:rsidP="0072162D">
      <w:pPr>
        <w:numPr>
          <w:ilvl w:val="0"/>
          <w:numId w:val="34"/>
        </w:numPr>
        <w:bidi/>
        <w:rPr>
          <w:rFonts w:ascii="Sakkal Majalla" w:eastAsia="Times New Roman" w:hAnsi="Sakkal Majalla" w:cs="Sakkal Majalla"/>
          <w:b/>
          <w:bCs/>
          <w:sz w:val="28"/>
          <w:szCs w:val="28"/>
        </w:rPr>
      </w:pPr>
      <w:r w:rsidRPr="0072162D">
        <w:rPr>
          <w:rFonts w:ascii="Sakkal Majalla" w:eastAsia="Times New Roman" w:hAnsi="Sakkal Majalla" w:cs="Sakkal Majalla"/>
          <w:b/>
          <w:bCs/>
          <w:sz w:val="28"/>
          <w:szCs w:val="28"/>
          <w:rtl/>
        </w:rPr>
        <w:t>منهجية البحث</w:t>
      </w:r>
    </w:p>
    <w:p w14:paraId="3B452F9C" w14:textId="77777777" w:rsidR="0072162D" w:rsidRPr="0072162D" w:rsidRDefault="0072162D" w:rsidP="0072162D">
      <w:pPr>
        <w:numPr>
          <w:ilvl w:val="0"/>
          <w:numId w:val="34"/>
        </w:numPr>
        <w:bidi/>
        <w:rPr>
          <w:rFonts w:ascii="Sakkal Majalla" w:eastAsia="Times New Roman" w:hAnsi="Sakkal Majalla" w:cs="Sakkal Majalla"/>
          <w:b/>
          <w:bCs/>
          <w:sz w:val="28"/>
          <w:szCs w:val="28"/>
        </w:rPr>
      </w:pPr>
      <w:r w:rsidRPr="0072162D">
        <w:rPr>
          <w:rFonts w:ascii="Sakkal Majalla" w:eastAsia="Times New Roman" w:hAnsi="Sakkal Majalla" w:cs="Sakkal Majalla"/>
          <w:b/>
          <w:bCs/>
          <w:sz w:val="28"/>
          <w:szCs w:val="28"/>
          <w:rtl/>
        </w:rPr>
        <w:t>حدود الدراسة</w:t>
      </w:r>
    </w:p>
    <w:p w14:paraId="68404DE2" w14:textId="3BA2EA2F" w:rsidR="0072162D" w:rsidRPr="0072162D" w:rsidRDefault="0072162D" w:rsidP="0072162D">
      <w:pPr>
        <w:numPr>
          <w:ilvl w:val="0"/>
          <w:numId w:val="34"/>
        </w:numPr>
        <w:bidi/>
        <w:rPr>
          <w:rFonts w:ascii="Sakkal Majalla" w:eastAsia="Times New Roman" w:hAnsi="Sakkal Majalla" w:cs="Sakkal Majalla"/>
          <w:b/>
          <w:bCs/>
          <w:sz w:val="28"/>
          <w:szCs w:val="28"/>
        </w:rPr>
      </w:pPr>
      <w:r w:rsidRPr="0072162D">
        <w:rPr>
          <w:rFonts w:ascii="Sakkal Majalla" w:eastAsia="Times New Roman" w:hAnsi="Sakkal Majalla" w:cs="Sakkal Majalla"/>
          <w:b/>
          <w:bCs/>
          <w:sz w:val="28"/>
          <w:szCs w:val="28"/>
          <w:rtl/>
        </w:rPr>
        <w:t>عرض وتحليل النتائج</w:t>
      </w:r>
    </w:p>
    <w:p w14:paraId="6EB57610" w14:textId="7052C24A" w:rsidR="002E3432" w:rsidRDefault="006E4CE1" w:rsidP="0072162D">
      <w:pPr>
        <w:numPr>
          <w:ilvl w:val="0"/>
          <w:numId w:val="34"/>
        </w:numPr>
        <w:bidi/>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مناقشة النتائج</w:t>
      </w:r>
    </w:p>
    <w:p w14:paraId="05F8CB9E" w14:textId="65B35131" w:rsidR="0072162D" w:rsidRDefault="0072162D" w:rsidP="002E3432">
      <w:pPr>
        <w:numPr>
          <w:ilvl w:val="0"/>
          <w:numId w:val="34"/>
        </w:numPr>
        <w:bidi/>
        <w:rPr>
          <w:rFonts w:ascii="Sakkal Majalla" w:eastAsia="Times New Roman" w:hAnsi="Sakkal Majalla" w:cs="Sakkal Majalla"/>
          <w:b/>
          <w:bCs/>
          <w:sz w:val="28"/>
          <w:szCs w:val="28"/>
        </w:rPr>
      </w:pPr>
      <w:r w:rsidRPr="0072162D">
        <w:rPr>
          <w:rFonts w:ascii="Sakkal Majalla" w:eastAsia="Times New Roman" w:hAnsi="Sakkal Majalla" w:cs="Sakkal Majalla"/>
          <w:b/>
          <w:bCs/>
          <w:sz w:val="28"/>
          <w:szCs w:val="28"/>
          <w:rtl/>
        </w:rPr>
        <w:t>التوصيات</w:t>
      </w:r>
    </w:p>
    <w:p w14:paraId="2B3EA8AF" w14:textId="6F2F9527" w:rsidR="006E4CE1" w:rsidRPr="0072162D" w:rsidRDefault="006E4CE1" w:rsidP="006E4CE1">
      <w:pPr>
        <w:numPr>
          <w:ilvl w:val="0"/>
          <w:numId w:val="34"/>
        </w:numPr>
        <w:bidi/>
        <w:rPr>
          <w:rFonts w:ascii="Sakkal Majalla" w:eastAsia="Times New Roman" w:hAnsi="Sakkal Majalla" w:cs="Sakkal Majalla"/>
          <w:b/>
          <w:bCs/>
          <w:sz w:val="28"/>
          <w:szCs w:val="28"/>
        </w:rPr>
      </w:pPr>
      <w:bookmarkStart w:id="0" w:name="_GoBack"/>
      <w:bookmarkEnd w:id="0"/>
      <w:r w:rsidRPr="006E4CE1">
        <w:rPr>
          <w:rFonts w:ascii="Sakkal Majalla" w:eastAsia="Times New Roman" w:hAnsi="Sakkal Majalla" w:cs="Sakkal Majalla"/>
          <w:b/>
          <w:bCs/>
          <w:sz w:val="28"/>
          <w:szCs w:val="28"/>
          <w:rtl/>
        </w:rPr>
        <w:t>مقترحات لدراسات مستقبلية</w:t>
      </w:r>
    </w:p>
    <w:p w14:paraId="34A8312F" w14:textId="77777777" w:rsidR="0072162D" w:rsidRPr="0072162D" w:rsidRDefault="0072162D" w:rsidP="0072162D">
      <w:pPr>
        <w:numPr>
          <w:ilvl w:val="0"/>
          <w:numId w:val="34"/>
        </w:numPr>
        <w:bidi/>
        <w:rPr>
          <w:rFonts w:ascii="Sakkal Majalla" w:eastAsia="Times New Roman" w:hAnsi="Sakkal Majalla" w:cs="Sakkal Majalla"/>
          <w:b/>
          <w:bCs/>
          <w:sz w:val="28"/>
          <w:szCs w:val="28"/>
        </w:rPr>
      </w:pPr>
      <w:r w:rsidRPr="0072162D">
        <w:rPr>
          <w:rFonts w:ascii="Sakkal Majalla" w:eastAsia="Times New Roman" w:hAnsi="Sakkal Majalla" w:cs="Sakkal Majalla"/>
          <w:b/>
          <w:bCs/>
          <w:sz w:val="28"/>
          <w:szCs w:val="28"/>
          <w:rtl/>
        </w:rPr>
        <w:t>الخاتمة</w:t>
      </w:r>
    </w:p>
    <w:p w14:paraId="3373A82C" w14:textId="77777777" w:rsidR="0072162D" w:rsidRPr="0072162D" w:rsidRDefault="0072162D" w:rsidP="0072162D">
      <w:pPr>
        <w:numPr>
          <w:ilvl w:val="0"/>
          <w:numId w:val="34"/>
        </w:numPr>
        <w:bidi/>
        <w:rPr>
          <w:rFonts w:ascii="Sakkal Majalla" w:eastAsia="Times New Roman" w:hAnsi="Sakkal Majalla" w:cs="Sakkal Majalla"/>
          <w:b/>
          <w:bCs/>
          <w:sz w:val="28"/>
          <w:szCs w:val="28"/>
        </w:rPr>
      </w:pPr>
      <w:r w:rsidRPr="0072162D">
        <w:rPr>
          <w:rFonts w:ascii="Sakkal Majalla" w:eastAsia="Times New Roman" w:hAnsi="Sakkal Majalla" w:cs="Sakkal Majalla"/>
          <w:b/>
          <w:bCs/>
          <w:sz w:val="28"/>
          <w:szCs w:val="28"/>
          <w:rtl/>
        </w:rPr>
        <w:t>قائمة المراجع</w:t>
      </w:r>
    </w:p>
    <w:p w14:paraId="7707807D" w14:textId="77777777" w:rsidR="0072162D" w:rsidRPr="0072162D" w:rsidRDefault="0072162D" w:rsidP="0072162D">
      <w:pPr>
        <w:numPr>
          <w:ilvl w:val="0"/>
          <w:numId w:val="34"/>
        </w:numPr>
        <w:bidi/>
        <w:rPr>
          <w:rFonts w:ascii="Sakkal Majalla" w:eastAsia="Times New Roman" w:hAnsi="Sakkal Majalla" w:cs="Sakkal Majalla"/>
          <w:b/>
          <w:bCs/>
          <w:sz w:val="28"/>
          <w:szCs w:val="28"/>
        </w:rPr>
      </w:pPr>
      <w:r w:rsidRPr="0072162D">
        <w:rPr>
          <w:rFonts w:ascii="Sakkal Majalla" w:eastAsia="Times New Roman" w:hAnsi="Sakkal Majalla" w:cs="Sakkal Majalla"/>
          <w:b/>
          <w:bCs/>
          <w:sz w:val="28"/>
          <w:szCs w:val="28"/>
          <w:rtl/>
        </w:rPr>
        <w:t>الملحق (أ): نسخة الاستبانة</w:t>
      </w:r>
    </w:p>
    <w:p w14:paraId="6302C71F" w14:textId="73FEEE67" w:rsidR="0072162D" w:rsidRDefault="0072162D" w:rsidP="0072162D">
      <w:pPr>
        <w:bidi/>
        <w:rPr>
          <w:rFonts w:ascii="Sakkal Majalla" w:eastAsia="Times New Roman" w:hAnsi="Sakkal Majalla" w:cs="Sakkal Majalla"/>
          <w:b/>
          <w:bCs/>
          <w:szCs w:val="32"/>
          <w:rtl/>
        </w:rPr>
      </w:pPr>
    </w:p>
    <w:p w14:paraId="160CE3C0" w14:textId="76FF4308" w:rsidR="0072162D" w:rsidRDefault="0072162D" w:rsidP="0072162D">
      <w:pPr>
        <w:bidi/>
        <w:rPr>
          <w:rFonts w:ascii="Sakkal Majalla" w:eastAsia="Times New Roman" w:hAnsi="Sakkal Majalla" w:cs="Sakkal Majalla"/>
          <w:b/>
          <w:bCs/>
          <w:szCs w:val="32"/>
          <w:rtl/>
        </w:rPr>
      </w:pPr>
    </w:p>
    <w:p w14:paraId="39BB79ED" w14:textId="77777777" w:rsidR="002E3432" w:rsidRDefault="002E3432" w:rsidP="002E3432">
      <w:pPr>
        <w:bidi/>
        <w:rPr>
          <w:rFonts w:ascii="Sakkal Majalla" w:eastAsia="Times New Roman" w:hAnsi="Sakkal Majalla" w:cs="Sakkal Majalla"/>
          <w:b/>
          <w:bCs/>
          <w:szCs w:val="32"/>
          <w:rtl/>
        </w:rPr>
      </w:pPr>
    </w:p>
    <w:p w14:paraId="5341A230" w14:textId="77777777" w:rsidR="0072162D" w:rsidRDefault="0072162D" w:rsidP="0072162D">
      <w:pPr>
        <w:bidi/>
        <w:rPr>
          <w:rFonts w:ascii="Sakkal Majalla" w:eastAsia="Times New Roman" w:hAnsi="Sakkal Majalla" w:cs="Sakkal Majalla"/>
          <w:b/>
          <w:bCs/>
          <w:szCs w:val="32"/>
        </w:rPr>
      </w:pPr>
    </w:p>
    <w:p w14:paraId="1B59EEAE" w14:textId="4DD980D8" w:rsidR="003A33D2" w:rsidRPr="003A33D2" w:rsidRDefault="003A33D2" w:rsidP="00317598">
      <w:pPr>
        <w:bidi/>
        <w:rPr>
          <w:rFonts w:ascii="Sakkal Majalla" w:hAnsi="Sakkal Majalla" w:cs="Sakkal Majalla"/>
          <w:szCs w:val="32"/>
        </w:rPr>
      </w:pPr>
      <w:r w:rsidRPr="003A33D2">
        <w:rPr>
          <w:rFonts w:ascii="Sakkal Majalla" w:eastAsia="Times New Roman" w:hAnsi="Sakkal Majalla" w:cs="Sakkal Majalla"/>
          <w:b/>
          <w:bCs/>
          <w:szCs w:val="32"/>
          <w:rtl/>
        </w:rPr>
        <w:t>المقدمة</w:t>
      </w:r>
    </w:p>
    <w:p w14:paraId="0242B8D2" w14:textId="77777777" w:rsidR="00A0657F" w:rsidRPr="00A0657F" w:rsidRDefault="00A0657F" w:rsidP="00A0657F">
      <w:pPr>
        <w:bidi/>
        <w:spacing w:before="100" w:beforeAutospacing="1" w:after="100" w:afterAutospacing="1" w:line="240" w:lineRule="auto"/>
        <w:outlineLvl w:val="2"/>
        <w:rPr>
          <w:rFonts w:ascii="Sakkal Majalla" w:eastAsia="Times New Roman" w:hAnsi="Sakkal Majalla" w:cs="Sakkal Majalla"/>
          <w:sz w:val="28"/>
          <w:szCs w:val="28"/>
        </w:rPr>
      </w:pPr>
      <w:r w:rsidRPr="00A0657F">
        <w:rPr>
          <w:rFonts w:ascii="Sakkal Majalla" w:eastAsia="Times New Roman" w:hAnsi="Sakkal Majalla" w:cs="Sakkal Majalla"/>
          <w:sz w:val="28"/>
          <w:szCs w:val="28"/>
          <w:rtl/>
        </w:rPr>
        <w:t>يشهد العالم المعاصر ثورة تقنية غير مسبوقة، حيث أصبح الذكاء الاصطناعي أحد أهم أدوات التحول الرقمي، مؤثرًا بشكل مباشر في طريقة عمل الشركات وإدارتها. وفي سياق الشركات الناشئة التقنية، يبرز الذكاء الاصطناعي كعامل حاسم في دعم اتخاذ القرارات الإدارية، نظرًا لقدرته على تحليل كميات ضخمة من البيانات، وتقديم توصيات دقيقة، والتنبؤ بالاتجاهات المستقبلية</w:t>
      </w:r>
      <w:r w:rsidRPr="00A0657F">
        <w:rPr>
          <w:rFonts w:ascii="Sakkal Majalla" w:eastAsia="Times New Roman" w:hAnsi="Sakkal Majalla" w:cs="Sakkal Majalla"/>
          <w:sz w:val="28"/>
          <w:szCs w:val="28"/>
        </w:rPr>
        <w:t>.</w:t>
      </w:r>
    </w:p>
    <w:p w14:paraId="54B91333" w14:textId="2F09641D" w:rsidR="00A0657F" w:rsidRDefault="00A0657F" w:rsidP="00A0657F">
      <w:pPr>
        <w:bidi/>
        <w:spacing w:before="100" w:beforeAutospacing="1" w:after="100" w:afterAutospacing="1" w:line="240" w:lineRule="auto"/>
        <w:outlineLvl w:val="2"/>
        <w:rPr>
          <w:rFonts w:ascii="Sakkal Majalla" w:eastAsia="Times New Roman" w:hAnsi="Sakkal Majalla" w:cs="Sakkal Majalla"/>
          <w:sz w:val="28"/>
          <w:szCs w:val="28"/>
          <w:rtl/>
        </w:rPr>
      </w:pPr>
      <w:r w:rsidRPr="00A0657F">
        <w:rPr>
          <w:rFonts w:ascii="Sakkal Majalla" w:eastAsia="Times New Roman" w:hAnsi="Sakkal Majalla" w:cs="Sakkal Majalla"/>
          <w:sz w:val="28"/>
          <w:szCs w:val="28"/>
          <w:rtl/>
        </w:rPr>
        <w:t>في المملكة العربية السعودية، ومع تسارع خطوات رؤية 2030 نحو اقتصاد رقمي مبتكر، تلعب الشركات الناشئة التقنية دورًا محوريًا في تعزيز الابتكار وتوفير حلول تقنية متطورة. غير أن هذه الشركات تواجه تحديات متعددة تتعلق بقدرتها على اتخاذ قرارات استراتيجية دقيقة في بيئة سريعة التغير، ما يجعل دراسة أثر الذكاء الاصطناعي على عملية اتخاذ القرار الإداري أمرًا ذا أهمية عملية وأكاديمية</w:t>
      </w:r>
      <w:r w:rsidRPr="00A0657F">
        <w:rPr>
          <w:rFonts w:ascii="Sakkal Majalla" w:eastAsia="Times New Roman" w:hAnsi="Sakkal Majalla" w:cs="Sakkal Majalla"/>
          <w:sz w:val="28"/>
          <w:szCs w:val="28"/>
        </w:rPr>
        <w:t>.</w:t>
      </w:r>
    </w:p>
    <w:p w14:paraId="165285ED" w14:textId="77777777" w:rsidR="00880374" w:rsidRPr="00A0657F" w:rsidRDefault="00880374" w:rsidP="00880374">
      <w:pPr>
        <w:bidi/>
        <w:spacing w:before="100" w:beforeAutospacing="1" w:after="100" w:afterAutospacing="1" w:line="240" w:lineRule="auto"/>
        <w:outlineLvl w:val="2"/>
        <w:rPr>
          <w:rFonts w:ascii="Sakkal Majalla" w:eastAsia="Times New Roman" w:hAnsi="Sakkal Majalla" w:cs="Sakkal Majalla"/>
          <w:sz w:val="28"/>
          <w:szCs w:val="28"/>
        </w:rPr>
      </w:pPr>
    </w:p>
    <w:p w14:paraId="288C75A4" w14:textId="169C3EF9" w:rsidR="003A33D2" w:rsidRPr="003A33D2" w:rsidRDefault="00011574" w:rsidP="003A33D2">
      <w:pPr>
        <w:bidi/>
        <w:spacing w:before="100" w:beforeAutospacing="1" w:after="100" w:afterAutospacing="1" w:line="240" w:lineRule="auto"/>
        <w:outlineLvl w:val="2"/>
        <w:rPr>
          <w:rFonts w:ascii="Sakkal Majalla" w:eastAsia="Times New Roman" w:hAnsi="Sakkal Majalla" w:cs="Sakkal Majalla"/>
          <w:b/>
          <w:bCs/>
          <w:szCs w:val="32"/>
        </w:rPr>
      </w:pPr>
      <w:r>
        <w:rPr>
          <w:rFonts w:ascii="Sakkal Majalla" w:eastAsia="Times New Roman" w:hAnsi="Sakkal Majalla" w:cs="Sakkal Majalla" w:hint="cs"/>
          <w:b/>
          <w:bCs/>
          <w:szCs w:val="32"/>
          <w:rtl/>
        </w:rPr>
        <w:t>1.1</w:t>
      </w:r>
      <w:r w:rsidR="003A33D2" w:rsidRPr="003A33D2">
        <w:rPr>
          <w:rFonts w:ascii="Sakkal Majalla" w:eastAsia="Times New Roman" w:hAnsi="Sakkal Majalla" w:cs="Sakkal Majalla"/>
          <w:b/>
          <w:bCs/>
          <w:szCs w:val="32"/>
          <w:rtl/>
        </w:rPr>
        <w:t>مشكلة البحث</w:t>
      </w:r>
    </w:p>
    <w:p w14:paraId="2F89CC07" w14:textId="77777777" w:rsidR="003A33D2" w:rsidRPr="003A33D2" w:rsidRDefault="003A33D2" w:rsidP="003A33D2">
      <w:pPr>
        <w:bidi/>
        <w:spacing w:before="100" w:beforeAutospacing="1" w:after="100" w:afterAutospacing="1" w:line="240" w:lineRule="auto"/>
        <w:rPr>
          <w:rFonts w:ascii="Sakkal Majalla" w:eastAsia="Times New Roman" w:hAnsi="Sakkal Majalla" w:cs="Sakkal Majalla"/>
          <w:sz w:val="28"/>
          <w:szCs w:val="28"/>
        </w:rPr>
      </w:pPr>
      <w:r w:rsidRPr="003A33D2">
        <w:rPr>
          <w:rFonts w:ascii="Sakkal Majalla" w:eastAsia="Times New Roman" w:hAnsi="Sakkal Majalla" w:cs="Sakkal Majalla"/>
          <w:sz w:val="28"/>
          <w:szCs w:val="28"/>
          <w:rtl/>
        </w:rPr>
        <w:t>على الرغم من التوسع العالمي والإقليمي في تطبيقات الذكاء الاصطناعي، إلا أن هناك قصورًا في الدراسات التطبيقية التي تقيس أثر هذه التقنيات على اتخاذ القرار الإداري في الشركات الناشئة التقنية بالمملكة. ما تزال هناك فجوة معرفية حول مدى توظيف الذكاء الاصطناعي عمليًا داخل بيئة ريادة الأعمال السعودية، وتأثيره الفعلي على كفاءة وجودة القرارات الإدارية</w:t>
      </w:r>
      <w:r w:rsidRPr="003A33D2">
        <w:rPr>
          <w:rFonts w:ascii="Sakkal Majalla" w:eastAsia="Times New Roman" w:hAnsi="Sakkal Majalla" w:cs="Sakkal Majalla"/>
          <w:sz w:val="28"/>
          <w:szCs w:val="28"/>
        </w:rPr>
        <w:t>.</w:t>
      </w:r>
    </w:p>
    <w:p w14:paraId="02F61AB4" w14:textId="09CD7805" w:rsidR="003A33D2" w:rsidRPr="00317598" w:rsidRDefault="003A33D2" w:rsidP="003A33D2">
      <w:pPr>
        <w:bidi/>
        <w:spacing w:after="0" w:line="240" w:lineRule="auto"/>
        <w:rPr>
          <w:rFonts w:ascii="Sakkal Majalla" w:eastAsia="Times New Roman" w:hAnsi="Sakkal Majalla" w:cs="Sakkal Majalla"/>
          <w:sz w:val="28"/>
          <w:szCs w:val="28"/>
          <w:rtl/>
        </w:rPr>
      </w:pPr>
    </w:p>
    <w:p w14:paraId="3EBAE212" w14:textId="336822A7" w:rsidR="003A33D2" w:rsidRPr="003A33D2" w:rsidRDefault="00011574" w:rsidP="003A33D2">
      <w:pPr>
        <w:bidi/>
        <w:spacing w:after="0" w:line="240" w:lineRule="auto"/>
        <w:rPr>
          <w:rFonts w:ascii="Sakkal Majalla" w:eastAsia="Times New Roman" w:hAnsi="Sakkal Majalla" w:cs="Sakkal Majalla"/>
          <w:szCs w:val="32"/>
        </w:rPr>
      </w:pPr>
      <w:r>
        <w:rPr>
          <w:rFonts w:ascii="Sakkal Majalla" w:eastAsia="Times New Roman" w:hAnsi="Sakkal Majalla" w:cs="Sakkal Majalla" w:hint="cs"/>
          <w:b/>
          <w:bCs/>
          <w:szCs w:val="32"/>
          <w:rtl/>
        </w:rPr>
        <w:t>1.2</w:t>
      </w:r>
      <w:r w:rsidR="003A33D2" w:rsidRPr="003A33D2">
        <w:rPr>
          <w:rFonts w:ascii="Sakkal Majalla" w:eastAsia="Times New Roman" w:hAnsi="Sakkal Majalla" w:cs="Sakkal Majalla"/>
          <w:b/>
          <w:bCs/>
          <w:szCs w:val="32"/>
          <w:rtl/>
        </w:rPr>
        <w:t>أهداف البحث</w:t>
      </w:r>
    </w:p>
    <w:p w14:paraId="227FAE9F" w14:textId="77777777" w:rsidR="003A33D2" w:rsidRPr="003A33D2" w:rsidRDefault="003A33D2" w:rsidP="003A33D2">
      <w:pPr>
        <w:numPr>
          <w:ilvl w:val="0"/>
          <w:numId w:val="13"/>
        </w:numPr>
        <w:bidi/>
        <w:spacing w:before="100" w:beforeAutospacing="1" w:after="100" w:afterAutospacing="1" w:line="240" w:lineRule="auto"/>
        <w:rPr>
          <w:rFonts w:ascii="Sakkal Majalla" w:eastAsia="Times New Roman" w:hAnsi="Sakkal Majalla" w:cs="Sakkal Majalla"/>
          <w:sz w:val="28"/>
          <w:szCs w:val="28"/>
        </w:rPr>
      </w:pPr>
      <w:r w:rsidRPr="003A33D2">
        <w:rPr>
          <w:rFonts w:ascii="Sakkal Majalla" w:eastAsia="Times New Roman" w:hAnsi="Sakkal Majalla" w:cs="Sakkal Majalla"/>
          <w:sz w:val="28"/>
          <w:szCs w:val="28"/>
          <w:rtl/>
        </w:rPr>
        <w:t>قياس مستوى استخدام تقنيات الذكاء الاصطناعي في الشركات الناشئة التقنية</w:t>
      </w:r>
      <w:r w:rsidRPr="003A33D2">
        <w:rPr>
          <w:rFonts w:ascii="Sakkal Majalla" w:eastAsia="Times New Roman" w:hAnsi="Sakkal Majalla" w:cs="Sakkal Majalla"/>
          <w:sz w:val="28"/>
          <w:szCs w:val="28"/>
        </w:rPr>
        <w:t>.</w:t>
      </w:r>
    </w:p>
    <w:p w14:paraId="175ADAB0" w14:textId="77777777" w:rsidR="003A33D2" w:rsidRPr="003A33D2" w:rsidRDefault="003A33D2" w:rsidP="003A33D2">
      <w:pPr>
        <w:numPr>
          <w:ilvl w:val="0"/>
          <w:numId w:val="13"/>
        </w:numPr>
        <w:bidi/>
        <w:spacing w:before="100" w:beforeAutospacing="1" w:after="100" w:afterAutospacing="1" w:line="240" w:lineRule="auto"/>
        <w:rPr>
          <w:rFonts w:ascii="Sakkal Majalla" w:eastAsia="Times New Roman" w:hAnsi="Sakkal Majalla" w:cs="Sakkal Majalla"/>
          <w:sz w:val="28"/>
          <w:szCs w:val="28"/>
        </w:rPr>
      </w:pPr>
      <w:r w:rsidRPr="003A33D2">
        <w:rPr>
          <w:rFonts w:ascii="Sakkal Majalla" w:eastAsia="Times New Roman" w:hAnsi="Sakkal Majalla" w:cs="Sakkal Majalla"/>
          <w:sz w:val="28"/>
          <w:szCs w:val="28"/>
          <w:rtl/>
        </w:rPr>
        <w:t>تحليل أثر الذكاء الاصطناعي على جودة وكفاءة القرار الإداري</w:t>
      </w:r>
      <w:r w:rsidRPr="003A33D2">
        <w:rPr>
          <w:rFonts w:ascii="Sakkal Majalla" w:eastAsia="Times New Roman" w:hAnsi="Sakkal Majalla" w:cs="Sakkal Majalla"/>
          <w:sz w:val="28"/>
          <w:szCs w:val="28"/>
        </w:rPr>
        <w:t>.</w:t>
      </w:r>
    </w:p>
    <w:p w14:paraId="13844C03" w14:textId="77777777" w:rsidR="003A33D2" w:rsidRPr="003A33D2" w:rsidRDefault="003A33D2" w:rsidP="003A33D2">
      <w:pPr>
        <w:numPr>
          <w:ilvl w:val="0"/>
          <w:numId w:val="13"/>
        </w:numPr>
        <w:bidi/>
        <w:spacing w:before="100" w:beforeAutospacing="1" w:after="100" w:afterAutospacing="1" w:line="240" w:lineRule="auto"/>
        <w:rPr>
          <w:rFonts w:ascii="Sakkal Majalla" w:eastAsia="Times New Roman" w:hAnsi="Sakkal Majalla" w:cs="Sakkal Majalla"/>
          <w:sz w:val="28"/>
          <w:szCs w:val="28"/>
        </w:rPr>
      </w:pPr>
      <w:r w:rsidRPr="003A33D2">
        <w:rPr>
          <w:rFonts w:ascii="Sakkal Majalla" w:eastAsia="Times New Roman" w:hAnsi="Sakkal Majalla" w:cs="Sakkal Majalla"/>
          <w:sz w:val="28"/>
          <w:szCs w:val="28"/>
          <w:rtl/>
        </w:rPr>
        <w:t>تحديد أبرز التحديات التي تواجه هذه الشركات في تبني الذكاء الاصطناعي</w:t>
      </w:r>
      <w:r w:rsidRPr="003A33D2">
        <w:rPr>
          <w:rFonts w:ascii="Sakkal Majalla" w:eastAsia="Times New Roman" w:hAnsi="Sakkal Majalla" w:cs="Sakkal Majalla"/>
          <w:sz w:val="28"/>
          <w:szCs w:val="28"/>
        </w:rPr>
        <w:t>.</w:t>
      </w:r>
    </w:p>
    <w:p w14:paraId="5564B9CC" w14:textId="77777777" w:rsidR="003A33D2" w:rsidRPr="003A33D2" w:rsidRDefault="003A33D2" w:rsidP="003A33D2">
      <w:pPr>
        <w:numPr>
          <w:ilvl w:val="0"/>
          <w:numId w:val="13"/>
        </w:numPr>
        <w:bidi/>
        <w:spacing w:before="100" w:beforeAutospacing="1" w:after="100" w:afterAutospacing="1" w:line="240" w:lineRule="auto"/>
        <w:rPr>
          <w:rFonts w:ascii="Sakkal Majalla" w:eastAsia="Times New Roman" w:hAnsi="Sakkal Majalla" w:cs="Sakkal Majalla"/>
          <w:sz w:val="28"/>
          <w:szCs w:val="28"/>
        </w:rPr>
      </w:pPr>
      <w:r w:rsidRPr="003A33D2">
        <w:rPr>
          <w:rFonts w:ascii="Sakkal Majalla" w:eastAsia="Times New Roman" w:hAnsi="Sakkal Majalla" w:cs="Sakkal Majalla"/>
          <w:sz w:val="28"/>
          <w:szCs w:val="28"/>
          <w:rtl/>
        </w:rPr>
        <w:t>دراسة الفروقات في أثر الذكاء الاصطناعي حسب حجم الشركة أو نوع نشاطها</w:t>
      </w:r>
      <w:r w:rsidRPr="003A33D2">
        <w:rPr>
          <w:rFonts w:ascii="Sakkal Majalla" w:eastAsia="Times New Roman" w:hAnsi="Sakkal Majalla" w:cs="Sakkal Majalla"/>
          <w:sz w:val="28"/>
          <w:szCs w:val="28"/>
        </w:rPr>
        <w:t>.</w:t>
      </w:r>
    </w:p>
    <w:p w14:paraId="77FBB628" w14:textId="76E8A352" w:rsidR="003A33D2" w:rsidRDefault="003A33D2" w:rsidP="003A33D2">
      <w:pPr>
        <w:bidi/>
        <w:spacing w:after="0" w:line="240" w:lineRule="auto"/>
        <w:rPr>
          <w:rFonts w:ascii="Sakkal Majalla" w:eastAsia="Times New Roman" w:hAnsi="Sakkal Majalla" w:cs="Sakkal Majalla"/>
          <w:sz w:val="28"/>
          <w:szCs w:val="28"/>
          <w:rtl/>
        </w:rPr>
      </w:pPr>
    </w:p>
    <w:p w14:paraId="55CE72E7" w14:textId="6C1AFA55" w:rsidR="00880374" w:rsidRDefault="00880374" w:rsidP="00880374">
      <w:pPr>
        <w:bidi/>
        <w:spacing w:after="0" w:line="240" w:lineRule="auto"/>
        <w:rPr>
          <w:rFonts w:ascii="Sakkal Majalla" w:eastAsia="Times New Roman" w:hAnsi="Sakkal Majalla" w:cs="Sakkal Majalla"/>
          <w:sz w:val="28"/>
          <w:szCs w:val="28"/>
          <w:rtl/>
        </w:rPr>
      </w:pPr>
    </w:p>
    <w:p w14:paraId="620276BA" w14:textId="1391B47C" w:rsidR="00880374" w:rsidRDefault="00880374" w:rsidP="00880374">
      <w:pPr>
        <w:bidi/>
        <w:spacing w:after="0" w:line="240" w:lineRule="auto"/>
        <w:rPr>
          <w:rFonts w:ascii="Sakkal Majalla" w:eastAsia="Times New Roman" w:hAnsi="Sakkal Majalla" w:cs="Sakkal Majalla"/>
          <w:sz w:val="28"/>
          <w:szCs w:val="28"/>
          <w:rtl/>
        </w:rPr>
      </w:pPr>
    </w:p>
    <w:p w14:paraId="57C5B6A3" w14:textId="56FC70E4" w:rsidR="00880374" w:rsidRDefault="00880374" w:rsidP="00880374">
      <w:pPr>
        <w:bidi/>
        <w:spacing w:after="0" w:line="240" w:lineRule="auto"/>
        <w:rPr>
          <w:rFonts w:ascii="Sakkal Majalla" w:eastAsia="Times New Roman" w:hAnsi="Sakkal Majalla" w:cs="Sakkal Majalla"/>
          <w:sz w:val="28"/>
          <w:szCs w:val="28"/>
          <w:rtl/>
        </w:rPr>
      </w:pPr>
    </w:p>
    <w:p w14:paraId="2D83C753" w14:textId="77777777" w:rsidR="00880374" w:rsidRPr="00317598" w:rsidRDefault="00880374" w:rsidP="00880374">
      <w:pPr>
        <w:bidi/>
        <w:spacing w:after="0" w:line="240" w:lineRule="auto"/>
        <w:rPr>
          <w:rFonts w:ascii="Sakkal Majalla" w:eastAsia="Times New Roman" w:hAnsi="Sakkal Majalla" w:cs="Sakkal Majalla"/>
          <w:sz w:val="28"/>
          <w:szCs w:val="28"/>
          <w:rtl/>
        </w:rPr>
      </w:pPr>
    </w:p>
    <w:p w14:paraId="5E96F883" w14:textId="66B384F0" w:rsidR="003A33D2" w:rsidRPr="003A33D2" w:rsidRDefault="00011574" w:rsidP="008B4E8D">
      <w:pPr>
        <w:bidi/>
        <w:spacing w:after="0" w:line="240" w:lineRule="auto"/>
        <w:rPr>
          <w:rFonts w:ascii="Sakkal Majalla" w:eastAsia="Times New Roman" w:hAnsi="Sakkal Majalla" w:cs="Sakkal Majalla"/>
          <w:szCs w:val="32"/>
        </w:rPr>
      </w:pPr>
      <w:r>
        <w:rPr>
          <w:rFonts w:ascii="Sakkal Majalla" w:eastAsia="Times New Roman" w:hAnsi="Sakkal Majalla" w:cs="Sakkal Majalla" w:hint="cs"/>
          <w:b/>
          <w:bCs/>
          <w:szCs w:val="32"/>
          <w:rtl/>
        </w:rPr>
        <w:t>1.3</w:t>
      </w:r>
      <w:r w:rsidR="003A33D2" w:rsidRPr="003A33D2">
        <w:rPr>
          <w:rFonts w:ascii="Sakkal Majalla" w:eastAsia="Times New Roman" w:hAnsi="Sakkal Majalla" w:cs="Sakkal Majalla"/>
          <w:b/>
          <w:bCs/>
          <w:szCs w:val="32"/>
          <w:rtl/>
        </w:rPr>
        <w:t>أسئلة البحث</w:t>
      </w:r>
    </w:p>
    <w:p w14:paraId="60C8A8B5" w14:textId="77777777" w:rsidR="003A33D2" w:rsidRPr="003A33D2" w:rsidRDefault="003A33D2" w:rsidP="003A33D2">
      <w:pPr>
        <w:numPr>
          <w:ilvl w:val="0"/>
          <w:numId w:val="14"/>
        </w:numPr>
        <w:bidi/>
        <w:spacing w:before="100" w:beforeAutospacing="1" w:after="100" w:afterAutospacing="1" w:line="240" w:lineRule="auto"/>
        <w:rPr>
          <w:rFonts w:ascii="Sakkal Majalla" w:eastAsia="Times New Roman" w:hAnsi="Sakkal Majalla" w:cs="Sakkal Majalla"/>
          <w:sz w:val="28"/>
          <w:szCs w:val="28"/>
        </w:rPr>
      </w:pPr>
      <w:r w:rsidRPr="003A33D2">
        <w:rPr>
          <w:rFonts w:ascii="Sakkal Majalla" w:eastAsia="Times New Roman" w:hAnsi="Sakkal Majalla" w:cs="Sakkal Majalla"/>
          <w:sz w:val="28"/>
          <w:szCs w:val="28"/>
          <w:rtl/>
        </w:rPr>
        <w:t>إلى أي مدى تعتمد الشركات الناشئة التقنية في المملكة على الذكاء الاصطناعي؟</w:t>
      </w:r>
    </w:p>
    <w:p w14:paraId="0CFD0FE8" w14:textId="77777777" w:rsidR="003A33D2" w:rsidRPr="003A33D2" w:rsidRDefault="003A33D2" w:rsidP="003A33D2">
      <w:pPr>
        <w:numPr>
          <w:ilvl w:val="0"/>
          <w:numId w:val="14"/>
        </w:numPr>
        <w:bidi/>
        <w:spacing w:before="100" w:beforeAutospacing="1" w:after="100" w:afterAutospacing="1" w:line="240" w:lineRule="auto"/>
        <w:rPr>
          <w:rFonts w:ascii="Sakkal Majalla" w:eastAsia="Times New Roman" w:hAnsi="Sakkal Majalla" w:cs="Sakkal Majalla"/>
          <w:sz w:val="28"/>
          <w:szCs w:val="28"/>
        </w:rPr>
      </w:pPr>
      <w:r w:rsidRPr="003A33D2">
        <w:rPr>
          <w:rFonts w:ascii="Sakkal Majalla" w:eastAsia="Times New Roman" w:hAnsi="Sakkal Majalla" w:cs="Sakkal Majalla"/>
          <w:sz w:val="28"/>
          <w:szCs w:val="28"/>
          <w:rtl/>
        </w:rPr>
        <w:t>ما أثر استخدام الذكاء الاصطناعي على جودة وكفاءة اتخاذ القرار الإداري؟</w:t>
      </w:r>
    </w:p>
    <w:p w14:paraId="6357FD30" w14:textId="77777777" w:rsidR="003A33D2" w:rsidRPr="003A33D2" w:rsidRDefault="003A33D2" w:rsidP="003A33D2">
      <w:pPr>
        <w:numPr>
          <w:ilvl w:val="0"/>
          <w:numId w:val="14"/>
        </w:numPr>
        <w:bidi/>
        <w:spacing w:before="100" w:beforeAutospacing="1" w:after="100" w:afterAutospacing="1" w:line="240" w:lineRule="auto"/>
        <w:rPr>
          <w:rFonts w:ascii="Sakkal Majalla" w:eastAsia="Times New Roman" w:hAnsi="Sakkal Majalla" w:cs="Sakkal Majalla"/>
          <w:sz w:val="28"/>
          <w:szCs w:val="28"/>
        </w:rPr>
      </w:pPr>
      <w:r w:rsidRPr="003A33D2">
        <w:rPr>
          <w:rFonts w:ascii="Sakkal Majalla" w:eastAsia="Times New Roman" w:hAnsi="Sakkal Majalla" w:cs="Sakkal Majalla"/>
          <w:sz w:val="28"/>
          <w:szCs w:val="28"/>
          <w:rtl/>
        </w:rPr>
        <w:t>ما أبرز التحديات التي تواجه هذه الشركات في تطبيق الذكاء الاصطناعي؟</w:t>
      </w:r>
    </w:p>
    <w:p w14:paraId="41990656" w14:textId="77777777" w:rsidR="003A33D2" w:rsidRPr="003A33D2" w:rsidRDefault="003A33D2" w:rsidP="003A33D2">
      <w:pPr>
        <w:numPr>
          <w:ilvl w:val="0"/>
          <w:numId w:val="14"/>
        </w:numPr>
        <w:bidi/>
        <w:spacing w:before="100" w:beforeAutospacing="1" w:after="100" w:afterAutospacing="1" w:line="240" w:lineRule="auto"/>
        <w:rPr>
          <w:rFonts w:ascii="Sakkal Majalla" w:eastAsia="Times New Roman" w:hAnsi="Sakkal Majalla" w:cs="Sakkal Majalla"/>
          <w:sz w:val="28"/>
          <w:szCs w:val="28"/>
        </w:rPr>
      </w:pPr>
      <w:r w:rsidRPr="003A33D2">
        <w:rPr>
          <w:rFonts w:ascii="Sakkal Majalla" w:eastAsia="Times New Roman" w:hAnsi="Sakkal Majalla" w:cs="Sakkal Majalla"/>
          <w:sz w:val="28"/>
          <w:szCs w:val="28"/>
          <w:rtl/>
        </w:rPr>
        <w:t>هل يختلف الأثر حسب حجم الشركة أو نوع نشاطها؟</w:t>
      </w:r>
    </w:p>
    <w:p w14:paraId="0D442EBB" w14:textId="77777777" w:rsidR="003A33D2" w:rsidRPr="00317598" w:rsidRDefault="003A33D2" w:rsidP="003A33D2">
      <w:pPr>
        <w:bidi/>
        <w:spacing w:after="0" w:line="240" w:lineRule="auto"/>
        <w:rPr>
          <w:rFonts w:ascii="Sakkal Majalla" w:eastAsia="Times New Roman" w:hAnsi="Sakkal Majalla" w:cs="Sakkal Majalla"/>
          <w:b/>
          <w:bCs/>
          <w:sz w:val="28"/>
          <w:szCs w:val="28"/>
          <w:rtl/>
        </w:rPr>
      </w:pPr>
    </w:p>
    <w:p w14:paraId="37877345" w14:textId="02522356" w:rsidR="003A33D2" w:rsidRPr="003A33D2" w:rsidRDefault="00011574" w:rsidP="003A33D2">
      <w:pPr>
        <w:bidi/>
        <w:spacing w:after="0" w:line="240" w:lineRule="auto"/>
        <w:rPr>
          <w:rFonts w:ascii="Sakkal Majalla" w:eastAsia="Times New Roman" w:hAnsi="Sakkal Majalla" w:cs="Sakkal Majalla"/>
          <w:szCs w:val="32"/>
        </w:rPr>
      </w:pPr>
      <w:r>
        <w:rPr>
          <w:rFonts w:ascii="Sakkal Majalla" w:eastAsia="Times New Roman" w:hAnsi="Sakkal Majalla" w:cs="Sakkal Majalla" w:hint="cs"/>
          <w:b/>
          <w:bCs/>
          <w:szCs w:val="32"/>
          <w:rtl/>
        </w:rPr>
        <w:t>1.4</w:t>
      </w:r>
      <w:r w:rsidR="003A33D2" w:rsidRPr="003A33D2">
        <w:rPr>
          <w:rFonts w:ascii="Sakkal Majalla" w:eastAsia="Times New Roman" w:hAnsi="Sakkal Majalla" w:cs="Sakkal Majalla"/>
          <w:b/>
          <w:bCs/>
          <w:szCs w:val="32"/>
          <w:rtl/>
        </w:rPr>
        <w:t>فرضيات البحث</w:t>
      </w:r>
    </w:p>
    <w:p w14:paraId="625DF9DA" w14:textId="77777777" w:rsidR="003A33D2" w:rsidRPr="003A33D2" w:rsidRDefault="003A33D2" w:rsidP="003A33D2">
      <w:pPr>
        <w:numPr>
          <w:ilvl w:val="0"/>
          <w:numId w:val="15"/>
        </w:numPr>
        <w:bidi/>
        <w:spacing w:before="100" w:beforeAutospacing="1" w:after="100" w:afterAutospacing="1" w:line="240" w:lineRule="auto"/>
        <w:rPr>
          <w:rFonts w:ascii="Sakkal Majalla" w:eastAsia="Times New Roman" w:hAnsi="Sakkal Majalla" w:cs="Sakkal Majalla"/>
          <w:sz w:val="28"/>
          <w:szCs w:val="28"/>
        </w:rPr>
      </w:pPr>
      <w:r w:rsidRPr="003A33D2">
        <w:rPr>
          <w:rFonts w:ascii="Sakkal Majalla" w:eastAsia="Times New Roman" w:hAnsi="Sakkal Majalla" w:cs="Sakkal Majalla"/>
          <w:b/>
          <w:bCs/>
          <w:sz w:val="28"/>
          <w:szCs w:val="28"/>
          <w:rtl/>
        </w:rPr>
        <w:t>الفرضية الرئيسية</w:t>
      </w:r>
      <w:r w:rsidRPr="003A33D2">
        <w:rPr>
          <w:rFonts w:ascii="Sakkal Majalla" w:eastAsia="Times New Roman" w:hAnsi="Sakkal Majalla" w:cs="Sakkal Majalla"/>
          <w:b/>
          <w:bCs/>
          <w:sz w:val="28"/>
          <w:szCs w:val="28"/>
        </w:rPr>
        <w:t>:</w:t>
      </w:r>
      <w:r w:rsidRPr="003A33D2">
        <w:rPr>
          <w:rFonts w:ascii="Sakkal Majalla" w:eastAsia="Times New Roman" w:hAnsi="Sakkal Majalla" w:cs="Sakkal Majalla"/>
          <w:sz w:val="28"/>
          <w:szCs w:val="28"/>
        </w:rPr>
        <w:br/>
      </w:r>
      <w:r w:rsidRPr="003A33D2">
        <w:rPr>
          <w:rFonts w:ascii="Sakkal Majalla" w:eastAsia="Times New Roman" w:hAnsi="Sakkal Majalla" w:cs="Sakkal Majalla"/>
          <w:sz w:val="28"/>
          <w:szCs w:val="28"/>
          <w:rtl/>
        </w:rPr>
        <w:t>لا يوجد أثر ذو دلالة إحصائية لاستخدام الذكاء الاصطناعي على اتخاذ القرار الإداري في الشركات الناشئة التقنية بالمملكة</w:t>
      </w:r>
      <w:r w:rsidRPr="003A33D2">
        <w:rPr>
          <w:rFonts w:ascii="Sakkal Majalla" w:eastAsia="Times New Roman" w:hAnsi="Sakkal Majalla" w:cs="Sakkal Majalla"/>
          <w:sz w:val="28"/>
          <w:szCs w:val="28"/>
        </w:rPr>
        <w:t>.</w:t>
      </w:r>
    </w:p>
    <w:p w14:paraId="4A470D97" w14:textId="77777777" w:rsidR="003A33D2" w:rsidRPr="003A33D2" w:rsidRDefault="003A33D2" w:rsidP="003A33D2">
      <w:pPr>
        <w:numPr>
          <w:ilvl w:val="0"/>
          <w:numId w:val="15"/>
        </w:numPr>
        <w:bidi/>
        <w:spacing w:before="100" w:beforeAutospacing="1" w:after="100" w:afterAutospacing="1" w:line="240" w:lineRule="auto"/>
        <w:rPr>
          <w:rFonts w:ascii="Sakkal Majalla" w:eastAsia="Times New Roman" w:hAnsi="Sakkal Majalla" w:cs="Sakkal Majalla"/>
          <w:sz w:val="28"/>
          <w:szCs w:val="28"/>
        </w:rPr>
      </w:pPr>
      <w:r w:rsidRPr="003A33D2">
        <w:rPr>
          <w:rFonts w:ascii="Sakkal Majalla" w:eastAsia="Times New Roman" w:hAnsi="Sakkal Majalla" w:cs="Sakkal Majalla"/>
          <w:b/>
          <w:bCs/>
          <w:sz w:val="28"/>
          <w:szCs w:val="28"/>
          <w:rtl/>
        </w:rPr>
        <w:t>الفرضيات الفرعية</w:t>
      </w:r>
      <w:r w:rsidRPr="003A33D2">
        <w:rPr>
          <w:rFonts w:ascii="Sakkal Majalla" w:eastAsia="Times New Roman" w:hAnsi="Sakkal Majalla" w:cs="Sakkal Majalla"/>
          <w:b/>
          <w:bCs/>
          <w:sz w:val="28"/>
          <w:szCs w:val="28"/>
        </w:rPr>
        <w:t>:</w:t>
      </w:r>
    </w:p>
    <w:p w14:paraId="22E13B30" w14:textId="77777777" w:rsidR="003A33D2" w:rsidRPr="003A33D2" w:rsidRDefault="003A33D2" w:rsidP="003A33D2">
      <w:pPr>
        <w:numPr>
          <w:ilvl w:val="1"/>
          <w:numId w:val="15"/>
        </w:numPr>
        <w:bidi/>
        <w:spacing w:before="100" w:beforeAutospacing="1" w:after="100" w:afterAutospacing="1" w:line="240" w:lineRule="auto"/>
        <w:rPr>
          <w:rFonts w:ascii="Sakkal Majalla" w:eastAsia="Times New Roman" w:hAnsi="Sakkal Majalla" w:cs="Sakkal Majalla"/>
          <w:sz w:val="28"/>
          <w:szCs w:val="28"/>
        </w:rPr>
      </w:pPr>
      <w:r w:rsidRPr="003A33D2">
        <w:rPr>
          <w:rFonts w:ascii="Sakkal Majalla" w:eastAsia="Times New Roman" w:hAnsi="Sakkal Majalla" w:cs="Sakkal Majalla"/>
          <w:sz w:val="28"/>
          <w:szCs w:val="28"/>
          <w:rtl/>
        </w:rPr>
        <w:t>يوجد أثر ذو دلالة لاستخدام الذكاء الاصطناعي على جودة القرار الإداري</w:t>
      </w:r>
      <w:r w:rsidRPr="003A33D2">
        <w:rPr>
          <w:rFonts w:ascii="Sakkal Majalla" w:eastAsia="Times New Roman" w:hAnsi="Sakkal Majalla" w:cs="Sakkal Majalla"/>
          <w:sz w:val="28"/>
          <w:szCs w:val="28"/>
        </w:rPr>
        <w:t>.</w:t>
      </w:r>
    </w:p>
    <w:p w14:paraId="35A87867" w14:textId="77777777" w:rsidR="003A33D2" w:rsidRPr="003A33D2" w:rsidRDefault="003A33D2" w:rsidP="003A33D2">
      <w:pPr>
        <w:numPr>
          <w:ilvl w:val="1"/>
          <w:numId w:val="15"/>
        </w:numPr>
        <w:bidi/>
        <w:spacing w:before="100" w:beforeAutospacing="1" w:after="100" w:afterAutospacing="1" w:line="240" w:lineRule="auto"/>
        <w:rPr>
          <w:rFonts w:ascii="Sakkal Majalla" w:eastAsia="Times New Roman" w:hAnsi="Sakkal Majalla" w:cs="Sakkal Majalla"/>
          <w:sz w:val="28"/>
          <w:szCs w:val="28"/>
        </w:rPr>
      </w:pPr>
      <w:r w:rsidRPr="003A33D2">
        <w:rPr>
          <w:rFonts w:ascii="Sakkal Majalla" w:eastAsia="Times New Roman" w:hAnsi="Sakkal Majalla" w:cs="Sakkal Majalla"/>
          <w:sz w:val="28"/>
          <w:szCs w:val="28"/>
          <w:rtl/>
        </w:rPr>
        <w:t>يوجد أثر على سرعة اتخاذ القرار</w:t>
      </w:r>
      <w:r w:rsidRPr="003A33D2">
        <w:rPr>
          <w:rFonts w:ascii="Sakkal Majalla" w:eastAsia="Times New Roman" w:hAnsi="Sakkal Majalla" w:cs="Sakkal Majalla"/>
          <w:sz w:val="28"/>
          <w:szCs w:val="28"/>
        </w:rPr>
        <w:t>.</w:t>
      </w:r>
    </w:p>
    <w:p w14:paraId="1B1FEAB3" w14:textId="77777777" w:rsidR="003A33D2" w:rsidRPr="003A33D2" w:rsidRDefault="003A33D2" w:rsidP="003A33D2">
      <w:pPr>
        <w:numPr>
          <w:ilvl w:val="1"/>
          <w:numId w:val="15"/>
        </w:numPr>
        <w:bidi/>
        <w:spacing w:before="100" w:beforeAutospacing="1" w:after="100" w:afterAutospacing="1" w:line="240" w:lineRule="auto"/>
        <w:rPr>
          <w:rFonts w:ascii="Sakkal Majalla" w:eastAsia="Times New Roman" w:hAnsi="Sakkal Majalla" w:cs="Sakkal Majalla"/>
          <w:sz w:val="28"/>
          <w:szCs w:val="28"/>
        </w:rPr>
      </w:pPr>
      <w:r w:rsidRPr="003A33D2">
        <w:rPr>
          <w:rFonts w:ascii="Sakkal Majalla" w:eastAsia="Times New Roman" w:hAnsi="Sakkal Majalla" w:cs="Sakkal Majalla"/>
          <w:sz w:val="28"/>
          <w:szCs w:val="28"/>
          <w:rtl/>
        </w:rPr>
        <w:t>يختلف الأثر حسب حجم الشركة</w:t>
      </w:r>
      <w:r w:rsidRPr="003A33D2">
        <w:rPr>
          <w:rFonts w:ascii="Sakkal Majalla" w:eastAsia="Times New Roman" w:hAnsi="Sakkal Majalla" w:cs="Sakkal Majalla"/>
          <w:sz w:val="28"/>
          <w:szCs w:val="28"/>
        </w:rPr>
        <w:t>.</w:t>
      </w:r>
    </w:p>
    <w:p w14:paraId="327BA25B" w14:textId="77777777" w:rsidR="003A33D2" w:rsidRPr="003A33D2" w:rsidRDefault="003A33D2" w:rsidP="003A33D2">
      <w:pPr>
        <w:numPr>
          <w:ilvl w:val="1"/>
          <w:numId w:val="15"/>
        </w:numPr>
        <w:bidi/>
        <w:spacing w:before="100" w:beforeAutospacing="1" w:after="100" w:afterAutospacing="1" w:line="240" w:lineRule="auto"/>
        <w:rPr>
          <w:rFonts w:ascii="Sakkal Majalla" w:eastAsia="Times New Roman" w:hAnsi="Sakkal Majalla" w:cs="Sakkal Majalla"/>
          <w:sz w:val="28"/>
          <w:szCs w:val="28"/>
        </w:rPr>
      </w:pPr>
      <w:r w:rsidRPr="003A33D2">
        <w:rPr>
          <w:rFonts w:ascii="Sakkal Majalla" w:eastAsia="Times New Roman" w:hAnsi="Sakkal Majalla" w:cs="Sakkal Majalla"/>
          <w:sz w:val="28"/>
          <w:szCs w:val="28"/>
          <w:rtl/>
        </w:rPr>
        <w:t>يختلف الأثر حسب نوع النشاط</w:t>
      </w:r>
      <w:r w:rsidRPr="003A33D2">
        <w:rPr>
          <w:rFonts w:ascii="Sakkal Majalla" w:eastAsia="Times New Roman" w:hAnsi="Sakkal Majalla" w:cs="Sakkal Majalla"/>
          <w:sz w:val="28"/>
          <w:szCs w:val="28"/>
        </w:rPr>
        <w:t>.</w:t>
      </w:r>
    </w:p>
    <w:p w14:paraId="4C1041EB" w14:textId="77777777" w:rsidR="003A33D2" w:rsidRPr="003A33D2" w:rsidRDefault="003A33D2" w:rsidP="003A33D2">
      <w:pPr>
        <w:numPr>
          <w:ilvl w:val="1"/>
          <w:numId w:val="15"/>
        </w:numPr>
        <w:bidi/>
        <w:spacing w:before="100" w:beforeAutospacing="1" w:after="100" w:afterAutospacing="1" w:line="240" w:lineRule="auto"/>
        <w:rPr>
          <w:rFonts w:ascii="Sakkal Majalla" w:eastAsia="Times New Roman" w:hAnsi="Sakkal Majalla" w:cs="Sakkal Majalla"/>
          <w:sz w:val="28"/>
          <w:szCs w:val="28"/>
        </w:rPr>
      </w:pPr>
      <w:r w:rsidRPr="003A33D2">
        <w:rPr>
          <w:rFonts w:ascii="Sakkal Majalla" w:eastAsia="Times New Roman" w:hAnsi="Sakkal Majalla" w:cs="Sakkal Majalla"/>
          <w:sz w:val="28"/>
          <w:szCs w:val="28"/>
          <w:rtl/>
        </w:rPr>
        <w:t>تمثل قلة الموارد أو نقص المعرفة التقنية معوقات في التبني</w:t>
      </w:r>
      <w:r w:rsidRPr="003A33D2">
        <w:rPr>
          <w:rFonts w:ascii="Sakkal Majalla" w:eastAsia="Times New Roman" w:hAnsi="Sakkal Majalla" w:cs="Sakkal Majalla"/>
          <w:sz w:val="28"/>
          <w:szCs w:val="28"/>
        </w:rPr>
        <w:t>.</w:t>
      </w:r>
    </w:p>
    <w:p w14:paraId="59D8C98F" w14:textId="3FDF823E" w:rsidR="003A33D2" w:rsidRPr="00317598" w:rsidRDefault="003A33D2" w:rsidP="003A33D2">
      <w:pPr>
        <w:bidi/>
        <w:spacing w:after="0" w:line="240" w:lineRule="auto"/>
        <w:rPr>
          <w:rFonts w:ascii="Sakkal Majalla" w:eastAsia="Times New Roman" w:hAnsi="Sakkal Majalla" w:cs="Sakkal Majalla"/>
          <w:sz w:val="28"/>
          <w:szCs w:val="28"/>
          <w:rtl/>
        </w:rPr>
      </w:pPr>
    </w:p>
    <w:p w14:paraId="5566C413" w14:textId="7712710F" w:rsidR="003A33D2" w:rsidRPr="003A33D2" w:rsidRDefault="00011574" w:rsidP="003A33D2">
      <w:pPr>
        <w:bidi/>
        <w:spacing w:after="0" w:line="240" w:lineRule="auto"/>
        <w:rPr>
          <w:rFonts w:ascii="Sakkal Majalla" w:eastAsia="Times New Roman" w:hAnsi="Sakkal Majalla" w:cs="Sakkal Majalla"/>
          <w:szCs w:val="32"/>
        </w:rPr>
      </w:pPr>
      <w:r>
        <w:rPr>
          <w:rFonts w:ascii="Sakkal Majalla" w:eastAsia="Times New Roman" w:hAnsi="Sakkal Majalla" w:cs="Sakkal Majalla" w:hint="cs"/>
          <w:b/>
          <w:bCs/>
          <w:szCs w:val="32"/>
          <w:rtl/>
        </w:rPr>
        <w:t>1.5</w:t>
      </w:r>
      <w:r w:rsidR="003A33D2" w:rsidRPr="003A33D2">
        <w:rPr>
          <w:rFonts w:ascii="Sakkal Majalla" w:eastAsia="Times New Roman" w:hAnsi="Sakkal Majalla" w:cs="Sakkal Majalla"/>
          <w:b/>
          <w:bCs/>
          <w:szCs w:val="32"/>
          <w:rtl/>
        </w:rPr>
        <w:t>أهمية البحث</w:t>
      </w:r>
    </w:p>
    <w:p w14:paraId="627CE551" w14:textId="77777777" w:rsidR="003A33D2" w:rsidRPr="003A33D2" w:rsidRDefault="003A33D2" w:rsidP="003A33D2">
      <w:pPr>
        <w:bidi/>
        <w:spacing w:before="100" w:beforeAutospacing="1" w:after="100" w:afterAutospacing="1" w:line="240" w:lineRule="auto"/>
        <w:rPr>
          <w:rFonts w:ascii="Sakkal Majalla" w:eastAsia="Times New Roman" w:hAnsi="Sakkal Majalla" w:cs="Sakkal Majalla"/>
          <w:sz w:val="28"/>
          <w:szCs w:val="28"/>
        </w:rPr>
      </w:pPr>
      <w:r w:rsidRPr="003A33D2">
        <w:rPr>
          <w:rFonts w:ascii="Sakkal Majalla" w:eastAsia="Times New Roman" w:hAnsi="Sakkal Majalla" w:cs="Sakkal Majalla"/>
          <w:sz w:val="28"/>
          <w:szCs w:val="28"/>
          <w:rtl/>
        </w:rPr>
        <w:t>تنبع أهمية هذا البحث من كونه يسلّط الضوء على موضوع حديث ومؤثر يتمثل في استخدام تقنيات الذكاء الاصطناعي ضمن بيئة الشركات الناشئة التقنية في المملكة العربية السعودية، في سياق إداري حاسم هو عملية اتخاذ القرار. ويأتي هذا البحث في وقت تتزايد فيه الدعوات إلى تبني التحول الرقمي ضمن مختلف القطاعات، وهو ما تدعمه رؤية السعودية 2030. كما يهدف البحث إلى تقديم قيمة علمية من خلال سد فجوة بحثية تتعلق بندرة الدراسات التطبيقية المحلية في هذا المجال، بالإضافة إلى قيمته العملية التي قد يستفيد منها رواد الأعمال ومديرو الشركات في تحسين قراراتهم الإدارية باستخدام أدوات وتقنيات الذكاء الاصطناعي. وبالتالي، فإن نتائج هذه الدراسة يمكن أن تسهم في توجيه صناع القرار والباحثين لفهم أعمق حول أثر هذه التقنيات على الكفاءة التنظيمية، ودعم النمو المستدام في بيئة ريادة الأعمال السعودية</w:t>
      </w:r>
      <w:r w:rsidRPr="003A33D2">
        <w:rPr>
          <w:rFonts w:ascii="Sakkal Majalla" w:eastAsia="Times New Roman" w:hAnsi="Sakkal Majalla" w:cs="Sakkal Majalla"/>
          <w:sz w:val="28"/>
          <w:szCs w:val="28"/>
        </w:rPr>
        <w:t>.</w:t>
      </w:r>
    </w:p>
    <w:p w14:paraId="1BB2E860" w14:textId="2ECB1488" w:rsidR="003A33D2" w:rsidRPr="00317598" w:rsidRDefault="003A33D2" w:rsidP="003A33D2">
      <w:pPr>
        <w:bidi/>
        <w:spacing w:after="0" w:line="240" w:lineRule="auto"/>
        <w:rPr>
          <w:rFonts w:ascii="Sakkal Majalla" w:eastAsia="Times New Roman" w:hAnsi="Sakkal Majalla" w:cs="Sakkal Majalla"/>
          <w:sz w:val="28"/>
          <w:szCs w:val="28"/>
          <w:rtl/>
        </w:rPr>
      </w:pPr>
    </w:p>
    <w:p w14:paraId="0EC82222" w14:textId="22A7D569" w:rsidR="003A33D2" w:rsidRPr="003A33D2" w:rsidRDefault="003A33D2" w:rsidP="003A33D2">
      <w:pPr>
        <w:bidi/>
        <w:spacing w:after="0" w:line="240" w:lineRule="auto"/>
        <w:rPr>
          <w:rFonts w:ascii="Sakkal Majalla" w:eastAsia="Times New Roman" w:hAnsi="Sakkal Majalla" w:cs="Sakkal Majalla"/>
          <w:szCs w:val="32"/>
        </w:rPr>
      </w:pPr>
      <w:r w:rsidRPr="003A33D2">
        <w:rPr>
          <w:rFonts w:ascii="Sakkal Majalla" w:eastAsia="Times New Roman" w:hAnsi="Sakkal Majalla" w:cs="Sakkal Majalla"/>
          <w:b/>
          <w:bCs/>
          <w:szCs w:val="32"/>
          <w:rtl/>
        </w:rPr>
        <w:t>الإطار النظري والدراسات السابقة</w:t>
      </w:r>
    </w:p>
    <w:p w14:paraId="79EEE4F8" w14:textId="77777777" w:rsidR="001D2D2D" w:rsidRPr="001D2D2D" w:rsidRDefault="001D2D2D" w:rsidP="001D2D2D">
      <w:pPr>
        <w:bidi/>
        <w:spacing w:after="0" w:line="240" w:lineRule="auto"/>
        <w:rPr>
          <w:rFonts w:ascii="Sakkal Majalla" w:eastAsia="Times New Roman" w:hAnsi="Sakkal Majalla" w:cs="Sakkal Majalla"/>
          <w:sz w:val="28"/>
          <w:szCs w:val="28"/>
        </w:rPr>
      </w:pPr>
      <w:r w:rsidRPr="001D2D2D">
        <w:rPr>
          <w:rFonts w:ascii="Sakkal Majalla" w:eastAsia="Times New Roman" w:hAnsi="Sakkal Majalla" w:cs="Sakkal Majalla"/>
          <w:sz w:val="28"/>
          <w:szCs w:val="28"/>
          <w:rtl/>
        </w:rPr>
        <w:t xml:space="preserve">يرتكز الإطار النظري لهذا البحث على </w:t>
      </w:r>
      <w:r w:rsidRPr="001D2D2D">
        <w:rPr>
          <w:rFonts w:ascii="Sakkal Majalla" w:eastAsia="Times New Roman" w:hAnsi="Sakkal Majalla" w:cs="Sakkal Majalla"/>
          <w:b/>
          <w:bCs/>
          <w:sz w:val="28"/>
          <w:szCs w:val="28"/>
          <w:rtl/>
        </w:rPr>
        <w:t>نظرية اتخاذ القرار العقلاني</w:t>
      </w:r>
      <w:r w:rsidRPr="001D2D2D">
        <w:rPr>
          <w:rFonts w:ascii="Sakkal Majalla" w:eastAsia="Times New Roman" w:hAnsi="Sakkal Majalla" w:cs="Sakkal Majalla"/>
          <w:sz w:val="28"/>
          <w:szCs w:val="28"/>
          <w:rtl/>
        </w:rPr>
        <w:t xml:space="preserve"> التي تفترض أن توفر المعلومات الدقيقة والآنية يعزز من جودة القرارات الإدارية ويقلل من نسبة الخطأ. وفي سياق الشركات الناشئة التقنية، يُعد الذكاء الاصطناعي أداة أساسية لتوفير هذه المعلومات عبر التحليل التنبؤي، ومعالجة البيانات الضخمة، ودعم النمذجة واتخاذ القرار</w:t>
      </w:r>
      <w:r w:rsidRPr="001D2D2D">
        <w:rPr>
          <w:rFonts w:ascii="Sakkal Majalla" w:eastAsia="Times New Roman" w:hAnsi="Sakkal Majalla" w:cs="Sakkal Majalla"/>
          <w:sz w:val="28"/>
          <w:szCs w:val="28"/>
        </w:rPr>
        <w:t>.</w:t>
      </w:r>
    </w:p>
    <w:p w14:paraId="5CD2EFD5" w14:textId="77777777" w:rsidR="001D2D2D" w:rsidRPr="001D2D2D" w:rsidRDefault="001D2D2D" w:rsidP="001D2D2D">
      <w:pPr>
        <w:bidi/>
        <w:spacing w:after="0" w:line="240" w:lineRule="auto"/>
        <w:rPr>
          <w:rFonts w:ascii="Sakkal Majalla" w:eastAsia="Times New Roman" w:hAnsi="Sakkal Majalla" w:cs="Sakkal Majalla"/>
          <w:sz w:val="28"/>
          <w:szCs w:val="28"/>
        </w:rPr>
      </w:pPr>
      <w:r w:rsidRPr="001D2D2D">
        <w:rPr>
          <w:rFonts w:ascii="Sakkal Majalla" w:eastAsia="Times New Roman" w:hAnsi="Sakkal Majalla" w:cs="Sakkal Majalla"/>
          <w:sz w:val="28"/>
          <w:szCs w:val="28"/>
          <w:rtl/>
        </w:rPr>
        <w:t xml:space="preserve">تشير الدراسات السابقة في هذا المجال إلى تنامي دور الذكاء الاصطناعي في بيئات الأعمال الناشئة. فقد أوضحت دراسة </w:t>
      </w:r>
      <w:proofErr w:type="spellStart"/>
      <w:r w:rsidRPr="001D2D2D">
        <w:rPr>
          <w:rFonts w:ascii="Sakkal Majalla" w:eastAsia="Times New Roman" w:hAnsi="Sakkal Majalla" w:cs="Sakkal Majalla"/>
          <w:b/>
          <w:bCs/>
          <w:sz w:val="28"/>
          <w:szCs w:val="28"/>
        </w:rPr>
        <w:t>Alsuwidan</w:t>
      </w:r>
      <w:proofErr w:type="spellEnd"/>
      <w:r w:rsidRPr="001D2D2D">
        <w:rPr>
          <w:rFonts w:ascii="Sakkal Majalla" w:eastAsia="Times New Roman" w:hAnsi="Sakkal Majalla" w:cs="Sakkal Majalla"/>
          <w:b/>
          <w:bCs/>
          <w:sz w:val="28"/>
          <w:szCs w:val="28"/>
        </w:rPr>
        <w:t xml:space="preserve"> &amp; </w:t>
      </w:r>
      <w:proofErr w:type="spellStart"/>
      <w:r w:rsidRPr="001D2D2D">
        <w:rPr>
          <w:rFonts w:ascii="Sakkal Majalla" w:eastAsia="Times New Roman" w:hAnsi="Sakkal Majalla" w:cs="Sakkal Majalla"/>
          <w:b/>
          <w:bCs/>
          <w:sz w:val="28"/>
          <w:szCs w:val="28"/>
        </w:rPr>
        <w:t>Aldera</w:t>
      </w:r>
      <w:proofErr w:type="spellEnd"/>
      <w:r w:rsidRPr="001D2D2D">
        <w:rPr>
          <w:rFonts w:ascii="Sakkal Majalla" w:eastAsia="Times New Roman" w:hAnsi="Sakkal Majalla" w:cs="Sakkal Majalla"/>
          <w:b/>
          <w:bCs/>
          <w:sz w:val="28"/>
          <w:szCs w:val="28"/>
        </w:rPr>
        <w:t xml:space="preserve"> (2025)</w:t>
      </w:r>
      <w:r w:rsidRPr="001D2D2D">
        <w:rPr>
          <w:rFonts w:ascii="Sakkal Majalla" w:eastAsia="Times New Roman" w:hAnsi="Sakkal Majalla" w:cs="Sakkal Majalla"/>
          <w:sz w:val="28"/>
          <w:szCs w:val="28"/>
        </w:rPr>
        <w:t xml:space="preserve"> </w:t>
      </w:r>
      <w:r w:rsidRPr="001D2D2D">
        <w:rPr>
          <w:rFonts w:ascii="Sakkal Majalla" w:eastAsia="Times New Roman" w:hAnsi="Sakkal Majalla" w:cs="Sakkal Majalla"/>
          <w:sz w:val="28"/>
          <w:szCs w:val="28"/>
          <w:rtl/>
        </w:rPr>
        <w:t xml:space="preserve">أثر أدوات الذكاء الاصطناعي على نمو الشركات الناشئة في السعودية، مبينةً كيف ساعدت هذه التقنيات في تعزيز القدرة التنافسية وتسريع القرارات الاستراتيجية. كما أظهرت دراسة </w:t>
      </w:r>
      <w:proofErr w:type="spellStart"/>
      <w:r w:rsidRPr="001D2D2D">
        <w:rPr>
          <w:rFonts w:ascii="Sakkal Majalla" w:eastAsia="Times New Roman" w:hAnsi="Sakkal Majalla" w:cs="Sakkal Majalla"/>
          <w:b/>
          <w:bCs/>
          <w:sz w:val="28"/>
          <w:szCs w:val="28"/>
        </w:rPr>
        <w:t>Mashat</w:t>
      </w:r>
      <w:proofErr w:type="spellEnd"/>
      <w:r w:rsidRPr="001D2D2D">
        <w:rPr>
          <w:rFonts w:ascii="Sakkal Majalla" w:eastAsia="Times New Roman" w:hAnsi="Sakkal Majalla" w:cs="Sakkal Majalla"/>
          <w:b/>
          <w:bCs/>
          <w:sz w:val="28"/>
          <w:szCs w:val="28"/>
        </w:rPr>
        <w:t xml:space="preserve"> (2020)</w:t>
      </w:r>
      <w:r w:rsidRPr="001D2D2D">
        <w:rPr>
          <w:rFonts w:ascii="Sakkal Majalla" w:eastAsia="Times New Roman" w:hAnsi="Sakkal Majalla" w:cs="Sakkal Majalla"/>
          <w:sz w:val="28"/>
          <w:szCs w:val="28"/>
        </w:rPr>
        <w:t xml:space="preserve"> </w:t>
      </w:r>
      <w:r w:rsidRPr="001D2D2D">
        <w:rPr>
          <w:rFonts w:ascii="Sakkal Majalla" w:eastAsia="Times New Roman" w:hAnsi="Sakkal Majalla" w:cs="Sakkal Majalla"/>
          <w:sz w:val="28"/>
          <w:szCs w:val="28"/>
          <w:rtl/>
        </w:rPr>
        <w:t>وجود علاقة إيجابية بين معرفة رواد الأعمال بتقنيات الذكاء الاصطناعي وقدرتهم على تطوير مشاريعهم، مع الإشارة إلى أن ضعف الموارد قد يحد من الاستفادة الكاملة من هذه التقنيات</w:t>
      </w:r>
      <w:r w:rsidRPr="001D2D2D">
        <w:rPr>
          <w:rFonts w:ascii="Sakkal Majalla" w:eastAsia="Times New Roman" w:hAnsi="Sakkal Majalla" w:cs="Sakkal Majalla"/>
          <w:sz w:val="28"/>
          <w:szCs w:val="28"/>
        </w:rPr>
        <w:t>.</w:t>
      </w:r>
    </w:p>
    <w:p w14:paraId="2347B465" w14:textId="77777777" w:rsidR="001D2D2D" w:rsidRPr="001D2D2D" w:rsidRDefault="001D2D2D" w:rsidP="001D2D2D">
      <w:pPr>
        <w:bidi/>
        <w:spacing w:after="0" w:line="240" w:lineRule="auto"/>
        <w:rPr>
          <w:rFonts w:ascii="Sakkal Majalla" w:eastAsia="Times New Roman" w:hAnsi="Sakkal Majalla" w:cs="Sakkal Majalla"/>
          <w:sz w:val="28"/>
          <w:szCs w:val="28"/>
        </w:rPr>
      </w:pPr>
      <w:r w:rsidRPr="001D2D2D">
        <w:rPr>
          <w:rFonts w:ascii="Sakkal Majalla" w:eastAsia="Times New Roman" w:hAnsi="Sakkal Majalla" w:cs="Sakkal Majalla"/>
          <w:sz w:val="28"/>
          <w:szCs w:val="28"/>
          <w:rtl/>
        </w:rPr>
        <w:t xml:space="preserve">كذلك، أكدت دراسة </w:t>
      </w:r>
      <w:proofErr w:type="spellStart"/>
      <w:r w:rsidRPr="001D2D2D">
        <w:rPr>
          <w:rFonts w:ascii="Sakkal Majalla" w:eastAsia="Times New Roman" w:hAnsi="Sakkal Majalla" w:cs="Sakkal Majalla"/>
          <w:b/>
          <w:bCs/>
          <w:sz w:val="28"/>
          <w:szCs w:val="28"/>
        </w:rPr>
        <w:t>Csaszar</w:t>
      </w:r>
      <w:proofErr w:type="spellEnd"/>
      <w:r w:rsidRPr="001D2D2D">
        <w:rPr>
          <w:rFonts w:ascii="Sakkal Majalla" w:eastAsia="Times New Roman" w:hAnsi="Sakkal Majalla" w:cs="Sakkal Majalla"/>
          <w:b/>
          <w:bCs/>
          <w:sz w:val="28"/>
          <w:szCs w:val="28"/>
        </w:rPr>
        <w:t xml:space="preserve"> et al. (2024)</w:t>
      </w:r>
      <w:r w:rsidRPr="001D2D2D">
        <w:rPr>
          <w:rFonts w:ascii="Sakkal Majalla" w:eastAsia="Times New Roman" w:hAnsi="Sakkal Majalla" w:cs="Sakkal Majalla"/>
          <w:sz w:val="28"/>
          <w:szCs w:val="28"/>
        </w:rPr>
        <w:t xml:space="preserve"> </w:t>
      </w:r>
      <w:r w:rsidRPr="001D2D2D">
        <w:rPr>
          <w:rFonts w:ascii="Sakkal Majalla" w:eastAsia="Times New Roman" w:hAnsi="Sakkal Majalla" w:cs="Sakkal Majalla"/>
          <w:sz w:val="28"/>
          <w:szCs w:val="28"/>
          <w:rtl/>
        </w:rPr>
        <w:t xml:space="preserve">على أن الذكاء الاصطناعي يمكن أن يحسّن دقة القرارات في بيئات ريادة الأعمال، لكنه يتطلب دمجًا واعيًا مع الخبرة البشرية. وتوصلت </w:t>
      </w:r>
      <w:proofErr w:type="spellStart"/>
      <w:r w:rsidRPr="001D2D2D">
        <w:rPr>
          <w:rFonts w:ascii="Sakkal Majalla" w:eastAsia="Times New Roman" w:hAnsi="Sakkal Majalla" w:cs="Sakkal Majalla"/>
          <w:b/>
          <w:bCs/>
          <w:sz w:val="28"/>
          <w:szCs w:val="28"/>
        </w:rPr>
        <w:t>Aalijah</w:t>
      </w:r>
      <w:proofErr w:type="spellEnd"/>
      <w:r w:rsidRPr="001D2D2D">
        <w:rPr>
          <w:rFonts w:ascii="Sakkal Majalla" w:eastAsia="Times New Roman" w:hAnsi="Sakkal Majalla" w:cs="Sakkal Majalla"/>
          <w:b/>
          <w:bCs/>
          <w:sz w:val="28"/>
          <w:szCs w:val="28"/>
        </w:rPr>
        <w:t xml:space="preserve"> (2025)</w:t>
      </w:r>
      <w:r w:rsidRPr="001D2D2D">
        <w:rPr>
          <w:rFonts w:ascii="Sakkal Majalla" w:eastAsia="Times New Roman" w:hAnsi="Sakkal Majalla" w:cs="Sakkal Majalla"/>
          <w:sz w:val="28"/>
          <w:szCs w:val="28"/>
        </w:rPr>
        <w:t xml:space="preserve"> </w:t>
      </w:r>
      <w:r w:rsidRPr="001D2D2D">
        <w:rPr>
          <w:rFonts w:ascii="Sakkal Majalla" w:eastAsia="Times New Roman" w:hAnsi="Sakkal Majalla" w:cs="Sakkal Majalla"/>
          <w:sz w:val="28"/>
          <w:szCs w:val="28"/>
          <w:rtl/>
        </w:rPr>
        <w:t>إلى أن تحليلات البيانات المستندة إلى الذكاء الاصطناعي تمكّن الشركات من التنبؤ بالاتجاهات السوقية بشكل أفضل، مما يدعم القرارات التشغيلية والاستراتيجية</w:t>
      </w:r>
      <w:r w:rsidRPr="001D2D2D">
        <w:rPr>
          <w:rFonts w:ascii="Sakkal Majalla" w:eastAsia="Times New Roman" w:hAnsi="Sakkal Majalla" w:cs="Sakkal Majalla"/>
          <w:sz w:val="28"/>
          <w:szCs w:val="28"/>
        </w:rPr>
        <w:t>.</w:t>
      </w:r>
    </w:p>
    <w:p w14:paraId="10E03D64" w14:textId="77777777" w:rsidR="001D2D2D" w:rsidRPr="001D2D2D" w:rsidRDefault="001D2D2D" w:rsidP="001D2D2D">
      <w:pPr>
        <w:bidi/>
        <w:spacing w:after="0" w:line="240" w:lineRule="auto"/>
        <w:rPr>
          <w:rFonts w:ascii="Sakkal Majalla" w:eastAsia="Times New Roman" w:hAnsi="Sakkal Majalla" w:cs="Sakkal Majalla"/>
          <w:sz w:val="28"/>
          <w:szCs w:val="28"/>
        </w:rPr>
      </w:pPr>
      <w:r w:rsidRPr="001D2D2D">
        <w:rPr>
          <w:rFonts w:ascii="Sakkal Majalla" w:eastAsia="Times New Roman" w:hAnsi="Sakkal Majalla" w:cs="Sakkal Majalla"/>
          <w:sz w:val="28"/>
          <w:szCs w:val="28"/>
          <w:rtl/>
        </w:rPr>
        <w:t>من خلال هذه الدراسات، يتضح أن للذكاء الاصطناعي أثرًا مباشرًا على تحسين جودة القرارات الإدارية في الشركات الناشئة، وأن نجاح تطبيقه يتوقف على توفر الموارد والبنية التحتية والمعرفة التقنية</w:t>
      </w:r>
      <w:r w:rsidRPr="001D2D2D">
        <w:rPr>
          <w:rFonts w:ascii="Sakkal Majalla" w:eastAsia="Times New Roman" w:hAnsi="Sakkal Majalla" w:cs="Sakkal Majalla"/>
          <w:sz w:val="28"/>
          <w:szCs w:val="28"/>
        </w:rPr>
        <w:t>.</w:t>
      </w:r>
    </w:p>
    <w:p w14:paraId="291788BD" w14:textId="0DB3337E" w:rsidR="003A33D2" w:rsidRPr="001D2D2D" w:rsidRDefault="003A33D2" w:rsidP="003A33D2">
      <w:pPr>
        <w:bidi/>
        <w:spacing w:after="0" w:line="240" w:lineRule="auto"/>
        <w:rPr>
          <w:rFonts w:ascii="Sakkal Majalla" w:eastAsia="Times New Roman" w:hAnsi="Sakkal Majalla" w:cs="Sakkal Majalla"/>
          <w:sz w:val="28"/>
          <w:szCs w:val="28"/>
          <w:rtl/>
        </w:rPr>
      </w:pPr>
    </w:p>
    <w:p w14:paraId="15BB3C02" w14:textId="4479BF78" w:rsidR="003A33D2" w:rsidRPr="00317598" w:rsidRDefault="003A33D2" w:rsidP="003A33D2">
      <w:pPr>
        <w:bidi/>
        <w:spacing w:after="0" w:line="240" w:lineRule="auto"/>
        <w:rPr>
          <w:rFonts w:ascii="Sakkal Majalla" w:eastAsia="Times New Roman" w:hAnsi="Sakkal Majalla" w:cs="Sakkal Majalla"/>
          <w:sz w:val="28"/>
          <w:szCs w:val="28"/>
          <w:rtl/>
        </w:rPr>
      </w:pPr>
    </w:p>
    <w:p w14:paraId="01A2029A" w14:textId="630B46A7" w:rsidR="003A33D2" w:rsidRPr="003A33D2" w:rsidRDefault="003A33D2" w:rsidP="00317598">
      <w:pPr>
        <w:bidi/>
        <w:spacing w:after="0" w:line="240" w:lineRule="auto"/>
        <w:rPr>
          <w:rFonts w:ascii="Sakkal Majalla" w:eastAsia="Times New Roman" w:hAnsi="Sakkal Majalla" w:cs="Sakkal Majalla"/>
          <w:szCs w:val="32"/>
        </w:rPr>
      </w:pPr>
      <w:r w:rsidRPr="003A33D2">
        <w:rPr>
          <w:rFonts w:ascii="Sakkal Majalla" w:eastAsia="Times New Roman" w:hAnsi="Sakkal Majalla" w:cs="Sakkal Majalla"/>
          <w:b/>
          <w:bCs/>
          <w:szCs w:val="32"/>
          <w:rtl/>
        </w:rPr>
        <w:t>عينة الدراسة</w:t>
      </w:r>
    </w:p>
    <w:p w14:paraId="37F205F0" w14:textId="77777777" w:rsidR="001D2D2D" w:rsidRPr="001D2D2D" w:rsidRDefault="001D2D2D" w:rsidP="001D2D2D">
      <w:pPr>
        <w:bidi/>
        <w:spacing w:before="100" w:beforeAutospacing="1" w:after="100" w:afterAutospacing="1" w:line="240" w:lineRule="auto"/>
        <w:rPr>
          <w:rFonts w:ascii="Sakkal Majalla" w:eastAsia="Times New Roman" w:hAnsi="Sakkal Majalla" w:cs="Sakkal Majalla"/>
          <w:sz w:val="28"/>
          <w:szCs w:val="28"/>
        </w:rPr>
      </w:pPr>
      <w:r w:rsidRPr="001D2D2D">
        <w:rPr>
          <w:rFonts w:ascii="Sakkal Majalla" w:eastAsia="Times New Roman" w:hAnsi="Sakkal Majalla" w:cs="Sakkal Majalla"/>
          <w:sz w:val="28"/>
          <w:szCs w:val="28"/>
          <w:rtl/>
        </w:rPr>
        <w:t xml:space="preserve">تعتمد الدراسة على </w:t>
      </w:r>
      <w:r w:rsidRPr="001D2D2D">
        <w:rPr>
          <w:rFonts w:ascii="Sakkal Majalla" w:eastAsia="Times New Roman" w:hAnsi="Sakkal Majalla" w:cs="Sakkal Majalla"/>
          <w:b/>
          <w:bCs/>
          <w:sz w:val="28"/>
          <w:szCs w:val="28"/>
          <w:rtl/>
        </w:rPr>
        <w:t>عينة غرضية</w:t>
      </w:r>
      <w:r w:rsidRPr="001D2D2D">
        <w:rPr>
          <w:rFonts w:ascii="Sakkal Majalla" w:eastAsia="Times New Roman" w:hAnsi="Sakkal Majalla" w:cs="Sakkal Majalla"/>
          <w:sz w:val="28"/>
          <w:szCs w:val="28"/>
          <w:rtl/>
        </w:rPr>
        <w:t xml:space="preserve"> تتكوّن من 22 مشاركًا من مؤسسي ومديري الشركات الناشئة التقنية في المملكة العربية السعودية، وتشمل رواد الأعمال والمديرين الإداريين ومسؤولي البيانات أو العمليات التقنية. تم اختيار هذه العينة نظرًا لارتباطها المباشر بموضوع البحث وصعوبة الوصول إلى عدد أكبر من المشاركين خلال الفترة المحددة لجمع البيانات</w:t>
      </w:r>
      <w:r w:rsidRPr="001D2D2D">
        <w:rPr>
          <w:rFonts w:ascii="Sakkal Majalla" w:eastAsia="Times New Roman" w:hAnsi="Sakkal Majalla" w:cs="Sakkal Majalla"/>
          <w:sz w:val="28"/>
          <w:szCs w:val="28"/>
        </w:rPr>
        <w:t>.</w:t>
      </w:r>
    </w:p>
    <w:p w14:paraId="0932A3D0" w14:textId="77777777" w:rsidR="001D2D2D" w:rsidRDefault="001D2D2D" w:rsidP="001D2D2D">
      <w:pPr>
        <w:bidi/>
        <w:spacing w:after="0" w:line="240" w:lineRule="auto"/>
        <w:rPr>
          <w:rFonts w:ascii="Sakkal Majalla" w:eastAsia="Times New Roman" w:hAnsi="Sakkal Majalla" w:cs="Sakkal Majalla"/>
          <w:b/>
          <w:bCs/>
          <w:szCs w:val="32"/>
          <w:rtl/>
        </w:rPr>
      </w:pPr>
    </w:p>
    <w:p w14:paraId="0A75DB1B" w14:textId="72DC5195" w:rsidR="001D2D2D" w:rsidRPr="001D2D2D" w:rsidRDefault="001D2D2D" w:rsidP="001D2D2D">
      <w:pPr>
        <w:bidi/>
        <w:spacing w:after="0" w:line="240" w:lineRule="auto"/>
        <w:rPr>
          <w:rFonts w:ascii="Sakkal Majalla" w:eastAsia="Times New Roman" w:hAnsi="Sakkal Majalla" w:cs="Sakkal Majalla"/>
          <w:b/>
          <w:bCs/>
          <w:szCs w:val="32"/>
        </w:rPr>
      </w:pPr>
      <w:r w:rsidRPr="001D2D2D">
        <w:rPr>
          <w:rFonts w:ascii="Sakkal Majalla" w:eastAsia="Times New Roman" w:hAnsi="Sakkal Majalla" w:cs="Sakkal Majalla"/>
          <w:b/>
          <w:bCs/>
          <w:szCs w:val="32"/>
          <w:rtl/>
        </w:rPr>
        <w:t>منهجية البحث</w:t>
      </w:r>
    </w:p>
    <w:p w14:paraId="6663558D" w14:textId="77777777" w:rsidR="001D2D2D" w:rsidRPr="001D2D2D" w:rsidRDefault="001D2D2D" w:rsidP="001D2D2D">
      <w:pPr>
        <w:bidi/>
        <w:spacing w:before="100" w:beforeAutospacing="1" w:after="100" w:afterAutospacing="1" w:line="240" w:lineRule="auto"/>
        <w:rPr>
          <w:rFonts w:ascii="Sakkal Majalla" w:eastAsia="Times New Roman" w:hAnsi="Sakkal Majalla" w:cs="Sakkal Majalla"/>
          <w:sz w:val="28"/>
          <w:szCs w:val="28"/>
        </w:rPr>
      </w:pPr>
      <w:r w:rsidRPr="001D2D2D">
        <w:rPr>
          <w:rFonts w:ascii="Sakkal Majalla" w:eastAsia="Times New Roman" w:hAnsi="Sakkal Majalla" w:cs="Sakkal Majalla"/>
          <w:sz w:val="28"/>
          <w:szCs w:val="28"/>
          <w:rtl/>
        </w:rPr>
        <w:t xml:space="preserve">سيتم الاعتماد على </w:t>
      </w:r>
      <w:r w:rsidRPr="001D2D2D">
        <w:rPr>
          <w:rFonts w:ascii="Sakkal Majalla" w:eastAsia="Times New Roman" w:hAnsi="Sakkal Majalla" w:cs="Sakkal Majalla"/>
          <w:b/>
          <w:bCs/>
          <w:sz w:val="28"/>
          <w:szCs w:val="28"/>
          <w:rtl/>
        </w:rPr>
        <w:t>المنهج الوصفي التحليلي</w:t>
      </w:r>
      <w:r w:rsidRPr="001D2D2D">
        <w:rPr>
          <w:rFonts w:ascii="Sakkal Majalla" w:eastAsia="Times New Roman" w:hAnsi="Sakkal Majalla" w:cs="Sakkal Majalla"/>
          <w:sz w:val="28"/>
          <w:szCs w:val="28"/>
          <w:rtl/>
        </w:rPr>
        <w:t xml:space="preserve">، مع استخدام التحليل الإحصائي الوصفي (النسب المئوية، التكرارات، المتوسطات والانحراف المعياري) لاستخلاص المؤشرات من بيانات العينة، </w:t>
      </w:r>
      <w:r w:rsidRPr="001D2D2D">
        <w:rPr>
          <w:rFonts w:ascii="Sakkal Majalla" w:eastAsia="Times New Roman" w:hAnsi="Sakkal Majalla" w:cs="Sakkal Majalla"/>
          <w:b/>
          <w:bCs/>
          <w:sz w:val="28"/>
          <w:szCs w:val="28"/>
          <w:rtl/>
        </w:rPr>
        <w:t>دون إجراء اختبارات استدلالية</w:t>
      </w:r>
      <w:r w:rsidRPr="001D2D2D">
        <w:rPr>
          <w:rFonts w:ascii="Sakkal Majalla" w:eastAsia="Times New Roman" w:hAnsi="Sakkal Majalla" w:cs="Sakkal Majalla"/>
          <w:sz w:val="28"/>
          <w:szCs w:val="28"/>
          <w:rtl/>
        </w:rPr>
        <w:t xml:space="preserve"> تتطلب حجم عينة أكبر</w:t>
      </w:r>
      <w:r w:rsidRPr="001D2D2D">
        <w:rPr>
          <w:rFonts w:ascii="Sakkal Majalla" w:eastAsia="Times New Roman" w:hAnsi="Sakkal Majalla" w:cs="Sakkal Majalla"/>
          <w:sz w:val="28"/>
          <w:szCs w:val="28"/>
        </w:rPr>
        <w:t>.</w:t>
      </w:r>
    </w:p>
    <w:p w14:paraId="344E78D9" w14:textId="417EFCF7" w:rsidR="008B4E8D" w:rsidRPr="00317598" w:rsidRDefault="008B4E8D" w:rsidP="008B4E8D">
      <w:pPr>
        <w:bidi/>
        <w:spacing w:after="0" w:line="240" w:lineRule="auto"/>
        <w:rPr>
          <w:rFonts w:ascii="Sakkal Majalla" w:eastAsia="Times New Roman" w:hAnsi="Sakkal Majalla" w:cs="Sakkal Majalla"/>
          <w:sz w:val="28"/>
          <w:szCs w:val="28"/>
          <w:rtl/>
        </w:rPr>
      </w:pPr>
    </w:p>
    <w:p w14:paraId="43258232" w14:textId="751EA936" w:rsidR="003A33D2" w:rsidRPr="003A33D2" w:rsidRDefault="003A33D2" w:rsidP="008B4E8D">
      <w:pPr>
        <w:bidi/>
        <w:spacing w:after="0" w:line="240" w:lineRule="auto"/>
        <w:rPr>
          <w:rFonts w:ascii="Sakkal Majalla" w:eastAsia="Times New Roman" w:hAnsi="Sakkal Majalla" w:cs="Sakkal Majalla"/>
          <w:szCs w:val="32"/>
        </w:rPr>
      </w:pPr>
      <w:r w:rsidRPr="003A33D2">
        <w:rPr>
          <w:rFonts w:ascii="Sakkal Majalla" w:eastAsia="Times New Roman" w:hAnsi="Sakkal Majalla" w:cs="Sakkal Majalla"/>
          <w:b/>
          <w:bCs/>
          <w:szCs w:val="32"/>
          <w:rtl/>
        </w:rPr>
        <w:t>حدود الدراسة</w:t>
      </w:r>
    </w:p>
    <w:p w14:paraId="008346E0" w14:textId="77777777" w:rsidR="001D2D2D" w:rsidRPr="00DC4E9B" w:rsidRDefault="001D2D2D" w:rsidP="001D2D2D">
      <w:pPr>
        <w:numPr>
          <w:ilvl w:val="0"/>
          <w:numId w:val="26"/>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الحدود المكانية</w:t>
      </w:r>
      <w:r w:rsidRPr="00DC4E9B">
        <w:rPr>
          <w:rFonts w:ascii="Sakkal Majalla" w:eastAsia="Times New Roman" w:hAnsi="Sakkal Majalla" w:cs="Sakkal Majalla"/>
          <w:sz w:val="28"/>
          <w:szCs w:val="28"/>
        </w:rPr>
        <w:t xml:space="preserve">: </w:t>
      </w:r>
      <w:r w:rsidRPr="00DC4E9B">
        <w:rPr>
          <w:rFonts w:ascii="Sakkal Majalla" w:eastAsia="Times New Roman" w:hAnsi="Sakkal Majalla" w:cs="Sakkal Majalla"/>
          <w:sz w:val="28"/>
          <w:szCs w:val="28"/>
          <w:rtl/>
        </w:rPr>
        <w:t>المملكة العربية السعودية</w:t>
      </w:r>
      <w:r w:rsidRPr="00DC4E9B">
        <w:rPr>
          <w:rFonts w:ascii="Sakkal Majalla" w:eastAsia="Times New Roman" w:hAnsi="Sakkal Majalla" w:cs="Sakkal Majalla"/>
          <w:sz w:val="28"/>
          <w:szCs w:val="28"/>
        </w:rPr>
        <w:t>.</w:t>
      </w:r>
    </w:p>
    <w:p w14:paraId="4742AEF4" w14:textId="77777777" w:rsidR="001D2D2D" w:rsidRPr="00DC4E9B" w:rsidRDefault="001D2D2D" w:rsidP="001D2D2D">
      <w:pPr>
        <w:numPr>
          <w:ilvl w:val="0"/>
          <w:numId w:val="26"/>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الحدود الزمانية</w:t>
      </w:r>
      <w:r w:rsidRPr="00DC4E9B">
        <w:rPr>
          <w:rFonts w:ascii="Sakkal Majalla" w:eastAsia="Times New Roman" w:hAnsi="Sakkal Majalla" w:cs="Sakkal Majalla"/>
          <w:sz w:val="28"/>
          <w:szCs w:val="28"/>
        </w:rPr>
        <w:t xml:space="preserve">: </w:t>
      </w:r>
      <w:r w:rsidRPr="00DC4E9B">
        <w:rPr>
          <w:rFonts w:ascii="Sakkal Majalla" w:eastAsia="Times New Roman" w:hAnsi="Sakkal Majalla" w:cs="Sakkal Majalla"/>
          <w:sz w:val="28"/>
          <w:szCs w:val="28"/>
          <w:rtl/>
        </w:rPr>
        <w:t>الفصل الدراسي الثاني لعام 2025</w:t>
      </w:r>
      <w:r w:rsidRPr="00DC4E9B">
        <w:rPr>
          <w:rFonts w:ascii="Sakkal Majalla" w:eastAsia="Times New Roman" w:hAnsi="Sakkal Majalla" w:cs="Sakkal Majalla"/>
          <w:sz w:val="28"/>
          <w:szCs w:val="28"/>
        </w:rPr>
        <w:t>.</w:t>
      </w:r>
    </w:p>
    <w:p w14:paraId="643EAD97" w14:textId="77777777" w:rsidR="001D2D2D" w:rsidRPr="00DC4E9B" w:rsidRDefault="001D2D2D" w:rsidP="001D2D2D">
      <w:pPr>
        <w:numPr>
          <w:ilvl w:val="0"/>
          <w:numId w:val="26"/>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الحدود الموضوعية</w:t>
      </w:r>
      <w:r w:rsidRPr="00DC4E9B">
        <w:rPr>
          <w:rFonts w:ascii="Sakkal Majalla" w:eastAsia="Times New Roman" w:hAnsi="Sakkal Majalla" w:cs="Sakkal Majalla"/>
          <w:sz w:val="28"/>
          <w:szCs w:val="28"/>
        </w:rPr>
        <w:t xml:space="preserve">: </w:t>
      </w:r>
      <w:r w:rsidRPr="00DC4E9B">
        <w:rPr>
          <w:rFonts w:ascii="Sakkal Majalla" w:eastAsia="Times New Roman" w:hAnsi="Sakkal Majalla" w:cs="Sakkal Majalla"/>
          <w:sz w:val="28"/>
          <w:szCs w:val="28"/>
          <w:rtl/>
        </w:rPr>
        <w:t>تركز الدراسة فقط على أثر الذكاء الاصطناعي على اتخاذ القرار الإداري</w:t>
      </w:r>
      <w:r w:rsidRPr="00DC4E9B">
        <w:rPr>
          <w:rFonts w:ascii="Sakkal Majalla" w:eastAsia="Times New Roman" w:hAnsi="Sakkal Majalla" w:cs="Sakkal Majalla"/>
          <w:sz w:val="28"/>
          <w:szCs w:val="28"/>
        </w:rPr>
        <w:t>.</w:t>
      </w:r>
    </w:p>
    <w:p w14:paraId="53967530" w14:textId="77777777" w:rsidR="001D2D2D" w:rsidRPr="00DC4E9B" w:rsidRDefault="001D2D2D" w:rsidP="001D2D2D">
      <w:pPr>
        <w:numPr>
          <w:ilvl w:val="0"/>
          <w:numId w:val="26"/>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الحدود المنهجية</w:t>
      </w:r>
      <w:r w:rsidRPr="00DC4E9B">
        <w:rPr>
          <w:rFonts w:ascii="Sakkal Majalla" w:eastAsia="Times New Roman" w:hAnsi="Sakkal Majalla" w:cs="Sakkal Majalla"/>
          <w:sz w:val="28"/>
          <w:szCs w:val="28"/>
        </w:rPr>
        <w:t xml:space="preserve">: </w:t>
      </w:r>
      <w:r w:rsidRPr="00DC4E9B">
        <w:rPr>
          <w:rFonts w:ascii="Sakkal Majalla" w:eastAsia="Times New Roman" w:hAnsi="Sakkal Majalla" w:cs="Sakkal Majalla"/>
          <w:sz w:val="28"/>
          <w:szCs w:val="28"/>
          <w:rtl/>
        </w:rPr>
        <w:t xml:space="preserve">استخدام استبانة إلكترونية كأداة وحيدة لجمع البيانات، وقد اقتصر جمع البيانات على </w:t>
      </w:r>
      <w:r w:rsidRPr="00DC4E9B">
        <w:rPr>
          <w:rFonts w:ascii="Sakkal Majalla" w:eastAsia="Times New Roman" w:hAnsi="Sakkal Majalla" w:cs="Sakkal Majalla"/>
          <w:sz w:val="28"/>
          <w:szCs w:val="28"/>
        </w:rPr>
        <w:t xml:space="preserve">22 </w:t>
      </w:r>
      <w:r w:rsidRPr="00DC4E9B">
        <w:rPr>
          <w:rFonts w:ascii="Sakkal Majalla" w:eastAsia="Times New Roman" w:hAnsi="Sakkal Majalla" w:cs="Sakkal Majalla"/>
          <w:sz w:val="28"/>
          <w:szCs w:val="28"/>
          <w:rtl/>
        </w:rPr>
        <w:t>مشاركًا فقط بسبب التحديات الزمنية وصعوبة الوصول إلى مجتمع الدراسة المستهدف. وبالتالي، فإن النتائج تعكس آراء وتجارب هذه العينة المحددة ولا يمكن تعميمها إحصائيًا على كامل المجتمع</w:t>
      </w:r>
      <w:r w:rsidRPr="00DC4E9B">
        <w:rPr>
          <w:rFonts w:ascii="Sakkal Majalla" w:eastAsia="Times New Roman" w:hAnsi="Sakkal Majalla" w:cs="Sakkal Majalla"/>
          <w:sz w:val="28"/>
          <w:szCs w:val="28"/>
        </w:rPr>
        <w:t>.</w:t>
      </w:r>
    </w:p>
    <w:p w14:paraId="1912F6CA" w14:textId="77777777" w:rsidR="008B4E8D" w:rsidRPr="001D2D2D" w:rsidRDefault="008B4E8D" w:rsidP="003A33D2">
      <w:pPr>
        <w:bidi/>
        <w:spacing w:after="0" w:line="240" w:lineRule="auto"/>
        <w:rPr>
          <w:rFonts w:ascii="Sakkal Majalla" w:eastAsia="Times New Roman" w:hAnsi="Sakkal Majalla" w:cs="Sakkal Majalla"/>
          <w:b/>
          <w:bCs/>
          <w:sz w:val="28"/>
          <w:szCs w:val="28"/>
          <w:rtl/>
        </w:rPr>
      </w:pPr>
    </w:p>
    <w:p w14:paraId="297A5AAA" w14:textId="77777777" w:rsidR="009A372E" w:rsidRPr="009A372E" w:rsidRDefault="009A372E" w:rsidP="009A372E">
      <w:pPr>
        <w:bidi/>
        <w:spacing w:after="0" w:line="240" w:lineRule="auto"/>
        <w:rPr>
          <w:rFonts w:ascii="Sakkal Majalla" w:eastAsia="Times New Roman" w:hAnsi="Sakkal Majalla" w:cs="Sakkal Majalla"/>
          <w:b/>
          <w:bCs/>
          <w:szCs w:val="32"/>
        </w:rPr>
      </w:pPr>
      <w:r w:rsidRPr="009A372E">
        <w:rPr>
          <w:rFonts w:ascii="Sakkal Majalla" w:eastAsia="Times New Roman" w:hAnsi="Sakkal Majalla" w:cs="Sakkal Majalla"/>
          <w:b/>
          <w:bCs/>
          <w:szCs w:val="32"/>
          <w:rtl/>
        </w:rPr>
        <w:t>عرض وتحليل النتائج</w:t>
      </w:r>
    </w:p>
    <w:p w14:paraId="55F4E647"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تم تحليل البيانات التي تم جمعها من 22 مشاركًا من العاملين في الشركات الناشئة التقنية بالمملكة العربية السعودية، باستخدام الأساليب الإحصائية الوصفية (التكرارات، النسب المئوية، المتوسطات والانحراف المعياري). وفيما يلي عرض النتائج لكل محور من محاور الاستبانة</w:t>
      </w:r>
      <w:r w:rsidRPr="00DC4E9B">
        <w:rPr>
          <w:rFonts w:ascii="Sakkal Majalla" w:eastAsia="Times New Roman" w:hAnsi="Sakkal Majalla" w:cs="Sakkal Majalla"/>
          <w:sz w:val="28"/>
          <w:szCs w:val="28"/>
        </w:rPr>
        <w:t>.</w:t>
      </w:r>
    </w:p>
    <w:p w14:paraId="2F330650" w14:textId="61F96EF7" w:rsidR="009A372E" w:rsidRPr="00DC4E9B" w:rsidRDefault="009A372E" w:rsidP="009A372E">
      <w:pPr>
        <w:bidi/>
        <w:spacing w:after="0" w:line="240" w:lineRule="auto"/>
        <w:rPr>
          <w:rFonts w:ascii="Sakkal Majalla" w:eastAsia="Times New Roman" w:hAnsi="Sakkal Majalla" w:cs="Sakkal Majalla"/>
          <w:sz w:val="28"/>
          <w:szCs w:val="28"/>
        </w:rPr>
      </w:pPr>
    </w:p>
    <w:p w14:paraId="538600B4" w14:textId="6AAB234A" w:rsidR="009A372E" w:rsidRPr="009A372E" w:rsidRDefault="00DC4E9B" w:rsidP="009A372E">
      <w:pPr>
        <w:bidi/>
        <w:spacing w:after="0" w:line="240" w:lineRule="auto"/>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1.</w:t>
      </w:r>
      <w:r w:rsidR="009A372E" w:rsidRPr="009A372E">
        <w:rPr>
          <w:rFonts w:ascii="Sakkal Majalla" w:eastAsia="Times New Roman" w:hAnsi="Sakkal Majalla" w:cs="Sakkal Majalla"/>
          <w:b/>
          <w:bCs/>
          <w:sz w:val="28"/>
          <w:szCs w:val="28"/>
          <w:rtl/>
        </w:rPr>
        <w:t>البيانات العامة للمشاركين</w:t>
      </w:r>
    </w:p>
    <w:p w14:paraId="56D5EAD5"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 xml:space="preserve">1.1 </w:t>
      </w:r>
      <w:r w:rsidRPr="00DC4E9B">
        <w:rPr>
          <w:rFonts w:ascii="Sakkal Majalla" w:eastAsia="Times New Roman" w:hAnsi="Sakkal Majalla" w:cs="Sakkal Majalla"/>
          <w:sz w:val="28"/>
          <w:szCs w:val="28"/>
          <w:rtl/>
        </w:rPr>
        <w:t>المدينة التي تقع بها الشركة</w:t>
      </w:r>
    </w:p>
    <w:tbl>
      <w:tblPr>
        <w:tblW w:w="864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60"/>
        <w:gridCol w:w="1881"/>
        <w:gridCol w:w="4202"/>
      </w:tblGrid>
      <w:tr w:rsidR="009A372E" w:rsidRPr="00DC4E9B" w14:paraId="41AB801A" w14:textId="77777777" w:rsidTr="00A0657F">
        <w:trPr>
          <w:trHeight w:val="301"/>
          <w:tblHeader/>
          <w:tblCellSpacing w:w="15" w:type="dxa"/>
        </w:trPr>
        <w:tc>
          <w:tcPr>
            <w:tcW w:w="0" w:type="auto"/>
            <w:vAlign w:val="center"/>
            <w:hideMark/>
          </w:tcPr>
          <w:p w14:paraId="679EC75E"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المدينة</w:t>
            </w:r>
          </w:p>
        </w:tc>
        <w:tc>
          <w:tcPr>
            <w:tcW w:w="0" w:type="auto"/>
            <w:vAlign w:val="center"/>
            <w:hideMark/>
          </w:tcPr>
          <w:p w14:paraId="515340C2"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العدد</w:t>
            </w:r>
          </w:p>
        </w:tc>
        <w:tc>
          <w:tcPr>
            <w:tcW w:w="0" w:type="auto"/>
            <w:vAlign w:val="center"/>
            <w:hideMark/>
          </w:tcPr>
          <w:p w14:paraId="01E823A1"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النسبة المئوية</w:t>
            </w:r>
          </w:p>
        </w:tc>
      </w:tr>
      <w:tr w:rsidR="009A372E" w:rsidRPr="00DC4E9B" w14:paraId="42040326" w14:textId="77777777" w:rsidTr="00A0657F">
        <w:trPr>
          <w:trHeight w:val="310"/>
          <w:tblCellSpacing w:w="15" w:type="dxa"/>
        </w:trPr>
        <w:tc>
          <w:tcPr>
            <w:tcW w:w="0" w:type="auto"/>
            <w:vAlign w:val="center"/>
            <w:hideMark/>
          </w:tcPr>
          <w:p w14:paraId="6B5E2A28"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الرياض</w:t>
            </w:r>
          </w:p>
        </w:tc>
        <w:tc>
          <w:tcPr>
            <w:tcW w:w="0" w:type="auto"/>
            <w:vAlign w:val="center"/>
            <w:hideMark/>
          </w:tcPr>
          <w:p w14:paraId="168420AB"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15</w:t>
            </w:r>
          </w:p>
        </w:tc>
        <w:tc>
          <w:tcPr>
            <w:tcW w:w="0" w:type="auto"/>
            <w:vAlign w:val="center"/>
            <w:hideMark/>
          </w:tcPr>
          <w:p w14:paraId="65E5F565"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68.18%</w:t>
            </w:r>
          </w:p>
        </w:tc>
      </w:tr>
      <w:tr w:rsidR="009A372E" w:rsidRPr="00DC4E9B" w14:paraId="46B71B67" w14:textId="77777777" w:rsidTr="00A0657F">
        <w:trPr>
          <w:trHeight w:val="301"/>
          <w:tblCellSpacing w:w="15" w:type="dxa"/>
        </w:trPr>
        <w:tc>
          <w:tcPr>
            <w:tcW w:w="0" w:type="auto"/>
            <w:vAlign w:val="center"/>
            <w:hideMark/>
          </w:tcPr>
          <w:p w14:paraId="2EF9B261"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جدة</w:t>
            </w:r>
          </w:p>
        </w:tc>
        <w:tc>
          <w:tcPr>
            <w:tcW w:w="0" w:type="auto"/>
            <w:vAlign w:val="center"/>
            <w:hideMark/>
          </w:tcPr>
          <w:p w14:paraId="3C3D0A75"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4</w:t>
            </w:r>
          </w:p>
        </w:tc>
        <w:tc>
          <w:tcPr>
            <w:tcW w:w="0" w:type="auto"/>
            <w:vAlign w:val="center"/>
            <w:hideMark/>
          </w:tcPr>
          <w:p w14:paraId="0CC6EE78"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18.18%</w:t>
            </w:r>
          </w:p>
        </w:tc>
      </w:tr>
      <w:tr w:rsidR="009A372E" w:rsidRPr="00DC4E9B" w14:paraId="0FF749CC" w14:textId="77777777" w:rsidTr="00A0657F">
        <w:trPr>
          <w:trHeight w:val="301"/>
          <w:tblCellSpacing w:w="15" w:type="dxa"/>
        </w:trPr>
        <w:tc>
          <w:tcPr>
            <w:tcW w:w="0" w:type="auto"/>
            <w:vAlign w:val="center"/>
            <w:hideMark/>
          </w:tcPr>
          <w:p w14:paraId="79A325E4"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جيزان</w:t>
            </w:r>
          </w:p>
        </w:tc>
        <w:tc>
          <w:tcPr>
            <w:tcW w:w="0" w:type="auto"/>
            <w:vAlign w:val="center"/>
            <w:hideMark/>
          </w:tcPr>
          <w:p w14:paraId="02F1961D"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1</w:t>
            </w:r>
          </w:p>
        </w:tc>
        <w:tc>
          <w:tcPr>
            <w:tcW w:w="0" w:type="auto"/>
            <w:vAlign w:val="center"/>
            <w:hideMark/>
          </w:tcPr>
          <w:p w14:paraId="09189ACC"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4.55%</w:t>
            </w:r>
          </w:p>
        </w:tc>
      </w:tr>
      <w:tr w:rsidR="009A372E" w:rsidRPr="00DC4E9B" w14:paraId="6AD5EA65" w14:textId="77777777" w:rsidTr="00A0657F">
        <w:trPr>
          <w:trHeight w:val="301"/>
          <w:tblCellSpacing w:w="15" w:type="dxa"/>
        </w:trPr>
        <w:tc>
          <w:tcPr>
            <w:tcW w:w="0" w:type="auto"/>
            <w:vAlign w:val="center"/>
            <w:hideMark/>
          </w:tcPr>
          <w:p w14:paraId="1CD6DEBC"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الدمام</w:t>
            </w:r>
          </w:p>
        </w:tc>
        <w:tc>
          <w:tcPr>
            <w:tcW w:w="0" w:type="auto"/>
            <w:vAlign w:val="center"/>
            <w:hideMark/>
          </w:tcPr>
          <w:p w14:paraId="7A2B8F66"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1</w:t>
            </w:r>
          </w:p>
        </w:tc>
        <w:tc>
          <w:tcPr>
            <w:tcW w:w="0" w:type="auto"/>
            <w:vAlign w:val="center"/>
            <w:hideMark/>
          </w:tcPr>
          <w:p w14:paraId="74292DFB"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4.55%</w:t>
            </w:r>
          </w:p>
        </w:tc>
      </w:tr>
      <w:tr w:rsidR="009A372E" w:rsidRPr="00DC4E9B" w14:paraId="02106995" w14:textId="77777777" w:rsidTr="00A0657F">
        <w:trPr>
          <w:trHeight w:val="310"/>
          <w:tblCellSpacing w:w="15" w:type="dxa"/>
        </w:trPr>
        <w:tc>
          <w:tcPr>
            <w:tcW w:w="0" w:type="auto"/>
            <w:vAlign w:val="center"/>
            <w:hideMark/>
          </w:tcPr>
          <w:p w14:paraId="2B8E1A68"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القصيم</w:t>
            </w:r>
          </w:p>
        </w:tc>
        <w:tc>
          <w:tcPr>
            <w:tcW w:w="0" w:type="auto"/>
            <w:vAlign w:val="center"/>
            <w:hideMark/>
          </w:tcPr>
          <w:p w14:paraId="0597C90C"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1</w:t>
            </w:r>
          </w:p>
        </w:tc>
        <w:tc>
          <w:tcPr>
            <w:tcW w:w="0" w:type="auto"/>
            <w:vAlign w:val="center"/>
            <w:hideMark/>
          </w:tcPr>
          <w:p w14:paraId="2B088CDB"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4.55%</w:t>
            </w:r>
          </w:p>
        </w:tc>
      </w:tr>
    </w:tbl>
    <w:p w14:paraId="4AAF1933"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التفسير</w:t>
      </w:r>
      <w:r w:rsidRPr="00DC4E9B">
        <w:rPr>
          <w:rFonts w:ascii="Sakkal Majalla" w:eastAsia="Times New Roman" w:hAnsi="Sakkal Majalla" w:cs="Sakkal Majalla"/>
          <w:sz w:val="28"/>
          <w:szCs w:val="28"/>
        </w:rPr>
        <w:t xml:space="preserve">: </w:t>
      </w:r>
      <w:r w:rsidRPr="00DC4E9B">
        <w:rPr>
          <w:rFonts w:ascii="Sakkal Majalla" w:eastAsia="Times New Roman" w:hAnsi="Sakkal Majalla" w:cs="Sakkal Majalla"/>
          <w:sz w:val="28"/>
          <w:szCs w:val="28"/>
          <w:rtl/>
        </w:rPr>
        <w:t>يتضح أن غالبية الشركات الناشئة التقنية ضمن العينة تقع في مدينة الرياض بنسبة 68.18%، يليها جدة بنسبة 18.18%، بينما باقي المدن تمثل نسبًا محدودة</w:t>
      </w:r>
      <w:r w:rsidRPr="00DC4E9B">
        <w:rPr>
          <w:rFonts w:ascii="Sakkal Majalla" w:eastAsia="Times New Roman" w:hAnsi="Sakkal Majalla" w:cs="Sakkal Majalla"/>
          <w:sz w:val="28"/>
          <w:szCs w:val="28"/>
        </w:rPr>
        <w:t>.</w:t>
      </w:r>
    </w:p>
    <w:p w14:paraId="3A66897B" w14:textId="42AB6B65" w:rsidR="009A372E" w:rsidRPr="00DC4E9B" w:rsidRDefault="009A372E" w:rsidP="009A372E">
      <w:pPr>
        <w:bidi/>
        <w:spacing w:after="0" w:line="240" w:lineRule="auto"/>
        <w:rPr>
          <w:rFonts w:ascii="Sakkal Majalla" w:eastAsia="Times New Roman" w:hAnsi="Sakkal Majalla" w:cs="Sakkal Majalla"/>
          <w:sz w:val="28"/>
          <w:szCs w:val="28"/>
          <w:rtl/>
        </w:rPr>
      </w:pPr>
    </w:p>
    <w:p w14:paraId="4543D5FC" w14:textId="56750BA6" w:rsidR="00B314F2" w:rsidRPr="00DC4E9B" w:rsidRDefault="00B314F2" w:rsidP="00B314F2">
      <w:pPr>
        <w:bidi/>
        <w:spacing w:after="0" w:line="240" w:lineRule="auto"/>
        <w:rPr>
          <w:rFonts w:ascii="Sakkal Majalla" w:eastAsia="Times New Roman" w:hAnsi="Sakkal Majalla" w:cs="Sakkal Majalla"/>
          <w:sz w:val="28"/>
          <w:szCs w:val="28"/>
          <w:rtl/>
        </w:rPr>
      </w:pPr>
    </w:p>
    <w:p w14:paraId="634CB6BF" w14:textId="110B9641" w:rsidR="00B314F2" w:rsidRPr="00DC4E9B" w:rsidRDefault="00B314F2" w:rsidP="00B314F2">
      <w:pPr>
        <w:bidi/>
        <w:spacing w:after="0" w:line="240" w:lineRule="auto"/>
        <w:rPr>
          <w:rFonts w:ascii="Sakkal Majalla" w:eastAsia="Times New Roman" w:hAnsi="Sakkal Majalla" w:cs="Sakkal Majalla"/>
          <w:sz w:val="28"/>
          <w:szCs w:val="28"/>
          <w:rtl/>
        </w:rPr>
      </w:pPr>
    </w:p>
    <w:p w14:paraId="048FFF6D" w14:textId="2346BAD6" w:rsidR="00B314F2" w:rsidRPr="00DC4E9B" w:rsidRDefault="00B314F2" w:rsidP="00B314F2">
      <w:pPr>
        <w:bidi/>
        <w:spacing w:after="0" w:line="240" w:lineRule="auto"/>
        <w:rPr>
          <w:rFonts w:ascii="Sakkal Majalla" w:eastAsia="Times New Roman" w:hAnsi="Sakkal Majalla" w:cs="Sakkal Majalla"/>
          <w:sz w:val="28"/>
          <w:szCs w:val="28"/>
          <w:rtl/>
        </w:rPr>
      </w:pPr>
    </w:p>
    <w:p w14:paraId="6B7A6D18" w14:textId="5D9F834C" w:rsidR="00B314F2" w:rsidRDefault="00B314F2" w:rsidP="00B314F2">
      <w:pPr>
        <w:bidi/>
        <w:spacing w:after="0" w:line="240" w:lineRule="auto"/>
        <w:rPr>
          <w:rFonts w:ascii="Sakkal Majalla" w:eastAsia="Times New Roman" w:hAnsi="Sakkal Majalla" w:cs="Sakkal Majalla"/>
          <w:b/>
          <w:bCs/>
          <w:sz w:val="28"/>
          <w:szCs w:val="28"/>
          <w:rtl/>
        </w:rPr>
      </w:pPr>
    </w:p>
    <w:p w14:paraId="4B7CF112" w14:textId="77777777" w:rsidR="00545A3A" w:rsidRDefault="00545A3A" w:rsidP="00545A3A">
      <w:pPr>
        <w:bidi/>
        <w:spacing w:after="0" w:line="240" w:lineRule="auto"/>
        <w:rPr>
          <w:rFonts w:ascii="Sakkal Majalla" w:eastAsia="Times New Roman" w:hAnsi="Sakkal Majalla" w:cs="Sakkal Majalla"/>
          <w:b/>
          <w:bCs/>
          <w:sz w:val="28"/>
          <w:szCs w:val="28"/>
          <w:rtl/>
        </w:rPr>
      </w:pPr>
    </w:p>
    <w:p w14:paraId="7E602810" w14:textId="77777777" w:rsidR="00B314F2" w:rsidRPr="009A372E" w:rsidRDefault="00B314F2" w:rsidP="00B314F2">
      <w:pPr>
        <w:bidi/>
        <w:spacing w:after="0" w:line="240" w:lineRule="auto"/>
        <w:rPr>
          <w:rFonts w:ascii="Sakkal Majalla" w:eastAsia="Times New Roman" w:hAnsi="Sakkal Majalla" w:cs="Sakkal Majalla"/>
          <w:b/>
          <w:bCs/>
          <w:sz w:val="28"/>
          <w:szCs w:val="28"/>
        </w:rPr>
      </w:pPr>
    </w:p>
    <w:p w14:paraId="0AB4F6E6" w14:textId="77777777" w:rsidR="009A372E" w:rsidRPr="009A372E" w:rsidRDefault="009A372E" w:rsidP="009A372E">
      <w:pPr>
        <w:bidi/>
        <w:spacing w:after="0" w:line="240" w:lineRule="auto"/>
        <w:rPr>
          <w:rFonts w:ascii="Sakkal Majalla" w:eastAsia="Times New Roman" w:hAnsi="Sakkal Majalla" w:cs="Sakkal Majalla"/>
          <w:b/>
          <w:bCs/>
          <w:sz w:val="28"/>
          <w:szCs w:val="28"/>
        </w:rPr>
      </w:pPr>
      <w:r w:rsidRPr="009A372E">
        <w:rPr>
          <w:rFonts w:ascii="Sakkal Majalla" w:eastAsia="Times New Roman" w:hAnsi="Sakkal Majalla" w:cs="Sakkal Majalla"/>
          <w:b/>
          <w:bCs/>
          <w:sz w:val="28"/>
          <w:szCs w:val="28"/>
        </w:rPr>
        <w:t xml:space="preserve">1.2 </w:t>
      </w:r>
      <w:r w:rsidRPr="009A372E">
        <w:rPr>
          <w:rFonts w:ascii="Sakkal Majalla" w:eastAsia="Times New Roman" w:hAnsi="Sakkal Majalla" w:cs="Sakkal Majalla"/>
          <w:b/>
          <w:bCs/>
          <w:sz w:val="28"/>
          <w:szCs w:val="28"/>
          <w:rtl/>
        </w:rPr>
        <w:t>نوع النشاط التقني الرئيسي</w:t>
      </w:r>
    </w:p>
    <w:p w14:paraId="5B708668"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أظهرت النتائج تنوعًا كبيرًا في الأنشطة التقنية، حيث شملت</w:t>
      </w:r>
      <w:r w:rsidRPr="00DC4E9B">
        <w:rPr>
          <w:rFonts w:ascii="Sakkal Majalla" w:eastAsia="Times New Roman" w:hAnsi="Sakkal Majalla" w:cs="Sakkal Majalla"/>
          <w:sz w:val="28"/>
          <w:szCs w:val="28"/>
        </w:rPr>
        <w:t>:</w:t>
      </w:r>
    </w:p>
    <w:p w14:paraId="06E12E1C" w14:textId="77777777" w:rsidR="009A372E" w:rsidRPr="00DC4E9B" w:rsidRDefault="009A372E" w:rsidP="009A372E">
      <w:pPr>
        <w:numPr>
          <w:ilvl w:val="0"/>
          <w:numId w:val="27"/>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الاتصالات وتقنية المعلومات</w:t>
      </w:r>
    </w:p>
    <w:p w14:paraId="07B291FC" w14:textId="77777777" w:rsidR="009A372E" w:rsidRPr="00DC4E9B" w:rsidRDefault="009A372E" w:rsidP="009A372E">
      <w:pPr>
        <w:numPr>
          <w:ilvl w:val="0"/>
          <w:numId w:val="27"/>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الذكاء الاصطناعي</w:t>
      </w:r>
    </w:p>
    <w:p w14:paraId="689731A8" w14:textId="77777777" w:rsidR="009A372E" w:rsidRPr="00DC4E9B" w:rsidRDefault="009A372E" w:rsidP="009A372E">
      <w:pPr>
        <w:numPr>
          <w:ilvl w:val="0"/>
          <w:numId w:val="27"/>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الأمن المعلوماتي</w:t>
      </w:r>
    </w:p>
    <w:p w14:paraId="0B58F451" w14:textId="77777777" w:rsidR="009A372E" w:rsidRPr="00DC4E9B" w:rsidRDefault="009A372E" w:rsidP="009A372E">
      <w:pPr>
        <w:numPr>
          <w:ilvl w:val="0"/>
          <w:numId w:val="27"/>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تحلية مياه البحر</w:t>
      </w:r>
    </w:p>
    <w:p w14:paraId="6EA18BAF" w14:textId="77777777" w:rsidR="009A372E" w:rsidRPr="00DC4E9B" w:rsidRDefault="009A372E" w:rsidP="009A372E">
      <w:pPr>
        <w:numPr>
          <w:ilvl w:val="0"/>
          <w:numId w:val="27"/>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خدمات التوصيل</w:t>
      </w:r>
    </w:p>
    <w:p w14:paraId="4678A49F" w14:textId="77777777" w:rsidR="009A372E" w:rsidRPr="00DC4E9B" w:rsidRDefault="009A372E" w:rsidP="009A372E">
      <w:pPr>
        <w:numPr>
          <w:ilvl w:val="0"/>
          <w:numId w:val="27"/>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الصحة</w:t>
      </w:r>
    </w:p>
    <w:p w14:paraId="1D503EE8" w14:textId="77777777" w:rsidR="009A372E" w:rsidRPr="00DC4E9B" w:rsidRDefault="009A372E" w:rsidP="009A372E">
      <w:pPr>
        <w:numPr>
          <w:ilvl w:val="0"/>
          <w:numId w:val="27"/>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أنظمة أمنية</w:t>
      </w:r>
    </w:p>
    <w:p w14:paraId="2A8A0746" w14:textId="77777777" w:rsidR="009A372E" w:rsidRPr="00DC4E9B" w:rsidRDefault="009A372E" w:rsidP="009A372E">
      <w:pPr>
        <w:numPr>
          <w:ilvl w:val="0"/>
          <w:numId w:val="27"/>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إدارة صالونات التجميل</w:t>
      </w:r>
    </w:p>
    <w:p w14:paraId="0C45DCBA" w14:textId="77777777" w:rsidR="009A372E" w:rsidRPr="00DC4E9B" w:rsidRDefault="009A372E" w:rsidP="009A372E">
      <w:pPr>
        <w:numPr>
          <w:ilvl w:val="0"/>
          <w:numId w:val="27"/>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مقاولات</w:t>
      </w:r>
    </w:p>
    <w:p w14:paraId="6F318C4E" w14:textId="77777777" w:rsidR="009A372E" w:rsidRPr="00DC4E9B" w:rsidRDefault="009A372E" w:rsidP="009A372E">
      <w:pPr>
        <w:numPr>
          <w:ilvl w:val="0"/>
          <w:numId w:val="27"/>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وغيرها</w:t>
      </w:r>
      <w:r w:rsidRPr="00DC4E9B">
        <w:rPr>
          <w:rFonts w:ascii="Sakkal Majalla" w:eastAsia="Times New Roman" w:hAnsi="Sakkal Majalla" w:cs="Sakkal Majalla"/>
          <w:sz w:val="28"/>
          <w:szCs w:val="28"/>
        </w:rPr>
        <w:t>…</w:t>
      </w:r>
    </w:p>
    <w:p w14:paraId="5AE08A24"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b/>
          <w:bCs/>
          <w:sz w:val="28"/>
          <w:szCs w:val="28"/>
          <w:rtl/>
        </w:rPr>
        <w:t>التفسير</w:t>
      </w:r>
      <w:r w:rsidRPr="00DC4E9B">
        <w:rPr>
          <w:rFonts w:ascii="Sakkal Majalla" w:eastAsia="Times New Roman" w:hAnsi="Sakkal Majalla" w:cs="Sakkal Majalla"/>
          <w:sz w:val="28"/>
          <w:szCs w:val="28"/>
        </w:rPr>
        <w:t xml:space="preserve">: </w:t>
      </w:r>
      <w:r w:rsidRPr="00DC4E9B">
        <w:rPr>
          <w:rFonts w:ascii="Sakkal Majalla" w:eastAsia="Times New Roman" w:hAnsi="Sakkal Majalla" w:cs="Sakkal Majalla"/>
          <w:sz w:val="28"/>
          <w:szCs w:val="28"/>
          <w:rtl/>
        </w:rPr>
        <w:t>هذا التنوع يعكس اتساع مجالات عمل الشركات الناشئة التقنية في المملكة، وعدم اقتصارها على قطاع محدد</w:t>
      </w:r>
      <w:r w:rsidRPr="00DC4E9B">
        <w:rPr>
          <w:rFonts w:ascii="Sakkal Majalla" w:eastAsia="Times New Roman" w:hAnsi="Sakkal Majalla" w:cs="Sakkal Majalla"/>
          <w:sz w:val="28"/>
          <w:szCs w:val="28"/>
        </w:rPr>
        <w:t>.</w:t>
      </w:r>
    </w:p>
    <w:p w14:paraId="73206004" w14:textId="5D4C9D89" w:rsidR="009A372E" w:rsidRPr="009A372E" w:rsidRDefault="009A372E" w:rsidP="009A372E">
      <w:pPr>
        <w:bidi/>
        <w:spacing w:after="0" w:line="240" w:lineRule="auto"/>
        <w:rPr>
          <w:rFonts w:ascii="Sakkal Majalla" w:eastAsia="Times New Roman" w:hAnsi="Sakkal Majalla" w:cs="Sakkal Majalla"/>
          <w:b/>
          <w:bCs/>
          <w:sz w:val="28"/>
          <w:szCs w:val="28"/>
        </w:rPr>
      </w:pPr>
    </w:p>
    <w:p w14:paraId="3C106A98" w14:textId="77777777" w:rsidR="009A372E" w:rsidRPr="009A372E" w:rsidRDefault="009A372E" w:rsidP="009A372E">
      <w:pPr>
        <w:bidi/>
        <w:spacing w:after="0" w:line="240" w:lineRule="auto"/>
        <w:rPr>
          <w:rFonts w:ascii="Sakkal Majalla" w:eastAsia="Times New Roman" w:hAnsi="Sakkal Majalla" w:cs="Sakkal Majalla"/>
          <w:b/>
          <w:bCs/>
          <w:sz w:val="28"/>
          <w:szCs w:val="28"/>
        </w:rPr>
      </w:pPr>
      <w:r w:rsidRPr="009A372E">
        <w:rPr>
          <w:rFonts w:ascii="Sakkal Majalla" w:eastAsia="Times New Roman" w:hAnsi="Sakkal Majalla" w:cs="Sakkal Majalla"/>
          <w:b/>
          <w:bCs/>
          <w:sz w:val="28"/>
          <w:szCs w:val="28"/>
        </w:rPr>
        <w:t xml:space="preserve">1.3 </w:t>
      </w:r>
      <w:r w:rsidRPr="009A372E">
        <w:rPr>
          <w:rFonts w:ascii="Sakkal Majalla" w:eastAsia="Times New Roman" w:hAnsi="Sakkal Majalla" w:cs="Sakkal Majalla"/>
          <w:b/>
          <w:bCs/>
          <w:sz w:val="28"/>
          <w:szCs w:val="28"/>
          <w:rtl/>
        </w:rPr>
        <w:t>عدد العاملين في الشركة</w:t>
      </w:r>
    </w:p>
    <w:tbl>
      <w:tblPr>
        <w:tblW w:w="8625"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35"/>
        <w:gridCol w:w="1606"/>
        <w:gridCol w:w="3584"/>
      </w:tblGrid>
      <w:tr w:rsidR="009A372E" w:rsidRPr="00DC4E9B" w14:paraId="6609C017" w14:textId="77777777" w:rsidTr="00B314F2">
        <w:trPr>
          <w:trHeight w:val="310"/>
          <w:tblHeader/>
          <w:tblCellSpacing w:w="15" w:type="dxa"/>
          <w:jc w:val="right"/>
        </w:trPr>
        <w:tc>
          <w:tcPr>
            <w:tcW w:w="0" w:type="auto"/>
            <w:vAlign w:val="center"/>
            <w:hideMark/>
          </w:tcPr>
          <w:p w14:paraId="5CD62DD9" w14:textId="77777777" w:rsidR="009A372E" w:rsidRPr="00DC4E9B" w:rsidRDefault="009A372E" w:rsidP="00B314F2">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الفئة</w:t>
            </w:r>
          </w:p>
        </w:tc>
        <w:tc>
          <w:tcPr>
            <w:tcW w:w="0" w:type="auto"/>
            <w:vAlign w:val="center"/>
            <w:hideMark/>
          </w:tcPr>
          <w:p w14:paraId="1FA9B580" w14:textId="77777777" w:rsidR="009A372E" w:rsidRPr="00DC4E9B" w:rsidRDefault="009A372E" w:rsidP="00B314F2">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العدد</w:t>
            </w:r>
          </w:p>
        </w:tc>
        <w:tc>
          <w:tcPr>
            <w:tcW w:w="0" w:type="auto"/>
            <w:vAlign w:val="center"/>
            <w:hideMark/>
          </w:tcPr>
          <w:p w14:paraId="4CA4B6E8" w14:textId="77777777" w:rsidR="009A372E" w:rsidRPr="00DC4E9B" w:rsidRDefault="009A372E" w:rsidP="00B314F2">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النسبة المئوية</w:t>
            </w:r>
          </w:p>
        </w:tc>
      </w:tr>
      <w:tr w:rsidR="009A372E" w:rsidRPr="00DC4E9B" w14:paraId="33A3F3A4" w14:textId="77777777" w:rsidTr="00B314F2">
        <w:trPr>
          <w:trHeight w:val="319"/>
          <w:tblCellSpacing w:w="15" w:type="dxa"/>
          <w:jc w:val="right"/>
        </w:trPr>
        <w:tc>
          <w:tcPr>
            <w:tcW w:w="0" w:type="auto"/>
            <w:vAlign w:val="center"/>
            <w:hideMark/>
          </w:tcPr>
          <w:p w14:paraId="1F1B1C15" w14:textId="77777777" w:rsidR="009A372E" w:rsidRPr="00DC4E9B" w:rsidRDefault="009A372E" w:rsidP="00B314F2">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أكثر من 20</w:t>
            </w:r>
          </w:p>
        </w:tc>
        <w:tc>
          <w:tcPr>
            <w:tcW w:w="0" w:type="auto"/>
            <w:vAlign w:val="center"/>
            <w:hideMark/>
          </w:tcPr>
          <w:p w14:paraId="6E11106B" w14:textId="77777777" w:rsidR="009A372E" w:rsidRPr="00DC4E9B" w:rsidRDefault="009A372E" w:rsidP="00B314F2">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14</w:t>
            </w:r>
          </w:p>
        </w:tc>
        <w:tc>
          <w:tcPr>
            <w:tcW w:w="0" w:type="auto"/>
            <w:vAlign w:val="center"/>
            <w:hideMark/>
          </w:tcPr>
          <w:p w14:paraId="1FAFBAF4" w14:textId="77777777" w:rsidR="009A372E" w:rsidRPr="00DC4E9B" w:rsidRDefault="009A372E" w:rsidP="00B314F2">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63.64%</w:t>
            </w:r>
          </w:p>
        </w:tc>
      </w:tr>
      <w:tr w:rsidR="009A372E" w:rsidRPr="00DC4E9B" w14:paraId="0A87A694" w14:textId="77777777" w:rsidTr="00B314F2">
        <w:trPr>
          <w:trHeight w:val="310"/>
          <w:tblCellSpacing w:w="15" w:type="dxa"/>
          <w:jc w:val="right"/>
        </w:trPr>
        <w:tc>
          <w:tcPr>
            <w:tcW w:w="0" w:type="auto"/>
            <w:vAlign w:val="center"/>
            <w:hideMark/>
          </w:tcPr>
          <w:p w14:paraId="33C69B9E" w14:textId="77777777" w:rsidR="009A372E" w:rsidRPr="00DC4E9B" w:rsidRDefault="009A372E" w:rsidP="00B314F2">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أقل من 5</w:t>
            </w:r>
          </w:p>
        </w:tc>
        <w:tc>
          <w:tcPr>
            <w:tcW w:w="0" w:type="auto"/>
            <w:vAlign w:val="center"/>
            <w:hideMark/>
          </w:tcPr>
          <w:p w14:paraId="654CC959" w14:textId="77777777" w:rsidR="009A372E" w:rsidRPr="00DC4E9B" w:rsidRDefault="009A372E" w:rsidP="00B314F2">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3</w:t>
            </w:r>
          </w:p>
        </w:tc>
        <w:tc>
          <w:tcPr>
            <w:tcW w:w="0" w:type="auto"/>
            <w:vAlign w:val="center"/>
            <w:hideMark/>
          </w:tcPr>
          <w:p w14:paraId="4DD54A13" w14:textId="77777777" w:rsidR="009A372E" w:rsidRPr="00DC4E9B" w:rsidRDefault="009A372E" w:rsidP="00B314F2">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13.64%</w:t>
            </w:r>
          </w:p>
        </w:tc>
      </w:tr>
      <w:tr w:rsidR="009A372E" w:rsidRPr="00DC4E9B" w14:paraId="362569A3" w14:textId="77777777" w:rsidTr="00B314F2">
        <w:trPr>
          <w:trHeight w:val="310"/>
          <w:tblCellSpacing w:w="15" w:type="dxa"/>
          <w:jc w:val="right"/>
        </w:trPr>
        <w:tc>
          <w:tcPr>
            <w:tcW w:w="0" w:type="auto"/>
            <w:vAlign w:val="center"/>
            <w:hideMark/>
          </w:tcPr>
          <w:p w14:paraId="110E2FEB" w14:textId="77777777" w:rsidR="009A372E" w:rsidRPr="00DC4E9B" w:rsidRDefault="009A372E" w:rsidP="00B314F2">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من 5 إلى 10</w:t>
            </w:r>
          </w:p>
        </w:tc>
        <w:tc>
          <w:tcPr>
            <w:tcW w:w="0" w:type="auto"/>
            <w:vAlign w:val="center"/>
            <w:hideMark/>
          </w:tcPr>
          <w:p w14:paraId="68510E07" w14:textId="77777777" w:rsidR="009A372E" w:rsidRPr="00DC4E9B" w:rsidRDefault="009A372E" w:rsidP="00B314F2">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3</w:t>
            </w:r>
          </w:p>
        </w:tc>
        <w:tc>
          <w:tcPr>
            <w:tcW w:w="0" w:type="auto"/>
            <w:vAlign w:val="center"/>
            <w:hideMark/>
          </w:tcPr>
          <w:p w14:paraId="08942393" w14:textId="77777777" w:rsidR="009A372E" w:rsidRPr="00DC4E9B" w:rsidRDefault="009A372E" w:rsidP="00B314F2">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13.64%</w:t>
            </w:r>
          </w:p>
        </w:tc>
      </w:tr>
      <w:tr w:rsidR="009A372E" w:rsidRPr="00DC4E9B" w14:paraId="513B43F3" w14:textId="77777777" w:rsidTr="00B314F2">
        <w:trPr>
          <w:trHeight w:val="310"/>
          <w:tblCellSpacing w:w="15" w:type="dxa"/>
          <w:jc w:val="right"/>
        </w:trPr>
        <w:tc>
          <w:tcPr>
            <w:tcW w:w="0" w:type="auto"/>
            <w:vAlign w:val="center"/>
            <w:hideMark/>
          </w:tcPr>
          <w:p w14:paraId="545264A3" w14:textId="77777777" w:rsidR="009A372E" w:rsidRPr="00DC4E9B" w:rsidRDefault="009A372E" w:rsidP="00B314F2">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من 11 إلى 20</w:t>
            </w:r>
          </w:p>
        </w:tc>
        <w:tc>
          <w:tcPr>
            <w:tcW w:w="0" w:type="auto"/>
            <w:vAlign w:val="center"/>
            <w:hideMark/>
          </w:tcPr>
          <w:p w14:paraId="77EB938F" w14:textId="77777777" w:rsidR="009A372E" w:rsidRPr="00DC4E9B" w:rsidRDefault="009A372E" w:rsidP="00B314F2">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2</w:t>
            </w:r>
          </w:p>
        </w:tc>
        <w:tc>
          <w:tcPr>
            <w:tcW w:w="0" w:type="auto"/>
            <w:vAlign w:val="center"/>
            <w:hideMark/>
          </w:tcPr>
          <w:p w14:paraId="2388C6B1" w14:textId="77777777" w:rsidR="009A372E" w:rsidRPr="00DC4E9B" w:rsidRDefault="009A372E" w:rsidP="00B314F2">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9.09%</w:t>
            </w:r>
          </w:p>
        </w:tc>
      </w:tr>
    </w:tbl>
    <w:p w14:paraId="69AA9E56"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b/>
          <w:bCs/>
          <w:sz w:val="28"/>
          <w:szCs w:val="28"/>
          <w:rtl/>
        </w:rPr>
        <w:t>التفسير</w:t>
      </w:r>
      <w:r w:rsidRPr="00DC4E9B">
        <w:rPr>
          <w:rFonts w:ascii="Sakkal Majalla" w:eastAsia="Times New Roman" w:hAnsi="Sakkal Majalla" w:cs="Sakkal Majalla"/>
          <w:sz w:val="28"/>
          <w:szCs w:val="28"/>
        </w:rPr>
        <w:t xml:space="preserve">: </w:t>
      </w:r>
      <w:r w:rsidRPr="00DC4E9B">
        <w:rPr>
          <w:rFonts w:ascii="Sakkal Majalla" w:eastAsia="Times New Roman" w:hAnsi="Sakkal Majalla" w:cs="Sakkal Majalla"/>
          <w:sz w:val="28"/>
          <w:szCs w:val="28"/>
          <w:rtl/>
        </w:rPr>
        <w:t>غالبية الشركات الناشئة التقنية في العينة لديها أكثر من 20 موظف، مما يدل على أن معظمها في مراحل نمو أو توسع</w:t>
      </w:r>
      <w:r w:rsidRPr="00DC4E9B">
        <w:rPr>
          <w:rFonts w:ascii="Sakkal Majalla" w:eastAsia="Times New Roman" w:hAnsi="Sakkal Majalla" w:cs="Sakkal Majalla"/>
          <w:sz w:val="28"/>
          <w:szCs w:val="28"/>
        </w:rPr>
        <w:t>.</w:t>
      </w:r>
    </w:p>
    <w:p w14:paraId="51893A02" w14:textId="4F8C8810" w:rsidR="009A372E" w:rsidRPr="00DC4E9B" w:rsidRDefault="009A372E" w:rsidP="009A372E">
      <w:pPr>
        <w:bidi/>
        <w:spacing w:after="0" w:line="240" w:lineRule="auto"/>
        <w:rPr>
          <w:rFonts w:ascii="Sakkal Majalla" w:eastAsia="Times New Roman" w:hAnsi="Sakkal Majalla" w:cs="Sakkal Majalla"/>
          <w:sz w:val="28"/>
          <w:szCs w:val="28"/>
        </w:rPr>
      </w:pPr>
    </w:p>
    <w:p w14:paraId="188346BB" w14:textId="77777777" w:rsidR="009A372E" w:rsidRPr="009A372E" w:rsidRDefault="009A372E" w:rsidP="009A372E">
      <w:pPr>
        <w:bidi/>
        <w:spacing w:after="0" w:line="240" w:lineRule="auto"/>
        <w:rPr>
          <w:rFonts w:ascii="Sakkal Majalla" w:eastAsia="Times New Roman" w:hAnsi="Sakkal Majalla" w:cs="Sakkal Majalla"/>
          <w:b/>
          <w:bCs/>
          <w:sz w:val="28"/>
          <w:szCs w:val="28"/>
        </w:rPr>
      </w:pPr>
      <w:r w:rsidRPr="009A372E">
        <w:rPr>
          <w:rFonts w:ascii="Sakkal Majalla" w:eastAsia="Times New Roman" w:hAnsi="Sakkal Majalla" w:cs="Sakkal Majalla"/>
          <w:b/>
          <w:bCs/>
          <w:sz w:val="28"/>
          <w:szCs w:val="28"/>
        </w:rPr>
        <w:t xml:space="preserve">1.4 </w:t>
      </w:r>
      <w:r w:rsidRPr="009A372E">
        <w:rPr>
          <w:rFonts w:ascii="Sakkal Majalla" w:eastAsia="Times New Roman" w:hAnsi="Sakkal Majalla" w:cs="Sakkal Majalla"/>
          <w:b/>
          <w:bCs/>
          <w:sz w:val="28"/>
          <w:szCs w:val="28"/>
          <w:rtl/>
        </w:rPr>
        <w:t>عمر الشركة</w:t>
      </w:r>
    </w:p>
    <w:tbl>
      <w:tblPr>
        <w:tblW w:w="8672"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88"/>
        <w:gridCol w:w="1419"/>
        <w:gridCol w:w="3165"/>
      </w:tblGrid>
      <w:tr w:rsidR="009A372E" w:rsidRPr="00DC4E9B" w14:paraId="469C948F" w14:textId="77777777" w:rsidTr="00A0657F">
        <w:trPr>
          <w:trHeight w:val="298"/>
          <w:tblHeader/>
          <w:tblCellSpacing w:w="15" w:type="dxa"/>
        </w:trPr>
        <w:tc>
          <w:tcPr>
            <w:tcW w:w="0" w:type="auto"/>
            <w:vAlign w:val="center"/>
            <w:hideMark/>
          </w:tcPr>
          <w:p w14:paraId="7F3D2BE7"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الفئة</w:t>
            </w:r>
          </w:p>
        </w:tc>
        <w:tc>
          <w:tcPr>
            <w:tcW w:w="0" w:type="auto"/>
            <w:vAlign w:val="center"/>
            <w:hideMark/>
          </w:tcPr>
          <w:p w14:paraId="68CA310E"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العدد</w:t>
            </w:r>
          </w:p>
        </w:tc>
        <w:tc>
          <w:tcPr>
            <w:tcW w:w="0" w:type="auto"/>
            <w:vAlign w:val="center"/>
            <w:hideMark/>
          </w:tcPr>
          <w:p w14:paraId="2FC8D4E8"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النسبة المئوية</w:t>
            </w:r>
          </w:p>
        </w:tc>
      </w:tr>
      <w:tr w:rsidR="009A372E" w:rsidRPr="00DC4E9B" w14:paraId="5716DD38" w14:textId="77777777" w:rsidTr="00A0657F">
        <w:trPr>
          <w:trHeight w:val="307"/>
          <w:tblCellSpacing w:w="15" w:type="dxa"/>
        </w:trPr>
        <w:tc>
          <w:tcPr>
            <w:tcW w:w="0" w:type="auto"/>
            <w:vAlign w:val="center"/>
            <w:hideMark/>
          </w:tcPr>
          <w:p w14:paraId="7FFC0857"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أكثر من 6 سنوات</w:t>
            </w:r>
          </w:p>
        </w:tc>
        <w:tc>
          <w:tcPr>
            <w:tcW w:w="0" w:type="auto"/>
            <w:vAlign w:val="center"/>
            <w:hideMark/>
          </w:tcPr>
          <w:p w14:paraId="02D8DC02"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9</w:t>
            </w:r>
          </w:p>
        </w:tc>
        <w:tc>
          <w:tcPr>
            <w:tcW w:w="0" w:type="auto"/>
            <w:vAlign w:val="center"/>
            <w:hideMark/>
          </w:tcPr>
          <w:p w14:paraId="547CE981"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40.91%</w:t>
            </w:r>
          </w:p>
        </w:tc>
      </w:tr>
      <w:tr w:rsidR="009A372E" w:rsidRPr="00DC4E9B" w14:paraId="57F396C3" w14:textId="77777777" w:rsidTr="00A0657F">
        <w:trPr>
          <w:trHeight w:val="298"/>
          <w:tblCellSpacing w:w="15" w:type="dxa"/>
        </w:trPr>
        <w:tc>
          <w:tcPr>
            <w:tcW w:w="0" w:type="auto"/>
            <w:vAlign w:val="center"/>
            <w:hideMark/>
          </w:tcPr>
          <w:p w14:paraId="233198A5"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من 4 إلى 6 سنوات</w:t>
            </w:r>
          </w:p>
        </w:tc>
        <w:tc>
          <w:tcPr>
            <w:tcW w:w="0" w:type="auto"/>
            <w:vAlign w:val="center"/>
            <w:hideMark/>
          </w:tcPr>
          <w:p w14:paraId="40B9A99D"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6</w:t>
            </w:r>
          </w:p>
        </w:tc>
        <w:tc>
          <w:tcPr>
            <w:tcW w:w="0" w:type="auto"/>
            <w:vAlign w:val="center"/>
            <w:hideMark/>
          </w:tcPr>
          <w:p w14:paraId="2DACC44D"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27.27%</w:t>
            </w:r>
          </w:p>
        </w:tc>
      </w:tr>
      <w:tr w:rsidR="009A372E" w:rsidRPr="00DC4E9B" w14:paraId="757C2857" w14:textId="77777777" w:rsidTr="00A0657F">
        <w:trPr>
          <w:trHeight w:val="298"/>
          <w:tblCellSpacing w:w="15" w:type="dxa"/>
        </w:trPr>
        <w:tc>
          <w:tcPr>
            <w:tcW w:w="0" w:type="auto"/>
            <w:vAlign w:val="center"/>
            <w:hideMark/>
          </w:tcPr>
          <w:p w14:paraId="36EB9A0C"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من 1 إلى 3 سنوات</w:t>
            </w:r>
          </w:p>
        </w:tc>
        <w:tc>
          <w:tcPr>
            <w:tcW w:w="0" w:type="auto"/>
            <w:vAlign w:val="center"/>
            <w:hideMark/>
          </w:tcPr>
          <w:p w14:paraId="078184B9"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5</w:t>
            </w:r>
          </w:p>
        </w:tc>
        <w:tc>
          <w:tcPr>
            <w:tcW w:w="0" w:type="auto"/>
            <w:vAlign w:val="center"/>
            <w:hideMark/>
          </w:tcPr>
          <w:p w14:paraId="0ECD4FD4"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22.73%</w:t>
            </w:r>
          </w:p>
        </w:tc>
      </w:tr>
      <w:tr w:rsidR="009A372E" w:rsidRPr="00DC4E9B" w14:paraId="68902D11" w14:textId="77777777" w:rsidTr="00A0657F">
        <w:trPr>
          <w:trHeight w:val="298"/>
          <w:tblCellSpacing w:w="15" w:type="dxa"/>
        </w:trPr>
        <w:tc>
          <w:tcPr>
            <w:tcW w:w="0" w:type="auto"/>
            <w:vAlign w:val="center"/>
            <w:hideMark/>
          </w:tcPr>
          <w:p w14:paraId="372497E1"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lastRenderedPageBreak/>
              <w:t>أقل من سنة</w:t>
            </w:r>
          </w:p>
        </w:tc>
        <w:tc>
          <w:tcPr>
            <w:tcW w:w="0" w:type="auto"/>
            <w:vAlign w:val="center"/>
            <w:hideMark/>
          </w:tcPr>
          <w:p w14:paraId="11E35966"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2</w:t>
            </w:r>
          </w:p>
        </w:tc>
        <w:tc>
          <w:tcPr>
            <w:tcW w:w="0" w:type="auto"/>
            <w:vAlign w:val="center"/>
            <w:hideMark/>
          </w:tcPr>
          <w:p w14:paraId="59E95C8B"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9.09%</w:t>
            </w:r>
          </w:p>
        </w:tc>
      </w:tr>
    </w:tbl>
    <w:p w14:paraId="7E1DC694"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b/>
          <w:bCs/>
          <w:sz w:val="28"/>
          <w:szCs w:val="28"/>
          <w:rtl/>
        </w:rPr>
        <w:t>التفسير</w:t>
      </w:r>
      <w:r w:rsidRPr="00DC4E9B">
        <w:rPr>
          <w:rFonts w:ascii="Sakkal Majalla" w:eastAsia="Times New Roman" w:hAnsi="Sakkal Majalla" w:cs="Sakkal Majalla"/>
          <w:sz w:val="28"/>
          <w:szCs w:val="28"/>
        </w:rPr>
        <w:t xml:space="preserve">: </w:t>
      </w:r>
      <w:r w:rsidRPr="00DC4E9B">
        <w:rPr>
          <w:rFonts w:ascii="Sakkal Majalla" w:eastAsia="Times New Roman" w:hAnsi="Sakkal Majalla" w:cs="Sakkal Majalla"/>
          <w:sz w:val="28"/>
          <w:szCs w:val="28"/>
          <w:rtl/>
        </w:rPr>
        <w:t>يتضح أن أغلب الشركات الناشئة التقنية المشاركة تجاوزت مرحلة التأسيس الأولى</w:t>
      </w:r>
      <w:r w:rsidRPr="00DC4E9B">
        <w:rPr>
          <w:rFonts w:ascii="Sakkal Majalla" w:eastAsia="Times New Roman" w:hAnsi="Sakkal Majalla" w:cs="Sakkal Majalla"/>
          <w:sz w:val="28"/>
          <w:szCs w:val="28"/>
        </w:rPr>
        <w:t>.</w:t>
      </w:r>
    </w:p>
    <w:p w14:paraId="57582110" w14:textId="006F7949" w:rsidR="009A372E" w:rsidRPr="009A372E" w:rsidRDefault="009A372E" w:rsidP="009A372E">
      <w:pPr>
        <w:bidi/>
        <w:spacing w:after="0" w:line="240" w:lineRule="auto"/>
        <w:rPr>
          <w:rFonts w:ascii="Sakkal Majalla" w:eastAsia="Times New Roman" w:hAnsi="Sakkal Majalla" w:cs="Sakkal Majalla"/>
          <w:b/>
          <w:bCs/>
          <w:sz w:val="28"/>
          <w:szCs w:val="28"/>
        </w:rPr>
      </w:pPr>
    </w:p>
    <w:p w14:paraId="6AF9420B" w14:textId="77777777" w:rsidR="009A372E" w:rsidRPr="009A372E" w:rsidRDefault="009A372E" w:rsidP="009A372E">
      <w:pPr>
        <w:bidi/>
        <w:spacing w:after="0" w:line="240" w:lineRule="auto"/>
        <w:rPr>
          <w:rFonts w:ascii="Sakkal Majalla" w:eastAsia="Times New Roman" w:hAnsi="Sakkal Majalla" w:cs="Sakkal Majalla"/>
          <w:b/>
          <w:bCs/>
          <w:sz w:val="28"/>
          <w:szCs w:val="28"/>
        </w:rPr>
      </w:pPr>
      <w:r w:rsidRPr="009A372E">
        <w:rPr>
          <w:rFonts w:ascii="Sakkal Majalla" w:eastAsia="Times New Roman" w:hAnsi="Sakkal Majalla" w:cs="Sakkal Majalla"/>
          <w:b/>
          <w:bCs/>
          <w:sz w:val="28"/>
          <w:szCs w:val="28"/>
        </w:rPr>
        <w:t xml:space="preserve">1.5 </w:t>
      </w:r>
      <w:r w:rsidRPr="009A372E">
        <w:rPr>
          <w:rFonts w:ascii="Sakkal Majalla" w:eastAsia="Times New Roman" w:hAnsi="Sakkal Majalla" w:cs="Sakkal Majalla"/>
          <w:b/>
          <w:bCs/>
          <w:sz w:val="28"/>
          <w:szCs w:val="28"/>
          <w:rtl/>
        </w:rPr>
        <w:t>مرحلة نمو الشركة</w:t>
      </w:r>
    </w:p>
    <w:tbl>
      <w:tblPr>
        <w:tblW w:w="856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45"/>
        <w:gridCol w:w="1860"/>
        <w:gridCol w:w="4155"/>
      </w:tblGrid>
      <w:tr w:rsidR="009A372E" w:rsidRPr="00DC4E9B" w14:paraId="07624A43" w14:textId="77777777" w:rsidTr="00A0657F">
        <w:trPr>
          <w:trHeight w:val="284"/>
          <w:tblHeader/>
          <w:tblCellSpacing w:w="15" w:type="dxa"/>
        </w:trPr>
        <w:tc>
          <w:tcPr>
            <w:tcW w:w="0" w:type="auto"/>
            <w:vAlign w:val="center"/>
            <w:hideMark/>
          </w:tcPr>
          <w:p w14:paraId="77679B06"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الفئة</w:t>
            </w:r>
          </w:p>
        </w:tc>
        <w:tc>
          <w:tcPr>
            <w:tcW w:w="0" w:type="auto"/>
            <w:vAlign w:val="center"/>
            <w:hideMark/>
          </w:tcPr>
          <w:p w14:paraId="5CB33F45"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العدد</w:t>
            </w:r>
          </w:p>
        </w:tc>
        <w:tc>
          <w:tcPr>
            <w:tcW w:w="0" w:type="auto"/>
            <w:vAlign w:val="center"/>
            <w:hideMark/>
          </w:tcPr>
          <w:p w14:paraId="638F3147"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النسبة المئوية</w:t>
            </w:r>
          </w:p>
        </w:tc>
      </w:tr>
      <w:tr w:rsidR="009A372E" w:rsidRPr="00DC4E9B" w14:paraId="67B6361C" w14:textId="77777777" w:rsidTr="00A0657F">
        <w:trPr>
          <w:trHeight w:val="293"/>
          <w:tblCellSpacing w:w="15" w:type="dxa"/>
        </w:trPr>
        <w:tc>
          <w:tcPr>
            <w:tcW w:w="0" w:type="auto"/>
            <w:vAlign w:val="center"/>
            <w:hideMark/>
          </w:tcPr>
          <w:p w14:paraId="60C79B2B"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نمو</w:t>
            </w:r>
          </w:p>
        </w:tc>
        <w:tc>
          <w:tcPr>
            <w:tcW w:w="0" w:type="auto"/>
            <w:vAlign w:val="center"/>
            <w:hideMark/>
          </w:tcPr>
          <w:p w14:paraId="6498AE9D"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11</w:t>
            </w:r>
          </w:p>
        </w:tc>
        <w:tc>
          <w:tcPr>
            <w:tcW w:w="0" w:type="auto"/>
            <w:vAlign w:val="center"/>
            <w:hideMark/>
          </w:tcPr>
          <w:p w14:paraId="506FAFC0"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50.00%</w:t>
            </w:r>
          </w:p>
        </w:tc>
      </w:tr>
      <w:tr w:rsidR="009A372E" w:rsidRPr="00DC4E9B" w14:paraId="1855E752" w14:textId="77777777" w:rsidTr="00A0657F">
        <w:trPr>
          <w:trHeight w:val="284"/>
          <w:tblCellSpacing w:w="15" w:type="dxa"/>
        </w:trPr>
        <w:tc>
          <w:tcPr>
            <w:tcW w:w="0" w:type="auto"/>
            <w:vAlign w:val="center"/>
            <w:hideMark/>
          </w:tcPr>
          <w:p w14:paraId="5446B673"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توسع</w:t>
            </w:r>
          </w:p>
        </w:tc>
        <w:tc>
          <w:tcPr>
            <w:tcW w:w="0" w:type="auto"/>
            <w:vAlign w:val="center"/>
            <w:hideMark/>
          </w:tcPr>
          <w:p w14:paraId="37D2314B"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5</w:t>
            </w:r>
          </w:p>
        </w:tc>
        <w:tc>
          <w:tcPr>
            <w:tcW w:w="0" w:type="auto"/>
            <w:vAlign w:val="center"/>
            <w:hideMark/>
          </w:tcPr>
          <w:p w14:paraId="15B9EA15"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22.73%</w:t>
            </w:r>
          </w:p>
        </w:tc>
      </w:tr>
      <w:tr w:rsidR="009A372E" w:rsidRPr="00DC4E9B" w14:paraId="3ADD2DE3" w14:textId="77777777" w:rsidTr="00A0657F">
        <w:trPr>
          <w:trHeight w:val="284"/>
          <w:tblCellSpacing w:w="15" w:type="dxa"/>
        </w:trPr>
        <w:tc>
          <w:tcPr>
            <w:tcW w:w="0" w:type="auto"/>
            <w:vAlign w:val="center"/>
            <w:hideMark/>
          </w:tcPr>
          <w:p w14:paraId="3297F767"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استقرار</w:t>
            </w:r>
          </w:p>
        </w:tc>
        <w:tc>
          <w:tcPr>
            <w:tcW w:w="0" w:type="auto"/>
            <w:vAlign w:val="center"/>
            <w:hideMark/>
          </w:tcPr>
          <w:p w14:paraId="0AFAF041"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4</w:t>
            </w:r>
          </w:p>
        </w:tc>
        <w:tc>
          <w:tcPr>
            <w:tcW w:w="0" w:type="auto"/>
            <w:vAlign w:val="center"/>
            <w:hideMark/>
          </w:tcPr>
          <w:p w14:paraId="57DFAC2D"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18.18%</w:t>
            </w:r>
          </w:p>
        </w:tc>
      </w:tr>
      <w:tr w:rsidR="009A372E" w:rsidRPr="00DC4E9B" w14:paraId="2171A974" w14:textId="77777777" w:rsidTr="00A0657F">
        <w:trPr>
          <w:trHeight w:val="284"/>
          <w:tblCellSpacing w:w="15" w:type="dxa"/>
        </w:trPr>
        <w:tc>
          <w:tcPr>
            <w:tcW w:w="0" w:type="auto"/>
            <w:vAlign w:val="center"/>
            <w:hideMark/>
          </w:tcPr>
          <w:p w14:paraId="52363AC0"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بداية</w:t>
            </w:r>
          </w:p>
        </w:tc>
        <w:tc>
          <w:tcPr>
            <w:tcW w:w="0" w:type="auto"/>
            <w:vAlign w:val="center"/>
            <w:hideMark/>
          </w:tcPr>
          <w:p w14:paraId="0578B710"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2</w:t>
            </w:r>
          </w:p>
        </w:tc>
        <w:tc>
          <w:tcPr>
            <w:tcW w:w="0" w:type="auto"/>
            <w:vAlign w:val="center"/>
            <w:hideMark/>
          </w:tcPr>
          <w:p w14:paraId="03139617"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9.09%</w:t>
            </w:r>
          </w:p>
        </w:tc>
      </w:tr>
    </w:tbl>
    <w:p w14:paraId="207E8A5B"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b/>
          <w:bCs/>
          <w:sz w:val="28"/>
          <w:szCs w:val="28"/>
          <w:rtl/>
        </w:rPr>
        <w:t>التفسير</w:t>
      </w:r>
      <w:r w:rsidRPr="00DC4E9B">
        <w:rPr>
          <w:rFonts w:ascii="Sakkal Majalla" w:eastAsia="Times New Roman" w:hAnsi="Sakkal Majalla" w:cs="Sakkal Majalla"/>
          <w:sz w:val="28"/>
          <w:szCs w:val="28"/>
        </w:rPr>
        <w:t xml:space="preserve">: </w:t>
      </w:r>
      <w:r w:rsidRPr="00DC4E9B">
        <w:rPr>
          <w:rFonts w:ascii="Sakkal Majalla" w:eastAsia="Times New Roman" w:hAnsi="Sakkal Majalla" w:cs="Sakkal Majalla"/>
          <w:sz w:val="28"/>
          <w:szCs w:val="28"/>
          <w:rtl/>
        </w:rPr>
        <w:t>نصف الشركات تقريبًا في مرحلة نمو، وهو ما يتماشى مع تركيز المملكة على دعم بيئة ريادة الأعمال</w:t>
      </w:r>
      <w:r w:rsidRPr="00DC4E9B">
        <w:rPr>
          <w:rFonts w:ascii="Sakkal Majalla" w:eastAsia="Times New Roman" w:hAnsi="Sakkal Majalla" w:cs="Sakkal Majalla"/>
          <w:sz w:val="28"/>
          <w:szCs w:val="28"/>
        </w:rPr>
        <w:t>.</w:t>
      </w:r>
    </w:p>
    <w:p w14:paraId="318E8CEB" w14:textId="5E2D06EC" w:rsidR="009A372E" w:rsidRPr="00DC4E9B" w:rsidRDefault="009A372E" w:rsidP="009A372E">
      <w:pPr>
        <w:bidi/>
        <w:spacing w:after="0" w:line="240" w:lineRule="auto"/>
        <w:rPr>
          <w:rFonts w:ascii="Sakkal Majalla" w:eastAsia="Times New Roman" w:hAnsi="Sakkal Majalla" w:cs="Sakkal Majalla"/>
          <w:sz w:val="28"/>
          <w:szCs w:val="28"/>
        </w:rPr>
      </w:pPr>
    </w:p>
    <w:p w14:paraId="44C0CE44" w14:textId="493CAC79" w:rsidR="009A372E" w:rsidRPr="009A372E" w:rsidRDefault="00DC4E9B" w:rsidP="009A372E">
      <w:pPr>
        <w:bidi/>
        <w:spacing w:after="0" w:line="240" w:lineRule="auto"/>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2.</w:t>
      </w:r>
      <w:r w:rsidR="009A372E" w:rsidRPr="009A372E">
        <w:rPr>
          <w:rFonts w:ascii="Sakkal Majalla" w:eastAsia="Times New Roman" w:hAnsi="Sakkal Majalla" w:cs="Sakkal Majalla"/>
          <w:b/>
          <w:bCs/>
          <w:sz w:val="28"/>
          <w:szCs w:val="28"/>
        </w:rPr>
        <w:t xml:space="preserve"> </w:t>
      </w:r>
      <w:r w:rsidR="009A372E" w:rsidRPr="009A372E">
        <w:rPr>
          <w:rFonts w:ascii="Sakkal Majalla" w:eastAsia="Times New Roman" w:hAnsi="Sakkal Majalla" w:cs="Sakkal Majalla"/>
          <w:b/>
          <w:bCs/>
          <w:sz w:val="28"/>
          <w:szCs w:val="28"/>
          <w:rtl/>
        </w:rPr>
        <w:t>استخدام تقنيات الذكاء الاصطناعي</w:t>
      </w:r>
    </w:p>
    <w:p w14:paraId="33B5D7B4" w14:textId="77777777" w:rsidR="009A372E" w:rsidRPr="009A372E" w:rsidRDefault="009A372E" w:rsidP="009A372E">
      <w:pPr>
        <w:bidi/>
        <w:spacing w:after="0" w:line="240" w:lineRule="auto"/>
        <w:rPr>
          <w:rFonts w:ascii="Sakkal Majalla" w:eastAsia="Times New Roman" w:hAnsi="Sakkal Majalla" w:cs="Sakkal Majalla"/>
          <w:b/>
          <w:bCs/>
          <w:sz w:val="28"/>
          <w:szCs w:val="28"/>
        </w:rPr>
      </w:pPr>
      <w:r w:rsidRPr="009A372E">
        <w:rPr>
          <w:rFonts w:ascii="Sakkal Majalla" w:eastAsia="Times New Roman" w:hAnsi="Sakkal Majalla" w:cs="Sakkal Majalla"/>
          <w:b/>
          <w:bCs/>
          <w:sz w:val="28"/>
          <w:szCs w:val="28"/>
        </w:rPr>
        <w:t xml:space="preserve">2.1 </w:t>
      </w:r>
      <w:r w:rsidRPr="009A372E">
        <w:rPr>
          <w:rFonts w:ascii="Sakkal Majalla" w:eastAsia="Times New Roman" w:hAnsi="Sakkal Majalla" w:cs="Sakkal Majalla"/>
          <w:b/>
          <w:bCs/>
          <w:sz w:val="28"/>
          <w:szCs w:val="28"/>
          <w:rtl/>
        </w:rPr>
        <w:t>استخدام تقنيات الذكاء الاصطناعي</w:t>
      </w:r>
    </w:p>
    <w:tbl>
      <w:tblPr>
        <w:tblW w:w="8549"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78"/>
        <w:gridCol w:w="1939"/>
        <w:gridCol w:w="4332"/>
      </w:tblGrid>
      <w:tr w:rsidR="009A372E" w:rsidRPr="00DC4E9B" w14:paraId="55E547A3" w14:textId="77777777" w:rsidTr="00A0657F">
        <w:trPr>
          <w:trHeight w:val="215"/>
          <w:tblHeader/>
          <w:tblCellSpacing w:w="15" w:type="dxa"/>
        </w:trPr>
        <w:tc>
          <w:tcPr>
            <w:tcW w:w="0" w:type="auto"/>
            <w:vAlign w:val="center"/>
            <w:hideMark/>
          </w:tcPr>
          <w:p w14:paraId="6220D56D"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الإجابة</w:t>
            </w:r>
          </w:p>
        </w:tc>
        <w:tc>
          <w:tcPr>
            <w:tcW w:w="0" w:type="auto"/>
            <w:vAlign w:val="center"/>
            <w:hideMark/>
          </w:tcPr>
          <w:p w14:paraId="20A8A9EA"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العدد</w:t>
            </w:r>
          </w:p>
        </w:tc>
        <w:tc>
          <w:tcPr>
            <w:tcW w:w="0" w:type="auto"/>
            <w:vAlign w:val="center"/>
            <w:hideMark/>
          </w:tcPr>
          <w:p w14:paraId="018B3E65"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النسبة المئوية</w:t>
            </w:r>
          </w:p>
        </w:tc>
      </w:tr>
      <w:tr w:rsidR="009A372E" w:rsidRPr="00DC4E9B" w14:paraId="7B78A0F7" w14:textId="77777777" w:rsidTr="00A0657F">
        <w:trPr>
          <w:trHeight w:val="222"/>
          <w:tblCellSpacing w:w="15" w:type="dxa"/>
        </w:trPr>
        <w:tc>
          <w:tcPr>
            <w:tcW w:w="0" w:type="auto"/>
            <w:vAlign w:val="center"/>
            <w:hideMark/>
          </w:tcPr>
          <w:p w14:paraId="57FA12BA"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نعم</w:t>
            </w:r>
          </w:p>
        </w:tc>
        <w:tc>
          <w:tcPr>
            <w:tcW w:w="0" w:type="auto"/>
            <w:vAlign w:val="center"/>
            <w:hideMark/>
          </w:tcPr>
          <w:p w14:paraId="2FAD5F0F"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19</w:t>
            </w:r>
          </w:p>
        </w:tc>
        <w:tc>
          <w:tcPr>
            <w:tcW w:w="0" w:type="auto"/>
            <w:vAlign w:val="center"/>
            <w:hideMark/>
          </w:tcPr>
          <w:p w14:paraId="29249519"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86.36%</w:t>
            </w:r>
          </w:p>
        </w:tc>
      </w:tr>
      <w:tr w:rsidR="009A372E" w:rsidRPr="00DC4E9B" w14:paraId="23405063" w14:textId="77777777" w:rsidTr="00A0657F">
        <w:trPr>
          <w:trHeight w:val="215"/>
          <w:tblCellSpacing w:w="15" w:type="dxa"/>
        </w:trPr>
        <w:tc>
          <w:tcPr>
            <w:tcW w:w="0" w:type="auto"/>
            <w:vAlign w:val="center"/>
            <w:hideMark/>
          </w:tcPr>
          <w:p w14:paraId="5DC42F78"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لا</w:t>
            </w:r>
          </w:p>
        </w:tc>
        <w:tc>
          <w:tcPr>
            <w:tcW w:w="0" w:type="auto"/>
            <w:vAlign w:val="center"/>
            <w:hideMark/>
          </w:tcPr>
          <w:p w14:paraId="4A5E05A8"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3</w:t>
            </w:r>
          </w:p>
        </w:tc>
        <w:tc>
          <w:tcPr>
            <w:tcW w:w="0" w:type="auto"/>
            <w:vAlign w:val="center"/>
            <w:hideMark/>
          </w:tcPr>
          <w:p w14:paraId="140BC990"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13.64%</w:t>
            </w:r>
          </w:p>
        </w:tc>
      </w:tr>
    </w:tbl>
    <w:p w14:paraId="7558ACD8"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b/>
          <w:bCs/>
          <w:sz w:val="28"/>
          <w:szCs w:val="28"/>
          <w:rtl/>
        </w:rPr>
        <w:t>التفسير</w:t>
      </w:r>
      <w:r w:rsidRPr="00DC4E9B">
        <w:rPr>
          <w:rFonts w:ascii="Sakkal Majalla" w:eastAsia="Times New Roman" w:hAnsi="Sakkal Majalla" w:cs="Sakkal Majalla"/>
          <w:sz w:val="28"/>
          <w:szCs w:val="28"/>
        </w:rPr>
        <w:t xml:space="preserve">: </w:t>
      </w:r>
      <w:r w:rsidRPr="00DC4E9B">
        <w:rPr>
          <w:rFonts w:ascii="Sakkal Majalla" w:eastAsia="Times New Roman" w:hAnsi="Sakkal Majalla" w:cs="Sakkal Majalla"/>
          <w:sz w:val="28"/>
          <w:szCs w:val="28"/>
          <w:rtl/>
        </w:rPr>
        <w:t>هناك نسبة تبنٍ عالية لتقنيات الذكاء الاصطناعي بين الشركات الناشئة التقنية</w:t>
      </w:r>
      <w:r w:rsidRPr="00DC4E9B">
        <w:rPr>
          <w:rFonts w:ascii="Sakkal Majalla" w:eastAsia="Times New Roman" w:hAnsi="Sakkal Majalla" w:cs="Sakkal Majalla"/>
          <w:sz w:val="28"/>
          <w:szCs w:val="28"/>
        </w:rPr>
        <w:t>.</w:t>
      </w:r>
    </w:p>
    <w:p w14:paraId="65EBD43A" w14:textId="0C1D615E" w:rsidR="009A372E" w:rsidRPr="00DC4E9B" w:rsidRDefault="009A372E" w:rsidP="009A372E">
      <w:pPr>
        <w:bidi/>
        <w:spacing w:after="0" w:line="240" w:lineRule="auto"/>
        <w:rPr>
          <w:rFonts w:ascii="Sakkal Majalla" w:eastAsia="Times New Roman" w:hAnsi="Sakkal Majalla" w:cs="Sakkal Majalla"/>
          <w:sz w:val="28"/>
          <w:szCs w:val="28"/>
        </w:rPr>
      </w:pPr>
    </w:p>
    <w:p w14:paraId="2339955B" w14:textId="77777777" w:rsidR="009A372E" w:rsidRPr="009A372E" w:rsidRDefault="009A372E" w:rsidP="009A372E">
      <w:pPr>
        <w:bidi/>
        <w:spacing w:after="0" w:line="240" w:lineRule="auto"/>
        <w:rPr>
          <w:rFonts w:ascii="Sakkal Majalla" w:eastAsia="Times New Roman" w:hAnsi="Sakkal Majalla" w:cs="Sakkal Majalla"/>
          <w:b/>
          <w:bCs/>
          <w:sz w:val="28"/>
          <w:szCs w:val="28"/>
        </w:rPr>
      </w:pPr>
      <w:r w:rsidRPr="009A372E">
        <w:rPr>
          <w:rFonts w:ascii="Sakkal Majalla" w:eastAsia="Times New Roman" w:hAnsi="Sakkal Majalla" w:cs="Sakkal Majalla"/>
          <w:b/>
          <w:bCs/>
          <w:sz w:val="28"/>
          <w:szCs w:val="28"/>
        </w:rPr>
        <w:t xml:space="preserve">2.2 </w:t>
      </w:r>
      <w:r w:rsidRPr="009A372E">
        <w:rPr>
          <w:rFonts w:ascii="Sakkal Majalla" w:eastAsia="Times New Roman" w:hAnsi="Sakkal Majalla" w:cs="Sakkal Majalla"/>
          <w:b/>
          <w:bCs/>
          <w:sz w:val="28"/>
          <w:szCs w:val="28"/>
          <w:rtl/>
        </w:rPr>
        <w:t>نوع التقنية المستخدمة</w:t>
      </w:r>
    </w:p>
    <w:p w14:paraId="73238731"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من أبرز التقنيات</w:t>
      </w:r>
      <w:r w:rsidRPr="00DC4E9B">
        <w:rPr>
          <w:rFonts w:ascii="Sakkal Majalla" w:eastAsia="Times New Roman" w:hAnsi="Sakkal Majalla" w:cs="Sakkal Majalla"/>
          <w:sz w:val="28"/>
          <w:szCs w:val="28"/>
        </w:rPr>
        <w:t>:</w:t>
      </w:r>
    </w:p>
    <w:p w14:paraId="3506596A" w14:textId="77777777" w:rsidR="009A372E" w:rsidRPr="00DC4E9B" w:rsidRDefault="009A372E" w:rsidP="009A372E">
      <w:pPr>
        <w:numPr>
          <w:ilvl w:val="0"/>
          <w:numId w:val="28"/>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التحليلات التنبؤية</w:t>
      </w:r>
    </w:p>
    <w:p w14:paraId="4FA0FFAA" w14:textId="77777777" w:rsidR="009A372E" w:rsidRPr="00DC4E9B" w:rsidRDefault="009A372E" w:rsidP="009A372E">
      <w:pPr>
        <w:numPr>
          <w:ilvl w:val="0"/>
          <w:numId w:val="28"/>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روبوتات الدردشة</w:t>
      </w:r>
    </w:p>
    <w:p w14:paraId="6E7CF386" w14:textId="77777777" w:rsidR="009A372E" w:rsidRPr="00DC4E9B" w:rsidRDefault="009A372E" w:rsidP="009A372E">
      <w:pPr>
        <w:numPr>
          <w:ilvl w:val="0"/>
          <w:numId w:val="28"/>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أنظمة التوصية</w:t>
      </w:r>
    </w:p>
    <w:p w14:paraId="4A97428E" w14:textId="77777777" w:rsidR="009A372E" w:rsidRPr="00DC4E9B" w:rsidRDefault="009A372E" w:rsidP="009A372E">
      <w:pPr>
        <w:numPr>
          <w:ilvl w:val="0"/>
          <w:numId w:val="28"/>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تقنيات أخرى حسب مجال العمل</w:t>
      </w:r>
    </w:p>
    <w:p w14:paraId="27E12A90" w14:textId="6AEFC9CB" w:rsidR="009A372E" w:rsidRPr="00DC4E9B" w:rsidRDefault="009A372E" w:rsidP="009A372E">
      <w:pPr>
        <w:bidi/>
        <w:spacing w:after="0" w:line="240" w:lineRule="auto"/>
        <w:rPr>
          <w:rFonts w:ascii="Sakkal Majalla" w:eastAsia="Times New Roman" w:hAnsi="Sakkal Majalla" w:cs="Sakkal Majalla"/>
          <w:sz w:val="28"/>
          <w:szCs w:val="28"/>
        </w:rPr>
      </w:pPr>
    </w:p>
    <w:p w14:paraId="042A9C26" w14:textId="77777777" w:rsidR="009A372E" w:rsidRPr="009A372E" w:rsidRDefault="009A372E" w:rsidP="009A372E">
      <w:pPr>
        <w:bidi/>
        <w:spacing w:after="0" w:line="240" w:lineRule="auto"/>
        <w:rPr>
          <w:rFonts w:ascii="Sakkal Majalla" w:eastAsia="Times New Roman" w:hAnsi="Sakkal Majalla" w:cs="Sakkal Majalla"/>
          <w:b/>
          <w:bCs/>
          <w:sz w:val="28"/>
          <w:szCs w:val="28"/>
        </w:rPr>
      </w:pPr>
      <w:r w:rsidRPr="009A372E">
        <w:rPr>
          <w:rFonts w:ascii="Sakkal Majalla" w:eastAsia="Times New Roman" w:hAnsi="Sakkal Majalla" w:cs="Sakkal Majalla"/>
          <w:b/>
          <w:bCs/>
          <w:sz w:val="28"/>
          <w:szCs w:val="28"/>
        </w:rPr>
        <w:t xml:space="preserve">2.3 </w:t>
      </w:r>
      <w:r w:rsidRPr="009A372E">
        <w:rPr>
          <w:rFonts w:ascii="Sakkal Majalla" w:eastAsia="Times New Roman" w:hAnsi="Sakkal Majalla" w:cs="Sakkal Majalla"/>
          <w:b/>
          <w:bCs/>
          <w:sz w:val="28"/>
          <w:szCs w:val="28"/>
          <w:rtl/>
        </w:rPr>
        <w:t>الغرض الأساسي من الاستخدام</w:t>
      </w:r>
    </w:p>
    <w:p w14:paraId="71B51C5E" w14:textId="77777777" w:rsidR="009A372E" w:rsidRPr="00DC4E9B" w:rsidRDefault="009A372E" w:rsidP="009A372E">
      <w:pPr>
        <w:numPr>
          <w:ilvl w:val="0"/>
          <w:numId w:val="29"/>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اتخاذ القرار</w:t>
      </w:r>
    </w:p>
    <w:p w14:paraId="4C0E35B0" w14:textId="77777777" w:rsidR="009A372E" w:rsidRPr="00DC4E9B" w:rsidRDefault="009A372E" w:rsidP="009A372E">
      <w:pPr>
        <w:numPr>
          <w:ilvl w:val="0"/>
          <w:numId w:val="29"/>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خدمة العملاء</w:t>
      </w:r>
    </w:p>
    <w:p w14:paraId="582E7E5F" w14:textId="77777777" w:rsidR="009A372E" w:rsidRPr="00DC4E9B" w:rsidRDefault="009A372E" w:rsidP="009A372E">
      <w:pPr>
        <w:numPr>
          <w:ilvl w:val="0"/>
          <w:numId w:val="29"/>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تحليل البيانات</w:t>
      </w:r>
    </w:p>
    <w:p w14:paraId="0AB2EFC3" w14:textId="77777777" w:rsidR="009A372E" w:rsidRPr="00DC4E9B" w:rsidRDefault="009A372E" w:rsidP="009A372E">
      <w:pPr>
        <w:numPr>
          <w:ilvl w:val="0"/>
          <w:numId w:val="29"/>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lastRenderedPageBreak/>
        <w:t>أغراض أخرى</w:t>
      </w:r>
    </w:p>
    <w:p w14:paraId="1A219FE5" w14:textId="522D7605" w:rsidR="00A0657F" w:rsidRPr="00DF378D" w:rsidRDefault="009A372E" w:rsidP="00DF378D">
      <w:pPr>
        <w:bidi/>
        <w:spacing w:after="0" w:line="240" w:lineRule="auto"/>
        <w:rPr>
          <w:rFonts w:ascii="Sakkal Majalla" w:eastAsia="Times New Roman" w:hAnsi="Sakkal Majalla" w:cs="Sakkal Majalla"/>
          <w:sz w:val="28"/>
          <w:szCs w:val="28"/>
          <w:rtl/>
        </w:rPr>
      </w:pPr>
      <w:r w:rsidRPr="00DC4E9B">
        <w:rPr>
          <w:rFonts w:ascii="Sakkal Majalla" w:eastAsia="Times New Roman" w:hAnsi="Sakkal Majalla" w:cs="Sakkal Majalla"/>
          <w:b/>
          <w:bCs/>
          <w:sz w:val="28"/>
          <w:szCs w:val="28"/>
          <w:rtl/>
        </w:rPr>
        <w:t>التفسير</w:t>
      </w:r>
      <w:r w:rsidRPr="00DC4E9B">
        <w:rPr>
          <w:rFonts w:ascii="Sakkal Majalla" w:eastAsia="Times New Roman" w:hAnsi="Sakkal Majalla" w:cs="Sakkal Majalla"/>
          <w:sz w:val="28"/>
          <w:szCs w:val="28"/>
        </w:rPr>
        <w:t xml:space="preserve">: </w:t>
      </w:r>
      <w:r w:rsidRPr="00DC4E9B">
        <w:rPr>
          <w:rFonts w:ascii="Sakkal Majalla" w:eastAsia="Times New Roman" w:hAnsi="Sakkal Majalla" w:cs="Sakkal Majalla"/>
          <w:sz w:val="28"/>
          <w:szCs w:val="28"/>
          <w:rtl/>
        </w:rPr>
        <w:t>الاستخدام الأكثر شيوعًا كان لدعم اتخاذ القرار وتحليل البيانات</w:t>
      </w:r>
      <w:r w:rsidRPr="00DC4E9B">
        <w:rPr>
          <w:rFonts w:ascii="Sakkal Majalla" w:eastAsia="Times New Roman" w:hAnsi="Sakkal Majalla" w:cs="Sakkal Majalla"/>
          <w:sz w:val="28"/>
          <w:szCs w:val="28"/>
        </w:rPr>
        <w:t>.</w:t>
      </w:r>
    </w:p>
    <w:p w14:paraId="6E483508" w14:textId="77777777" w:rsidR="00A0657F" w:rsidRPr="009A372E" w:rsidRDefault="00A0657F" w:rsidP="00A0657F">
      <w:pPr>
        <w:bidi/>
        <w:spacing w:after="0" w:line="240" w:lineRule="auto"/>
        <w:rPr>
          <w:rFonts w:ascii="Sakkal Majalla" w:eastAsia="Times New Roman" w:hAnsi="Sakkal Majalla" w:cs="Sakkal Majalla"/>
          <w:b/>
          <w:bCs/>
          <w:sz w:val="28"/>
          <w:szCs w:val="28"/>
        </w:rPr>
      </w:pPr>
    </w:p>
    <w:p w14:paraId="7434FDDF" w14:textId="77777777" w:rsidR="009A372E" w:rsidRPr="009A372E" w:rsidRDefault="009A372E" w:rsidP="009A372E">
      <w:pPr>
        <w:bidi/>
        <w:spacing w:after="0" w:line="240" w:lineRule="auto"/>
        <w:rPr>
          <w:rFonts w:ascii="Sakkal Majalla" w:eastAsia="Times New Roman" w:hAnsi="Sakkal Majalla" w:cs="Sakkal Majalla"/>
          <w:b/>
          <w:bCs/>
          <w:sz w:val="28"/>
          <w:szCs w:val="28"/>
        </w:rPr>
      </w:pPr>
      <w:r w:rsidRPr="009A372E">
        <w:rPr>
          <w:rFonts w:ascii="Sakkal Majalla" w:eastAsia="Times New Roman" w:hAnsi="Sakkal Majalla" w:cs="Sakkal Majalla"/>
          <w:b/>
          <w:bCs/>
          <w:sz w:val="28"/>
          <w:szCs w:val="28"/>
        </w:rPr>
        <w:t xml:space="preserve">2.4 </w:t>
      </w:r>
      <w:r w:rsidRPr="009A372E">
        <w:rPr>
          <w:rFonts w:ascii="Sakkal Majalla" w:eastAsia="Times New Roman" w:hAnsi="Sakkal Majalla" w:cs="Sakkal Majalla"/>
          <w:b/>
          <w:bCs/>
          <w:sz w:val="28"/>
          <w:szCs w:val="28"/>
          <w:rtl/>
        </w:rPr>
        <w:t>مدى الاعتماد على الذكاء الاصطناعي في اتخاذ القرار الإداري</w:t>
      </w:r>
    </w:p>
    <w:tbl>
      <w:tblPr>
        <w:tblW w:w="860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57"/>
        <w:gridCol w:w="1871"/>
        <w:gridCol w:w="4179"/>
      </w:tblGrid>
      <w:tr w:rsidR="009A372E" w:rsidRPr="00DC4E9B" w14:paraId="212F6033" w14:textId="77777777" w:rsidTr="00A0657F">
        <w:trPr>
          <w:trHeight w:val="290"/>
          <w:tblHeader/>
          <w:tblCellSpacing w:w="15" w:type="dxa"/>
        </w:trPr>
        <w:tc>
          <w:tcPr>
            <w:tcW w:w="0" w:type="auto"/>
            <w:vAlign w:val="center"/>
            <w:hideMark/>
          </w:tcPr>
          <w:p w14:paraId="2FFC4EBF"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الفئة</w:t>
            </w:r>
          </w:p>
        </w:tc>
        <w:tc>
          <w:tcPr>
            <w:tcW w:w="0" w:type="auto"/>
            <w:vAlign w:val="center"/>
            <w:hideMark/>
          </w:tcPr>
          <w:p w14:paraId="7D65D42B"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العدد</w:t>
            </w:r>
          </w:p>
        </w:tc>
        <w:tc>
          <w:tcPr>
            <w:tcW w:w="0" w:type="auto"/>
            <w:vAlign w:val="center"/>
            <w:hideMark/>
          </w:tcPr>
          <w:p w14:paraId="46896D35"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النسبة المئوية</w:t>
            </w:r>
          </w:p>
        </w:tc>
      </w:tr>
      <w:tr w:rsidR="009A372E" w:rsidRPr="00DC4E9B" w14:paraId="3F9EEF1B" w14:textId="77777777" w:rsidTr="00A0657F">
        <w:trPr>
          <w:trHeight w:val="299"/>
          <w:tblCellSpacing w:w="15" w:type="dxa"/>
        </w:trPr>
        <w:tc>
          <w:tcPr>
            <w:tcW w:w="0" w:type="auto"/>
            <w:vAlign w:val="center"/>
            <w:hideMark/>
          </w:tcPr>
          <w:p w14:paraId="318A451E"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قوي</w:t>
            </w:r>
          </w:p>
        </w:tc>
        <w:tc>
          <w:tcPr>
            <w:tcW w:w="0" w:type="auto"/>
            <w:vAlign w:val="center"/>
            <w:hideMark/>
          </w:tcPr>
          <w:p w14:paraId="208A5968"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10</w:t>
            </w:r>
          </w:p>
        </w:tc>
        <w:tc>
          <w:tcPr>
            <w:tcW w:w="0" w:type="auto"/>
            <w:vAlign w:val="center"/>
            <w:hideMark/>
          </w:tcPr>
          <w:p w14:paraId="7694A586"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45.45%</w:t>
            </w:r>
          </w:p>
        </w:tc>
      </w:tr>
      <w:tr w:rsidR="009A372E" w:rsidRPr="00DC4E9B" w14:paraId="0E129A3D" w14:textId="77777777" w:rsidTr="00A0657F">
        <w:trPr>
          <w:trHeight w:val="290"/>
          <w:tblCellSpacing w:w="15" w:type="dxa"/>
        </w:trPr>
        <w:tc>
          <w:tcPr>
            <w:tcW w:w="0" w:type="auto"/>
            <w:vAlign w:val="center"/>
            <w:hideMark/>
          </w:tcPr>
          <w:p w14:paraId="4F47A82A"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متوسط</w:t>
            </w:r>
          </w:p>
        </w:tc>
        <w:tc>
          <w:tcPr>
            <w:tcW w:w="0" w:type="auto"/>
            <w:vAlign w:val="center"/>
            <w:hideMark/>
          </w:tcPr>
          <w:p w14:paraId="0B0B266F"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8</w:t>
            </w:r>
          </w:p>
        </w:tc>
        <w:tc>
          <w:tcPr>
            <w:tcW w:w="0" w:type="auto"/>
            <w:vAlign w:val="center"/>
            <w:hideMark/>
          </w:tcPr>
          <w:p w14:paraId="45CE1544"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36.36%</w:t>
            </w:r>
          </w:p>
        </w:tc>
      </w:tr>
      <w:tr w:rsidR="009A372E" w:rsidRPr="00DC4E9B" w14:paraId="645AB1AE" w14:textId="77777777" w:rsidTr="00A0657F">
        <w:trPr>
          <w:trHeight w:val="290"/>
          <w:tblCellSpacing w:w="15" w:type="dxa"/>
        </w:trPr>
        <w:tc>
          <w:tcPr>
            <w:tcW w:w="0" w:type="auto"/>
            <w:vAlign w:val="center"/>
            <w:hideMark/>
          </w:tcPr>
          <w:p w14:paraId="7AB3C30A"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كامل</w:t>
            </w:r>
          </w:p>
        </w:tc>
        <w:tc>
          <w:tcPr>
            <w:tcW w:w="0" w:type="auto"/>
            <w:vAlign w:val="center"/>
            <w:hideMark/>
          </w:tcPr>
          <w:p w14:paraId="5D4E4F44"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3</w:t>
            </w:r>
          </w:p>
        </w:tc>
        <w:tc>
          <w:tcPr>
            <w:tcW w:w="0" w:type="auto"/>
            <w:vAlign w:val="center"/>
            <w:hideMark/>
          </w:tcPr>
          <w:p w14:paraId="2043CEA1"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13.64%</w:t>
            </w:r>
          </w:p>
        </w:tc>
      </w:tr>
      <w:tr w:rsidR="009A372E" w:rsidRPr="00DC4E9B" w14:paraId="15D2195C" w14:textId="77777777" w:rsidTr="00A0657F">
        <w:trPr>
          <w:trHeight w:val="290"/>
          <w:tblCellSpacing w:w="15" w:type="dxa"/>
        </w:trPr>
        <w:tc>
          <w:tcPr>
            <w:tcW w:w="0" w:type="auto"/>
            <w:vAlign w:val="center"/>
            <w:hideMark/>
          </w:tcPr>
          <w:p w14:paraId="065F4D16"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ضعيف</w:t>
            </w:r>
          </w:p>
        </w:tc>
        <w:tc>
          <w:tcPr>
            <w:tcW w:w="0" w:type="auto"/>
            <w:vAlign w:val="center"/>
            <w:hideMark/>
          </w:tcPr>
          <w:p w14:paraId="111CF58D"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1</w:t>
            </w:r>
          </w:p>
        </w:tc>
        <w:tc>
          <w:tcPr>
            <w:tcW w:w="0" w:type="auto"/>
            <w:vAlign w:val="center"/>
            <w:hideMark/>
          </w:tcPr>
          <w:p w14:paraId="1F04CA50"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Pr>
              <w:t>4.55%</w:t>
            </w:r>
          </w:p>
        </w:tc>
      </w:tr>
    </w:tbl>
    <w:p w14:paraId="38239E09"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b/>
          <w:bCs/>
          <w:sz w:val="28"/>
          <w:szCs w:val="28"/>
          <w:rtl/>
        </w:rPr>
        <w:t>التفسير</w:t>
      </w:r>
      <w:r w:rsidRPr="00DC4E9B">
        <w:rPr>
          <w:rFonts w:ascii="Sakkal Majalla" w:eastAsia="Times New Roman" w:hAnsi="Sakkal Majalla" w:cs="Sakkal Majalla"/>
          <w:sz w:val="28"/>
          <w:szCs w:val="28"/>
        </w:rPr>
        <w:t xml:space="preserve">: </w:t>
      </w:r>
      <w:r w:rsidRPr="00DC4E9B">
        <w:rPr>
          <w:rFonts w:ascii="Sakkal Majalla" w:eastAsia="Times New Roman" w:hAnsi="Sakkal Majalla" w:cs="Sakkal Majalla"/>
          <w:sz w:val="28"/>
          <w:szCs w:val="28"/>
          <w:rtl/>
        </w:rPr>
        <w:t>الغالبية تعتمد على الذكاء الاصطناعي بدرجة قوية أو متوسطة</w:t>
      </w:r>
      <w:r w:rsidRPr="00DC4E9B">
        <w:rPr>
          <w:rFonts w:ascii="Sakkal Majalla" w:eastAsia="Times New Roman" w:hAnsi="Sakkal Majalla" w:cs="Sakkal Majalla"/>
          <w:sz w:val="28"/>
          <w:szCs w:val="28"/>
        </w:rPr>
        <w:t>.</w:t>
      </w:r>
    </w:p>
    <w:p w14:paraId="4972A147" w14:textId="7649091E" w:rsidR="009A372E" w:rsidRPr="009A372E" w:rsidRDefault="009A372E" w:rsidP="009A372E">
      <w:pPr>
        <w:bidi/>
        <w:spacing w:after="0" w:line="240" w:lineRule="auto"/>
        <w:rPr>
          <w:rFonts w:ascii="Sakkal Majalla" w:eastAsia="Times New Roman" w:hAnsi="Sakkal Majalla" w:cs="Sakkal Majalla"/>
          <w:b/>
          <w:bCs/>
          <w:sz w:val="28"/>
          <w:szCs w:val="28"/>
        </w:rPr>
      </w:pPr>
    </w:p>
    <w:p w14:paraId="4DA1EABF" w14:textId="4E2546FB" w:rsidR="009A372E" w:rsidRPr="009A372E" w:rsidRDefault="00A0657F" w:rsidP="009A372E">
      <w:pPr>
        <w:bidi/>
        <w:spacing w:after="0" w:line="240" w:lineRule="auto"/>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3.</w:t>
      </w:r>
      <w:r w:rsidR="009A372E" w:rsidRPr="009A372E">
        <w:rPr>
          <w:rFonts w:ascii="Sakkal Majalla" w:eastAsia="Times New Roman" w:hAnsi="Sakkal Majalla" w:cs="Sakkal Majalla"/>
          <w:b/>
          <w:bCs/>
          <w:sz w:val="28"/>
          <w:szCs w:val="28"/>
        </w:rPr>
        <w:t xml:space="preserve"> </w:t>
      </w:r>
      <w:r w:rsidR="009A372E" w:rsidRPr="009A372E">
        <w:rPr>
          <w:rFonts w:ascii="Sakkal Majalla" w:eastAsia="Times New Roman" w:hAnsi="Sakkal Majalla" w:cs="Sakkal Majalla"/>
          <w:b/>
          <w:bCs/>
          <w:sz w:val="28"/>
          <w:szCs w:val="28"/>
          <w:rtl/>
        </w:rPr>
        <w:t>أثر الذكاء الاصطناعي على اتخاذ القرار الإداري</w:t>
      </w:r>
    </w:p>
    <w:p w14:paraId="57B785F0"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تم تقييم الأثر عبر مقياس ليكرت (أوافق بشدة – أوافق – لا أوافق – لا أوافق بشدة) وظهرت النتائج كما يلي</w:t>
      </w:r>
      <w:r w:rsidRPr="00DC4E9B">
        <w:rPr>
          <w:rFonts w:ascii="Sakkal Majalla" w:eastAsia="Times New Roman" w:hAnsi="Sakkal Majalla" w:cs="Sakkal Majalla"/>
          <w:sz w:val="28"/>
          <w:szCs w:val="28"/>
        </w:rPr>
        <w:t>:</w:t>
      </w:r>
    </w:p>
    <w:p w14:paraId="369A3F40" w14:textId="77777777" w:rsidR="009A372E" w:rsidRPr="00DC4E9B" w:rsidRDefault="009A372E" w:rsidP="009A372E">
      <w:pPr>
        <w:numPr>
          <w:ilvl w:val="0"/>
          <w:numId w:val="30"/>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تحسين جودة القرارات الإدارية: أغلب المشاركين أبدوا موافقة أو موافقة شديدة</w:t>
      </w:r>
      <w:r w:rsidRPr="00DC4E9B">
        <w:rPr>
          <w:rFonts w:ascii="Sakkal Majalla" w:eastAsia="Times New Roman" w:hAnsi="Sakkal Majalla" w:cs="Sakkal Majalla"/>
          <w:sz w:val="28"/>
          <w:szCs w:val="28"/>
        </w:rPr>
        <w:t>.</w:t>
      </w:r>
    </w:p>
    <w:p w14:paraId="567945C7" w14:textId="77777777" w:rsidR="009A372E" w:rsidRPr="00DC4E9B" w:rsidRDefault="009A372E" w:rsidP="009A372E">
      <w:pPr>
        <w:numPr>
          <w:ilvl w:val="0"/>
          <w:numId w:val="30"/>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تسريع عملية اتخاذ القرار: نسبة الموافقة مرتفعة</w:t>
      </w:r>
      <w:r w:rsidRPr="00DC4E9B">
        <w:rPr>
          <w:rFonts w:ascii="Sakkal Majalla" w:eastAsia="Times New Roman" w:hAnsi="Sakkal Majalla" w:cs="Sakkal Majalla"/>
          <w:sz w:val="28"/>
          <w:szCs w:val="28"/>
        </w:rPr>
        <w:t>.</w:t>
      </w:r>
    </w:p>
    <w:p w14:paraId="0576C0BC" w14:textId="77777777" w:rsidR="009A372E" w:rsidRPr="00DC4E9B" w:rsidRDefault="009A372E" w:rsidP="009A372E">
      <w:pPr>
        <w:numPr>
          <w:ilvl w:val="0"/>
          <w:numId w:val="30"/>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تقليل نسبة الأخطاء: الغالبية موافقة</w:t>
      </w:r>
      <w:r w:rsidRPr="00DC4E9B">
        <w:rPr>
          <w:rFonts w:ascii="Sakkal Majalla" w:eastAsia="Times New Roman" w:hAnsi="Sakkal Majalla" w:cs="Sakkal Majalla"/>
          <w:sz w:val="28"/>
          <w:szCs w:val="28"/>
        </w:rPr>
        <w:t>.</w:t>
      </w:r>
    </w:p>
    <w:p w14:paraId="37CC8CD1" w14:textId="77777777" w:rsidR="009A372E" w:rsidRPr="00DC4E9B" w:rsidRDefault="009A372E" w:rsidP="009A372E">
      <w:pPr>
        <w:numPr>
          <w:ilvl w:val="0"/>
          <w:numId w:val="30"/>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توفير بدائل جديدة: أغلب المشاركين أبدوا موافقة</w:t>
      </w:r>
      <w:r w:rsidRPr="00DC4E9B">
        <w:rPr>
          <w:rFonts w:ascii="Sakkal Majalla" w:eastAsia="Times New Roman" w:hAnsi="Sakkal Majalla" w:cs="Sakkal Majalla"/>
          <w:sz w:val="28"/>
          <w:szCs w:val="28"/>
        </w:rPr>
        <w:t>.</w:t>
      </w:r>
    </w:p>
    <w:p w14:paraId="3D430152" w14:textId="1501849C" w:rsidR="009A372E" w:rsidRPr="00DC4E9B" w:rsidRDefault="009A372E" w:rsidP="009A372E">
      <w:pPr>
        <w:bidi/>
        <w:spacing w:after="0" w:line="240" w:lineRule="auto"/>
        <w:rPr>
          <w:rFonts w:ascii="Sakkal Majalla" w:eastAsia="Times New Roman" w:hAnsi="Sakkal Majalla" w:cs="Sakkal Majalla"/>
          <w:sz w:val="28"/>
          <w:szCs w:val="28"/>
        </w:rPr>
      </w:pPr>
    </w:p>
    <w:p w14:paraId="4E9686FF" w14:textId="2B273DB3" w:rsidR="009A372E" w:rsidRPr="009A372E" w:rsidRDefault="00A0657F" w:rsidP="009A372E">
      <w:pPr>
        <w:bidi/>
        <w:spacing w:after="0" w:line="240" w:lineRule="auto"/>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4.</w:t>
      </w:r>
      <w:r w:rsidR="009A372E" w:rsidRPr="009A372E">
        <w:rPr>
          <w:rFonts w:ascii="Sakkal Majalla" w:eastAsia="Times New Roman" w:hAnsi="Sakkal Majalla" w:cs="Sakkal Majalla"/>
          <w:b/>
          <w:bCs/>
          <w:sz w:val="28"/>
          <w:szCs w:val="28"/>
        </w:rPr>
        <w:t xml:space="preserve"> </w:t>
      </w:r>
      <w:r w:rsidR="009A372E" w:rsidRPr="009A372E">
        <w:rPr>
          <w:rFonts w:ascii="Sakkal Majalla" w:eastAsia="Times New Roman" w:hAnsi="Sakkal Majalla" w:cs="Sakkal Majalla"/>
          <w:b/>
          <w:bCs/>
          <w:sz w:val="28"/>
          <w:szCs w:val="28"/>
          <w:rtl/>
        </w:rPr>
        <w:t>التحديات والمعوقات</w:t>
      </w:r>
    </w:p>
    <w:p w14:paraId="7FC5C72A"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من أبرز التحديات</w:t>
      </w:r>
      <w:r w:rsidRPr="00DC4E9B">
        <w:rPr>
          <w:rFonts w:ascii="Sakkal Majalla" w:eastAsia="Times New Roman" w:hAnsi="Sakkal Majalla" w:cs="Sakkal Majalla"/>
          <w:sz w:val="28"/>
          <w:szCs w:val="28"/>
        </w:rPr>
        <w:t>:</w:t>
      </w:r>
    </w:p>
    <w:p w14:paraId="617690FD" w14:textId="77777777" w:rsidR="009A372E" w:rsidRPr="00DC4E9B" w:rsidRDefault="009A372E" w:rsidP="009A372E">
      <w:pPr>
        <w:numPr>
          <w:ilvl w:val="0"/>
          <w:numId w:val="31"/>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نقص الخبرات التقنية</w:t>
      </w:r>
    </w:p>
    <w:p w14:paraId="1CA52822" w14:textId="77777777" w:rsidR="009A372E" w:rsidRPr="00DC4E9B" w:rsidRDefault="009A372E" w:rsidP="009A372E">
      <w:pPr>
        <w:numPr>
          <w:ilvl w:val="0"/>
          <w:numId w:val="31"/>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ضعف الموارد المالية</w:t>
      </w:r>
    </w:p>
    <w:p w14:paraId="07015B40" w14:textId="77777777" w:rsidR="009A372E" w:rsidRPr="00DC4E9B" w:rsidRDefault="009A372E" w:rsidP="009A372E">
      <w:pPr>
        <w:numPr>
          <w:ilvl w:val="0"/>
          <w:numId w:val="31"/>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ضعف البنية التحتية</w:t>
      </w:r>
    </w:p>
    <w:p w14:paraId="5A1650E2" w14:textId="77777777" w:rsidR="009A372E" w:rsidRPr="00DC4E9B" w:rsidRDefault="009A372E" w:rsidP="009A372E">
      <w:pPr>
        <w:numPr>
          <w:ilvl w:val="0"/>
          <w:numId w:val="31"/>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مقاومة التغيير</w:t>
      </w:r>
    </w:p>
    <w:p w14:paraId="2529D581"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b/>
          <w:bCs/>
          <w:sz w:val="28"/>
          <w:szCs w:val="28"/>
          <w:rtl/>
        </w:rPr>
        <w:t>التفسير</w:t>
      </w:r>
      <w:r w:rsidRPr="00DC4E9B">
        <w:rPr>
          <w:rFonts w:ascii="Sakkal Majalla" w:eastAsia="Times New Roman" w:hAnsi="Sakkal Majalla" w:cs="Sakkal Majalla"/>
          <w:sz w:val="28"/>
          <w:szCs w:val="28"/>
        </w:rPr>
        <w:t xml:space="preserve">: </w:t>
      </w:r>
      <w:r w:rsidRPr="00DC4E9B">
        <w:rPr>
          <w:rFonts w:ascii="Sakkal Majalla" w:eastAsia="Times New Roman" w:hAnsi="Sakkal Majalla" w:cs="Sakkal Majalla"/>
          <w:sz w:val="28"/>
          <w:szCs w:val="28"/>
          <w:rtl/>
        </w:rPr>
        <w:t>التحديات تتعلق غالبًا بالموارد والجاهزية التقنية</w:t>
      </w:r>
      <w:r w:rsidRPr="00DC4E9B">
        <w:rPr>
          <w:rFonts w:ascii="Sakkal Majalla" w:eastAsia="Times New Roman" w:hAnsi="Sakkal Majalla" w:cs="Sakkal Majalla"/>
          <w:sz w:val="28"/>
          <w:szCs w:val="28"/>
        </w:rPr>
        <w:t>.</w:t>
      </w:r>
    </w:p>
    <w:p w14:paraId="50F082D0" w14:textId="52D37377" w:rsidR="009A372E" w:rsidRPr="00DC4E9B" w:rsidRDefault="009A372E" w:rsidP="009A372E">
      <w:pPr>
        <w:bidi/>
        <w:spacing w:after="0" w:line="240" w:lineRule="auto"/>
        <w:rPr>
          <w:rFonts w:ascii="Sakkal Majalla" w:eastAsia="Times New Roman" w:hAnsi="Sakkal Majalla" w:cs="Sakkal Majalla"/>
          <w:sz w:val="28"/>
          <w:szCs w:val="28"/>
        </w:rPr>
      </w:pPr>
    </w:p>
    <w:p w14:paraId="35D7544F" w14:textId="2BF35E34" w:rsidR="009A372E" w:rsidRPr="009A372E" w:rsidRDefault="00135919" w:rsidP="009A372E">
      <w:pPr>
        <w:bidi/>
        <w:spacing w:after="0" w:line="240" w:lineRule="auto"/>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5.</w:t>
      </w:r>
      <w:r w:rsidR="009A372E" w:rsidRPr="009A372E">
        <w:rPr>
          <w:rFonts w:ascii="Sakkal Majalla" w:eastAsia="Times New Roman" w:hAnsi="Sakkal Majalla" w:cs="Sakkal Majalla"/>
          <w:b/>
          <w:bCs/>
          <w:sz w:val="28"/>
          <w:szCs w:val="28"/>
        </w:rPr>
        <w:t xml:space="preserve"> </w:t>
      </w:r>
      <w:r w:rsidR="009A372E" w:rsidRPr="009A372E">
        <w:rPr>
          <w:rFonts w:ascii="Sakkal Majalla" w:eastAsia="Times New Roman" w:hAnsi="Sakkal Majalla" w:cs="Sakkal Majalla"/>
          <w:b/>
          <w:bCs/>
          <w:sz w:val="28"/>
          <w:szCs w:val="28"/>
          <w:rtl/>
        </w:rPr>
        <w:t>خطط التوسع</w:t>
      </w:r>
    </w:p>
    <w:p w14:paraId="20CA2003" w14:textId="77777777" w:rsidR="009A372E" w:rsidRPr="00DC4E9B" w:rsidRDefault="009A372E" w:rsidP="009A372E">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أغلب الشركات تخطط لتوسيع استخدام الذكاء الاصطناعي خلال العامين القادمين</w:t>
      </w:r>
      <w:r w:rsidRPr="00DC4E9B">
        <w:rPr>
          <w:rFonts w:ascii="Sakkal Majalla" w:eastAsia="Times New Roman" w:hAnsi="Sakkal Majalla" w:cs="Sakkal Majalla"/>
          <w:sz w:val="28"/>
          <w:szCs w:val="28"/>
        </w:rPr>
        <w:t>.</w:t>
      </w:r>
    </w:p>
    <w:p w14:paraId="18651632" w14:textId="77777777" w:rsidR="008B4E8D" w:rsidRPr="009A372E" w:rsidRDefault="008B4E8D" w:rsidP="008B4E8D">
      <w:pPr>
        <w:bidi/>
        <w:spacing w:after="0" w:line="240" w:lineRule="auto"/>
        <w:rPr>
          <w:rFonts w:ascii="Sakkal Majalla" w:eastAsia="Times New Roman" w:hAnsi="Sakkal Majalla" w:cs="Sakkal Majalla"/>
          <w:b/>
          <w:bCs/>
          <w:sz w:val="28"/>
          <w:szCs w:val="28"/>
          <w:rtl/>
        </w:rPr>
      </w:pPr>
    </w:p>
    <w:p w14:paraId="474F8718" w14:textId="21F3250B" w:rsidR="00B314F2" w:rsidRDefault="00B314F2" w:rsidP="00A0657F">
      <w:pPr>
        <w:bidi/>
        <w:spacing w:after="0" w:line="240" w:lineRule="auto"/>
        <w:rPr>
          <w:rFonts w:ascii="Sakkal Majalla" w:eastAsia="Times New Roman" w:hAnsi="Sakkal Majalla" w:cs="Sakkal Majalla"/>
          <w:b/>
          <w:bCs/>
          <w:szCs w:val="32"/>
          <w:rtl/>
        </w:rPr>
      </w:pPr>
    </w:p>
    <w:p w14:paraId="07E0C8C1" w14:textId="5582389A" w:rsidR="00545A3A" w:rsidRDefault="00545A3A" w:rsidP="00545A3A">
      <w:pPr>
        <w:bidi/>
        <w:spacing w:after="0" w:line="240" w:lineRule="auto"/>
        <w:rPr>
          <w:rFonts w:ascii="Sakkal Majalla" w:eastAsia="Times New Roman" w:hAnsi="Sakkal Majalla" w:cs="Sakkal Majalla"/>
          <w:b/>
          <w:bCs/>
          <w:szCs w:val="32"/>
          <w:rtl/>
        </w:rPr>
      </w:pPr>
    </w:p>
    <w:p w14:paraId="7FC25764" w14:textId="77777777" w:rsidR="00545A3A" w:rsidRDefault="00545A3A" w:rsidP="00545A3A">
      <w:pPr>
        <w:bidi/>
        <w:spacing w:after="0" w:line="240" w:lineRule="auto"/>
        <w:rPr>
          <w:rFonts w:ascii="Sakkal Majalla" w:eastAsia="Times New Roman" w:hAnsi="Sakkal Majalla" w:cs="Sakkal Majalla"/>
          <w:b/>
          <w:bCs/>
          <w:szCs w:val="32"/>
          <w:rtl/>
        </w:rPr>
      </w:pPr>
    </w:p>
    <w:p w14:paraId="7F919B3F" w14:textId="3B087F23" w:rsidR="00A0657F" w:rsidRPr="00236721" w:rsidRDefault="00A0657F" w:rsidP="00A0657F">
      <w:pPr>
        <w:bidi/>
        <w:spacing w:after="0" w:line="240" w:lineRule="auto"/>
        <w:rPr>
          <w:rFonts w:ascii="Sakkal Majalla" w:eastAsia="Times New Roman" w:hAnsi="Sakkal Majalla" w:cs="Sakkal Majalla"/>
          <w:b/>
          <w:bCs/>
          <w:szCs w:val="32"/>
        </w:rPr>
      </w:pPr>
      <w:r w:rsidRPr="00236721">
        <w:rPr>
          <w:rFonts w:ascii="Sakkal Majalla" w:eastAsia="Times New Roman" w:hAnsi="Sakkal Majalla" w:cs="Sakkal Majalla"/>
          <w:b/>
          <w:bCs/>
          <w:szCs w:val="32"/>
          <w:rtl/>
        </w:rPr>
        <w:t>مناقشة النتائج</w:t>
      </w:r>
    </w:p>
    <w:p w14:paraId="0FFDBC6C" w14:textId="77777777" w:rsidR="00A0657F" w:rsidRPr="00DC4E9B" w:rsidRDefault="00A0657F" w:rsidP="00A0657F">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 xml:space="preserve">أظهرت نتائج هذا البحث أن غالبية الشركات الناشئة التقنية المشاركة في المملكة العربية السعودية تعتمد على تقنيات الذكاء الاصطناعي في عملياتها الإدارية، حيث بلغت نسبة التبني 86.36%. ويتفق هذا مع ما أشارت إليه دراسة </w:t>
      </w:r>
      <w:proofErr w:type="spellStart"/>
      <w:r w:rsidRPr="00DC4E9B">
        <w:rPr>
          <w:rFonts w:ascii="Sakkal Majalla" w:eastAsia="Times New Roman" w:hAnsi="Sakkal Majalla" w:cs="Sakkal Majalla"/>
          <w:sz w:val="28"/>
          <w:szCs w:val="28"/>
        </w:rPr>
        <w:t>Alsuwidan</w:t>
      </w:r>
      <w:proofErr w:type="spellEnd"/>
      <w:r w:rsidRPr="00DC4E9B">
        <w:rPr>
          <w:rFonts w:ascii="Sakkal Majalla" w:eastAsia="Times New Roman" w:hAnsi="Sakkal Majalla" w:cs="Sakkal Majalla"/>
          <w:sz w:val="28"/>
          <w:szCs w:val="28"/>
        </w:rPr>
        <w:t xml:space="preserve"> &amp; </w:t>
      </w:r>
      <w:proofErr w:type="spellStart"/>
      <w:r w:rsidRPr="00DC4E9B">
        <w:rPr>
          <w:rFonts w:ascii="Sakkal Majalla" w:eastAsia="Times New Roman" w:hAnsi="Sakkal Majalla" w:cs="Sakkal Majalla"/>
          <w:sz w:val="28"/>
          <w:szCs w:val="28"/>
        </w:rPr>
        <w:t>Aldera</w:t>
      </w:r>
      <w:proofErr w:type="spellEnd"/>
      <w:r w:rsidRPr="00DC4E9B">
        <w:rPr>
          <w:rFonts w:ascii="Sakkal Majalla" w:eastAsia="Times New Roman" w:hAnsi="Sakkal Majalla" w:cs="Sakkal Majalla"/>
          <w:sz w:val="28"/>
          <w:szCs w:val="28"/>
        </w:rPr>
        <w:t xml:space="preserve"> (2025) </w:t>
      </w:r>
      <w:r w:rsidRPr="00DC4E9B">
        <w:rPr>
          <w:rFonts w:ascii="Sakkal Majalla" w:eastAsia="Times New Roman" w:hAnsi="Sakkal Majalla" w:cs="Sakkal Majalla"/>
          <w:sz w:val="28"/>
          <w:szCs w:val="28"/>
          <w:rtl/>
        </w:rPr>
        <w:t>التي أكدت تنامي استخدام تقنيات الذكاء الاصطناعي في بيئة الأعمال السعودية، خاصة في الشركات الناشئة التي تسعى لتعزيز قدرتها التنافسية</w:t>
      </w:r>
      <w:r w:rsidRPr="00DC4E9B">
        <w:rPr>
          <w:rFonts w:ascii="Sakkal Majalla" w:eastAsia="Times New Roman" w:hAnsi="Sakkal Majalla" w:cs="Sakkal Majalla"/>
          <w:sz w:val="28"/>
          <w:szCs w:val="28"/>
        </w:rPr>
        <w:t>.</w:t>
      </w:r>
    </w:p>
    <w:p w14:paraId="14322A84" w14:textId="77777777" w:rsidR="00A0657F" w:rsidRPr="00DC4E9B" w:rsidRDefault="00A0657F" w:rsidP="00A0657F">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 xml:space="preserve">كما أظهرت النتائج أن الاستخدام الأكثر شيوعًا للذكاء الاصطناعي كان لدعم اتخاذ القرار وتحليل البيانات، وهو ما يتماشى مع ما ذكره </w:t>
      </w:r>
      <w:proofErr w:type="spellStart"/>
      <w:r w:rsidRPr="00DC4E9B">
        <w:rPr>
          <w:rFonts w:ascii="Sakkal Majalla" w:eastAsia="Times New Roman" w:hAnsi="Sakkal Majalla" w:cs="Sakkal Majalla"/>
          <w:sz w:val="28"/>
          <w:szCs w:val="28"/>
        </w:rPr>
        <w:t>Aalijah</w:t>
      </w:r>
      <w:proofErr w:type="spellEnd"/>
      <w:r w:rsidRPr="00DC4E9B">
        <w:rPr>
          <w:rFonts w:ascii="Sakkal Majalla" w:eastAsia="Times New Roman" w:hAnsi="Sakkal Majalla" w:cs="Sakkal Majalla"/>
          <w:sz w:val="28"/>
          <w:szCs w:val="28"/>
        </w:rPr>
        <w:t xml:space="preserve"> (2025) </w:t>
      </w:r>
      <w:r w:rsidRPr="00DC4E9B">
        <w:rPr>
          <w:rFonts w:ascii="Sakkal Majalla" w:eastAsia="Times New Roman" w:hAnsi="Sakkal Majalla" w:cs="Sakkal Majalla"/>
          <w:sz w:val="28"/>
          <w:szCs w:val="28"/>
          <w:rtl/>
        </w:rPr>
        <w:t xml:space="preserve">حول دور التحليلات التنبؤية في تحسين دقة القرارات التشغيلية والاستراتيجية. وقد بيّنت البيانات أن نسبة كبيرة من المشاركين ترى أن الذكاء الاصطناعي ساعد في تحسين جودة القرارات، وتسريع عملية اتخاذ القرار، وتقليل نسبة الأخطاء، وتوفير بدائل جديدة، وهو ما يدعم ما توصلت إليه دراسة </w:t>
      </w:r>
      <w:proofErr w:type="spellStart"/>
      <w:r w:rsidRPr="00DC4E9B">
        <w:rPr>
          <w:rFonts w:ascii="Sakkal Majalla" w:eastAsia="Times New Roman" w:hAnsi="Sakkal Majalla" w:cs="Sakkal Majalla"/>
          <w:sz w:val="28"/>
          <w:szCs w:val="28"/>
        </w:rPr>
        <w:t>Csaszar</w:t>
      </w:r>
      <w:proofErr w:type="spellEnd"/>
      <w:r w:rsidRPr="00DC4E9B">
        <w:rPr>
          <w:rFonts w:ascii="Sakkal Majalla" w:eastAsia="Times New Roman" w:hAnsi="Sakkal Majalla" w:cs="Sakkal Majalla"/>
          <w:sz w:val="28"/>
          <w:szCs w:val="28"/>
        </w:rPr>
        <w:t xml:space="preserve"> et al. (2024) </w:t>
      </w:r>
      <w:r w:rsidRPr="00DC4E9B">
        <w:rPr>
          <w:rFonts w:ascii="Sakkal Majalla" w:eastAsia="Times New Roman" w:hAnsi="Sakkal Majalla" w:cs="Sakkal Majalla"/>
          <w:sz w:val="28"/>
          <w:szCs w:val="28"/>
          <w:rtl/>
        </w:rPr>
        <w:t>التي أشارت إلى أن الدمج الفعّال بين الذكاء الاصطناعي والخبرة البشرية يعزز جودة القرارات</w:t>
      </w:r>
      <w:r w:rsidRPr="00DC4E9B">
        <w:rPr>
          <w:rFonts w:ascii="Sakkal Majalla" w:eastAsia="Times New Roman" w:hAnsi="Sakkal Majalla" w:cs="Sakkal Majalla"/>
          <w:sz w:val="28"/>
          <w:szCs w:val="28"/>
        </w:rPr>
        <w:t>.</w:t>
      </w:r>
    </w:p>
    <w:p w14:paraId="6395D508" w14:textId="77777777" w:rsidR="00A0657F" w:rsidRPr="00DC4E9B" w:rsidRDefault="00A0657F" w:rsidP="00A0657F">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 xml:space="preserve">من ناحية التحديات، تركزت أبرز الصعوبات التي تواجه الشركات الناشئة في نقص الخبرات التقنية وضعف الموارد المالية، إضافةً إلى ضعف البنية التحتية ومقاومة التغيير. وهذا يتفق مع ما ذكرته دراسة </w:t>
      </w:r>
      <w:proofErr w:type="spellStart"/>
      <w:r w:rsidRPr="00DC4E9B">
        <w:rPr>
          <w:rFonts w:ascii="Sakkal Majalla" w:eastAsia="Times New Roman" w:hAnsi="Sakkal Majalla" w:cs="Sakkal Majalla"/>
          <w:sz w:val="28"/>
          <w:szCs w:val="28"/>
        </w:rPr>
        <w:t>Mashat</w:t>
      </w:r>
      <w:proofErr w:type="spellEnd"/>
      <w:r w:rsidRPr="00DC4E9B">
        <w:rPr>
          <w:rFonts w:ascii="Sakkal Majalla" w:eastAsia="Times New Roman" w:hAnsi="Sakkal Majalla" w:cs="Sakkal Majalla"/>
          <w:sz w:val="28"/>
          <w:szCs w:val="28"/>
        </w:rPr>
        <w:t xml:space="preserve"> (2020) </w:t>
      </w:r>
      <w:r w:rsidRPr="00DC4E9B">
        <w:rPr>
          <w:rFonts w:ascii="Sakkal Majalla" w:eastAsia="Times New Roman" w:hAnsi="Sakkal Majalla" w:cs="Sakkal Majalla"/>
          <w:sz w:val="28"/>
          <w:szCs w:val="28"/>
          <w:rtl/>
        </w:rPr>
        <w:t>حول القيود التي تحد من الاستفادة الكاملة من تقنيات الذكاء الاصطناعي في بيئات ريادة الأعمال</w:t>
      </w:r>
      <w:r w:rsidRPr="00DC4E9B">
        <w:rPr>
          <w:rFonts w:ascii="Sakkal Majalla" w:eastAsia="Times New Roman" w:hAnsi="Sakkal Majalla" w:cs="Sakkal Majalla"/>
          <w:sz w:val="28"/>
          <w:szCs w:val="28"/>
        </w:rPr>
        <w:t>.</w:t>
      </w:r>
    </w:p>
    <w:p w14:paraId="061A6DE6" w14:textId="57F450FA" w:rsidR="00A0657F" w:rsidRPr="00DC4E9B" w:rsidRDefault="00A0657F" w:rsidP="00A0657F">
      <w:pPr>
        <w:bidi/>
        <w:spacing w:after="0" w:line="240" w:lineRule="auto"/>
        <w:rPr>
          <w:rFonts w:ascii="Sakkal Majalla" w:eastAsia="Times New Roman" w:hAnsi="Sakkal Majalla" w:cs="Sakkal Majalla"/>
          <w:sz w:val="28"/>
          <w:szCs w:val="28"/>
        </w:rPr>
      </w:pPr>
    </w:p>
    <w:p w14:paraId="56638548" w14:textId="77777777" w:rsidR="00236721" w:rsidRDefault="00236721" w:rsidP="00A0657F">
      <w:pPr>
        <w:bidi/>
        <w:spacing w:after="0" w:line="240" w:lineRule="auto"/>
        <w:rPr>
          <w:rFonts w:ascii="Sakkal Majalla" w:eastAsia="Times New Roman" w:hAnsi="Sakkal Majalla" w:cs="Sakkal Majalla"/>
          <w:b/>
          <w:bCs/>
          <w:sz w:val="28"/>
          <w:szCs w:val="28"/>
          <w:rtl/>
        </w:rPr>
      </w:pPr>
    </w:p>
    <w:p w14:paraId="00B6A521" w14:textId="77777777" w:rsidR="00236721" w:rsidRDefault="00236721" w:rsidP="00236721">
      <w:pPr>
        <w:bidi/>
        <w:spacing w:after="0" w:line="240" w:lineRule="auto"/>
        <w:rPr>
          <w:rFonts w:ascii="Sakkal Majalla" w:eastAsia="Times New Roman" w:hAnsi="Sakkal Majalla" w:cs="Sakkal Majalla"/>
          <w:b/>
          <w:bCs/>
          <w:sz w:val="28"/>
          <w:szCs w:val="28"/>
          <w:rtl/>
        </w:rPr>
      </w:pPr>
    </w:p>
    <w:p w14:paraId="0E052A06" w14:textId="77777777" w:rsidR="00236721" w:rsidRDefault="00236721" w:rsidP="00236721">
      <w:pPr>
        <w:bidi/>
        <w:spacing w:after="0" w:line="240" w:lineRule="auto"/>
        <w:rPr>
          <w:rFonts w:ascii="Sakkal Majalla" w:eastAsia="Times New Roman" w:hAnsi="Sakkal Majalla" w:cs="Sakkal Majalla"/>
          <w:b/>
          <w:bCs/>
          <w:sz w:val="28"/>
          <w:szCs w:val="28"/>
          <w:rtl/>
        </w:rPr>
      </w:pPr>
    </w:p>
    <w:p w14:paraId="1C8EC5B0" w14:textId="77777777" w:rsidR="00236721" w:rsidRDefault="00236721" w:rsidP="00236721">
      <w:pPr>
        <w:bidi/>
        <w:spacing w:after="0" w:line="240" w:lineRule="auto"/>
        <w:rPr>
          <w:rFonts w:ascii="Sakkal Majalla" w:eastAsia="Times New Roman" w:hAnsi="Sakkal Majalla" w:cs="Sakkal Majalla"/>
          <w:b/>
          <w:bCs/>
          <w:sz w:val="28"/>
          <w:szCs w:val="28"/>
          <w:rtl/>
        </w:rPr>
      </w:pPr>
    </w:p>
    <w:p w14:paraId="158D3275" w14:textId="77777777" w:rsidR="00236721" w:rsidRDefault="00236721" w:rsidP="00236721">
      <w:pPr>
        <w:bidi/>
        <w:spacing w:after="0" w:line="240" w:lineRule="auto"/>
        <w:rPr>
          <w:rFonts w:ascii="Sakkal Majalla" w:eastAsia="Times New Roman" w:hAnsi="Sakkal Majalla" w:cs="Sakkal Majalla"/>
          <w:b/>
          <w:bCs/>
          <w:sz w:val="28"/>
          <w:szCs w:val="28"/>
          <w:rtl/>
        </w:rPr>
      </w:pPr>
    </w:p>
    <w:p w14:paraId="695FE3BC" w14:textId="77777777" w:rsidR="00236721" w:rsidRDefault="00236721" w:rsidP="00236721">
      <w:pPr>
        <w:bidi/>
        <w:spacing w:after="0" w:line="240" w:lineRule="auto"/>
        <w:rPr>
          <w:rFonts w:ascii="Sakkal Majalla" w:eastAsia="Times New Roman" w:hAnsi="Sakkal Majalla" w:cs="Sakkal Majalla"/>
          <w:b/>
          <w:bCs/>
          <w:sz w:val="28"/>
          <w:szCs w:val="28"/>
          <w:rtl/>
        </w:rPr>
      </w:pPr>
    </w:p>
    <w:p w14:paraId="74F3EB6B" w14:textId="77777777" w:rsidR="00236721" w:rsidRDefault="00236721" w:rsidP="00236721">
      <w:pPr>
        <w:bidi/>
        <w:spacing w:after="0" w:line="240" w:lineRule="auto"/>
        <w:rPr>
          <w:rFonts w:ascii="Sakkal Majalla" w:eastAsia="Times New Roman" w:hAnsi="Sakkal Majalla" w:cs="Sakkal Majalla"/>
          <w:b/>
          <w:bCs/>
          <w:sz w:val="28"/>
          <w:szCs w:val="28"/>
          <w:rtl/>
        </w:rPr>
      </w:pPr>
    </w:p>
    <w:p w14:paraId="7D6DDB41" w14:textId="77777777" w:rsidR="00236721" w:rsidRDefault="00236721" w:rsidP="00236721">
      <w:pPr>
        <w:bidi/>
        <w:spacing w:after="0" w:line="240" w:lineRule="auto"/>
        <w:rPr>
          <w:rFonts w:ascii="Sakkal Majalla" w:eastAsia="Times New Roman" w:hAnsi="Sakkal Majalla" w:cs="Sakkal Majalla"/>
          <w:b/>
          <w:bCs/>
          <w:sz w:val="28"/>
          <w:szCs w:val="28"/>
          <w:rtl/>
        </w:rPr>
      </w:pPr>
    </w:p>
    <w:p w14:paraId="4CDA2631" w14:textId="77777777" w:rsidR="00236721" w:rsidRDefault="00236721" w:rsidP="00236721">
      <w:pPr>
        <w:bidi/>
        <w:spacing w:after="0" w:line="240" w:lineRule="auto"/>
        <w:rPr>
          <w:rFonts w:ascii="Sakkal Majalla" w:eastAsia="Times New Roman" w:hAnsi="Sakkal Majalla" w:cs="Sakkal Majalla"/>
          <w:b/>
          <w:bCs/>
          <w:sz w:val="28"/>
          <w:szCs w:val="28"/>
          <w:rtl/>
        </w:rPr>
      </w:pPr>
    </w:p>
    <w:p w14:paraId="32C8E936" w14:textId="77777777" w:rsidR="00236721" w:rsidRDefault="00236721" w:rsidP="00236721">
      <w:pPr>
        <w:bidi/>
        <w:spacing w:after="0" w:line="240" w:lineRule="auto"/>
        <w:rPr>
          <w:rFonts w:ascii="Sakkal Majalla" w:eastAsia="Times New Roman" w:hAnsi="Sakkal Majalla" w:cs="Sakkal Majalla"/>
          <w:b/>
          <w:bCs/>
          <w:sz w:val="28"/>
          <w:szCs w:val="28"/>
          <w:rtl/>
        </w:rPr>
      </w:pPr>
    </w:p>
    <w:p w14:paraId="19748A78" w14:textId="77777777" w:rsidR="00236721" w:rsidRDefault="00236721" w:rsidP="00236721">
      <w:pPr>
        <w:bidi/>
        <w:spacing w:after="0" w:line="240" w:lineRule="auto"/>
        <w:rPr>
          <w:rFonts w:ascii="Sakkal Majalla" w:eastAsia="Times New Roman" w:hAnsi="Sakkal Majalla" w:cs="Sakkal Majalla"/>
          <w:b/>
          <w:bCs/>
          <w:sz w:val="28"/>
          <w:szCs w:val="28"/>
          <w:rtl/>
        </w:rPr>
      </w:pPr>
    </w:p>
    <w:p w14:paraId="0306C962" w14:textId="77777777" w:rsidR="00236721" w:rsidRDefault="00236721" w:rsidP="00236721">
      <w:pPr>
        <w:bidi/>
        <w:spacing w:after="0" w:line="240" w:lineRule="auto"/>
        <w:rPr>
          <w:rFonts w:ascii="Sakkal Majalla" w:eastAsia="Times New Roman" w:hAnsi="Sakkal Majalla" w:cs="Sakkal Majalla"/>
          <w:b/>
          <w:bCs/>
          <w:sz w:val="28"/>
          <w:szCs w:val="28"/>
          <w:rtl/>
        </w:rPr>
      </w:pPr>
    </w:p>
    <w:p w14:paraId="5DDDDF68" w14:textId="77777777" w:rsidR="00236721" w:rsidRDefault="00236721" w:rsidP="00236721">
      <w:pPr>
        <w:bidi/>
        <w:spacing w:after="0" w:line="240" w:lineRule="auto"/>
        <w:rPr>
          <w:rFonts w:ascii="Sakkal Majalla" w:eastAsia="Times New Roman" w:hAnsi="Sakkal Majalla" w:cs="Sakkal Majalla"/>
          <w:b/>
          <w:bCs/>
          <w:sz w:val="28"/>
          <w:szCs w:val="28"/>
          <w:rtl/>
        </w:rPr>
      </w:pPr>
    </w:p>
    <w:p w14:paraId="0E8DB227" w14:textId="77777777" w:rsidR="00236721" w:rsidRDefault="00236721" w:rsidP="00236721">
      <w:pPr>
        <w:bidi/>
        <w:spacing w:after="0" w:line="240" w:lineRule="auto"/>
        <w:rPr>
          <w:rFonts w:ascii="Sakkal Majalla" w:eastAsia="Times New Roman" w:hAnsi="Sakkal Majalla" w:cs="Sakkal Majalla"/>
          <w:b/>
          <w:bCs/>
          <w:sz w:val="28"/>
          <w:szCs w:val="28"/>
          <w:rtl/>
        </w:rPr>
      </w:pPr>
    </w:p>
    <w:p w14:paraId="0A961C73" w14:textId="77777777" w:rsidR="00236721" w:rsidRDefault="00236721" w:rsidP="00236721">
      <w:pPr>
        <w:bidi/>
        <w:spacing w:after="0" w:line="240" w:lineRule="auto"/>
        <w:rPr>
          <w:rFonts w:ascii="Sakkal Majalla" w:eastAsia="Times New Roman" w:hAnsi="Sakkal Majalla" w:cs="Sakkal Majalla"/>
          <w:b/>
          <w:bCs/>
          <w:sz w:val="28"/>
          <w:szCs w:val="28"/>
          <w:rtl/>
        </w:rPr>
      </w:pPr>
    </w:p>
    <w:p w14:paraId="70343909" w14:textId="6881FE5A" w:rsidR="00236721" w:rsidRDefault="00236721" w:rsidP="00236721">
      <w:pPr>
        <w:bidi/>
        <w:spacing w:after="0" w:line="240" w:lineRule="auto"/>
        <w:rPr>
          <w:rFonts w:ascii="Sakkal Majalla" w:eastAsia="Times New Roman" w:hAnsi="Sakkal Majalla" w:cs="Sakkal Majalla"/>
          <w:b/>
          <w:bCs/>
          <w:sz w:val="28"/>
          <w:szCs w:val="28"/>
          <w:rtl/>
        </w:rPr>
      </w:pPr>
    </w:p>
    <w:p w14:paraId="5E07B9E8" w14:textId="77777777" w:rsidR="00236721" w:rsidRDefault="00236721" w:rsidP="00236721">
      <w:pPr>
        <w:bidi/>
        <w:spacing w:after="0" w:line="240" w:lineRule="auto"/>
        <w:rPr>
          <w:rFonts w:ascii="Sakkal Majalla" w:eastAsia="Times New Roman" w:hAnsi="Sakkal Majalla" w:cs="Sakkal Majalla"/>
          <w:b/>
          <w:bCs/>
          <w:sz w:val="28"/>
          <w:szCs w:val="28"/>
          <w:rtl/>
        </w:rPr>
      </w:pPr>
    </w:p>
    <w:p w14:paraId="3EF6C9CD" w14:textId="3BCE30D5" w:rsidR="00A0657F" w:rsidRPr="00236721" w:rsidRDefault="00A0657F" w:rsidP="00236721">
      <w:pPr>
        <w:bidi/>
        <w:spacing w:after="0" w:line="240" w:lineRule="auto"/>
        <w:rPr>
          <w:rFonts w:ascii="Sakkal Majalla" w:eastAsia="Times New Roman" w:hAnsi="Sakkal Majalla" w:cs="Sakkal Majalla"/>
          <w:b/>
          <w:bCs/>
          <w:szCs w:val="32"/>
        </w:rPr>
      </w:pPr>
      <w:r w:rsidRPr="00236721">
        <w:rPr>
          <w:rFonts w:ascii="Sakkal Majalla" w:eastAsia="Times New Roman" w:hAnsi="Sakkal Majalla" w:cs="Sakkal Majalla"/>
          <w:b/>
          <w:bCs/>
          <w:szCs w:val="32"/>
          <w:rtl/>
        </w:rPr>
        <w:t>التوصيات</w:t>
      </w:r>
    </w:p>
    <w:p w14:paraId="1CA88E9F" w14:textId="77777777" w:rsidR="00A0657F" w:rsidRPr="00DC4E9B" w:rsidRDefault="00A0657F" w:rsidP="00A0657F">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استنادًا إلى نتائج البحث، يوصى بالآتي</w:t>
      </w:r>
      <w:r w:rsidRPr="00DC4E9B">
        <w:rPr>
          <w:rFonts w:ascii="Sakkal Majalla" w:eastAsia="Times New Roman" w:hAnsi="Sakkal Majalla" w:cs="Sakkal Majalla"/>
          <w:sz w:val="28"/>
          <w:szCs w:val="28"/>
        </w:rPr>
        <w:t>:</w:t>
      </w:r>
    </w:p>
    <w:p w14:paraId="097438BD" w14:textId="7B0A67D2" w:rsidR="00A0657F" w:rsidRPr="00DC4E9B" w:rsidRDefault="00A0657F" w:rsidP="00A0657F">
      <w:pPr>
        <w:numPr>
          <w:ilvl w:val="0"/>
          <w:numId w:val="32"/>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تعزيز التدريب وبناء القدرات</w:t>
      </w:r>
      <w:r w:rsidR="00E65FC0">
        <w:rPr>
          <w:rFonts w:ascii="Sakkal Majalla" w:eastAsia="Times New Roman" w:hAnsi="Sakkal Majalla" w:cs="Sakkal Majalla" w:hint="cs"/>
          <w:sz w:val="28"/>
          <w:szCs w:val="28"/>
          <w:rtl/>
        </w:rPr>
        <w:t xml:space="preserve"> ب</w:t>
      </w:r>
      <w:r w:rsidRPr="00DC4E9B">
        <w:rPr>
          <w:rFonts w:ascii="Sakkal Majalla" w:eastAsia="Times New Roman" w:hAnsi="Sakkal Majalla" w:cs="Sakkal Majalla"/>
          <w:sz w:val="28"/>
          <w:szCs w:val="28"/>
          <w:rtl/>
        </w:rPr>
        <w:t>الاستثمار في تدريب الموظفين على استخدام تقنيات الذكاء الاصطناعي، وتطوير مهارات تحليل البيانات واتخاذ القرار</w:t>
      </w:r>
      <w:r w:rsidRPr="00DC4E9B">
        <w:rPr>
          <w:rFonts w:ascii="Sakkal Majalla" w:eastAsia="Times New Roman" w:hAnsi="Sakkal Majalla" w:cs="Sakkal Majalla"/>
          <w:sz w:val="28"/>
          <w:szCs w:val="28"/>
        </w:rPr>
        <w:t>.</w:t>
      </w:r>
    </w:p>
    <w:p w14:paraId="55B067E2" w14:textId="77777777" w:rsidR="00E65FC0" w:rsidRDefault="00A0657F" w:rsidP="00A0657F">
      <w:pPr>
        <w:numPr>
          <w:ilvl w:val="0"/>
          <w:numId w:val="32"/>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تطوير البنية التحتية التقنية</w:t>
      </w:r>
      <w:r w:rsidR="00E65FC0">
        <w:rPr>
          <w:rFonts w:ascii="Sakkal Majalla" w:eastAsia="Times New Roman" w:hAnsi="Sakkal Majalla" w:cs="Sakkal Majalla" w:hint="cs"/>
          <w:sz w:val="28"/>
          <w:szCs w:val="28"/>
          <w:rtl/>
        </w:rPr>
        <w:t>.</w:t>
      </w:r>
    </w:p>
    <w:p w14:paraId="4AB16F5E" w14:textId="16D3C81B" w:rsidR="00A0657F" w:rsidRPr="00DC4E9B" w:rsidRDefault="00A0657F" w:rsidP="00E65FC0">
      <w:pPr>
        <w:numPr>
          <w:ilvl w:val="0"/>
          <w:numId w:val="32"/>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توفير أنظمة وأدوات متقدمة لدعم تشغيل تقنيات الذكاء الاصطناعي بكفاءة، خصوصًا في الشركات الناشئة</w:t>
      </w:r>
      <w:r w:rsidRPr="00DC4E9B">
        <w:rPr>
          <w:rFonts w:ascii="Sakkal Majalla" w:eastAsia="Times New Roman" w:hAnsi="Sakkal Majalla" w:cs="Sakkal Majalla"/>
          <w:sz w:val="28"/>
          <w:szCs w:val="28"/>
        </w:rPr>
        <w:t>.</w:t>
      </w:r>
    </w:p>
    <w:p w14:paraId="140A58A5" w14:textId="4840D951" w:rsidR="00A0657F" w:rsidRPr="00DC4E9B" w:rsidRDefault="00A0657F" w:rsidP="00A0657F">
      <w:pPr>
        <w:numPr>
          <w:ilvl w:val="0"/>
          <w:numId w:val="32"/>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تأمين مصادر تمويل</w:t>
      </w:r>
      <w:r w:rsidR="00E65FC0">
        <w:rPr>
          <w:rFonts w:ascii="Sakkal Majalla" w:eastAsia="Times New Roman" w:hAnsi="Sakkal Majalla" w:cs="Sakkal Majalla" w:hint="cs"/>
          <w:sz w:val="28"/>
          <w:szCs w:val="28"/>
          <w:rtl/>
        </w:rPr>
        <w:t xml:space="preserve"> </w:t>
      </w:r>
      <w:r w:rsidRPr="00DC4E9B">
        <w:rPr>
          <w:rFonts w:ascii="Sakkal Majalla" w:eastAsia="Times New Roman" w:hAnsi="Sakkal Majalla" w:cs="Sakkal Majalla"/>
          <w:sz w:val="28"/>
          <w:szCs w:val="28"/>
          <w:rtl/>
        </w:rPr>
        <w:t>دعم مالي حكومي أو استثماري للشركات الناشئة لتمكينها من تبني تقنيات الذكاء الاصطناعي</w:t>
      </w:r>
      <w:r w:rsidRPr="00DC4E9B">
        <w:rPr>
          <w:rFonts w:ascii="Sakkal Majalla" w:eastAsia="Times New Roman" w:hAnsi="Sakkal Majalla" w:cs="Sakkal Majalla"/>
          <w:sz w:val="28"/>
          <w:szCs w:val="28"/>
        </w:rPr>
        <w:t>.</w:t>
      </w:r>
    </w:p>
    <w:p w14:paraId="6BF77034" w14:textId="2B9BB0BB" w:rsidR="00A0657F" w:rsidRPr="00DC4E9B" w:rsidRDefault="00A0657F" w:rsidP="00A0657F">
      <w:pPr>
        <w:numPr>
          <w:ilvl w:val="0"/>
          <w:numId w:val="32"/>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تعزيز الوعي بفوائد الذكاء الاصطناعي</w:t>
      </w:r>
      <w:r w:rsidR="00E65FC0">
        <w:rPr>
          <w:rFonts w:ascii="Sakkal Majalla" w:eastAsia="Times New Roman" w:hAnsi="Sakkal Majalla" w:cs="Sakkal Majalla" w:hint="cs"/>
          <w:sz w:val="28"/>
          <w:szCs w:val="28"/>
          <w:rtl/>
        </w:rPr>
        <w:t xml:space="preserve"> ب</w:t>
      </w:r>
      <w:r w:rsidRPr="00DC4E9B">
        <w:rPr>
          <w:rFonts w:ascii="Sakkal Majalla" w:eastAsia="Times New Roman" w:hAnsi="Sakkal Majalla" w:cs="Sakkal Majalla"/>
          <w:sz w:val="28"/>
          <w:szCs w:val="28"/>
          <w:rtl/>
        </w:rPr>
        <w:t>تنظيم ورش عمل وندوات توعوية لشرح إمكانات الذكاء الاصطناعي في تحسين الأداء الإداري والتشغيلي</w:t>
      </w:r>
      <w:r w:rsidRPr="00DC4E9B">
        <w:rPr>
          <w:rFonts w:ascii="Sakkal Majalla" w:eastAsia="Times New Roman" w:hAnsi="Sakkal Majalla" w:cs="Sakkal Majalla"/>
          <w:sz w:val="28"/>
          <w:szCs w:val="28"/>
        </w:rPr>
        <w:t>.</w:t>
      </w:r>
    </w:p>
    <w:p w14:paraId="0E9878EC" w14:textId="05E66C27" w:rsidR="00A0657F" w:rsidRPr="00DC4E9B" w:rsidRDefault="00A0657F" w:rsidP="00A0657F">
      <w:pPr>
        <w:numPr>
          <w:ilvl w:val="0"/>
          <w:numId w:val="32"/>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تشجيع التعاون بين الشركات الناشئة والمؤسسات البحثية</w:t>
      </w:r>
      <w:r w:rsidR="00E65FC0">
        <w:rPr>
          <w:rFonts w:ascii="Sakkal Majalla" w:eastAsia="Times New Roman" w:hAnsi="Sakkal Majalla" w:cs="Sakkal Majalla" w:hint="cs"/>
          <w:sz w:val="28"/>
          <w:szCs w:val="28"/>
          <w:rtl/>
        </w:rPr>
        <w:t xml:space="preserve"> </w:t>
      </w:r>
      <w:r w:rsidRPr="00DC4E9B">
        <w:rPr>
          <w:rFonts w:ascii="Sakkal Majalla" w:eastAsia="Times New Roman" w:hAnsi="Sakkal Majalla" w:cs="Sakkal Majalla"/>
          <w:sz w:val="28"/>
          <w:szCs w:val="28"/>
          <w:rtl/>
        </w:rPr>
        <w:t>لتطوير حلول ذكاء اصطناعي مبتكرة تتناسب مع واقع السوق السعودي</w:t>
      </w:r>
      <w:r w:rsidRPr="00DC4E9B">
        <w:rPr>
          <w:rFonts w:ascii="Sakkal Majalla" w:eastAsia="Times New Roman" w:hAnsi="Sakkal Majalla" w:cs="Sakkal Majalla"/>
          <w:sz w:val="28"/>
          <w:szCs w:val="28"/>
        </w:rPr>
        <w:t>.</w:t>
      </w:r>
    </w:p>
    <w:p w14:paraId="0A63BD4B" w14:textId="35158332" w:rsidR="00A0657F" w:rsidRDefault="00A0657F" w:rsidP="00A0657F">
      <w:pPr>
        <w:bidi/>
        <w:spacing w:after="0" w:line="240" w:lineRule="auto"/>
        <w:rPr>
          <w:rFonts w:ascii="Sakkal Majalla" w:eastAsia="Times New Roman" w:hAnsi="Sakkal Majalla" w:cs="Sakkal Majalla"/>
          <w:sz w:val="28"/>
          <w:szCs w:val="28"/>
          <w:rtl/>
        </w:rPr>
      </w:pPr>
    </w:p>
    <w:p w14:paraId="1556E5CA" w14:textId="77777777" w:rsidR="00DF378D" w:rsidRPr="00DC4E9B" w:rsidRDefault="00DF378D" w:rsidP="00DF378D">
      <w:pPr>
        <w:bidi/>
        <w:spacing w:after="0" w:line="240" w:lineRule="auto"/>
        <w:rPr>
          <w:rFonts w:ascii="Sakkal Majalla" w:eastAsia="Times New Roman" w:hAnsi="Sakkal Majalla" w:cs="Sakkal Majalla"/>
          <w:sz w:val="28"/>
          <w:szCs w:val="28"/>
        </w:rPr>
      </w:pPr>
    </w:p>
    <w:p w14:paraId="2F61ABA2" w14:textId="7EEA7CD1" w:rsidR="00A0657F" w:rsidRPr="00B63C5B" w:rsidRDefault="00A0657F" w:rsidP="00A0657F">
      <w:pPr>
        <w:bidi/>
        <w:spacing w:after="0" w:line="240" w:lineRule="auto"/>
        <w:rPr>
          <w:rFonts w:ascii="Sakkal Majalla" w:eastAsia="Times New Roman" w:hAnsi="Sakkal Majalla" w:cs="Sakkal Majalla"/>
          <w:b/>
          <w:bCs/>
          <w:szCs w:val="32"/>
        </w:rPr>
      </w:pPr>
      <w:bookmarkStart w:id="1" w:name="_Hlk205646075"/>
      <w:r w:rsidRPr="00B63C5B">
        <w:rPr>
          <w:rFonts w:ascii="Sakkal Majalla" w:eastAsia="Times New Roman" w:hAnsi="Sakkal Majalla" w:cs="Sakkal Majalla"/>
          <w:b/>
          <w:bCs/>
          <w:szCs w:val="32"/>
          <w:rtl/>
        </w:rPr>
        <w:t>مقترحات لدراسات مستقبلية</w:t>
      </w:r>
    </w:p>
    <w:bookmarkEnd w:id="1"/>
    <w:p w14:paraId="510220F8" w14:textId="77777777" w:rsidR="00A0657F" w:rsidRPr="00DC4E9B" w:rsidRDefault="00A0657F" w:rsidP="00A0657F">
      <w:pPr>
        <w:numPr>
          <w:ilvl w:val="0"/>
          <w:numId w:val="33"/>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دراسة أثر الذكاء الاصطناعي على اتخاذ القرار في قطاعات أخرى غير التقنية</w:t>
      </w:r>
      <w:r w:rsidRPr="00DC4E9B">
        <w:rPr>
          <w:rFonts w:ascii="Sakkal Majalla" w:eastAsia="Times New Roman" w:hAnsi="Sakkal Majalla" w:cs="Sakkal Majalla"/>
          <w:sz w:val="28"/>
          <w:szCs w:val="28"/>
        </w:rPr>
        <w:t>.</w:t>
      </w:r>
    </w:p>
    <w:p w14:paraId="59B7AFFF" w14:textId="77777777" w:rsidR="00A0657F" w:rsidRPr="00DC4E9B" w:rsidRDefault="00A0657F" w:rsidP="00A0657F">
      <w:pPr>
        <w:numPr>
          <w:ilvl w:val="0"/>
          <w:numId w:val="33"/>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مقارنة بين الشركات الناشئة والشركات الكبرى في تبني الذكاء الاصطناعي</w:t>
      </w:r>
      <w:r w:rsidRPr="00DC4E9B">
        <w:rPr>
          <w:rFonts w:ascii="Sakkal Majalla" w:eastAsia="Times New Roman" w:hAnsi="Sakkal Majalla" w:cs="Sakkal Majalla"/>
          <w:sz w:val="28"/>
          <w:szCs w:val="28"/>
        </w:rPr>
        <w:t>.</w:t>
      </w:r>
    </w:p>
    <w:p w14:paraId="76E7A4AC" w14:textId="77777777" w:rsidR="00A0657F" w:rsidRPr="00DC4E9B" w:rsidRDefault="00A0657F" w:rsidP="00A0657F">
      <w:pPr>
        <w:numPr>
          <w:ilvl w:val="0"/>
          <w:numId w:val="33"/>
        </w:num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تحليل الأثر الاقتصادي لاستخدام الذكاء الاصطناعي على نمو الشركات الناشئة</w:t>
      </w:r>
      <w:r w:rsidRPr="00DC4E9B">
        <w:rPr>
          <w:rFonts w:ascii="Sakkal Majalla" w:eastAsia="Times New Roman" w:hAnsi="Sakkal Majalla" w:cs="Sakkal Majalla"/>
          <w:sz w:val="28"/>
          <w:szCs w:val="28"/>
        </w:rPr>
        <w:t>.</w:t>
      </w:r>
    </w:p>
    <w:p w14:paraId="2FA54EED" w14:textId="6178FE0D" w:rsidR="00A0657F" w:rsidRDefault="00A0657F" w:rsidP="00A0657F">
      <w:pPr>
        <w:bidi/>
        <w:spacing w:after="0" w:line="240" w:lineRule="auto"/>
        <w:rPr>
          <w:rFonts w:ascii="Sakkal Majalla" w:eastAsia="Times New Roman" w:hAnsi="Sakkal Majalla" w:cs="Sakkal Majalla"/>
          <w:sz w:val="28"/>
          <w:szCs w:val="28"/>
          <w:rtl/>
        </w:rPr>
      </w:pPr>
    </w:p>
    <w:p w14:paraId="79B71734" w14:textId="000227F8" w:rsidR="00B63C5B" w:rsidRDefault="00B63C5B" w:rsidP="00B63C5B">
      <w:pPr>
        <w:bidi/>
        <w:spacing w:after="0" w:line="240" w:lineRule="auto"/>
        <w:rPr>
          <w:rFonts w:ascii="Sakkal Majalla" w:eastAsia="Times New Roman" w:hAnsi="Sakkal Majalla" w:cs="Sakkal Majalla"/>
          <w:sz w:val="28"/>
          <w:szCs w:val="28"/>
          <w:rtl/>
        </w:rPr>
      </w:pPr>
    </w:p>
    <w:p w14:paraId="6DC41528" w14:textId="166C84FD" w:rsidR="00B63C5B" w:rsidRDefault="00B63C5B" w:rsidP="00B63C5B">
      <w:pPr>
        <w:bidi/>
        <w:spacing w:after="0" w:line="240" w:lineRule="auto"/>
        <w:rPr>
          <w:rFonts w:ascii="Sakkal Majalla" w:eastAsia="Times New Roman" w:hAnsi="Sakkal Majalla" w:cs="Sakkal Majalla"/>
          <w:sz w:val="28"/>
          <w:szCs w:val="28"/>
          <w:rtl/>
        </w:rPr>
      </w:pPr>
    </w:p>
    <w:p w14:paraId="5C369D13" w14:textId="3634C076" w:rsidR="00B63C5B" w:rsidRDefault="00B63C5B" w:rsidP="00B63C5B">
      <w:pPr>
        <w:bidi/>
        <w:spacing w:after="0" w:line="240" w:lineRule="auto"/>
        <w:rPr>
          <w:rFonts w:ascii="Sakkal Majalla" w:eastAsia="Times New Roman" w:hAnsi="Sakkal Majalla" w:cs="Sakkal Majalla"/>
          <w:sz w:val="28"/>
          <w:szCs w:val="28"/>
          <w:rtl/>
        </w:rPr>
      </w:pPr>
    </w:p>
    <w:p w14:paraId="20C8518D" w14:textId="3FED4A2A" w:rsidR="00B63C5B" w:rsidRDefault="00B63C5B" w:rsidP="00B63C5B">
      <w:pPr>
        <w:bidi/>
        <w:spacing w:after="0" w:line="240" w:lineRule="auto"/>
        <w:rPr>
          <w:rFonts w:ascii="Sakkal Majalla" w:eastAsia="Times New Roman" w:hAnsi="Sakkal Majalla" w:cs="Sakkal Majalla"/>
          <w:sz w:val="28"/>
          <w:szCs w:val="28"/>
          <w:rtl/>
        </w:rPr>
      </w:pPr>
    </w:p>
    <w:p w14:paraId="0D431317" w14:textId="6140070F" w:rsidR="00B63C5B" w:rsidRDefault="00B63C5B" w:rsidP="00B63C5B">
      <w:pPr>
        <w:bidi/>
        <w:spacing w:after="0" w:line="240" w:lineRule="auto"/>
        <w:rPr>
          <w:rFonts w:ascii="Sakkal Majalla" w:eastAsia="Times New Roman" w:hAnsi="Sakkal Majalla" w:cs="Sakkal Majalla"/>
          <w:sz w:val="28"/>
          <w:szCs w:val="28"/>
          <w:rtl/>
        </w:rPr>
      </w:pPr>
    </w:p>
    <w:p w14:paraId="705BC302" w14:textId="0B550789" w:rsidR="00B63C5B" w:rsidRDefault="00B63C5B" w:rsidP="00B63C5B">
      <w:pPr>
        <w:bidi/>
        <w:spacing w:after="0" w:line="240" w:lineRule="auto"/>
        <w:rPr>
          <w:rFonts w:ascii="Sakkal Majalla" w:eastAsia="Times New Roman" w:hAnsi="Sakkal Majalla" w:cs="Sakkal Majalla"/>
          <w:sz w:val="28"/>
          <w:szCs w:val="28"/>
          <w:rtl/>
        </w:rPr>
      </w:pPr>
    </w:p>
    <w:p w14:paraId="580EC425" w14:textId="4987B42E" w:rsidR="00B63C5B" w:rsidRDefault="00B63C5B" w:rsidP="00B63C5B">
      <w:pPr>
        <w:bidi/>
        <w:spacing w:after="0" w:line="240" w:lineRule="auto"/>
        <w:rPr>
          <w:rFonts w:ascii="Sakkal Majalla" w:eastAsia="Times New Roman" w:hAnsi="Sakkal Majalla" w:cs="Sakkal Majalla"/>
          <w:sz w:val="28"/>
          <w:szCs w:val="28"/>
          <w:rtl/>
        </w:rPr>
      </w:pPr>
    </w:p>
    <w:p w14:paraId="76182266" w14:textId="16EC8D28" w:rsidR="00B63C5B" w:rsidRDefault="00B63C5B" w:rsidP="00B63C5B">
      <w:pPr>
        <w:bidi/>
        <w:spacing w:after="0" w:line="240" w:lineRule="auto"/>
        <w:rPr>
          <w:rFonts w:ascii="Sakkal Majalla" w:eastAsia="Times New Roman" w:hAnsi="Sakkal Majalla" w:cs="Sakkal Majalla"/>
          <w:sz w:val="28"/>
          <w:szCs w:val="28"/>
          <w:rtl/>
        </w:rPr>
      </w:pPr>
    </w:p>
    <w:p w14:paraId="0BEFF2CE" w14:textId="593DEC1B" w:rsidR="00B63C5B" w:rsidRDefault="00B63C5B" w:rsidP="00B63C5B">
      <w:pPr>
        <w:bidi/>
        <w:spacing w:after="0" w:line="240" w:lineRule="auto"/>
        <w:rPr>
          <w:rFonts w:ascii="Sakkal Majalla" w:eastAsia="Times New Roman" w:hAnsi="Sakkal Majalla" w:cs="Sakkal Majalla"/>
          <w:sz w:val="28"/>
          <w:szCs w:val="28"/>
          <w:rtl/>
        </w:rPr>
      </w:pPr>
    </w:p>
    <w:p w14:paraId="3797BBB9" w14:textId="77777777" w:rsidR="00E65FC0" w:rsidRDefault="00E65FC0" w:rsidP="00E65FC0">
      <w:pPr>
        <w:bidi/>
        <w:spacing w:after="0" w:line="240" w:lineRule="auto"/>
        <w:rPr>
          <w:rFonts w:ascii="Sakkal Majalla" w:eastAsia="Times New Roman" w:hAnsi="Sakkal Majalla" w:cs="Sakkal Majalla"/>
          <w:sz w:val="28"/>
          <w:szCs w:val="28"/>
          <w:rtl/>
        </w:rPr>
      </w:pPr>
    </w:p>
    <w:p w14:paraId="02CD9014" w14:textId="77777777" w:rsidR="00B63C5B" w:rsidRPr="00DC4E9B" w:rsidRDefault="00B63C5B" w:rsidP="00B63C5B">
      <w:pPr>
        <w:bidi/>
        <w:spacing w:after="0" w:line="240" w:lineRule="auto"/>
        <w:rPr>
          <w:rFonts w:ascii="Sakkal Majalla" w:eastAsia="Times New Roman" w:hAnsi="Sakkal Majalla" w:cs="Sakkal Majalla"/>
          <w:sz w:val="28"/>
          <w:szCs w:val="28"/>
          <w:rtl/>
        </w:rPr>
      </w:pPr>
    </w:p>
    <w:p w14:paraId="10920487" w14:textId="4CC4564E" w:rsidR="00313A85" w:rsidRDefault="00313A85" w:rsidP="00313A85">
      <w:pPr>
        <w:bidi/>
        <w:spacing w:after="0" w:line="240" w:lineRule="auto"/>
        <w:rPr>
          <w:rFonts w:ascii="Sakkal Majalla" w:eastAsia="Times New Roman" w:hAnsi="Sakkal Majalla" w:cs="Sakkal Majalla"/>
          <w:b/>
          <w:bCs/>
          <w:sz w:val="28"/>
          <w:szCs w:val="28"/>
          <w:rtl/>
        </w:rPr>
      </w:pPr>
    </w:p>
    <w:p w14:paraId="232FCF12" w14:textId="4764788B" w:rsidR="00313A85" w:rsidRPr="00313A85" w:rsidRDefault="00313A85" w:rsidP="00313A85">
      <w:pPr>
        <w:bidi/>
        <w:spacing w:after="0" w:line="240" w:lineRule="auto"/>
        <w:rPr>
          <w:rFonts w:ascii="Sakkal Majalla" w:eastAsia="Times New Roman" w:hAnsi="Sakkal Majalla" w:cs="Sakkal Majalla"/>
          <w:b/>
          <w:bCs/>
          <w:szCs w:val="32"/>
        </w:rPr>
      </w:pPr>
      <w:r w:rsidRPr="00313A85">
        <w:rPr>
          <w:rFonts w:ascii="Sakkal Majalla" w:eastAsia="Times New Roman" w:hAnsi="Sakkal Majalla" w:cs="Sakkal Majalla" w:hint="cs"/>
          <w:b/>
          <w:bCs/>
          <w:szCs w:val="32"/>
          <w:rtl/>
        </w:rPr>
        <w:t>الخاتمة</w:t>
      </w:r>
    </w:p>
    <w:p w14:paraId="170DCAAE" w14:textId="77777777" w:rsidR="00313A85" w:rsidRPr="00DC4E9B" w:rsidRDefault="00313A85" w:rsidP="00313A85">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خلص البحث إلى أن الذكاء الاصطناعي يمثل ركيزة أساسية لدعم عملية اتخاذ القرار الإداري في الشركات الناشئة التقنية بالمملكة العربية السعودية. أظهرت النتائج أن نسبة كبيرة من هذه الشركات تبنت تقنيات الذكاء الاصطناعي، خاصة في مجالات تحليل البيانات والتنبؤ بالاتجاهات وخدمة العملاء، مما انعكس إيجابًا على جودة القرارات وسرعتها ودقتها. كما أظهر البحث أن التحديات الرئيسية تكمن في نقص الكفاءات التقنية، وضعف الموارد المالية، والحاجة إلى بنية تحتية متطورة</w:t>
      </w:r>
      <w:r w:rsidRPr="00DC4E9B">
        <w:rPr>
          <w:rFonts w:ascii="Sakkal Majalla" w:eastAsia="Times New Roman" w:hAnsi="Sakkal Majalla" w:cs="Sakkal Majalla"/>
          <w:sz w:val="28"/>
          <w:szCs w:val="28"/>
        </w:rPr>
        <w:t>.</w:t>
      </w:r>
    </w:p>
    <w:p w14:paraId="07252A30" w14:textId="77777777" w:rsidR="00313A85" w:rsidRPr="00DC4E9B" w:rsidRDefault="00313A85" w:rsidP="00313A85">
      <w:pPr>
        <w:bidi/>
        <w:spacing w:after="0" w:line="240" w:lineRule="auto"/>
        <w:rPr>
          <w:rFonts w:ascii="Sakkal Majalla" w:eastAsia="Times New Roman" w:hAnsi="Sakkal Majalla" w:cs="Sakkal Majalla"/>
          <w:sz w:val="28"/>
          <w:szCs w:val="28"/>
        </w:rPr>
      </w:pPr>
      <w:r w:rsidRPr="00DC4E9B">
        <w:rPr>
          <w:rFonts w:ascii="Sakkal Majalla" w:eastAsia="Times New Roman" w:hAnsi="Sakkal Majalla" w:cs="Sakkal Majalla"/>
          <w:sz w:val="28"/>
          <w:szCs w:val="28"/>
          <w:rtl/>
        </w:rPr>
        <w:t>يساهم هذا البحث في سد فجوة معرفية حول تطبيقات الذكاء الاصطناعي في بيئة ريادة الأعمال السعودية، ويقدم توصيات عملية تشمل الاستثمار في التدريب وبناء القدرات، وتطوير البنية التحتية، وتعزيز التعاون بين الشركات الناشئة والمؤسسات البحثية. ويفتح المجال أمام دراسات مستقبلية تركز على قياس الأثر الاقتصادي لهذه التقنيات، ومقارنتها بين قطاعات مختلفة</w:t>
      </w:r>
      <w:r w:rsidRPr="00DC4E9B">
        <w:rPr>
          <w:rFonts w:ascii="Sakkal Majalla" w:eastAsia="Times New Roman" w:hAnsi="Sakkal Majalla" w:cs="Sakkal Majalla"/>
          <w:sz w:val="28"/>
          <w:szCs w:val="28"/>
        </w:rPr>
        <w:t>.</w:t>
      </w:r>
    </w:p>
    <w:p w14:paraId="347D036C" w14:textId="77777777" w:rsidR="008B4E8D" w:rsidRPr="00DC4E9B" w:rsidRDefault="008B4E8D" w:rsidP="008B4E8D">
      <w:pPr>
        <w:bidi/>
        <w:spacing w:after="0" w:line="240" w:lineRule="auto"/>
        <w:rPr>
          <w:rFonts w:ascii="Sakkal Majalla" w:eastAsia="Times New Roman" w:hAnsi="Sakkal Majalla" w:cs="Sakkal Majalla"/>
          <w:sz w:val="28"/>
          <w:szCs w:val="28"/>
          <w:rtl/>
        </w:rPr>
      </w:pPr>
    </w:p>
    <w:p w14:paraId="003C8281" w14:textId="50FE84AD" w:rsidR="008B4E8D" w:rsidRPr="00DC4E9B" w:rsidRDefault="008B4E8D" w:rsidP="008B4E8D">
      <w:pPr>
        <w:bidi/>
        <w:spacing w:after="0" w:line="240" w:lineRule="auto"/>
        <w:rPr>
          <w:rFonts w:ascii="Sakkal Majalla" w:eastAsia="Times New Roman" w:hAnsi="Sakkal Majalla" w:cs="Sakkal Majalla"/>
          <w:sz w:val="28"/>
          <w:szCs w:val="28"/>
          <w:rtl/>
        </w:rPr>
      </w:pPr>
    </w:p>
    <w:p w14:paraId="4F34BC56" w14:textId="352A00C4" w:rsidR="00B314F2" w:rsidRDefault="00B314F2" w:rsidP="00B314F2">
      <w:pPr>
        <w:bidi/>
        <w:spacing w:after="0" w:line="240" w:lineRule="auto"/>
        <w:rPr>
          <w:rFonts w:ascii="Sakkal Majalla" w:eastAsia="Times New Roman" w:hAnsi="Sakkal Majalla" w:cs="Sakkal Majalla"/>
          <w:b/>
          <w:bCs/>
          <w:sz w:val="28"/>
          <w:szCs w:val="28"/>
          <w:rtl/>
        </w:rPr>
      </w:pPr>
    </w:p>
    <w:p w14:paraId="276C2AA8" w14:textId="7BAD457F" w:rsidR="00B314F2" w:rsidRDefault="00B314F2" w:rsidP="00B314F2">
      <w:pPr>
        <w:bidi/>
        <w:spacing w:after="0" w:line="240" w:lineRule="auto"/>
        <w:rPr>
          <w:rFonts w:ascii="Sakkal Majalla" w:eastAsia="Times New Roman" w:hAnsi="Sakkal Majalla" w:cs="Sakkal Majalla"/>
          <w:b/>
          <w:bCs/>
          <w:sz w:val="28"/>
          <w:szCs w:val="28"/>
          <w:rtl/>
        </w:rPr>
      </w:pPr>
    </w:p>
    <w:p w14:paraId="41500A81" w14:textId="36AFC9F6" w:rsidR="00B314F2" w:rsidRDefault="00B314F2" w:rsidP="00B314F2">
      <w:pPr>
        <w:bidi/>
        <w:spacing w:after="0" w:line="240" w:lineRule="auto"/>
        <w:rPr>
          <w:rFonts w:ascii="Sakkal Majalla" w:eastAsia="Times New Roman" w:hAnsi="Sakkal Majalla" w:cs="Sakkal Majalla"/>
          <w:b/>
          <w:bCs/>
          <w:sz w:val="28"/>
          <w:szCs w:val="28"/>
          <w:rtl/>
        </w:rPr>
      </w:pPr>
    </w:p>
    <w:p w14:paraId="10E3A6B4" w14:textId="087F140C" w:rsidR="00B314F2" w:rsidRDefault="00B314F2" w:rsidP="00B314F2">
      <w:pPr>
        <w:bidi/>
        <w:spacing w:after="0" w:line="240" w:lineRule="auto"/>
        <w:rPr>
          <w:rFonts w:ascii="Sakkal Majalla" w:eastAsia="Times New Roman" w:hAnsi="Sakkal Majalla" w:cs="Sakkal Majalla"/>
          <w:b/>
          <w:bCs/>
          <w:sz w:val="28"/>
          <w:szCs w:val="28"/>
          <w:rtl/>
        </w:rPr>
      </w:pPr>
    </w:p>
    <w:p w14:paraId="0E30BCDF" w14:textId="7ECA6670" w:rsidR="00B314F2" w:rsidRDefault="00B314F2" w:rsidP="00B314F2">
      <w:pPr>
        <w:bidi/>
        <w:spacing w:after="0" w:line="240" w:lineRule="auto"/>
        <w:rPr>
          <w:rFonts w:ascii="Sakkal Majalla" w:eastAsia="Times New Roman" w:hAnsi="Sakkal Majalla" w:cs="Sakkal Majalla"/>
          <w:b/>
          <w:bCs/>
          <w:sz w:val="28"/>
          <w:szCs w:val="28"/>
          <w:rtl/>
        </w:rPr>
      </w:pPr>
    </w:p>
    <w:p w14:paraId="35C8D611" w14:textId="74C91BEB" w:rsidR="00B314F2" w:rsidRDefault="00B314F2" w:rsidP="00B314F2">
      <w:pPr>
        <w:bidi/>
        <w:spacing w:after="0" w:line="240" w:lineRule="auto"/>
        <w:rPr>
          <w:rFonts w:ascii="Sakkal Majalla" w:eastAsia="Times New Roman" w:hAnsi="Sakkal Majalla" w:cs="Sakkal Majalla"/>
          <w:b/>
          <w:bCs/>
          <w:sz w:val="28"/>
          <w:szCs w:val="28"/>
          <w:rtl/>
        </w:rPr>
      </w:pPr>
    </w:p>
    <w:p w14:paraId="62410D17" w14:textId="74A01BF8" w:rsidR="00B314F2" w:rsidRDefault="00B314F2" w:rsidP="00B314F2">
      <w:pPr>
        <w:bidi/>
        <w:spacing w:after="0" w:line="240" w:lineRule="auto"/>
        <w:rPr>
          <w:rFonts w:ascii="Sakkal Majalla" w:eastAsia="Times New Roman" w:hAnsi="Sakkal Majalla" w:cs="Sakkal Majalla"/>
          <w:b/>
          <w:bCs/>
          <w:sz w:val="28"/>
          <w:szCs w:val="28"/>
          <w:rtl/>
        </w:rPr>
      </w:pPr>
    </w:p>
    <w:p w14:paraId="3D5DF985" w14:textId="593A4A0B" w:rsidR="00B314F2" w:rsidRDefault="00B314F2" w:rsidP="00B314F2">
      <w:pPr>
        <w:bidi/>
        <w:spacing w:after="0" w:line="240" w:lineRule="auto"/>
        <w:rPr>
          <w:rFonts w:ascii="Sakkal Majalla" w:eastAsia="Times New Roman" w:hAnsi="Sakkal Majalla" w:cs="Sakkal Majalla"/>
          <w:b/>
          <w:bCs/>
          <w:sz w:val="28"/>
          <w:szCs w:val="28"/>
          <w:rtl/>
        </w:rPr>
      </w:pPr>
    </w:p>
    <w:p w14:paraId="2C3762F6" w14:textId="63DC3E79" w:rsidR="00B314F2" w:rsidRDefault="00B314F2" w:rsidP="00B314F2">
      <w:pPr>
        <w:bidi/>
        <w:spacing w:after="0" w:line="240" w:lineRule="auto"/>
        <w:rPr>
          <w:rFonts w:ascii="Sakkal Majalla" w:eastAsia="Times New Roman" w:hAnsi="Sakkal Majalla" w:cs="Sakkal Majalla"/>
          <w:b/>
          <w:bCs/>
          <w:sz w:val="28"/>
          <w:szCs w:val="28"/>
          <w:rtl/>
        </w:rPr>
      </w:pPr>
    </w:p>
    <w:p w14:paraId="13559043" w14:textId="548C07D2" w:rsidR="00B314F2" w:rsidRDefault="00B314F2" w:rsidP="00B314F2">
      <w:pPr>
        <w:bidi/>
        <w:spacing w:after="0" w:line="240" w:lineRule="auto"/>
        <w:rPr>
          <w:rFonts w:ascii="Sakkal Majalla" w:eastAsia="Times New Roman" w:hAnsi="Sakkal Majalla" w:cs="Sakkal Majalla"/>
          <w:b/>
          <w:bCs/>
          <w:sz w:val="28"/>
          <w:szCs w:val="28"/>
          <w:rtl/>
        </w:rPr>
      </w:pPr>
    </w:p>
    <w:p w14:paraId="1B14E6F2" w14:textId="0BEC9BB9" w:rsidR="00B314F2" w:rsidRDefault="00B314F2" w:rsidP="00B314F2">
      <w:pPr>
        <w:bidi/>
        <w:spacing w:after="0" w:line="240" w:lineRule="auto"/>
        <w:rPr>
          <w:rFonts w:ascii="Sakkal Majalla" w:eastAsia="Times New Roman" w:hAnsi="Sakkal Majalla" w:cs="Sakkal Majalla"/>
          <w:b/>
          <w:bCs/>
          <w:sz w:val="28"/>
          <w:szCs w:val="28"/>
          <w:rtl/>
        </w:rPr>
      </w:pPr>
    </w:p>
    <w:p w14:paraId="0F1EB877" w14:textId="28975FCF" w:rsidR="00B314F2" w:rsidRDefault="00B314F2" w:rsidP="00B314F2">
      <w:pPr>
        <w:bidi/>
        <w:spacing w:after="0" w:line="240" w:lineRule="auto"/>
        <w:rPr>
          <w:rFonts w:ascii="Sakkal Majalla" w:eastAsia="Times New Roman" w:hAnsi="Sakkal Majalla" w:cs="Sakkal Majalla"/>
          <w:b/>
          <w:bCs/>
          <w:sz w:val="28"/>
          <w:szCs w:val="28"/>
          <w:rtl/>
        </w:rPr>
      </w:pPr>
    </w:p>
    <w:p w14:paraId="524352FA" w14:textId="7BD3254C" w:rsidR="00B314F2" w:rsidRDefault="00B314F2" w:rsidP="00B314F2">
      <w:pPr>
        <w:bidi/>
        <w:spacing w:after="0" w:line="240" w:lineRule="auto"/>
        <w:rPr>
          <w:rFonts w:ascii="Sakkal Majalla" w:eastAsia="Times New Roman" w:hAnsi="Sakkal Majalla" w:cs="Sakkal Majalla"/>
          <w:b/>
          <w:bCs/>
          <w:sz w:val="28"/>
          <w:szCs w:val="28"/>
          <w:rtl/>
        </w:rPr>
      </w:pPr>
    </w:p>
    <w:p w14:paraId="6E4AC4B3" w14:textId="4568FD0A" w:rsidR="00B314F2" w:rsidRDefault="00B314F2" w:rsidP="00B314F2">
      <w:pPr>
        <w:bidi/>
        <w:spacing w:after="0" w:line="240" w:lineRule="auto"/>
        <w:rPr>
          <w:rFonts w:ascii="Sakkal Majalla" w:eastAsia="Times New Roman" w:hAnsi="Sakkal Majalla" w:cs="Sakkal Majalla"/>
          <w:b/>
          <w:bCs/>
          <w:sz w:val="28"/>
          <w:szCs w:val="28"/>
          <w:rtl/>
        </w:rPr>
      </w:pPr>
    </w:p>
    <w:p w14:paraId="67C045C4" w14:textId="231CF7BB" w:rsidR="00B314F2" w:rsidRDefault="00B314F2" w:rsidP="00B314F2">
      <w:pPr>
        <w:bidi/>
        <w:spacing w:after="0" w:line="240" w:lineRule="auto"/>
        <w:rPr>
          <w:rFonts w:ascii="Sakkal Majalla" w:eastAsia="Times New Roman" w:hAnsi="Sakkal Majalla" w:cs="Sakkal Majalla"/>
          <w:b/>
          <w:bCs/>
          <w:sz w:val="28"/>
          <w:szCs w:val="28"/>
          <w:rtl/>
        </w:rPr>
      </w:pPr>
    </w:p>
    <w:p w14:paraId="295877B6" w14:textId="41F54321" w:rsidR="00B63C5B" w:rsidRDefault="00B63C5B" w:rsidP="00B63C5B">
      <w:pPr>
        <w:bidi/>
        <w:spacing w:after="0" w:line="240" w:lineRule="auto"/>
        <w:rPr>
          <w:rFonts w:ascii="Sakkal Majalla" w:eastAsia="Times New Roman" w:hAnsi="Sakkal Majalla" w:cs="Sakkal Majalla"/>
          <w:b/>
          <w:bCs/>
          <w:sz w:val="28"/>
          <w:szCs w:val="28"/>
          <w:rtl/>
        </w:rPr>
      </w:pPr>
    </w:p>
    <w:p w14:paraId="791D23CC" w14:textId="6DF34F01" w:rsidR="00B63C5B" w:rsidRDefault="00B63C5B" w:rsidP="00B63C5B">
      <w:pPr>
        <w:bidi/>
        <w:spacing w:after="0" w:line="240" w:lineRule="auto"/>
        <w:rPr>
          <w:rFonts w:ascii="Sakkal Majalla" w:eastAsia="Times New Roman" w:hAnsi="Sakkal Majalla" w:cs="Sakkal Majalla"/>
          <w:b/>
          <w:bCs/>
          <w:sz w:val="28"/>
          <w:szCs w:val="28"/>
          <w:rtl/>
        </w:rPr>
      </w:pPr>
    </w:p>
    <w:p w14:paraId="2A2AC9FB" w14:textId="77777777" w:rsidR="00B63C5B" w:rsidRDefault="00B63C5B" w:rsidP="00B63C5B">
      <w:pPr>
        <w:bidi/>
        <w:spacing w:after="0" w:line="240" w:lineRule="auto"/>
        <w:rPr>
          <w:rFonts w:ascii="Sakkal Majalla" w:eastAsia="Times New Roman" w:hAnsi="Sakkal Majalla" w:cs="Sakkal Majalla"/>
          <w:b/>
          <w:bCs/>
          <w:sz w:val="28"/>
          <w:szCs w:val="28"/>
          <w:rtl/>
        </w:rPr>
      </w:pPr>
    </w:p>
    <w:p w14:paraId="2F059681" w14:textId="77777777" w:rsidR="00DC4E9B" w:rsidRDefault="00DC4E9B" w:rsidP="00DC4E9B">
      <w:pPr>
        <w:bidi/>
        <w:spacing w:after="0" w:line="240" w:lineRule="auto"/>
        <w:rPr>
          <w:rFonts w:ascii="Sakkal Majalla" w:eastAsia="Times New Roman" w:hAnsi="Sakkal Majalla" w:cs="Sakkal Majalla"/>
          <w:b/>
          <w:bCs/>
          <w:sz w:val="28"/>
          <w:szCs w:val="28"/>
          <w:rtl/>
        </w:rPr>
      </w:pPr>
    </w:p>
    <w:p w14:paraId="263D4612" w14:textId="77777777" w:rsidR="00B314F2" w:rsidRPr="00317598" w:rsidRDefault="00B314F2" w:rsidP="00B314F2">
      <w:pPr>
        <w:bidi/>
        <w:spacing w:after="0" w:line="240" w:lineRule="auto"/>
        <w:rPr>
          <w:rFonts w:ascii="Sakkal Majalla" w:eastAsia="Times New Roman" w:hAnsi="Sakkal Majalla" w:cs="Sakkal Majalla"/>
          <w:b/>
          <w:bCs/>
          <w:sz w:val="28"/>
          <w:szCs w:val="28"/>
          <w:rtl/>
        </w:rPr>
      </w:pPr>
    </w:p>
    <w:p w14:paraId="637F96B3" w14:textId="3AF91236" w:rsidR="003A33D2" w:rsidRPr="003A33D2" w:rsidRDefault="003A33D2" w:rsidP="008B4E8D">
      <w:pPr>
        <w:bidi/>
        <w:spacing w:after="0" w:line="240" w:lineRule="auto"/>
        <w:rPr>
          <w:rFonts w:ascii="Sakkal Majalla" w:eastAsia="Times New Roman" w:hAnsi="Sakkal Majalla" w:cs="Sakkal Majalla"/>
          <w:szCs w:val="32"/>
        </w:rPr>
      </w:pPr>
      <w:r w:rsidRPr="003A33D2">
        <w:rPr>
          <w:rFonts w:ascii="Sakkal Majalla" w:eastAsia="Times New Roman" w:hAnsi="Sakkal Majalla" w:cs="Sakkal Majalla"/>
          <w:b/>
          <w:bCs/>
          <w:szCs w:val="32"/>
          <w:rtl/>
        </w:rPr>
        <w:t>قائمة المراجع</w:t>
      </w:r>
      <w:r w:rsidRPr="003A33D2">
        <w:rPr>
          <w:rFonts w:ascii="Sakkal Majalla" w:eastAsia="Times New Roman" w:hAnsi="Sakkal Majalla" w:cs="Sakkal Majalla"/>
          <w:b/>
          <w:bCs/>
          <w:szCs w:val="32"/>
        </w:rPr>
        <w:t xml:space="preserve"> </w:t>
      </w:r>
    </w:p>
    <w:p w14:paraId="30C54F35" w14:textId="77777777" w:rsidR="003A33D2" w:rsidRPr="003A33D2" w:rsidRDefault="003A33D2" w:rsidP="003A33D2">
      <w:pPr>
        <w:numPr>
          <w:ilvl w:val="0"/>
          <w:numId w:val="18"/>
        </w:numPr>
        <w:spacing w:before="100" w:beforeAutospacing="1" w:after="100" w:afterAutospacing="1" w:line="240" w:lineRule="auto"/>
        <w:rPr>
          <w:rFonts w:ascii="Sakkal Majalla" w:eastAsia="Times New Roman" w:hAnsi="Sakkal Majalla" w:cs="Sakkal Majalla"/>
          <w:sz w:val="28"/>
          <w:szCs w:val="28"/>
        </w:rPr>
      </w:pPr>
      <w:proofErr w:type="spellStart"/>
      <w:r w:rsidRPr="003A33D2">
        <w:rPr>
          <w:rFonts w:ascii="Sakkal Majalla" w:eastAsia="Times New Roman" w:hAnsi="Sakkal Majalla" w:cs="Sakkal Majalla"/>
          <w:sz w:val="28"/>
          <w:szCs w:val="28"/>
        </w:rPr>
        <w:t>Alsuwidan</w:t>
      </w:r>
      <w:proofErr w:type="spellEnd"/>
      <w:r w:rsidRPr="003A33D2">
        <w:rPr>
          <w:rFonts w:ascii="Sakkal Majalla" w:eastAsia="Times New Roman" w:hAnsi="Sakkal Majalla" w:cs="Sakkal Majalla"/>
          <w:sz w:val="28"/>
          <w:szCs w:val="28"/>
        </w:rPr>
        <w:t xml:space="preserve">, N., &amp; </w:t>
      </w:r>
      <w:proofErr w:type="spellStart"/>
      <w:r w:rsidRPr="003A33D2">
        <w:rPr>
          <w:rFonts w:ascii="Sakkal Majalla" w:eastAsia="Times New Roman" w:hAnsi="Sakkal Majalla" w:cs="Sakkal Majalla"/>
          <w:sz w:val="28"/>
          <w:szCs w:val="28"/>
        </w:rPr>
        <w:t>Aldera</w:t>
      </w:r>
      <w:proofErr w:type="spellEnd"/>
      <w:r w:rsidRPr="003A33D2">
        <w:rPr>
          <w:rFonts w:ascii="Sakkal Majalla" w:eastAsia="Times New Roman" w:hAnsi="Sakkal Majalla" w:cs="Sakkal Majalla"/>
          <w:sz w:val="28"/>
          <w:szCs w:val="28"/>
        </w:rPr>
        <w:t xml:space="preserve">, F. (2025). </w:t>
      </w:r>
      <w:r w:rsidRPr="003A33D2">
        <w:rPr>
          <w:rFonts w:ascii="Sakkal Majalla" w:eastAsia="Times New Roman" w:hAnsi="Sakkal Majalla" w:cs="Sakkal Majalla"/>
          <w:i/>
          <w:iCs/>
          <w:sz w:val="28"/>
          <w:szCs w:val="28"/>
        </w:rPr>
        <w:t>Impact of AI tools on start</w:t>
      </w:r>
      <w:r w:rsidRPr="003A33D2">
        <w:rPr>
          <w:rFonts w:ascii="Sakkal Majalla" w:eastAsia="Times New Roman" w:hAnsi="Sakkal Majalla" w:cs="Sakkal Majalla"/>
          <w:i/>
          <w:iCs/>
          <w:sz w:val="28"/>
          <w:szCs w:val="28"/>
        </w:rPr>
        <w:noBreakHyphen/>
        <w:t>up growth in Saudi Arabia: Case study</w:t>
      </w:r>
      <w:r w:rsidRPr="003A33D2">
        <w:rPr>
          <w:rFonts w:ascii="Sakkal Majalla" w:eastAsia="Times New Roman" w:hAnsi="Sakkal Majalla" w:cs="Sakkal Majalla"/>
          <w:sz w:val="28"/>
          <w:szCs w:val="28"/>
        </w:rPr>
        <w:t xml:space="preserve">. ResearchGate. </w:t>
      </w:r>
      <w:hyperlink r:id="rId9" w:tgtFrame="_new" w:history="1">
        <w:r w:rsidRPr="003A33D2">
          <w:rPr>
            <w:rFonts w:ascii="Sakkal Majalla" w:eastAsia="Times New Roman" w:hAnsi="Sakkal Majalla" w:cs="Sakkal Majalla"/>
            <w:color w:val="0000FF"/>
            <w:sz w:val="28"/>
            <w:szCs w:val="28"/>
            <w:u w:val="single"/>
          </w:rPr>
          <w:t>https://www.researchgate.net/publication/390475375</w:t>
        </w:r>
      </w:hyperlink>
    </w:p>
    <w:p w14:paraId="1C7C799A" w14:textId="18B605AE" w:rsidR="003A33D2" w:rsidRPr="003A33D2" w:rsidRDefault="003A33D2" w:rsidP="003A33D2">
      <w:pPr>
        <w:numPr>
          <w:ilvl w:val="0"/>
          <w:numId w:val="18"/>
        </w:numPr>
        <w:spacing w:before="100" w:beforeAutospacing="1" w:after="100" w:afterAutospacing="1" w:line="240" w:lineRule="auto"/>
        <w:rPr>
          <w:rFonts w:ascii="Sakkal Majalla" w:eastAsia="Times New Roman" w:hAnsi="Sakkal Majalla" w:cs="Sakkal Majalla"/>
          <w:sz w:val="28"/>
          <w:szCs w:val="28"/>
        </w:rPr>
      </w:pPr>
      <w:proofErr w:type="spellStart"/>
      <w:r w:rsidRPr="003A33D2">
        <w:rPr>
          <w:rFonts w:ascii="Sakkal Majalla" w:eastAsia="Times New Roman" w:hAnsi="Sakkal Majalla" w:cs="Sakkal Majalla"/>
          <w:sz w:val="28"/>
          <w:szCs w:val="28"/>
        </w:rPr>
        <w:t>Mashat</w:t>
      </w:r>
      <w:proofErr w:type="spellEnd"/>
      <w:r w:rsidRPr="003A33D2">
        <w:rPr>
          <w:rFonts w:ascii="Sakkal Majalla" w:eastAsia="Times New Roman" w:hAnsi="Sakkal Majalla" w:cs="Sakkal Majalla"/>
          <w:sz w:val="28"/>
          <w:szCs w:val="28"/>
        </w:rPr>
        <w:t xml:space="preserve">, R. M. A. (2020). </w:t>
      </w:r>
      <w:r w:rsidRPr="003A33D2">
        <w:rPr>
          <w:rFonts w:ascii="Sakkal Majalla" w:eastAsia="Times New Roman" w:hAnsi="Sakkal Majalla" w:cs="Sakkal Majalla"/>
          <w:i/>
          <w:iCs/>
          <w:sz w:val="28"/>
          <w:szCs w:val="28"/>
        </w:rPr>
        <w:t>The effect of the use and knowledge of AI on the advanced entrepreneurship in Saudi small business and startups</w:t>
      </w:r>
      <w:r w:rsidRPr="003A33D2">
        <w:rPr>
          <w:rFonts w:ascii="Sakkal Majalla" w:eastAsia="Times New Roman" w:hAnsi="Sakkal Majalla" w:cs="Sakkal Majalla"/>
          <w:sz w:val="28"/>
          <w:szCs w:val="28"/>
        </w:rPr>
        <w:t xml:space="preserve">. International Journal of Business and Management, 15(12), 1–35. </w:t>
      </w:r>
      <w:hyperlink r:id="rId10" w:history="1">
        <w:r w:rsidRPr="003A33D2">
          <w:rPr>
            <w:rStyle w:val="Hyperlink"/>
            <w:rFonts w:ascii="Sakkal Majalla" w:eastAsia="Times New Roman" w:hAnsi="Sakkal Majalla" w:cs="Sakkal Majalla"/>
            <w:sz w:val="28"/>
            <w:szCs w:val="28"/>
          </w:rPr>
          <w:t>https://doi.org/10.5539/ijbm.v15n12p35</w:t>
        </w:r>
      </w:hyperlink>
    </w:p>
    <w:p w14:paraId="6E51B826" w14:textId="2B34B3C5" w:rsidR="003A33D2" w:rsidRPr="003A33D2" w:rsidRDefault="003A33D2" w:rsidP="003A33D2">
      <w:pPr>
        <w:numPr>
          <w:ilvl w:val="0"/>
          <w:numId w:val="18"/>
        </w:numPr>
        <w:spacing w:before="100" w:beforeAutospacing="1" w:after="100" w:afterAutospacing="1" w:line="240" w:lineRule="auto"/>
        <w:rPr>
          <w:rFonts w:ascii="Sakkal Majalla" w:eastAsia="Times New Roman" w:hAnsi="Sakkal Majalla" w:cs="Sakkal Majalla"/>
          <w:sz w:val="28"/>
          <w:szCs w:val="28"/>
        </w:rPr>
      </w:pPr>
      <w:proofErr w:type="spellStart"/>
      <w:r w:rsidRPr="003A33D2">
        <w:rPr>
          <w:rFonts w:ascii="Sakkal Majalla" w:eastAsia="Times New Roman" w:hAnsi="Sakkal Majalla" w:cs="Sakkal Majalla"/>
          <w:sz w:val="28"/>
          <w:szCs w:val="28"/>
        </w:rPr>
        <w:t>Csaszar</w:t>
      </w:r>
      <w:proofErr w:type="spellEnd"/>
      <w:r w:rsidRPr="003A33D2">
        <w:rPr>
          <w:rFonts w:ascii="Sakkal Majalla" w:eastAsia="Times New Roman" w:hAnsi="Sakkal Majalla" w:cs="Sakkal Majalla"/>
          <w:sz w:val="28"/>
          <w:szCs w:val="28"/>
        </w:rPr>
        <w:t xml:space="preserve">, F. A., </w:t>
      </w:r>
      <w:proofErr w:type="spellStart"/>
      <w:r w:rsidRPr="003A33D2">
        <w:rPr>
          <w:rFonts w:ascii="Sakkal Majalla" w:eastAsia="Times New Roman" w:hAnsi="Sakkal Majalla" w:cs="Sakkal Majalla"/>
          <w:sz w:val="28"/>
          <w:szCs w:val="28"/>
        </w:rPr>
        <w:t>Ketkar</w:t>
      </w:r>
      <w:proofErr w:type="spellEnd"/>
      <w:r w:rsidRPr="003A33D2">
        <w:rPr>
          <w:rFonts w:ascii="Sakkal Majalla" w:eastAsia="Times New Roman" w:hAnsi="Sakkal Majalla" w:cs="Sakkal Majalla"/>
          <w:sz w:val="28"/>
          <w:szCs w:val="28"/>
        </w:rPr>
        <w:t xml:space="preserve">, H., &amp; Kim, H. (2024). </w:t>
      </w:r>
      <w:r w:rsidRPr="003A33D2">
        <w:rPr>
          <w:rFonts w:ascii="Sakkal Majalla" w:eastAsia="Times New Roman" w:hAnsi="Sakkal Majalla" w:cs="Sakkal Majalla"/>
          <w:i/>
          <w:iCs/>
          <w:sz w:val="28"/>
          <w:szCs w:val="28"/>
        </w:rPr>
        <w:t>Artificial intelligence and strategic decision</w:t>
      </w:r>
      <w:r w:rsidRPr="003A33D2">
        <w:rPr>
          <w:rFonts w:ascii="Sakkal Majalla" w:eastAsia="Times New Roman" w:hAnsi="Sakkal Majalla" w:cs="Sakkal Majalla"/>
          <w:i/>
          <w:iCs/>
          <w:sz w:val="28"/>
          <w:szCs w:val="28"/>
        </w:rPr>
        <w:noBreakHyphen/>
        <w:t>making: Evidence from entrepreneurs and investors</w:t>
      </w:r>
      <w:r w:rsidRPr="003A33D2">
        <w:rPr>
          <w:rFonts w:ascii="Sakkal Majalla" w:eastAsia="Times New Roman" w:hAnsi="Sakkal Majalla" w:cs="Sakkal Majalla"/>
          <w:sz w:val="28"/>
          <w:szCs w:val="28"/>
        </w:rPr>
        <w:t>. Strategy Science, 9(4), 322–345</w:t>
      </w:r>
      <w:hyperlink r:id="rId11" w:history="1">
        <w:r w:rsidRPr="003A33D2">
          <w:rPr>
            <w:rStyle w:val="Hyperlink"/>
            <w:rFonts w:ascii="Sakkal Majalla" w:eastAsia="Times New Roman" w:hAnsi="Sakkal Majalla" w:cs="Sakkal Majalla"/>
            <w:sz w:val="28"/>
            <w:szCs w:val="28"/>
          </w:rPr>
          <w:t>. https://d30i16bbj53pdg.cloudfront.net/wp-content/uploads/2024/08/Artificial-Intelligence-and-Strategic-Decision-Making.pdf</w:t>
        </w:r>
      </w:hyperlink>
    </w:p>
    <w:p w14:paraId="50127447" w14:textId="172123EF" w:rsidR="003A33D2" w:rsidRPr="003A33D2" w:rsidRDefault="003A33D2" w:rsidP="003A33D2">
      <w:pPr>
        <w:numPr>
          <w:ilvl w:val="0"/>
          <w:numId w:val="18"/>
        </w:numPr>
        <w:spacing w:before="100" w:beforeAutospacing="1" w:after="100" w:afterAutospacing="1" w:line="240" w:lineRule="auto"/>
        <w:rPr>
          <w:rFonts w:ascii="Sakkal Majalla" w:eastAsia="Times New Roman" w:hAnsi="Sakkal Majalla" w:cs="Sakkal Majalla"/>
          <w:sz w:val="28"/>
          <w:szCs w:val="28"/>
        </w:rPr>
      </w:pPr>
      <w:proofErr w:type="spellStart"/>
      <w:r w:rsidRPr="003A33D2">
        <w:rPr>
          <w:rFonts w:ascii="Sakkal Majalla" w:eastAsia="Times New Roman" w:hAnsi="Sakkal Majalla" w:cs="Sakkal Majalla"/>
          <w:sz w:val="28"/>
          <w:szCs w:val="28"/>
        </w:rPr>
        <w:t>Aalijah</w:t>
      </w:r>
      <w:proofErr w:type="spellEnd"/>
      <w:r w:rsidRPr="003A33D2">
        <w:rPr>
          <w:rFonts w:ascii="Sakkal Majalla" w:eastAsia="Times New Roman" w:hAnsi="Sakkal Majalla" w:cs="Sakkal Majalla"/>
          <w:sz w:val="28"/>
          <w:szCs w:val="28"/>
        </w:rPr>
        <w:t xml:space="preserve">, K. (2025). </w:t>
      </w:r>
      <w:r w:rsidRPr="003A33D2">
        <w:rPr>
          <w:rFonts w:ascii="Sakkal Majalla" w:eastAsia="Times New Roman" w:hAnsi="Sakkal Majalla" w:cs="Sakkal Majalla"/>
          <w:i/>
          <w:iCs/>
          <w:sz w:val="28"/>
          <w:szCs w:val="28"/>
        </w:rPr>
        <w:t>Utilizing social media analytics to detect trends in Saudi Arabia’s evolving market</w:t>
      </w:r>
      <w:r w:rsidRPr="003A33D2">
        <w:rPr>
          <w:rFonts w:ascii="Sakkal Majalla" w:eastAsia="Times New Roman" w:hAnsi="Sakkal Majalla" w:cs="Sakkal Majalla"/>
          <w:sz w:val="28"/>
          <w:szCs w:val="28"/>
        </w:rPr>
        <w:t xml:space="preserve">. IJSRM, 13(2), 1936–1943. </w:t>
      </w:r>
      <w:hyperlink r:id="rId12" w:history="1">
        <w:r w:rsidRPr="003A33D2">
          <w:rPr>
            <w:rStyle w:val="Hyperlink"/>
            <w:rFonts w:ascii="Sakkal Majalla" w:eastAsia="Times New Roman" w:hAnsi="Sakkal Majalla" w:cs="Sakkal Majalla"/>
            <w:sz w:val="28"/>
            <w:szCs w:val="28"/>
          </w:rPr>
          <w:t>https://ijsrm.net/index.php/ijsrm/article/view/6056/3760</w:t>
        </w:r>
      </w:hyperlink>
    </w:p>
    <w:p w14:paraId="6F03A5FA" w14:textId="7D594AFD" w:rsidR="003A33D2" w:rsidRPr="003A33D2" w:rsidRDefault="003A33D2" w:rsidP="003A33D2">
      <w:pPr>
        <w:numPr>
          <w:ilvl w:val="0"/>
          <w:numId w:val="18"/>
        </w:numPr>
        <w:spacing w:before="100" w:beforeAutospacing="1" w:after="100" w:afterAutospacing="1" w:line="240" w:lineRule="auto"/>
        <w:rPr>
          <w:rFonts w:ascii="Sakkal Majalla" w:eastAsia="Times New Roman" w:hAnsi="Sakkal Majalla" w:cs="Sakkal Majalla"/>
          <w:sz w:val="28"/>
          <w:szCs w:val="28"/>
        </w:rPr>
      </w:pPr>
      <w:proofErr w:type="spellStart"/>
      <w:r w:rsidRPr="003A33D2">
        <w:rPr>
          <w:rFonts w:ascii="Sakkal Majalla" w:eastAsia="Times New Roman" w:hAnsi="Sakkal Majalla" w:cs="Sakkal Majalla"/>
          <w:sz w:val="28"/>
          <w:szCs w:val="28"/>
        </w:rPr>
        <w:t>NorthBay</w:t>
      </w:r>
      <w:proofErr w:type="spellEnd"/>
      <w:r w:rsidRPr="003A33D2">
        <w:rPr>
          <w:rFonts w:ascii="Sakkal Majalla" w:eastAsia="Times New Roman" w:hAnsi="Sakkal Majalla" w:cs="Sakkal Majalla"/>
          <w:sz w:val="28"/>
          <w:szCs w:val="28"/>
        </w:rPr>
        <w:t xml:space="preserve"> Solutions. (2025). </w:t>
      </w:r>
      <w:r w:rsidRPr="003A33D2">
        <w:rPr>
          <w:rFonts w:ascii="Sakkal Majalla" w:eastAsia="Times New Roman" w:hAnsi="Sakkal Majalla" w:cs="Sakkal Majalla"/>
          <w:i/>
          <w:iCs/>
          <w:sz w:val="28"/>
          <w:szCs w:val="28"/>
        </w:rPr>
        <w:t>The rise of AI and data innovation in Saudi Arabia: Transforming the future</w:t>
      </w:r>
      <w:r w:rsidRPr="003A33D2">
        <w:rPr>
          <w:rFonts w:ascii="Sakkal Majalla" w:eastAsia="Times New Roman" w:hAnsi="Sakkal Majalla" w:cs="Sakkal Majalla"/>
          <w:sz w:val="28"/>
          <w:szCs w:val="28"/>
        </w:rPr>
        <w:t xml:space="preserve">. Global AI Summit. </w:t>
      </w:r>
      <w:hyperlink r:id="rId13" w:history="1">
        <w:r w:rsidRPr="003A33D2">
          <w:rPr>
            <w:rStyle w:val="Hyperlink"/>
            <w:rFonts w:ascii="Sakkal Majalla" w:eastAsia="Times New Roman" w:hAnsi="Sakkal Majalla" w:cs="Sakkal Majalla"/>
            <w:sz w:val="28"/>
            <w:szCs w:val="28"/>
          </w:rPr>
          <w:t>https://globalaisummit.org/Documents/StateofAIinSaudiArabia.pdf</w:t>
        </w:r>
      </w:hyperlink>
    </w:p>
    <w:p w14:paraId="7A034E05" w14:textId="5A207F8D" w:rsidR="003A33D2" w:rsidRPr="003A33D2" w:rsidRDefault="003A33D2" w:rsidP="003A33D2">
      <w:pPr>
        <w:numPr>
          <w:ilvl w:val="0"/>
          <w:numId w:val="18"/>
        </w:numPr>
        <w:spacing w:before="100" w:beforeAutospacing="1" w:after="100" w:afterAutospacing="1" w:line="240" w:lineRule="auto"/>
        <w:rPr>
          <w:rFonts w:ascii="Sakkal Majalla" w:eastAsia="Times New Roman" w:hAnsi="Sakkal Majalla" w:cs="Sakkal Majalla"/>
          <w:sz w:val="28"/>
          <w:szCs w:val="28"/>
        </w:rPr>
      </w:pPr>
      <w:r w:rsidRPr="003A33D2">
        <w:rPr>
          <w:rFonts w:ascii="Sakkal Majalla" w:eastAsia="Times New Roman" w:hAnsi="Sakkal Majalla" w:cs="Sakkal Majalla"/>
          <w:sz w:val="28"/>
          <w:szCs w:val="28"/>
        </w:rPr>
        <w:t xml:space="preserve">Arab News. (2025, April 27). </w:t>
      </w:r>
      <w:r w:rsidRPr="003A33D2">
        <w:rPr>
          <w:rFonts w:ascii="Sakkal Majalla" w:eastAsia="Times New Roman" w:hAnsi="Sakkal Majalla" w:cs="Sakkal Majalla"/>
          <w:i/>
          <w:iCs/>
          <w:sz w:val="28"/>
          <w:szCs w:val="28"/>
        </w:rPr>
        <w:t>Saudi Arabia to power data platforms with AI to drive Vision 2030 goals</w:t>
      </w:r>
      <w:r w:rsidRPr="003A33D2">
        <w:rPr>
          <w:rFonts w:ascii="Sakkal Majalla" w:eastAsia="Times New Roman" w:hAnsi="Sakkal Majalla" w:cs="Sakkal Majalla"/>
          <w:sz w:val="28"/>
          <w:szCs w:val="28"/>
        </w:rPr>
        <w:t xml:space="preserve">. </w:t>
      </w:r>
      <w:hyperlink r:id="rId14" w:history="1">
        <w:r w:rsidRPr="003A33D2">
          <w:rPr>
            <w:rStyle w:val="Hyperlink"/>
            <w:rFonts w:ascii="Sakkal Majalla" w:eastAsia="Times New Roman" w:hAnsi="Sakkal Majalla" w:cs="Sakkal Majalla"/>
            <w:sz w:val="28"/>
            <w:szCs w:val="28"/>
          </w:rPr>
          <w:t>https://www.arabnews.com/node/2598655/business-economy</w:t>
        </w:r>
      </w:hyperlink>
    </w:p>
    <w:p w14:paraId="6BD50CBA" w14:textId="5E63AE6B" w:rsidR="003A33D2" w:rsidRPr="003A33D2" w:rsidRDefault="003A33D2" w:rsidP="003A33D2">
      <w:pPr>
        <w:numPr>
          <w:ilvl w:val="0"/>
          <w:numId w:val="18"/>
        </w:numPr>
        <w:spacing w:before="100" w:beforeAutospacing="1" w:after="100" w:afterAutospacing="1" w:line="240" w:lineRule="auto"/>
        <w:rPr>
          <w:rFonts w:ascii="Sakkal Majalla" w:eastAsia="Times New Roman" w:hAnsi="Sakkal Majalla" w:cs="Sakkal Majalla"/>
          <w:sz w:val="28"/>
          <w:szCs w:val="28"/>
        </w:rPr>
      </w:pPr>
      <w:r w:rsidRPr="003A33D2">
        <w:rPr>
          <w:rFonts w:ascii="Sakkal Majalla" w:eastAsia="Times New Roman" w:hAnsi="Sakkal Majalla" w:cs="Sakkal Majalla"/>
          <w:sz w:val="28"/>
          <w:szCs w:val="28"/>
        </w:rPr>
        <w:t xml:space="preserve">Saudi Data and AI Authority (SDAIA). (2024). </w:t>
      </w:r>
      <w:r w:rsidRPr="003A33D2">
        <w:rPr>
          <w:rFonts w:ascii="Sakkal Majalla" w:eastAsia="Times New Roman" w:hAnsi="Sakkal Majalla" w:cs="Sakkal Majalla"/>
          <w:i/>
          <w:iCs/>
          <w:sz w:val="28"/>
          <w:szCs w:val="28"/>
        </w:rPr>
        <w:t>AI adoption framework: Strategies and guidelines</w:t>
      </w:r>
      <w:r w:rsidRPr="003A33D2">
        <w:rPr>
          <w:rFonts w:ascii="Sakkal Majalla" w:eastAsia="Times New Roman" w:hAnsi="Sakkal Majalla" w:cs="Sakkal Majalla"/>
          <w:sz w:val="28"/>
          <w:szCs w:val="28"/>
        </w:rPr>
        <w:t xml:space="preserve">. </w:t>
      </w:r>
      <w:hyperlink r:id="rId15" w:history="1">
        <w:r w:rsidRPr="003A33D2">
          <w:rPr>
            <w:rStyle w:val="Hyperlink"/>
            <w:rFonts w:ascii="Sakkal Majalla" w:eastAsia="Times New Roman" w:hAnsi="Sakkal Majalla" w:cs="Sakkal Majalla"/>
            <w:sz w:val="28"/>
            <w:szCs w:val="28"/>
          </w:rPr>
          <w:t>https://sdaia.gov.sa/en/SDAIA/about/Files/AIAdoptionFramework.pdf</w:t>
        </w:r>
      </w:hyperlink>
    </w:p>
    <w:p w14:paraId="1AA9E86E" w14:textId="4EFD8FB5" w:rsidR="005E34FA" w:rsidRPr="00317598" w:rsidRDefault="005E34FA" w:rsidP="003A33D2">
      <w:pPr>
        <w:pStyle w:val="Heading1"/>
        <w:bidi/>
        <w:rPr>
          <w:rFonts w:ascii="Sakkal Majalla" w:hAnsi="Sakkal Majalla" w:cs="Sakkal Majalla"/>
          <w:rtl/>
        </w:rPr>
      </w:pPr>
    </w:p>
    <w:p w14:paraId="707EE0C0" w14:textId="4E812953" w:rsidR="008B4E8D" w:rsidRPr="00317598" w:rsidRDefault="008B4E8D" w:rsidP="008B4E8D">
      <w:pPr>
        <w:bidi/>
        <w:rPr>
          <w:rFonts w:ascii="Sakkal Majalla" w:hAnsi="Sakkal Majalla" w:cs="Sakkal Majalla"/>
          <w:sz w:val="28"/>
          <w:szCs w:val="28"/>
          <w:rtl/>
        </w:rPr>
      </w:pPr>
    </w:p>
    <w:p w14:paraId="4C1B2D7E" w14:textId="49AD1A88" w:rsidR="008B4E8D" w:rsidRPr="00317598" w:rsidRDefault="008B4E8D" w:rsidP="008B4E8D">
      <w:pPr>
        <w:bidi/>
        <w:rPr>
          <w:rFonts w:ascii="Sakkal Majalla" w:hAnsi="Sakkal Majalla" w:cs="Sakkal Majalla"/>
          <w:sz w:val="28"/>
          <w:szCs w:val="28"/>
          <w:rtl/>
        </w:rPr>
      </w:pPr>
    </w:p>
    <w:p w14:paraId="10DFB27E" w14:textId="046BB10D" w:rsidR="008B4E8D" w:rsidRDefault="008B4E8D" w:rsidP="008B4E8D">
      <w:pPr>
        <w:bidi/>
        <w:rPr>
          <w:rFonts w:ascii="Sakkal Majalla" w:hAnsi="Sakkal Majalla" w:cs="Sakkal Majalla"/>
          <w:sz w:val="28"/>
          <w:szCs w:val="28"/>
          <w:rtl/>
        </w:rPr>
      </w:pPr>
    </w:p>
    <w:p w14:paraId="3273FF90" w14:textId="77777777" w:rsidR="00DC4E9B" w:rsidRPr="00317598" w:rsidRDefault="00DC4E9B" w:rsidP="00DC4E9B">
      <w:pPr>
        <w:bidi/>
        <w:rPr>
          <w:rFonts w:ascii="Sakkal Majalla" w:hAnsi="Sakkal Majalla" w:cs="Sakkal Majalla"/>
          <w:sz w:val="28"/>
          <w:szCs w:val="28"/>
          <w:rtl/>
        </w:rPr>
      </w:pPr>
    </w:p>
    <w:p w14:paraId="3F2187AD" w14:textId="77777777" w:rsidR="008B4E8D" w:rsidRPr="00317598" w:rsidRDefault="008B4E8D" w:rsidP="008B4E8D">
      <w:pPr>
        <w:bidi/>
        <w:rPr>
          <w:rFonts w:ascii="Sakkal Majalla" w:hAnsi="Sakkal Majalla" w:cs="Sakkal Majalla"/>
          <w:sz w:val="28"/>
          <w:szCs w:val="28"/>
          <w:rtl/>
        </w:rPr>
      </w:pPr>
    </w:p>
    <w:p w14:paraId="5DDC33B8" w14:textId="77777777" w:rsidR="008B4E8D" w:rsidRPr="008B4E8D" w:rsidRDefault="008B4E8D" w:rsidP="008B4E8D">
      <w:pPr>
        <w:bidi/>
        <w:spacing w:before="100" w:beforeAutospacing="1" w:after="100" w:afterAutospacing="1" w:line="240" w:lineRule="auto"/>
        <w:outlineLvl w:val="2"/>
        <w:rPr>
          <w:rFonts w:ascii="Sakkal Majalla" w:eastAsia="Times New Roman" w:hAnsi="Sakkal Majalla" w:cs="Sakkal Majalla"/>
          <w:b/>
          <w:bCs/>
          <w:szCs w:val="32"/>
        </w:rPr>
      </w:pPr>
      <w:r w:rsidRPr="008B4E8D">
        <w:rPr>
          <w:rFonts w:ascii="Sakkal Majalla" w:eastAsia="Times New Roman" w:hAnsi="Sakkal Majalla" w:cs="Sakkal Majalla"/>
          <w:b/>
          <w:bCs/>
          <w:szCs w:val="32"/>
          <w:rtl/>
        </w:rPr>
        <w:lastRenderedPageBreak/>
        <w:t>الملحق (أ): نسخة الاستبانة</w:t>
      </w:r>
    </w:p>
    <w:p w14:paraId="63B8F002" w14:textId="77777777" w:rsidR="008B4E8D" w:rsidRPr="00545A3A" w:rsidRDefault="008B4E8D" w:rsidP="008B4E8D">
      <w:pPr>
        <w:bidi/>
        <w:spacing w:beforeAutospacing="1" w:after="100" w:afterAutospacing="1" w:line="240" w:lineRule="auto"/>
        <w:rPr>
          <w:rFonts w:ascii="Sakkal Majalla" w:eastAsia="Times New Roman" w:hAnsi="Sakkal Majalla" w:cs="Sakkal Majalla"/>
          <w:sz w:val="28"/>
          <w:szCs w:val="28"/>
        </w:rPr>
      </w:pPr>
      <w:r w:rsidRPr="00545A3A">
        <w:rPr>
          <w:rFonts w:ascii="Sakkal Majalla" w:eastAsia="Times New Roman" w:hAnsi="Sakkal Majalla" w:cs="Sakkal Majalla"/>
          <w:b/>
          <w:bCs/>
          <w:sz w:val="28"/>
          <w:szCs w:val="28"/>
          <w:rtl/>
        </w:rPr>
        <w:t>عزيزي المشارك / عزيزتي المشاركة،</w:t>
      </w:r>
      <w:r w:rsidRPr="00545A3A">
        <w:rPr>
          <w:rFonts w:ascii="Sakkal Majalla" w:eastAsia="Times New Roman" w:hAnsi="Sakkal Majalla" w:cs="Sakkal Majalla"/>
          <w:sz w:val="28"/>
          <w:szCs w:val="28"/>
        </w:rPr>
        <w:br/>
      </w:r>
      <w:r w:rsidRPr="00545A3A">
        <w:rPr>
          <w:rFonts w:ascii="Sakkal Majalla" w:eastAsia="Times New Roman" w:hAnsi="Sakkal Majalla" w:cs="Sakkal Majalla"/>
          <w:sz w:val="28"/>
          <w:szCs w:val="28"/>
          <w:rtl/>
        </w:rPr>
        <w:t>أنا طالب في برنامج ماجستير ريادة الأعمال بكلية الريادة والإبتكار، وأقوم بإجراء بحث بعنوان</w:t>
      </w:r>
      <w:r w:rsidRPr="00545A3A">
        <w:rPr>
          <w:rFonts w:ascii="Sakkal Majalla" w:eastAsia="Times New Roman" w:hAnsi="Sakkal Majalla" w:cs="Sakkal Majalla"/>
          <w:sz w:val="28"/>
          <w:szCs w:val="28"/>
        </w:rPr>
        <w:t>:</w:t>
      </w:r>
      <w:r w:rsidRPr="00545A3A">
        <w:rPr>
          <w:rFonts w:ascii="Sakkal Majalla" w:eastAsia="Times New Roman" w:hAnsi="Sakkal Majalla" w:cs="Sakkal Majalla"/>
          <w:sz w:val="28"/>
          <w:szCs w:val="28"/>
        </w:rPr>
        <w:br/>
        <w:t>"</w:t>
      </w:r>
      <w:r w:rsidRPr="00545A3A">
        <w:rPr>
          <w:rFonts w:ascii="Sakkal Majalla" w:eastAsia="Times New Roman" w:hAnsi="Sakkal Majalla" w:cs="Sakkal Majalla"/>
          <w:sz w:val="28"/>
          <w:szCs w:val="28"/>
          <w:rtl/>
        </w:rPr>
        <w:t>قياس أثر استخدام تقنيات الذكاء الاصطناعي على اتخاذ القرار الإداري في الشركات الناشئة التقنية في المملكة العربية السعودية</w:t>
      </w:r>
      <w:r w:rsidRPr="00545A3A">
        <w:rPr>
          <w:rFonts w:ascii="Sakkal Majalla" w:eastAsia="Times New Roman" w:hAnsi="Sakkal Majalla" w:cs="Sakkal Majalla"/>
          <w:sz w:val="28"/>
          <w:szCs w:val="28"/>
        </w:rPr>
        <w:t>."</w:t>
      </w:r>
      <w:r w:rsidRPr="00545A3A">
        <w:rPr>
          <w:rFonts w:ascii="Sakkal Majalla" w:eastAsia="Times New Roman" w:hAnsi="Sakkal Majalla" w:cs="Sakkal Majalla"/>
          <w:sz w:val="28"/>
          <w:szCs w:val="28"/>
        </w:rPr>
        <w:br/>
      </w:r>
      <w:r w:rsidRPr="00545A3A">
        <w:rPr>
          <w:rFonts w:ascii="Sakkal Majalla" w:eastAsia="Times New Roman" w:hAnsi="Sakkal Majalla" w:cs="Sakkal Majalla"/>
          <w:sz w:val="28"/>
          <w:szCs w:val="28"/>
          <w:rtl/>
        </w:rPr>
        <w:t>تهدف هذه الاستبانة إلى جمع بيانات لأغراض بحثية علمية فقط. جميع إجاباتك ستُعامل بسرية تامة، ولن تُستخدم إلا لهذا الغرض الأكاديمي</w:t>
      </w:r>
      <w:r w:rsidRPr="00545A3A">
        <w:rPr>
          <w:rFonts w:ascii="Sakkal Majalla" w:eastAsia="Times New Roman" w:hAnsi="Sakkal Majalla" w:cs="Sakkal Majalla"/>
          <w:sz w:val="28"/>
          <w:szCs w:val="28"/>
        </w:rPr>
        <w:t>.</w:t>
      </w:r>
      <w:r w:rsidRPr="00545A3A">
        <w:rPr>
          <w:rFonts w:ascii="Sakkal Majalla" w:eastAsia="Times New Roman" w:hAnsi="Sakkal Majalla" w:cs="Sakkal Majalla"/>
          <w:sz w:val="28"/>
          <w:szCs w:val="28"/>
        </w:rPr>
        <w:br/>
      </w:r>
      <w:r w:rsidRPr="00545A3A">
        <w:rPr>
          <w:rFonts w:ascii="Sakkal Majalla" w:eastAsia="Times New Roman" w:hAnsi="Sakkal Majalla" w:cs="Sakkal Majalla"/>
          <w:b/>
          <w:bCs/>
          <w:sz w:val="28"/>
          <w:szCs w:val="28"/>
          <w:rtl/>
        </w:rPr>
        <w:t>شكرًا لمشاركتك</w:t>
      </w:r>
      <w:r w:rsidRPr="00545A3A">
        <w:rPr>
          <w:rFonts w:ascii="Sakkal Majalla" w:eastAsia="Times New Roman" w:hAnsi="Sakkal Majalla" w:cs="Sakkal Majalla"/>
          <w:b/>
          <w:bCs/>
          <w:sz w:val="28"/>
          <w:szCs w:val="28"/>
        </w:rPr>
        <w:t>.</w:t>
      </w:r>
    </w:p>
    <w:p w14:paraId="48DC7895" w14:textId="55A7F63B" w:rsidR="008B4E8D" w:rsidRPr="008B4E8D" w:rsidRDefault="008B4E8D" w:rsidP="008B4E8D">
      <w:pPr>
        <w:bidi/>
        <w:spacing w:after="0" w:line="240" w:lineRule="auto"/>
        <w:rPr>
          <w:rFonts w:ascii="Sakkal Majalla" w:eastAsia="Times New Roman" w:hAnsi="Sakkal Majalla" w:cs="Sakkal Majalla"/>
          <w:sz w:val="28"/>
          <w:szCs w:val="28"/>
        </w:rPr>
      </w:pPr>
    </w:p>
    <w:p w14:paraId="4D0ACFA2" w14:textId="77777777" w:rsidR="008B4E8D" w:rsidRPr="008B4E8D" w:rsidRDefault="008B4E8D" w:rsidP="008B4E8D">
      <w:pPr>
        <w:bidi/>
        <w:spacing w:before="100" w:beforeAutospacing="1" w:after="100" w:afterAutospacing="1" w:line="240" w:lineRule="auto"/>
        <w:outlineLvl w:val="2"/>
        <w:rPr>
          <w:rFonts w:ascii="Sakkal Majalla" w:eastAsia="Times New Roman" w:hAnsi="Sakkal Majalla" w:cs="Sakkal Majalla"/>
          <w:b/>
          <w:bCs/>
          <w:szCs w:val="32"/>
        </w:rPr>
      </w:pPr>
      <w:r w:rsidRPr="008B4E8D">
        <w:rPr>
          <w:rFonts w:ascii="Sakkal Majalla" w:eastAsia="Times New Roman" w:hAnsi="Sakkal Majalla" w:cs="Sakkal Majalla"/>
          <w:b/>
          <w:bCs/>
          <w:szCs w:val="32"/>
          <w:rtl/>
        </w:rPr>
        <w:t>القسم الأول: البيانات العامة</w:t>
      </w:r>
    </w:p>
    <w:p w14:paraId="32CC5C15" w14:textId="4CD272BC" w:rsidR="008B4E8D" w:rsidRPr="008B4E8D" w:rsidRDefault="008B4E8D" w:rsidP="008B4E8D">
      <w:pPr>
        <w:numPr>
          <w:ilvl w:val="0"/>
          <w:numId w:val="19"/>
        </w:numPr>
        <w:bidi/>
        <w:spacing w:before="100" w:beforeAutospacing="1" w:after="100" w:afterAutospacing="1" w:line="240" w:lineRule="auto"/>
        <w:rPr>
          <w:rFonts w:ascii="Sakkal Majalla" w:eastAsia="Times New Roman" w:hAnsi="Sakkal Majalla" w:cs="Sakkal Majalla"/>
          <w:sz w:val="28"/>
          <w:szCs w:val="28"/>
        </w:rPr>
      </w:pPr>
      <w:r w:rsidRPr="008B4E8D">
        <w:rPr>
          <w:rFonts w:ascii="Sakkal Majalla" w:eastAsia="Times New Roman" w:hAnsi="Sakkal Majalla" w:cs="Sakkal Majalla"/>
          <w:sz w:val="28"/>
          <w:szCs w:val="28"/>
          <w:rtl/>
        </w:rPr>
        <w:t>المدينة التي تقع بها شركتك</w:t>
      </w:r>
      <w:r w:rsidRPr="008B4E8D">
        <w:rPr>
          <w:rFonts w:ascii="Sakkal Majalla" w:eastAsia="Times New Roman" w:hAnsi="Sakkal Majalla" w:cs="Sakkal Majalla"/>
          <w:sz w:val="28"/>
          <w:szCs w:val="28"/>
        </w:rPr>
        <w:t>_______________</w:t>
      </w:r>
    </w:p>
    <w:p w14:paraId="64F5707C" w14:textId="40887828" w:rsidR="008B4E8D" w:rsidRPr="008B4E8D" w:rsidRDefault="008B4E8D" w:rsidP="008B4E8D">
      <w:pPr>
        <w:numPr>
          <w:ilvl w:val="0"/>
          <w:numId w:val="19"/>
        </w:numPr>
        <w:bidi/>
        <w:spacing w:before="100" w:beforeAutospacing="1" w:after="100" w:afterAutospacing="1" w:line="240" w:lineRule="auto"/>
        <w:rPr>
          <w:rFonts w:ascii="Sakkal Majalla" w:eastAsia="Times New Roman" w:hAnsi="Sakkal Majalla" w:cs="Sakkal Majalla"/>
          <w:sz w:val="28"/>
          <w:szCs w:val="28"/>
        </w:rPr>
      </w:pPr>
      <w:r w:rsidRPr="008B4E8D">
        <w:rPr>
          <w:rFonts w:ascii="Sakkal Majalla" w:eastAsia="Times New Roman" w:hAnsi="Sakkal Majalla" w:cs="Sakkal Majalla"/>
          <w:sz w:val="28"/>
          <w:szCs w:val="28"/>
          <w:rtl/>
        </w:rPr>
        <w:t>نوع النشاط التقني الرئيسي لشركتك</w:t>
      </w:r>
      <w:r w:rsidRPr="008B4E8D">
        <w:rPr>
          <w:rFonts w:ascii="Sakkal Majalla" w:eastAsia="Times New Roman" w:hAnsi="Sakkal Majalla" w:cs="Sakkal Majalla"/>
          <w:sz w:val="28"/>
          <w:szCs w:val="28"/>
        </w:rPr>
        <w:t>_______________</w:t>
      </w:r>
    </w:p>
    <w:p w14:paraId="36E9439A" w14:textId="77777777" w:rsidR="008B4E8D" w:rsidRPr="008B4E8D" w:rsidRDefault="008B4E8D" w:rsidP="008B4E8D">
      <w:pPr>
        <w:numPr>
          <w:ilvl w:val="0"/>
          <w:numId w:val="19"/>
        </w:numPr>
        <w:bidi/>
        <w:spacing w:before="100" w:beforeAutospacing="1" w:after="100" w:afterAutospacing="1" w:line="240" w:lineRule="auto"/>
        <w:rPr>
          <w:rFonts w:ascii="Sakkal Majalla" w:eastAsia="Times New Roman" w:hAnsi="Sakkal Majalla" w:cs="Sakkal Majalla"/>
          <w:sz w:val="28"/>
          <w:szCs w:val="28"/>
        </w:rPr>
      </w:pPr>
      <w:r w:rsidRPr="008B4E8D">
        <w:rPr>
          <w:rFonts w:ascii="Sakkal Majalla" w:eastAsia="Times New Roman" w:hAnsi="Sakkal Majalla" w:cs="Sakkal Majalla"/>
          <w:sz w:val="28"/>
          <w:szCs w:val="28"/>
          <w:rtl/>
        </w:rPr>
        <w:t>عدد العاملين في الشركة</w:t>
      </w:r>
      <w:r w:rsidRPr="008B4E8D">
        <w:rPr>
          <w:rFonts w:ascii="Sakkal Majalla" w:eastAsia="Times New Roman" w:hAnsi="Sakkal Majalla" w:cs="Sakkal Majalla"/>
          <w:sz w:val="28"/>
          <w:szCs w:val="28"/>
        </w:rPr>
        <w:t>:</w:t>
      </w:r>
    </w:p>
    <w:p w14:paraId="2DD33CC5" w14:textId="77777777" w:rsidR="008B4E8D" w:rsidRPr="008B4E8D" w:rsidRDefault="008B4E8D" w:rsidP="008B4E8D">
      <w:pPr>
        <w:numPr>
          <w:ilvl w:val="1"/>
          <w:numId w:val="19"/>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أقل من 5</w:t>
      </w:r>
    </w:p>
    <w:p w14:paraId="1BCF1288" w14:textId="77777777" w:rsidR="008B4E8D" w:rsidRPr="008B4E8D" w:rsidRDefault="008B4E8D" w:rsidP="008B4E8D">
      <w:pPr>
        <w:numPr>
          <w:ilvl w:val="1"/>
          <w:numId w:val="19"/>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من 5 إلى 10</w:t>
      </w:r>
    </w:p>
    <w:p w14:paraId="7206B163" w14:textId="77777777" w:rsidR="008B4E8D" w:rsidRPr="008B4E8D" w:rsidRDefault="008B4E8D" w:rsidP="008B4E8D">
      <w:pPr>
        <w:numPr>
          <w:ilvl w:val="1"/>
          <w:numId w:val="19"/>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من 11 إلى 20</w:t>
      </w:r>
    </w:p>
    <w:p w14:paraId="05D015D5" w14:textId="77777777" w:rsidR="008B4E8D" w:rsidRPr="008B4E8D" w:rsidRDefault="008B4E8D" w:rsidP="008B4E8D">
      <w:pPr>
        <w:numPr>
          <w:ilvl w:val="1"/>
          <w:numId w:val="19"/>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أكثر من 20</w:t>
      </w:r>
    </w:p>
    <w:p w14:paraId="1AE25164" w14:textId="77777777" w:rsidR="008B4E8D" w:rsidRPr="008B4E8D" w:rsidRDefault="008B4E8D" w:rsidP="008B4E8D">
      <w:pPr>
        <w:numPr>
          <w:ilvl w:val="0"/>
          <w:numId w:val="19"/>
        </w:numPr>
        <w:bidi/>
        <w:spacing w:before="100" w:beforeAutospacing="1" w:after="100" w:afterAutospacing="1" w:line="240" w:lineRule="auto"/>
        <w:rPr>
          <w:rFonts w:ascii="Sakkal Majalla" w:eastAsia="Times New Roman" w:hAnsi="Sakkal Majalla" w:cs="Sakkal Majalla"/>
          <w:sz w:val="28"/>
          <w:szCs w:val="28"/>
        </w:rPr>
      </w:pPr>
      <w:r w:rsidRPr="008B4E8D">
        <w:rPr>
          <w:rFonts w:ascii="Sakkal Majalla" w:eastAsia="Times New Roman" w:hAnsi="Sakkal Majalla" w:cs="Sakkal Majalla"/>
          <w:sz w:val="28"/>
          <w:szCs w:val="28"/>
          <w:rtl/>
        </w:rPr>
        <w:t>عمر الشركة (بالسنوات)</w:t>
      </w:r>
      <w:r w:rsidRPr="008B4E8D">
        <w:rPr>
          <w:rFonts w:ascii="Sakkal Majalla" w:eastAsia="Times New Roman" w:hAnsi="Sakkal Majalla" w:cs="Sakkal Majalla"/>
          <w:sz w:val="28"/>
          <w:szCs w:val="28"/>
        </w:rPr>
        <w:t>:</w:t>
      </w:r>
    </w:p>
    <w:p w14:paraId="775927F7" w14:textId="77777777" w:rsidR="008B4E8D" w:rsidRPr="008B4E8D" w:rsidRDefault="008B4E8D" w:rsidP="008B4E8D">
      <w:pPr>
        <w:numPr>
          <w:ilvl w:val="1"/>
          <w:numId w:val="19"/>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أقل من سنة</w:t>
      </w:r>
    </w:p>
    <w:p w14:paraId="325F293D" w14:textId="77777777" w:rsidR="008B4E8D" w:rsidRPr="008B4E8D" w:rsidRDefault="008B4E8D" w:rsidP="008B4E8D">
      <w:pPr>
        <w:numPr>
          <w:ilvl w:val="1"/>
          <w:numId w:val="19"/>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من 1 إلى 3 سنوات</w:t>
      </w:r>
    </w:p>
    <w:p w14:paraId="07BDE267" w14:textId="77777777" w:rsidR="008B4E8D" w:rsidRPr="008B4E8D" w:rsidRDefault="008B4E8D" w:rsidP="008B4E8D">
      <w:pPr>
        <w:numPr>
          <w:ilvl w:val="1"/>
          <w:numId w:val="19"/>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من 4 إلى 6 سنوات</w:t>
      </w:r>
    </w:p>
    <w:p w14:paraId="1AA349B6" w14:textId="77777777" w:rsidR="008B4E8D" w:rsidRPr="008B4E8D" w:rsidRDefault="008B4E8D" w:rsidP="008B4E8D">
      <w:pPr>
        <w:numPr>
          <w:ilvl w:val="1"/>
          <w:numId w:val="19"/>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أكثر من 6 سنوات</w:t>
      </w:r>
    </w:p>
    <w:p w14:paraId="054F78C1" w14:textId="77777777" w:rsidR="008B4E8D" w:rsidRPr="008B4E8D" w:rsidRDefault="008B4E8D" w:rsidP="008B4E8D">
      <w:pPr>
        <w:numPr>
          <w:ilvl w:val="0"/>
          <w:numId w:val="19"/>
        </w:numPr>
        <w:bidi/>
        <w:spacing w:before="100" w:beforeAutospacing="1" w:after="100" w:afterAutospacing="1" w:line="240" w:lineRule="auto"/>
        <w:rPr>
          <w:rFonts w:ascii="Sakkal Majalla" w:eastAsia="Times New Roman" w:hAnsi="Sakkal Majalla" w:cs="Sakkal Majalla"/>
          <w:sz w:val="28"/>
          <w:szCs w:val="28"/>
        </w:rPr>
      </w:pPr>
      <w:r w:rsidRPr="008B4E8D">
        <w:rPr>
          <w:rFonts w:ascii="Sakkal Majalla" w:eastAsia="Times New Roman" w:hAnsi="Sakkal Majalla" w:cs="Sakkal Majalla"/>
          <w:sz w:val="28"/>
          <w:szCs w:val="28"/>
          <w:rtl/>
        </w:rPr>
        <w:t>مرحلة نمو الشركة</w:t>
      </w:r>
      <w:r w:rsidRPr="008B4E8D">
        <w:rPr>
          <w:rFonts w:ascii="Sakkal Majalla" w:eastAsia="Times New Roman" w:hAnsi="Sakkal Majalla" w:cs="Sakkal Majalla"/>
          <w:sz w:val="28"/>
          <w:szCs w:val="28"/>
        </w:rPr>
        <w:t>:</w:t>
      </w:r>
    </w:p>
    <w:p w14:paraId="54D828FA" w14:textId="77777777" w:rsidR="008B4E8D" w:rsidRPr="008B4E8D" w:rsidRDefault="008B4E8D" w:rsidP="008B4E8D">
      <w:pPr>
        <w:numPr>
          <w:ilvl w:val="1"/>
          <w:numId w:val="19"/>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بداية</w:t>
      </w:r>
    </w:p>
    <w:p w14:paraId="03A8E6C0" w14:textId="77777777" w:rsidR="008B4E8D" w:rsidRPr="008B4E8D" w:rsidRDefault="008B4E8D" w:rsidP="008B4E8D">
      <w:pPr>
        <w:numPr>
          <w:ilvl w:val="1"/>
          <w:numId w:val="19"/>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نمو</w:t>
      </w:r>
    </w:p>
    <w:p w14:paraId="01A904C2" w14:textId="77777777" w:rsidR="008B4E8D" w:rsidRPr="008B4E8D" w:rsidRDefault="008B4E8D" w:rsidP="008B4E8D">
      <w:pPr>
        <w:numPr>
          <w:ilvl w:val="1"/>
          <w:numId w:val="19"/>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توسع</w:t>
      </w:r>
    </w:p>
    <w:p w14:paraId="3D136506" w14:textId="1AF07E07" w:rsidR="008B4E8D" w:rsidRPr="0047674B" w:rsidRDefault="008B4E8D" w:rsidP="0047674B">
      <w:pPr>
        <w:numPr>
          <w:ilvl w:val="1"/>
          <w:numId w:val="19"/>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استقرار</w:t>
      </w:r>
    </w:p>
    <w:p w14:paraId="2C176482" w14:textId="77777777" w:rsidR="008B4E8D" w:rsidRPr="008B4E8D" w:rsidRDefault="008B4E8D" w:rsidP="008B4E8D">
      <w:pPr>
        <w:bidi/>
        <w:spacing w:before="100" w:beforeAutospacing="1" w:after="100" w:afterAutospacing="1" w:line="240" w:lineRule="auto"/>
        <w:outlineLvl w:val="2"/>
        <w:rPr>
          <w:rFonts w:ascii="Sakkal Majalla" w:eastAsia="Times New Roman" w:hAnsi="Sakkal Majalla" w:cs="Sakkal Majalla"/>
          <w:b/>
          <w:bCs/>
          <w:szCs w:val="32"/>
        </w:rPr>
      </w:pPr>
      <w:r w:rsidRPr="008B4E8D">
        <w:rPr>
          <w:rFonts w:ascii="Sakkal Majalla" w:eastAsia="Times New Roman" w:hAnsi="Sakkal Majalla" w:cs="Sakkal Majalla"/>
          <w:b/>
          <w:bCs/>
          <w:szCs w:val="32"/>
          <w:rtl/>
        </w:rPr>
        <w:lastRenderedPageBreak/>
        <w:t>القسم الثاني: استخدام تقنيات الذكاء الاصطناعي</w:t>
      </w:r>
    </w:p>
    <w:p w14:paraId="18779417" w14:textId="77777777" w:rsidR="008B4E8D" w:rsidRPr="008B4E8D" w:rsidRDefault="008B4E8D" w:rsidP="008B4E8D">
      <w:pPr>
        <w:numPr>
          <w:ilvl w:val="0"/>
          <w:numId w:val="20"/>
        </w:numPr>
        <w:bidi/>
        <w:spacing w:before="100" w:beforeAutospacing="1" w:after="100" w:afterAutospacing="1" w:line="240" w:lineRule="auto"/>
        <w:rPr>
          <w:rFonts w:ascii="Sakkal Majalla" w:eastAsia="Times New Roman" w:hAnsi="Sakkal Majalla" w:cs="Sakkal Majalla"/>
          <w:sz w:val="28"/>
          <w:szCs w:val="28"/>
        </w:rPr>
      </w:pPr>
      <w:r w:rsidRPr="008B4E8D">
        <w:rPr>
          <w:rFonts w:ascii="Sakkal Majalla" w:eastAsia="Times New Roman" w:hAnsi="Sakkal Majalla" w:cs="Sakkal Majalla"/>
          <w:sz w:val="28"/>
          <w:szCs w:val="28"/>
          <w:rtl/>
        </w:rPr>
        <w:t>هل تستخدم شركتك أي تقنية من تقنيات الذكاء الاصطناعي؟</w:t>
      </w:r>
    </w:p>
    <w:p w14:paraId="3E78E70F" w14:textId="77777777" w:rsidR="008B4E8D" w:rsidRPr="008B4E8D" w:rsidRDefault="008B4E8D" w:rsidP="008B4E8D">
      <w:pPr>
        <w:numPr>
          <w:ilvl w:val="1"/>
          <w:numId w:val="20"/>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نعم</w:t>
      </w:r>
    </w:p>
    <w:p w14:paraId="3F4506D6" w14:textId="77777777" w:rsidR="008B4E8D" w:rsidRPr="008B4E8D" w:rsidRDefault="008B4E8D" w:rsidP="008B4E8D">
      <w:pPr>
        <w:numPr>
          <w:ilvl w:val="1"/>
          <w:numId w:val="20"/>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لا</w:t>
      </w:r>
    </w:p>
    <w:p w14:paraId="56241828" w14:textId="77777777" w:rsidR="008B4E8D" w:rsidRPr="008B4E8D" w:rsidRDefault="008B4E8D" w:rsidP="008B4E8D">
      <w:pPr>
        <w:numPr>
          <w:ilvl w:val="0"/>
          <w:numId w:val="20"/>
        </w:numPr>
        <w:bidi/>
        <w:spacing w:before="100" w:beforeAutospacing="1" w:after="100" w:afterAutospacing="1" w:line="240" w:lineRule="auto"/>
        <w:rPr>
          <w:rFonts w:ascii="Sakkal Majalla" w:eastAsia="Times New Roman" w:hAnsi="Sakkal Majalla" w:cs="Sakkal Majalla"/>
          <w:sz w:val="28"/>
          <w:szCs w:val="28"/>
        </w:rPr>
      </w:pPr>
      <w:r w:rsidRPr="008B4E8D">
        <w:rPr>
          <w:rFonts w:ascii="Sakkal Majalla" w:eastAsia="Times New Roman" w:hAnsi="Sakkal Majalla" w:cs="Sakkal Majalla"/>
          <w:sz w:val="28"/>
          <w:szCs w:val="28"/>
          <w:rtl/>
        </w:rPr>
        <w:t>إذا كانت الإجابة نعم، ما نوع التقنية المستخدمة؟</w:t>
      </w:r>
    </w:p>
    <w:p w14:paraId="41BF9D42" w14:textId="77777777" w:rsidR="008B4E8D" w:rsidRPr="008B4E8D" w:rsidRDefault="008B4E8D" w:rsidP="008B4E8D">
      <w:pPr>
        <w:numPr>
          <w:ilvl w:val="1"/>
          <w:numId w:val="20"/>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تحليلات تنبؤية</w:t>
      </w:r>
    </w:p>
    <w:p w14:paraId="6F00C7F0" w14:textId="77777777" w:rsidR="008B4E8D" w:rsidRPr="008B4E8D" w:rsidRDefault="008B4E8D" w:rsidP="008B4E8D">
      <w:pPr>
        <w:numPr>
          <w:ilvl w:val="1"/>
          <w:numId w:val="20"/>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روبوتات دردشة</w:t>
      </w:r>
    </w:p>
    <w:p w14:paraId="0C032FA9" w14:textId="77777777" w:rsidR="008B4E8D" w:rsidRPr="008B4E8D" w:rsidRDefault="008B4E8D" w:rsidP="008B4E8D">
      <w:pPr>
        <w:numPr>
          <w:ilvl w:val="1"/>
          <w:numId w:val="20"/>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أنظمة توصية</w:t>
      </w:r>
    </w:p>
    <w:p w14:paraId="71482867" w14:textId="4E76698D" w:rsidR="008B4E8D" w:rsidRPr="008B4E8D" w:rsidRDefault="008B4E8D" w:rsidP="008B4E8D">
      <w:pPr>
        <w:numPr>
          <w:ilvl w:val="1"/>
          <w:numId w:val="20"/>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أخرى</w:t>
      </w:r>
      <w:r w:rsidRPr="008B4E8D">
        <w:rPr>
          <w:rFonts w:ascii="Sakkal Majalla" w:eastAsia="Times New Roman" w:hAnsi="Sakkal Majalla" w:cs="Sakkal Majalla"/>
          <w:sz w:val="28"/>
          <w:szCs w:val="28"/>
        </w:rPr>
        <w:t>____________</w:t>
      </w:r>
    </w:p>
    <w:p w14:paraId="7842F897" w14:textId="77777777" w:rsidR="008B4E8D" w:rsidRPr="008B4E8D" w:rsidRDefault="008B4E8D" w:rsidP="008B4E8D">
      <w:pPr>
        <w:numPr>
          <w:ilvl w:val="0"/>
          <w:numId w:val="20"/>
        </w:numPr>
        <w:bidi/>
        <w:spacing w:before="100" w:beforeAutospacing="1" w:after="100" w:afterAutospacing="1" w:line="240" w:lineRule="auto"/>
        <w:rPr>
          <w:rFonts w:ascii="Sakkal Majalla" w:eastAsia="Times New Roman" w:hAnsi="Sakkal Majalla" w:cs="Sakkal Majalla"/>
          <w:sz w:val="28"/>
          <w:szCs w:val="28"/>
        </w:rPr>
      </w:pPr>
      <w:r w:rsidRPr="008B4E8D">
        <w:rPr>
          <w:rFonts w:ascii="Sakkal Majalla" w:eastAsia="Times New Roman" w:hAnsi="Sakkal Majalla" w:cs="Sakkal Majalla"/>
          <w:sz w:val="28"/>
          <w:szCs w:val="28"/>
          <w:rtl/>
        </w:rPr>
        <w:t>ما الغرض الأساسي من استخدام الذكاء الاصطناعي في شركتك؟</w:t>
      </w:r>
    </w:p>
    <w:p w14:paraId="3C47BEC1" w14:textId="77777777" w:rsidR="008B4E8D" w:rsidRPr="008B4E8D" w:rsidRDefault="008B4E8D" w:rsidP="008B4E8D">
      <w:pPr>
        <w:numPr>
          <w:ilvl w:val="1"/>
          <w:numId w:val="20"/>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اتخاذ القرار</w:t>
      </w:r>
    </w:p>
    <w:p w14:paraId="276DBC5E" w14:textId="77777777" w:rsidR="008B4E8D" w:rsidRPr="008B4E8D" w:rsidRDefault="008B4E8D" w:rsidP="008B4E8D">
      <w:pPr>
        <w:numPr>
          <w:ilvl w:val="1"/>
          <w:numId w:val="20"/>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خدمة العملاء</w:t>
      </w:r>
    </w:p>
    <w:p w14:paraId="37E03C37" w14:textId="77777777" w:rsidR="008B4E8D" w:rsidRPr="008B4E8D" w:rsidRDefault="008B4E8D" w:rsidP="008B4E8D">
      <w:pPr>
        <w:numPr>
          <w:ilvl w:val="1"/>
          <w:numId w:val="20"/>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تحليل البيانات</w:t>
      </w:r>
    </w:p>
    <w:p w14:paraId="3072CA32" w14:textId="2FBC29F4" w:rsidR="008B4E8D" w:rsidRPr="008B4E8D" w:rsidRDefault="008B4E8D" w:rsidP="008B4E8D">
      <w:pPr>
        <w:numPr>
          <w:ilvl w:val="1"/>
          <w:numId w:val="20"/>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أخرى</w:t>
      </w:r>
      <w:r w:rsidRPr="008B4E8D">
        <w:rPr>
          <w:rFonts w:ascii="Sakkal Majalla" w:eastAsia="Times New Roman" w:hAnsi="Sakkal Majalla" w:cs="Sakkal Majalla"/>
          <w:sz w:val="28"/>
          <w:szCs w:val="28"/>
        </w:rPr>
        <w:t>____________</w:t>
      </w:r>
    </w:p>
    <w:p w14:paraId="3EC3AD31" w14:textId="77777777" w:rsidR="008B4E8D" w:rsidRPr="008B4E8D" w:rsidRDefault="008B4E8D" w:rsidP="008B4E8D">
      <w:pPr>
        <w:numPr>
          <w:ilvl w:val="0"/>
          <w:numId w:val="20"/>
        </w:numPr>
        <w:bidi/>
        <w:spacing w:before="100" w:beforeAutospacing="1" w:after="100" w:afterAutospacing="1" w:line="240" w:lineRule="auto"/>
        <w:rPr>
          <w:rFonts w:ascii="Sakkal Majalla" w:eastAsia="Times New Roman" w:hAnsi="Sakkal Majalla" w:cs="Sakkal Majalla"/>
          <w:sz w:val="28"/>
          <w:szCs w:val="28"/>
        </w:rPr>
      </w:pPr>
      <w:r w:rsidRPr="008B4E8D">
        <w:rPr>
          <w:rFonts w:ascii="Sakkal Majalla" w:eastAsia="Times New Roman" w:hAnsi="Sakkal Majalla" w:cs="Sakkal Majalla"/>
          <w:sz w:val="28"/>
          <w:szCs w:val="28"/>
          <w:rtl/>
        </w:rPr>
        <w:t>ما مدى اعتماد شركتك على الذكاء الاصطناعي في اتخاذ القرار الإداري؟</w:t>
      </w:r>
    </w:p>
    <w:p w14:paraId="73D80026" w14:textId="77777777" w:rsidR="008B4E8D" w:rsidRPr="008B4E8D" w:rsidRDefault="008B4E8D" w:rsidP="008B4E8D">
      <w:pPr>
        <w:numPr>
          <w:ilvl w:val="1"/>
          <w:numId w:val="20"/>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ضعيف</w:t>
      </w:r>
    </w:p>
    <w:p w14:paraId="408A995B" w14:textId="77777777" w:rsidR="008B4E8D" w:rsidRPr="008B4E8D" w:rsidRDefault="008B4E8D" w:rsidP="008B4E8D">
      <w:pPr>
        <w:numPr>
          <w:ilvl w:val="1"/>
          <w:numId w:val="20"/>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متوسط</w:t>
      </w:r>
    </w:p>
    <w:p w14:paraId="202A1319" w14:textId="77777777" w:rsidR="008B4E8D" w:rsidRPr="008B4E8D" w:rsidRDefault="008B4E8D" w:rsidP="008B4E8D">
      <w:pPr>
        <w:numPr>
          <w:ilvl w:val="1"/>
          <w:numId w:val="20"/>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قوي</w:t>
      </w:r>
    </w:p>
    <w:p w14:paraId="631406B5" w14:textId="472F90A8" w:rsidR="008B4E8D" w:rsidRPr="0047674B" w:rsidRDefault="008B4E8D" w:rsidP="0047674B">
      <w:pPr>
        <w:numPr>
          <w:ilvl w:val="1"/>
          <w:numId w:val="20"/>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كامل</w:t>
      </w:r>
    </w:p>
    <w:p w14:paraId="12524857" w14:textId="77777777" w:rsidR="008B4E8D" w:rsidRPr="008B4E8D" w:rsidRDefault="008B4E8D" w:rsidP="008B4E8D">
      <w:pPr>
        <w:bidi/>
        <w:spacing w:before="100" w:beforeAutospacing="1" w:after="100" w:afterAutospacing="1" w:line="240" w:lineRule="auto"/>
        <w:outlineLvl w:val="2"/>
        <w:rPr>
          <w:rFonts w:ascii="Sakkal Majalla" w:eastAsia="Times New Roman" w:hAnsi="Sakkal Majalla" w:cs="Sakkal Majalla"/>
          <w:b/>
          <w:bCs/>
          <w:szCs w:val="32"/>
        </w:rPr>
      </w:pPr>
      <w:r w:rsidRPr="008B4E8D">
        <w:rPr>
          <w:rFonts w:ascii="Sakkal Majalla" w:eastAsia="Times New Roman" w:hAnsi="Sakkal Majalla" w:cs="Sakkal Majalla"/>
          <w:b/>
          <w:bCs/>
          <w:szCs w:val="32"/>
          <w:rtl/>
        </w:rPr>
        <w:t>القسم الثالث: أثر الذكاء الاصطناعي على اتخاذ القرار الإداري</w:t>
      </w:r>
    </w:p>
    <w:p w14:paraId="79ADEB5F" w14:textId="0E423E33" w:rsidR="008B4E8D" w:rsidRPr="008B4E8D" w:rsidRDefault="008B4E8D" w:rsidP="008B4E8D">
      <w:pPr>
        <w:bidi/>
        <w:spacing w:before="100" w:beforeAutospacing="1" w:after="100" w:afterAutospacing="1" w:line="240" w:lineRule="auto"/>
        <w:rPr>
          <w:rFonts w:ascii="Sakkal Majalla" w:eastAsia="Times New Roman" w:hAnsi="Sakkal Majalla" w:cs="Sakkal Majalla"/>
          <w:sz w:val="28"/>
          <w:szCs w:val="28"/>
        </w:rPr>
      </w:pPr>
      <w:r w:rsidRPr="008B4E8D">
        <w:rPr>
          <w:rFonts w:ascii="Sakkal Majalla" w:eastAsia="Times New Roman" w:hAnsi="Sakkal Majalla" w:cs="Sakkal Majalla"/>
          <w:b/>
          <w:bCs/>
          <w:sz w:val="28"/>
          <w:szCs w:val="28"/>
          <w:rtl/>
        </w:rPr>
        <w:t>يرجى اختيار ما يناسبك لكل عبارة</w:t>
      </w:r>
      <w:r w:rsidRPr="00317598">
        <w:rPr>
          <w:rFonts w:ascii="Sakkal Majalla" w:eastAsia="Times New Roman" w:hAnsi="Sakkal Majalla" w:cs="Sakkal Majalla"/>
          <w:sz w:val="28"/>
          <w:szCs w:val="28"/>
        </w:rPr>
        <w:t xml:space="preserve"> </w:t>
      </w: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 xml:space="preserve">أوافق بشدة </w:t>
      </w:r>
      <w:r w:rsidRPr="008B4E8D">
        <w:rPr>
          <w:rFonts w:ascii="Segoe UI Symbol" w:eastAsia="Times New Roman" w:hAnsi="Segoe UI Symbol" w:cs="Segoe UI Symbol" w:hint="cs"/>
          <w:sz w:val="28"/>
          <w:szCs w:val="28"/>
          <w:rtl/>
        </w:rPr>
        <w:t>☐</w:t>
      </w:r>
      <w:r w:rsidRPr="008B4E8D">
        <w:rPr>
          <w:rFonts w:ascii="Sakkal Majalla" w:eastAsia="Times New Roman" w:hAnsi="Sakkal Majalla" w:cs="Sakkal Majalla"/>
          <w:sz w:val="28"/>
          <w:szCs w:val="28"/>
          <w:rtl/>
        </w:rPr>
        <w:t xml:space="preserve"> </w:t>
      </w:r>
      <w:r w:rsidRPr="008B4E8D">
        <w:rPr>
          <w:rFonts w:ascii="Sakkal Majalla" w:eastAsia="Times New Roman" w:hAnsi="Sakkal Majalla" w:cs="Sakkal Majalla" w:hint="cs"/>
          <w:sz w:val="28"/>
          <w:szCs w:val="28"/>
          <w:rtl/>
        </w:rPr>
        <w:t>أوافق</w:t>
      </w:r>
      <w:r w:rsidRPr="008B4E8D">
        <w:rPr>
          <w:rFonts w:ascii="Sakkal Majalla" w:eastAsia="Times New Roman" w:hAnsi="Sakkal Majalla" w:cs="Sakkal Majalla"/>
          <w:sz w:val="28"/>
          <w:szCs w:val="28"/>
          <w:rtl/>
        </w:rPr>
        <w:t xml:space="preserve"> </w:t>
      </w:r>
      <w:r w:rsidRPr="008B4E8D">
        <w:rPr>
          <w:rFonts w:ascii="Segoe UI Symbol" w:eastAsia="Times New Roman" w:hAnsi="Segoe UI Symbol" w:cs="Segoe UI Symbol" w:hint="cs"/>
          <w:sz w:val="28"/>
          <w:szCs w:val="28"/>
          <w:rtl/>
        </w:rPr>
        <w:t>☐</w:t>
      </w:r>
      <w:r w:rsidRPr="008B4E8D">
        <w:rPr>
          <w:rFonts w:ascii="Sakkal Majalla" w:eastAsia="Times New Roman" w:hAnsi="Sakkal Majalla" w:cs="Sakkal Majalla"/>
          <w:sz w:val="28"/>
          <w:szCs w:val="28"/>
          <w:rtl/>
        </w:rPr>
        <w:t xml:space="preserve"> </w:t>
      </w:r>
      <w:r w:rsidRPr="008B4E8D">
        <w:rPr>
          <w:rFonts w:ascii="Sakkal Majalla" w:eastAsia="Times New Roman" w:hAnsi="Sakkal Majalla" w:cs="Sakkal Majalla" w:hint="cs"/>
          <w:sz w:val="28"/>
          <w:szCs w:val="28"/>
          <w:rtl/>
        </w:rPr>
        <w:t>لا</w:t>
      </w:r>
      <w:r w:rsidRPr="008B4E8D">
        <w:rPr>
          <w:rFonts w:ascii="Sakkal Majalla" w:eastAsia="Times New Roman" w:hAnsi="Sakkal Majalla" w:cs="Sakkal Majalla"/>
          <w:sz w:val="28"/>
          <w:szCs w:val="28"/>
          <w:rtl/>
        </w:rPr>
        <w:t xml:space="preserve"> </w:t>
      </w:r>
      <w:r w:rsidRPr="008B4E8D">
        <w:rPr>
          <w:rFonts w:ascii="Sakkal Majalla" w:eastAsia="Times New Roman" w:hAnsi="Sakkal Majalla" w:cs="Sakkal Majalla" w:hint="cs"/>
          <w:sz w:val="28"/>
          <w:szCs w:val="28"/>
          <w:rtl/>
        </w:rPr>
        <w:t>أوافق</w:t>
      </w:r>
      <w:r w:rsidRPr="008B4E8D">
        <w:rPr>
          <w:rFonts w:ascii="Sakkal Majalla" w:eastAsia="Times New Roman" w:hAnsi="Sakkal Majalla" w:cs="Sakkal Majalla"/>
          <w:sz w:val="28"/>
          <w:szCs w:val="28"/>
          <w:rtl/>
        </w:rPr>
        <w:t xml:space="preserve"> </w:t>
      </w:r>
      <w:r w:rsidRPr="008B4E8D">
        <w:rPr>
          <w:rFonts w:ascii="Segoe UI Symbol" w:eastAsia="Times New Roman" w:hAnsi="Segoe UI Symbol" w:cs="Segoe UI Symbol" w:hint="cs"/>
          <w:sz w:val="28"/>
          <w:szCs w:val="28"/>
          <w:rtl/>
        </w:rPr>
        <w:t>☐</w:t>
      </w:r>
      <w:r w:rsidRPr="008B4E8D">
        <w:rPr>
          <w:rFonts w:ascii="Sakkal Majalla" w:eastAsia="Times New Roman" w:hAnsi="Sakkal Majalla" w:cs="Sakkal Majalla"/>
          <w:sz w:val="28"/>
          <w:szCs w:val="28"/>
          <w:rtl/>
        </w:rPr>
        <w:t xml:space="preserve"> </w:t>
      </w:r>
      <w:r w:rsidRPr="008B4E8D">
        <w:rPr>
          <w:rFonts w:ascii="Sakkal Majalla" w:eastAsia="Times New Roman" w:hAnsi="Sakkal Majalla" w:cs="Sakkal Majalla" w:hint="cs"/>
          <w:sz w:val="28"/>
          <w:szCs w:val="28"/>
          <w:rtl/>
        </w:rPr>
        <w:t>لا</w:t>
      </w:r>
      <w:r w:rsidRPr="008B4E8D">
        <w:rPr>
          <w:rFonts w:ascii="Sakkal Majalla" w:eastAsia="Times New Roman" w:hAnsi="Sakkal Majalla" w:cs="Sakkal Majalla"/>
          <w:sz w:val="28"/>
          <w:szCs w:val="28"/>
          <w:rtl/>
        </w:rPr>
        <w:t xml:space="preserve"> </w:t>
      </w:r>
      <w:r w:rsidRPr="008B4E8D">
        <w:rPr>
          <w:rFonts w:ascii="Sakkal Majalla" w:eastAsia="Times New Roman" w:hAnsi="Sakkal Majalla" w:cs="Sakkal Majalla" w:hint="cs"/>
          <w:sz w:val="28"/>
          <w:szCs w:val="28"/>
          <w:rtl/>
        </w:rPr>
        <w:t>أوافق</w:t>
      </w:r>
      <w:r w:rsidRPr="008B4E8D">
        <w:rPr>
          <w:rFonts w:ascii="Sakkal Majalla" w:eastAsia="Times New Roman" w:hAnsi="Sakkal Majalla" w:cs="Sakkal Majalla"/>
          <w:sz w:val="28"/>
          <w:szCs w:val="28"/>
          <w:rtl/>
        </w:rPr>
        <w:t xml:space="preserve"> </w:t>
      </w:r>
      <w:r w:rsidRPr="008B4E8D">
        <w:rPr>
          <w:rFonts w:ascii="Sakkal Majalla" w:eastAsia="Times New Roman" w:hAnsi="Sakkal Majalla" w:cs="Sakkal Majalla" w:hint="cs"/>
          <w:sz w:val="28"/>
          <w:szCs w:val="28"/>
          <w:rtl/>
        </w:rPr>
        <w:t>بشدة</w:t>
      </w:r>
    </w:p>
    <w:p w14:paraId="202B9D71" w14:textId="77777777" w:rsidR="008B4E8D" w:rsidRPr="008B4E8D" w:rsidRDefault="008B4E8D" w:rsidP="008B4E8D">
      <w:pPr>
        <w:numPr>
          <w:ilvl w:val="0"/>
          <w:numId w:val="21"/>
        </w:numPr>
        <w:bidi/>
        <w:spacing w:before="100" w:beforeAutospacing="1" w:after="100" w:afterAutospacing="1" w:line="240" w:lineRule="auto"/>
        <w:rPr>
          <w:rFonts w:ascii="Sakkal Majalla" w:eastAsia="Times New Roman" w:hAnsi="Sakkal Majalla" w:cs="Sakkal Majalla"/>
          <w:sz w:val="28"/>
          <w:szCs w:val="28"/>
        </w:rPr>
      </w:pPr>
      <w:r w:rsidRPr="008B4E8D">
        <w:rPr>
          <w:rFonts w:ascii="Sakkal Majalla" w:eastAsia="Times New Roman" w:hAnsi="Sakkal Majalla" w:cs="Sakkal Majalla"/>
          <w:sz w:val="28"/>
          <w:szCs w:val="28"/>
          <w:rtl/>
        </w:rPr>
        <w:t>ساهم الذكاء الاصطناعي في تحسين جودة القرارات الإدارية</w:t>
      </w:r>
      <w:r w:rsidRPr="008B4E8D">
        <w:rPr>
          <w:rFonts w:ascii="Sakkal Majalla" w:eastAsia="Times New Roman" w:hAnsi="Sakkal Majalla" w:cs="Sakkal Majalla"/>
          <w:sz w:val="28"/>
          <w:szCs w:val="28"/>
        </w:rPr>
        <w:t>.</w:t>
      </w:r>
    </w:p>
    <w:p w14:paraId="4443AA54" w14:textId="77777777" w:rsidR="008B4E8D" w:rsidRPr="008B4E8D" w:rsidRDefault="008B4E8D" w:rsidP="008B4E8D">
      <w:pPr>
        <w:numPr>
          <w:ilvl w:val="0"/>
          <w:numId w:val="21"/>
        </w:numPr>
        <w:bidi/>
        <w:spacing w:before="100" w:beforeAutospacing="1" w:after="100" w:afterAutospacing="1" w:line="240" w:lineRule="auto"/>
        <w:rPr>
          <w:rFonts w:ascii="Sakkal Majalla" w:eastAsia="Times New Roman" w:hAnsi="Sakkal Majalla" w:cs="Sakkal Majalla"/>
          <w:sz w:val="28"/>
          <w:szCs w:val="28"/>
        </w:rPr>
      </w:pPr>
      <w:r w:rsidRPr="008B4E8D">
        <w:rPr>
          <w:rFonts w:ascii="Sakkal Majalla" w:eastAsia="Times New Roman" w:hAnsi="Sakkal Majalla" w:cs="Sakkal Majalla"/>
          <w:sz w:val="28"/>
          <w:szCs w:val="28"/>
          <w:rtl/>
        </w:rPr>
        <w:t>ساعد الذكاء الاصطناعي في تسريع عملية اتخاذ القرار</w:t>
      </w:r>
      <w:r w:rsidRPr="008B4E8D">
        <w:rPr>
          <w:rFonts w:ascii="Sakkal Majalla" w:eastAsia="Times New Roman" w:hAnsi="Sakkal Majalla" w:cs="Sakkal Majalla"/>
          <w:sz w:val="28"/>
          <w:szCs w:val="28"/>
        </w:rPr>
        <w:t>.</w:t>
      </w:r>
    </w:p>
    <w:p w14:paraId="72EA2DC8" w14:textId="77777777" w:rsidR="008B4E8D" w:rsidRPr="008B4E8D" w:rsidRDefault="008B4E8D" w:rsidP="008B4E8D">
      <w:pPr>
        <w:numPr>
          <w:ilvl w:val="0"/>
          <w:numId w:val="21"/>
        </w:numPr>
        <w:bidi/>
        <w:spacing w:before="100" w:beforeAutospacing="1" w:after="100" w:afterAutospacing="1" w:line="240" w:lineRule="auto"/>
        <w:rPr>
          <w:rFonts w:ascii="Sakkal Majalla" w:eastAsia="Times New Roman" w:hAnsi="Sakkal Majalla" w:cs="Sakkal Majalla"/>
          <w:sz w:val="28"/>
          <w:szCs w:val="28"/>
        </w:rPr>
      </w:pPr>
      <w:r w:rsidRPr="008B4E8D">
        <w:rPr>
          <w:rFonts w:ascii="Sakkal Majalla" w:eastAsia="Times New Roman" w:hAnsi="Sakkal Majalla" w:cs="Sakkal Majalla"/>
          <w:sz w:val="28"/>
          <w:szCs w:val="28"/>
          <w:rtl/>
        </w:rPr>
        <w:t>قلل الذكاء الاصطناعي من نسبة الأخطاء في اتخاذ القرار</w:t>
      </w:r>
      <w:r w:rsidRPr="008B4E8D">
        <w:rPr>
          <w:rFonts w:ascii="Sakkal Majalla" w:eastAsia="Times New Roman" w:hAnsi="Sakkal Majalla" w:cs="Sakkal Majalla"/>
          <w:sz w:val="28"/>
          <w:szCs w:val="28"/>
        </w:rPr>
        <w:t>.</w:t>
      </w:r>
    </w:p>
    <w:p w14:paraId="1CEB469F" w14:textId="77777777" w:rsidR="008B4E8D" w:rsidRPr="008B4E8D" w:rsidRDefault="008B4E8D" w:rsidP="008B4E8D">
      <w:pPr>
        <w:numPr>
          <w:ilvl w:val="0"/>
          <w:numId w:val="21"/>
        </w:numPr>
        <w:bidi/>
        <w:spacing w:before="100" w:beforeAutospacing="1" w:after="100" w:afterAutospacing="1" w:line="240" w:lineRule="auto"/>
        <w:rPr>
          <w:rFonts w:ascii="Sakkal Majalla" w:eastAsia="Times New Roman" w:hAnsi="Sakkal Majalla" w:cs="Sakkal Majalla"/>
          <w:sz w:val="28"/>
          <w:szCs w:val="28"/>
        </w:rPr>
      </w:pPr>
      <w:r w:rsidRPr="008B4E8D">
        <w:rPr>
          <w:rFonts w:ascii="Sakkal Majalla" w:eastAsia="Times New Roman" w:hAnsi="Sakkal Majalla" w:cs="Sakkal Majalla"/>
          <w:sz w:val="28"/>
          <w:szCs w:val="28"/>
          <w:rtl/>
        </w:rPr>
        <w:t>ساعد الذكاء الاصطناعي في توفير بدائل جديدة لم تكن متاحة سابقًا</w:t>
      </w:r>
      <w:r w:rsidRPr="008B4E8D">
        <w:rPr>
          <w:rFonts w:ascii="Sakkal Majalla" w:eastAsia="Times New Roman" w:hAnsi="Sakkal Majalla" w:cs="Sakkal Majalla"/>
          <w:sz w:val="28"/>
          <w:szCs w:val="28"/>
        </w:rPr>
        <w:t>.</w:t>
      </w:r>
    </w:p>
    <w:p w14:paraId="09010A12" w14:textId="37C2CC8C" w:rsidR="008B4E8D" w:rsidRPr="008B4E8D" w:rsidRDefault="008B4E8D" w:rsidP="008B4E8D">
      <w:pPr>
        <w:bidi/>
        <w:spacing w:after="0" w:line="240" w:lineRule="auto"/>
        <w:rPr>
          <w:rFonts w:ascii="Sakkal Majalla" w:eastAsia="Times New Roman" w:hAnsi="Sakkal Majalla" w:cs="Sakkal Majalla"/>
          <w:sz w:val="28"/>
          <w:szCs w:val="28"/>
        </w:rPr>
      </w:pPr>
    </w:p>
    <w:p w14:paraId="07EC12E2" w14:textId="77777777" w:rsidR="008B4E8D" w:rsidRPr="008B4E8D" w:rsidRDefault="008B4E8D" w:rsidP="008B4E8D">
      <w:pPr>
        <w:bidi/>
        <w:spacing w:before="100" w:beforeAutospacing="1" w:after="100" w:afterAutospacing="1" w:line="240" w:lineRule="auto"/>
        <w:outlineLvl w:val="2"/>
        <w:rPr>
          <w:rFonts w:ascii="Sakkal Majalla" w:eastAsia="Times New Roman" w:hAnsi="Sakkal Majalla" w:cs="Sakkal Majalla"/>
          <w:b/>
          <w:bCs/>
          <w:szCs w:val="32"/>
        </w:rPr>
      </w:pPr>
      <w:r w:rsidRPr="008B4E8D">
        <w:rPr>
          <w:rFonts w:ascii="Sakkal Majalla" w:eastAsia="Times New Roman" w:hAnsi="Sakkal Majalla" w:cs="Sakkal Majalla"/>
          <w:b/>
          <w:bCs/>
          <w:szCs w:val="32"/>
          <w:rtl/>
        </w:rPr>
        <w:lastRenderedPageBreak/>
        <w:t>القسم الرابع: التحديات والمعوقات</w:t>
      </w:r>
    </w:p>
    <w:p w14:paraId="069D2060" w14:textId="53DEEBCD" w:rsidR="008B4E8D" w:rsidRPr="008B4E8D" w:rsidRDefault="008B4E8D" w:rsidP="008B4E8D">
      <w:pPr>
        <w:numPr>
          <w:ilvl w:val="0"/>
          <w:numId w:val="22"/>
        </w:numPr>
        <w:bidi/>
        <w:spacing w:before="100" w:beforeAutospacing="1" w:after="100" w:afterAutospacing="1" w:line="240" w:lineRule="auto"/>
        <w:rPr>
          <w:rFonts w:ascii="Sakkal Majalla" w:eastAsia="Times New Roman" w:hAnsi="Sakkal Majalla" w:cs="Sakkal Majalla"/>
          <w:sz w:val="28"/>
          <w:szCs w:val="28"/>
        </w:rPr>
      </w:pPr>
      <w:r w:rsidRPr="008B4E8D">
        <w:rPr>
          <w:rFonts w:ascii="Sakkal Majalla" w:eastAsia="Times New Roman" w:hAnsi="Sakkal Majalla" w:cs="Sakkal Majalla"/>
          <w:sz w:val="28"/>
          <w:szCs w:val="28"/>
          <w:rtl/>
        </w:rPr>
        <w:t>ما أبرز التحديات التي تواجه شركتك في استخدام الذكاء الاصطناعي؟</w:t>
      </w:r>
      <w:r w:rsidRPr="008B4E8D">
        <w:rPr>
          <w:rFonts w:ascii="Sakkal Majalla" w:eastAsia="Times New Roman" w:hAnsi="Sakkal Majalla" w:cs="Sakkal Majalla"/>
          <w:sz w:val="28"/>
          <w:szCs w:val="28"/>
        </w:rPr>
        <w:br/>
      </w:r>
      <w:r w:rsidRPr="008B4E8D">
        <w:rPr>
          <w:rFonts w:ascii="Sakkal Majalla" w:eastAsia="Times New Roman" w:hAnsi="Sakkal Majalla" w:cs="Sakkal Majalla"/>
          <w:i/>
          <w:iCs/>
          <w:sz w:val="28"/>
          <w:szCs w:val="28"/>
          <w:rtl/>
        </w:rPr>
        <w:t>يمكن اختيار أكثر من خيار</w:t>
      </w:r>
    </w:p>
    <w:p w14:paraId="54EFC629" w14:textId="77777777" w:rsidR="008B4E8D" w:rsidRPr="008B4E8D" w:rsidRDefault="008B4E8D" w:rsidP="008B4E8D">
      <w:pPr>
        <w:numPr>
          <w:ilvl w:val="0"/>
          <w:numId w:val="23"/>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ضعف الموارد المالية</w:t>
      </w:r>
    </w:p>
    <w:p w14:paraId="0D91F115" w14:textId="77777777" w:rsidR="008B4E8D" w:rsidRPr="008B4E8D" w:rsidRDefault="008B4E8D" w:rsidP="008B4E8D">
      <w:pPr>
        <w:numPr>
          <w:ilvl w:val="0"/>
          <w:numId w:val="23"/>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نقص الخبرات التقنية</w:t>
      </w:r>
    </w:p>
    <w:p w14:paraId="32DA7278" w14:textId="77777777" w:rsidR="008B4E8D" w:rsidRPr="008B4E8D" w:rsidRDefault="008B4E8D" w:rsidP="008B4E8D">
      <w:pPr>
        <w:numPr>
          <w:ilvl w:val="0"/>
          <w:numId w:val="23"/>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ضعف البنية التحتية</w:t>
      </w:r>
    </w:p>
    <w:p w14:paraId="01663625" w14:textId="77777777" w:rsidR="008B4E8D" w:rsidRPr="008B4E8D" w:rsidRDefault="008B4E8D" w:rsidP="008B4E8D">
      <w:pPr>
        <w:numPr>
          <w:ilvl w:val="0"/>
          <w:numId w:val="23"/>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عدم وضوح فائدة الذكاء الاصطناعي</w:t>
      </w:r>
    </w:p>
    <w:p w14:paraId="4937E708" w14:textId="77777777" w:rsidR="008B4E8D" w:rsidRPr="008B4E8D" w:rsidRDefault="008B4E8D" w:rsidP="008B4E8D">
      <w:pPr>
        <w:numPr>
          <w:ilvl w:val="0"/>
          <w:numId w:val="23"/>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مقاومة داخلية للتغيير</w:t>
      </w:r>
    </w:p>
    <w:p w14:paraId="00A70397" w14:textId="2A08EB3F" w:rsidR="008B4E8D" w:rsidRPr="008B4E8D" w:rsidRDefault="008B4E8D" w:rsidP="008B4E8D">
      <w:pPr>
        <w:numPr>
          <w:ilvl w:val="0"/>
          <w:numId w:val="23"/>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أخرى</w:t>
      </w:r>
      <w:r w:rsidRPr="008B4E8D">
        <w:rPr>
          <w:rFonts w:ascii="Sakkal Majalla" w:eastAsia="Times New Roman" w:hAnsi="Sakkal Majalla" w:cs="Sakkal Majalla"/>
          <w:sz w:val="28"/>
          <w:szCs w:val="28"/>
        </w:rPr>
        <w:t>_______________</w:t>
      </w:r>
    </w:p>
    <w:p w14:paraId="22416317" w14:textId="77777777" w:rsidR="008B4E8D" w:rsidRPr="008B4E8D" w:rsidRDefault="008B4E8D" w:rsidP="008B4E8D">
      <w:pPr>
        <w:numPr>
          <w:ilvl w:val="0"/>
          <w:numId w:val="24"/>
        </w:numPr>
        <w:bidi/>
        <w:spacing w:before="100" w:beforeAutospacing="1" w:after="100" w:afterAutospacing="1" w:line="240" w:lineRule="auto"/>
        <w:rPr>
          <w:rFonts w:ascii="Sakkal Majalla" w:eastAsia="Times New Roman" w:hAnsi="Sakkal Majalla" w:cs="Sakkal Majalla"/>
          <w:sz w:val="28"/>
          <w:szCs w:val="28"/>
        </w:rPr>
      </w:pPr>
      <w:r w:rsidRPr="008B4E8D">
        <w:rPr>
          <w:rFonts w:ascii="Sakkal Majalla" w:eastAsia="Times New Roman" w:hAnsi="Sakkal Majalla" w:cs="Sakkal Majalla"/>
          <w:sz w:val="28"/>
          <w:szCs w:val="28"/>
          <w:rtl/>
        </w:rPr>
        <w:t>هل تخطط شركتك لتوسيع استخدام الذكاء الاصطناعي خلال العامين القادمين؟</w:t>
      </w:r>
    </w:p>
    <w:p w14:paraId="41833BC7" w14:textId="77777777" w:rsidR="008B4E8D" w:rsidRPr="008B4E8D" w:rsidRDefault="008B4E8D" w:rsidP="008B4E8D">
      <w:pPr>
        <w:numPr>
          <w:ilvl w:val="0"/>
          <w:numId w:val="25"/>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نعم</w:t>
      </w:r>
    </w:p>
    <w:p w14:paraId="62991F24" w14:textId="77777777" w:rsidR="008B4E8D" w:rsidRPr="008B4E8D" w:rsidRDefault="008B4E8D" w:rsidP="008B4E8D">
      <w:pPr>
        <w:numPr>
          <w:ilvl w:val="0"/>
          <w:numId w:val="25"/>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لا</w:t>
      </w:r>
    </w:p>
    <w:p w14:paraId="274C8225" w14:textId="77777777" w:rsidR="008B4E8D" w:rsidRPr="008B4E8D" w:rsidRDefault="008B4E8D" w:rsidP="008B4E8D">
      <w:pPr>
        <w:numPr>
          <w:ilvl w:val="0"/>
          <w:numId w:val="25"/>
        </w:numPr>
        <w:bidi/>
        <w:spacing w:before="100" w:beforeAutospacing="1" w:after="100" w:afterAutospacing="1" w:line="240" w:lineRule="auto"/>
        <w:rPr>
          <w:rFonts w:ascii="Sakkal Majalla" w:eastAsia="Times New Roman" w:hAnsi="Sakkal Majalla" w:cs="Sakkal Majalla"/>
          <w:sz w:val="28"/>
          <w:szCs w:val="28"/>
        </w:rPr>
      </w:pPr>
      <w:r w:rsidRPr="008B4E8D">
        <w:rPr>
          <w:rFonts w:ascii="Segoe UI Symbol" w:eastAsia="Times New Roman" w:hAnsi="Segoe UI Symbol" w:cs="Segoe UI Symbol"/>
          <w:sz w:val="28"/>
          <w:szCs w:val="28"/>
        </w:rPr>
        <w:t>☐</w:t>
      </w:r>
      <w:r w:rsidRPr="008B4E8D">
        <w:rPr>
          <w:rFonts w:ascii="Sakkal Majalla" w:eastAsia="Times New Roman" w:hAnsi="Sakkal Majalla" w:cs="Sakkal Majalla"/>
          <w:sz w:val="28"/>
          <w:szCs w:val="28"/>
        </w:rPr>
        <w:t xml:space="preserve"> </w:t>
      </w:r>
      <w:r w:rsidRPr="008B4E8D">
        <w:rPr>
          <w:rFonts w:ascii="Sakkal Majalla" w:eastAsia="Times New Roman" w:hAnsi="Sakkal Majalla" w:cs="Sakkal Majalla"/>
          <w:sz w:val="28"/>
          <w:szCs w:val="28"/>
          <w:rtl/>
        </w:rPr>
        <w:t>لا أعلم</w:t>
      </w:r>
    </w:p>
    <w:p w14:paraId="43D45C1F" w14:textId="44DEF0A5" w:rsidR="008B4E8D" w:rsidRPr="00317598" w:rsidRDefault="008B4E8D" w:rsidP="008B4E8D">
      <w:pPr>
        <w:bidi/>
        <w:spacing w:after="0" w:line="240" w:lineRule="auto"/>
        <w:rPr>
          <w:rFonts w:ascii="Sakkal Majalla" w:eastAsia="Times New Roman" w:hAnsi="Sakkal Majalla" w:cs="Sakkal Majalla"/>
          <w:sz w:val="28"/>
          <w:szCs w:val="28"/>
          <w:rtl/>
        </w:rPr>
      </w:pPr>
    </w:p>
    <w:p w14:paraId="7CF94B0E" w14:textId="3EAB11BD" w:rsidR="008B4E8D" w:rsidRPr="008B4E8D" w:rsidRDefault="008B4E8D" w:rsidP="008B4E8D">
      <w:pPr>
        <w:bidi/>
        <w:spacing w:after="0" w:line="240" w:lineRule="auto"/>
        <w:rPr>
          <w:rFonts w:ascii="Sakkal Majalla" w:eastAsia="Times New Roman" w:hAnsi="Sakkal Majalla" w:cs="Sakkal Majalla"/>
          <w:sz w:val="28"/>
          <w:szCs w:val="28"/>
        </w:rPr>
      </w:pPr>
      <w:r w:rsidRPr="008B4E8D">
        <w:rPr>
          <w:rFonts w:ascii="Sakkal Majalla" w:eastAsia="Times New Roman" w:hAnsi="Sakkal Majalla" w:cs="Sakkal Majalla"/>
          <w:b/>
          <w:bCs/>
          <w:sz w:val="28"/>
          <w:szCs w:val="28"/>
          <w:rtl/>
        </w:rPr>
        <w:t>شكرًا لمشاركتك</w:t>
      </w:r>
    </w:p>
    <w:p w14:paraId="02C14DCD" w14:textId="77777777" w:rsidR="008B4E8D" w:rsidRPr="008B4E8D" w:rsidRDefault="008B4E8D" w:rsidP="008B4E8D">
      <w:pPr>
        <w:bidi/>
        <w:spacing w:before="100" w:beforeAutospacing="1" w:after="100" w:afterAutospacing="1" w:line="240" w:lineRule="auto"/>
        <w:rPr>
          <w:rFonts w:ascii="Sakkal Majalla" w:eastAsia="Times New Roman" w:hAnsi="Sakkal Majalla" w:cs="Sakkal Majalla"/>
          <w:sz w:val="28"/>
          <w:szCs w:val="28"/>
        </w:rPr>
      </w:pPr>
      <w:r w:rsidRPr="008B4E8D">
        <w:rPr>
          <w:rFonts w:ascii="Sakkal Majalla" w:eastAsia="Times New Roman" w:hAnsi="Sakkal Majalla" w:cs="Sakkal Majalla"/>
          <w:sz w:val="28"/>
          <w:szCs w:val="28"/>
          <w:rtl/>
        </w:rPr>
        <w:t>وجودك في هذا البحث يصنع فرقًا حقيقيًا في دعم المعرفة وتطوير مستقبل الشركات الناشئة في المملكة العربية السعودية</w:t>
      </w:r>
      <w:r w:rsidRPr="008B4E8D">
        <w:rPr>
          <w:rFonts w:ascii="Sakkal Majalla" w:eastAsia="Times New Roman" w:hAnsi="Sakkal Majalla" w:cs="Sakkal Majalla"/>
          <w:sz w:val="28"/>
          <w:szCs w:val="28"/>
        </w:rPr>
        <w:t>.</w:t>
      </w:r>
    </w:p>
    <w:p w14:paraId="278D88EC" w14:textId="77777777" w:rsidR="008B4E8D" w:rsidRPr="00317598" w:rsidRDefault="008B4E8D" w:rsidP="008B4E8D">
      <w:pPr>
        <w:bidi/>
        <w:rPr>
          <w:rFonts w:ascii="Sakkal Majalla" w:hAnsi="Sakkal Majalla" w:cs="Sakkal Majalla"/>
          <w:szCs w:val="32"/>
        </w:rPr>
      </w:pPr>
    </w:p>
    <w:sectPr w:rsidR="008B4E8D" w:rsidRPr="00317598" w:rsidSect="0047674B">
      <w:footerReference w:type="default" r:id="rId16"/>
      <w:pgSz w:w="12240" w:h="15840"/>
      <w:pgMar w:top="1440" w:right="1800" w:bottom="1440" w:left="1800" w:header="720" w:footer="720" w:gutter="0"/>
      <w:pgNumType w:start="0"/>
      <w:cols w:space="720"/>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7844AD" w14:textId="77777777" w:rsidR="000C7DFA" w:rsidRDefault="000C7DFA" w:rsidP="0047674B">
      <w:pPr>
        <w:spacing w:after="0" w:line="240" w:lineRule="auto"/>
      </w:pPr>
      <w:r>
        <w:separator/>
      </w:r>
    </w:p>
  </w:endnote>
  <w:endnote w:type="continuationSeparator" w:id="0">
    <w:p w14:paraId="39C1ABF6" w14:textId="77777777" w:rsidR="000C7DFA" w:rsidRDefault="000C7DFA" w:rsidP="004767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76484927"/>
      <w:docPartObj>
        <w:docPartGallery w:val="Page Numbers (Bottom of Page)"/>
        <w:docPartUnique/>
      </w:docPartObj>
    </w:sdtPr>
    <w:sdtEndPr>
      <w:rPr>
        <w:noProof/>
      </w:rPr>
    </w:sdtEndPr>
    <w:sdtContent>
      <w:p w14:paraId="386E97FF" w14:textId="2F278FD0" w:rsidR="0047674B" w:rsidRDefault="004767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97FBAC" w14:textId="77777777" w:rsidR="0047674B" w:rsidRDefault="004767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E3DC36" w14:textId="77777777" w:rsidR="000C7DFA" w:rsidRDefault="000C7DFA" w:rsidP="0047674B">
      <w:pPr>
        <w:spacing w:after="0" w:line="240" w:lineRule="auto"/>
      </w:pPr>
      <w:r>
        <w:separator/>
      </w:r>
    </w:p>
  </w:footnote>
  <w:footnote w:type="continuationSeparator" w:id="0">
    <w:p w14:paraId="14971A62" w14:textId="77777777" w:rsidR="000C7DFA" w:rsidRDefault="000C7DFA" w:rsidP="004767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832138"/>
    <w:multiLevelType w:val="multilevel"/>
    <w:tmpl w:val="1DA82D8A"/>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C1B2560"/>
    <w:multiLevelType w:val="multilevel"/>
    <w:tmpl w:val="FB42C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AF3A7F"/>
    <w:multiLevelType w:val="multilevel"/>
    <w:tmpl w:val="BF70D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2C5554D"/>
    <w:multiLevelType w:val="multilevel"/>
    <w:tmpl w:val="62C82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9E35BC"/>
    <w:multiLevelType w:val="multilevel"/>
    <w:tmpl w:val="37E0F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4CC62D7"/>
    <w:multiLevelType w:val="multilevel"/>
    <w:tmpl w:val="180E1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4C1E49"/>
    <w:multiLevelType w:val="multilevel"/>
    <w:tmpl w:val="3FC4C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4632B4"/>
    <w:multiLevelType w:val="multilevel"/>
    <w:tmpl w:val="9DF42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022DDB"/>
    <w:multiLevelType w:val="multilevel"/>
    <w:tmpl w:val="B69284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A462FA"/>
    <w:multiLevelType w:val="multilevel"/>
    <w:tmpl w:val="ADC6020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19E3EAB"/>
    <w:multiLevelType w:val="multilevel"/>
    <w:tmpl w:val="C20A9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C22C08"/>
    <w:multiLevelType w:val="multilevel"/>
    <w:tmpl w:val="D9123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95127D8"/>
    <w:multiLevelType w:val="multilevel"/>
    <w:tmpl w:val="7B864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C978E2"/>
    <w:multiLevelType w:val="multilevel"/>
    <w:tmpl w:val="8C1E0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F76677"/>
    <w:multiLevelType w:val="hybridMultilevel"/>
    <w:tmpl w:val="7D9E74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04D092B"/>
    <w:multiLevelType w:val="multilevel"/>
    <w:tmpl w:val="BE0C8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8420DD"/>
    <w:multiLevelType w:val="multilevel"/>
    <w:tmpl w:val="0FEC28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CAC198D"/>
    <w:multiLevelType w:val="multilevel"/>
    <w:tmpl w:val="C52A7EF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4542F2"/>
    <w:multiLevelType w:val="multilevel"/>
    <w:tmpl w:val="F78C4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2C1FE0"/>
    <w:multiLevelType w:val="multilevel"/>
    <w:tmpl w:val="F7840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536316"/>
    <w:multiLevelType w:val="multilevel"/>
    <w:tmpl w:val="FBD23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9D357C"/>
    <w:multiLevelType w:val="multilevel"/>
    <w:tmpl w:val="3270827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651743"/>
    <w:multiLevelType w:val="multilevel"/>
    <w:tmpl w:val="31305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C50DFE"/>
    <w:multiLevelType w:val="multilevel"/>
    <w:tmpl w:val="EC786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A584E77"/>
    <w:multiLevelType w:val="multilevel"/>
    <w:tmpl w:val="BB961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23"/>
  </w:num>
  <w:num w:numId="11">
    <w:abstractNumId w:val="19"/>
  </w:num>
  <w:num w:numId="12">
    <w:abstractNumId w:val="10"/>
  </w:num>
  <w:num w:numId="13">
    <w:abstractNumId w:val="33"/>
  </w:num>
  <w:num w:numId="14">
    <w:abstractNumId w:val="13"/>
  </w:num>
  <w:num w:numId="15">
    <w:abstractNumId w:val="17"/>
  </w:num>
  <w:num w:numId="16">
    <w:abstractNumId w:val="29"/>
  </w:num>
  <w:num w:numId="17">
    <w:abstractNumId w:val="14"/>
  </w:num>
  <w:num w:numId="18">
    <w:abstractNumId w:val="32"/>
  </w:num>
  <w:num w:numId="19">
    <w:abstractNumId w:val="25"/>
  </w:num>
  <w:num w:numId="20">
    <w:abstractNumId w:val="9"/>
  </w:num>
  <w:num w:numId="21">
    <w:abstractNumId w:val="18"/>
  </w:num>
  <w:num w:numId="22">
    <w:abstractNumId w:val="26"/>
  </w:num>
  <w:num w:numId="23">
    <w:abstractNumId w:val="21"/>
  </w:num>
  <w:num w:numId="24">
    <w:abstractNumId w:val="30"/>
  </w:num>
  <w:num w:numId="25">
    <w:abstractNumId w:val="24"/>
  </w:num>
  <w:num w:numId="26">
    <w:abstractNumId w:val="27"/>
  </w:num>
  <w:num w:numId="27">
    <w:abstractNumId w:val="22"/>
  </w:num>
  <w:num w:numId="28">
    <w:abstractNumId w:val="31"/>
  </w:num>
  <w:num w:numId="29">
    <w:abstractNumId w:val="28"/>
  </w:num>
  <w:num w:numId="30">
    <w:abstractNumId w:val="15"/>
  </w:num>
  <w:num w:numId="31">
    <w:abstractNumId w:val="12"/>
  </w:num>
  <w:num w:numId="32">
    <w:abstractNumId w:val="11"/>
  </w:num>
  <w:num w:numId="33">
    <w:abstractNumId w:val="16"/>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1574"/>
    <w:rsid w:val="00034616"/>
    <w:rsid w:val="0006063C"/>
    <w:rsid w:val="00084071"/>
    <w:rsid w:val="000C7DFA"/>
    <w:rsid w:val="00135919"/>
    <w:rsid w:val="0015074B"/>
    <w:rsid w:val="001D2D2D"/>
    <w:rsid w:val="00236721"/>
    <w:rsid w:val="0029639D"/>
    <w:rsid w:val="002A6BA0"/>
    <w:rsid w:val="002E3432"/>
    <w:rsid w:val="00313A85"/>
    <w:rsid w:val="00317598"/>
    <w:rsid w:val="00326F90"/>
    <w:rsid w:val="0037563C"/>
    <w:rsid w:val="003A33D2"/>
    <w:rsid w:val="00404C20"/>
    <w:rsid w:val="0047612F"/>
    <w:rsid w:val="0047674B"/>
    <w:rsid w:val="00486157"/>
    <w:rsid w:val="004E68B9"/>
    <w:rsid w:val="00545A3A"/>
    <w:rsid w:val="005E34FA"/>
    <w:rsid w:val="00675974"/>
    <w:rsid w:val="006E4CE1"/>
    <w:rsid w:val="0072162D"/>
    <w:rsid w:val="00773964"/>
    <w:rsid w:val="00805ED1"/>
    <w:rsid w:val="00880374"/>
    <w:rsid w:val="008B4E8D"/>
    <w:rsid w:val="0093203C"/>
    <w:rsid w:val="009A372E"/>
    <w:rsid w:val="009D5484"/>
    <w:rsid w:val="00A0657F"/>
    <w:rsid w:val="00AA1D8D"/>
    <w:rsid w:val="00B1037E"/>
    <w:rsid w:val="00B314F2"/>
    <w:rsid w:val="00B47730"/>
    <w:rsid w:val="00B63C5B"/>
    <w:rsid w:val="00CB0664"/>
    <w:rsid w:val="00CF5FCD"/>
    <w:rsid w:val="00D1111A"/>
    <w:rsid w:val="00DC4E9B"/>
    <w:rsid w:val="00DF378D"/>
    <w:rsid w:val="00E65FC0"/>
    <w:rsid w:val="00F126B5"/>
    <w:rsid w:val="00F271FE"/>
    <w:rsid w:val="00FC693F"/>
    <w:rsid w:val="00FC783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54EE818"/>
  <w14:defaultImageDpi w14:val="300"/>
  <w15:docId w15:val="{712063AD-E692-4B3A-A624-BAB5A2C08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raditional Arabic" w:hAnsi="Traditional Arabic"/>
      <w:sz w:val="32"/>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F126B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lative">
    <w:name w:val="relative"/>
    <w:basedOn w:val="DefaultParagraphFont"/>
    <w:rsid w:val="00F126B5"/>
  </w:style>
  <w:style w:type="character" w:styleId="Hyperlink">
    <w:name w:val="Hyperlink"/>
    <w:basedOn w:val="DefaultParagraphFont"/>
    <w:uiPriority w:val="99"/>
    <w:unhideWhenUsed/>
    <w:rsid w:val="00F126B5"/>
    <w:rPr>
      <w:color w:val="0000FF"/>
      <w:u w:val="single"/>
    </w:rPr>
  </w:style>
  <w:style w:type="character" w:customStyle="1" w:styleId="ms-1">
    <w:name w:val="ms-1"/>
    <w:basedOn w:val="DefaultParagraphFont"/>
    <w:rsid w:val="00F126B5"/>
  </w:style>
  <w:style w:type="character" w:customStyle="1" w:styleId="max-w-full">
    <w:name w:val="max-w-full"/>
    <w:basedOn w:val="DefaultParagraphFont"/>
    <w:rsid w:val="00F126B5"/>
  </w:style>
  <w:style w:type="character" w:customStyle="1" w:styleId="-me-1">
    <w:name w:val="-me-1"/>
    <w:basedOn w:val="DefaultParagraphFont"/>
    <w:rsid w:val="00F126B5"/>
  </w:style>
  <w:style w:type="character" w:styleId="UnresolvedMention">
    <w:name w:val="Unresolved Mention"/>
    <w:basedOn w:val="DefaultParagraphFont"/>
    <w:uiPriority w:val="99"/>
    <w:semiHidden/>
    <w:unhideWhenUsed/>
    <w:rsid w:val="00F126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3080763">
      <w:bodyDiv w:val="1"/>
      <w:marLeft w:val="0"/>
      <w:marRight w:val="0"/>
      <w:marTop w:val="0"/>
      <w:marBottom w:val="0"/>
      <w:divBdr>
        <w:top w:val="none" w:sz="0" w:space="0" w:color="auto"/>
        <w:left w:val="none" w:sz="0" w:space="0" w:color="auto"/>
        <w:bottom w:val="none" w:sz="0" w:space="0" w:color="auto"/>
        <w:right w:val="none" w:sz="0" w:space="0" w:color="auto"/>
      </w:divBdr>
    </w:div>
    <w:div w:id="567689421">
      <w:bodyDiv w:val="1"/>
      <w:marLeft w:val="0"/>
      <w:marRight w:val="0"/>
      <w:marTop w:val="0"/>
      <w:marBottom w:val="0"/>
      <w:divBdr>
        <w:top w:val="none" w:sz="0" w:space="0" w:color="auto"/>
        <w:left w:val="none" w:sz="0" w:space="0" w:color="auto"/>
        <w:bottom w:val="none" w:sz="0" w:space="0" w:color="auto"/>
        <w:right w:val="none" w:sz="0" w:space="0" w:color="auto"/>
      </w:divBdr>
    </w:div>
    <w:div w:id="616176632">
      <w:bodyDiv w:val="1"/>
      <w:marLeft w:val="0"/>
      <w:marRight w:val="0"/>
      <w:marTop w:val="0"/>
      <w:marBottom w:val="0"/>
      <w:divBdr>
        <w:top w:val="none" w:sz="0" w:space="0" w:color="auto"/>
        <w:left w:val="none" w:sz="0" w:space="0" w:color="auto"/>
        <w:bottom w:val="none" w:sz="0" w:space="0" w:color="auto"/>
        <w:right w:val="none" w:sz="0" w:space="0" w:color="auto"/>
      </w:divBdr>
    </w:div>
    <w:div w:id="745766718">
      <w:bodyDiv w:val="1"/>
      <w:marLeft w:val="0"/>
      <w:marRight w:val="0"/>
      <w:marTop w:val="0"/>
      <w:marBottom w:val="0"/>
      <w:divBdr>
        <w:top w:val="none" w:sz="0" w:space="0" w:color="auto"/>
        <w:left w:val="none" w:sz="0" w:space="0" w:color="auto"/>
        <w:bottom w:val="none" w:sz="0" w:space="0" w:color="auto"/>
        <w:right w:val="none" w:sz="0" w:space="0" w:color="auto"/>
      </w:divBdr>
    </w:div>
    <w:div w:id="887306127">
      <w:bodyDiv w:val="1"/>
      <w:marLeft w:val="0"/>
      <w:marRight w:val="0"/>
      <w:marTop w:val="0"/>
      <w:marBottom w:val="0"/>
      <w:divBdr>
        <w:top w:val="none" w:sz="0" w:space="0" w:color="auto"/>
        <w:left w:val="none" w:sz="0" w:space="0" w:color="auto"/>
        <w:bottom w:val="none" w:sz="0" w:space="0" w:color="auto"/>
        <w:right w:val="none" w:sz="0" w:space="0" w:color="auto"/>
      </w:divBdr>
    </w:div>
    <w:div w:id="1254897909">
      <w:bodyDiv w:val="1"/>
      <w:marLeft w:val="0"/>
      <w:marRight w:val="0"/>
      <w:marTop w:val="0"/>
      <w:marBottom w:val="0"/>
      <w:divBdr>
        <w:top w:val="none" w:sz="0" w:space="0" w:color="auto"/>
        <w:left w:val="none" w:sz="0" w:space="0" w:color="auto"/>
        <w:bottom w:val="none" w:sz="0" w:space="0" w:color="auto"/>
        <w:right w:val="none" w:sz="0" w:space="0" w:color="auto"/>
      </w:divBdr>
      <w:divsChild>
        <w:div w:id="3834134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9590938">
      <w:bodyDiv w:val="1"/>
      <w:marLeft w:val="0"/>
      <w:marRight w:val="0"/>
      <w:marTop w:val="0"/>
      <w:marBottom w:val="0"/>
      <w:divBdr>
        <w:top w:val="none" w:sz="0" w:space="0" w:color="auto"/>
        <w:left w:val="none" w:sz="0" w:space="0" w:color="auto"/>
        <w:bottom w:val="none" w:sz="0" w:space="0" w:color="auto"/>
        <w:right w:val="none" w:sz="0" w:space="0" w:color="auto"/>
      </w:divBdr>
    </w:div>
    <w:div w:id="1468009440">
      <w:bodyDiv w:val="1"/>
      <w:marLeft w:val="0"/>
      <w:marRight w:val="0"/>
      <w:marTop w:val="0"/>
      <w:marBottom w:val="0"/>
      <w:divBdr>
        <w:top w:val="none" w:sz="0" w:space="0" w:color="auto"/>
        <w:left w:val="none" w:sz="0" w:space="0" w:color="auto"/>
        <w:bottom w:val="none" w:sz="0" w:space="0" w:color="auto"/>
        <w:right w:val="none" w:sz="0" w:space="0" w:color="auto"/>
      </w:divBdr>
    </w:div>
    <w:div w:id="1494101347">
      <w:bodyDiv w:val="1"/>
      <w:marLeft w:val="0"/>
      <w:marRight w:val="0"/>
      <w:marTop w:val="0"/>
      <w:marBottom w:val="0"/>
      <w:divBdr>
        <w:top w:val="none" w:sz="0" w:space="0" w:color="auto"/>
        <w:left w:val="none" w:sz="0" w:space="0" w:color="auto"/>
        <w:bottom w:val="none" w:sz="0" w:space="0" w:color="auto"/>
        <w:right w:val="none" w:sz="0" w:space="0" w:color="auto"/>
      </w:divBdr>
    </w:div>
    <w:div w:id="1547571005">
      <w:bodyDiv w:val="1"/>
      <w:marLeft w:val="0"/>
      <w:marRight w:val="0"/>
      <w:marTop w:val="0"/>
      <w:marBottom w:val="0"/>
      <w:divBdr>
        <w:top w:val="none" w:sz="0" w:space="0" w:color="auto"/>
        <w:left w:val="none" w:sz="0" w:space="0" w:color="auto"/>
        <w:bottom w:val="none" w:sz="0" w:space="0" w:color="auto"/>
        <w:right w:val="none" w:sz="0" w:space="0" w:color="auto"/>
      </w:divBdr>
    </w:div>
    <w:div w:id="1552964362">
      <w:bodyDiv w:val="1"/>
      <w:marLeft w:val="0"/>
      <w:marRight w:val="0"/>
      <w:marTop w:val="0"/>
      <w:marBottom w:val="0"/>
      <w:divBdr>
        <w:top w:val="none" w:sz="0" w:space="0" w:color="auto"/>
        <w:left w:val="none" w:sz="0" w:space="0" w:color="auto"/>
        <w:bottom w:val="none" w:sz="0" w:space="0" w:color="auto"/>
        <w:right w:val="none" w:sz="0" w:space="0" w:color="auto"/>
      </w:divBdr>
      <w:divsChild>
        <w:div w:id="1686205997">
          <w:marLeft w:val="0"/>
          <w:marRight w:val="0"/>
          <w:marTop w:val="0"/>
          <w:marBottom w:val="0"/>
          <w:divBdr>
            <w:top w:val="none" w:sz="0" w:space="0" w:color="auto"/>
            <w:left w:val="none" w:sz="0" w:space="0" w:color="auto"/>
            <w:bottom w:val="none" w:sz="0" w:space="0" w:color="auto"/>
            <w:right w:val="none" w:sz="0" w:space="0" w:color="auto"/>
          </w:divBdr>
          <w:divsChild>
            <w:div w:id="254293692">
              <w:marLeft w:val="0"/>
              <w:marRight w:val="0"/>
              <w:marTop w:val="0"/>
              <w:marBottom w:val="0"/>
              <w:divBdr>
                <w:top w:val="none" w:sz="0" w:space="0" w:color="auto"/>
                <w:left w:val="none" w:sz="0" w:space="0" w:color="auto"/>
                <w:bottom w:val="none" w:sz="0" w:space="0" w:color="auto"/>
                <w:right w:val="none" w:sz="0" w:space="0" w:color="auto"/>
              </w:divBdr>
            </w:div>
          </w:divsChild>
        </w:div>
        <w:div w:id="2121408614">
          <w:marLeft w:val="0"/>
          <w:marRight w:val="0"/>
          <w:marTop w:val="0"/>
          <w:marBottom w:val="0"/>
          <w:divBdr>
            <w:top w:val="none" w:sz="0" w:space="0" w:color="auto"/>
            <w:left w:val="none" w:sz="0" w:space="0" w:color="auto"/>
            <w:bottom w:val="none" w:sz="0" w:space="0" w:color="auto"/>
            <w:right w:val="none" w:sz="0" w:space="0" w:color="auto"/>
          </w:divBdr>
          <w:divsChild>
            <w:div w:id="1405251408">
              <w:marLeft w:val="0"/>
              <w:marRight w:val="0"/>
              <w:marTop w:val="0"/>
              <w:marBottom w:val="0"/>
              <w:divBdr>
                <w:top w:val="none" w:sz="0" w:space="0" w:color="auto"/>
                <w:left w:val="none" w:sz="0" w:space="0" w:color="auto"/>
                <w:bottom w:val="none" w:sz="0" w:space="0" w:color="auto"/>
                <w:right w:val="none" w:sz="0" w:space="0" w:color="auto"/>
              </w:divBdr>
            </w:div>
          </w:divsChild>
        </w:div>
        <w:div w:id="735594550">
          <w:marLeft w:val="0"/>
          <w:marRight w:val="0"/>
          <w:marTop w:val="0"/>
          <w:marBottom w:val="0"/>
          <w:divBdr>
            <w:top w:val="none" w:sz="0" w:space="0" w:color="auto"/>
            <w:left w:val="none" w:sz="0" w:space="0" w:color="auto"/>
            <w:bottom w:val="none" w:sz="0" w:space="0" w:color="auto"/>
            <w:right w:val="none" w:sz="0" w:space="0" w:color="auto"/>
          </w:divBdr>
          <w:divsChild>
            <w:div w:id="1515147551">
              <w:marLeft w:val="0"/>
              <w:marRight w:val="0"/>
              <w:marTop w:val="0"/>
              <w:marBottom w:val="0"/>
              <w:divBdr>
                <w:top w:val="none" w:sz="0" w:space="0" w:color="auto"/>
                <w:left w:val="none" w:sz="0" w:space="0" w:color="auto"/>
                <w:bottom w:val="none" w:sz="0" w:space="0" w:color="auto"/>
                <w:right w:val="none" w:sz="0" w:space="0" w:color="auto"/>
              </w:divBdr>
            </w:div>
          </w:divsChild>
        </w:div>
        <w:div w:id="2114350787">
          <w:marLeft w:val="0"/>
          <w:marRight w:val="0"/>
          <w:marTop w:val="0"/>
          <w:marBottom w:val="0"/>
          <w:divBdr>
            <w:top w:val="none" w:sz="0" w:space="0" w:color="auto"/>
            <w:left w:val="none" w:sz="0" w:space="0" w:color="auto"/>
            <w:bottom w:val="none" w:sz="0" w:space="0" w:color="auto"/>
            <w:right w:val="none" w:sz="0" w:space="0" w:color="auto"/>
          </w:divBdr>
          <w:divsChild>
            <w:div w:id="517544782">
              <w:marLeft w:val="0"/>
              <w:marRight w:val="0"/>
              <w:marTop w:val="0"/>
              <w:marBottom w:val="0"/>
              <w:divBdr>
                <w:top w:val="none" w:sz="0" w:space="0" w:color="auto"/>
                <w:left w:val="none" w:sz="0" w:space="0" w:color="auto"/>
                <w:bottom w:val="none" w:sz="0" w:space="0" w:color="auto"/>
                <w:right w:val="none" w:sz="0" w:space="0" w:color="auto"/>
              </w:divBdr>
            </w:div>
          </w:divsChild>
        </w:div>
        <w:div w:id="1383674255">
          <w:marLeft w:val="0"/>
          <w:marRight w:val="0"/>
          <w:marTop w:val="0"/>
          <w:marBottom w:val="0"/>
          <w:divBdr>
            <w:top w:val="none" w:sz="0" w:space="0" w:color="auto"/>
            <w:left w:val="none" w:sz="0" w:space="0" w:color="auto"/>
            <w:bottom w:val="none" w:sz="0" w:space="0" w:color="auto"/>
            <w:right w:val="none" w:sz="0" w:space="0" w:color="auto"/>
          </w:divBdr>
          <w:divsChild>
            <w:div w:id="319962335">
              <w:marLeft w:val="0"/>
              <w:marRight w:val="0"/>
              <w:marTop w:val="0"/>
              <w:marBottom w:val="0"/>
              <w:divBdr>
                <w:top w:val="none" w:sz="0" w:space="0" w:color="auto"/>
                <w:left w:val="none" w:sz="0" w:space="0" w:color="auto"/>
                <w:bottom w:val="none" w:sz="0" w:space="0" w:color="auto"/>
                <w:right w:val="none" w:sz="0" w:space="0" w:color="auto"/>
              </w:divBdr>
            </w:div>
          </w:divsChild>
        </w:div>
        <w:div w:id="1592424324">
          <w:marLeft w:val="0"/>
          <w:marRight w:val="0"/>
          <w:marTop w:val="0"/>
          <w:marBottom w:val="0"/>
          <w:divBdr>
            <w:top w:val="none" w:sz="0" w:space="0" w:color="auto"/>
            <w:left w:val="none" w:sz="0" w:space="0" w:color="auto"/>
            <w:bottom w:val="none" w:sz="0" w:space="0" w:color="auto"/>
            <w:right w:val="none" w:sz="0" w:space="0" w:color="auto"/>
          </w:divBdr>
          <w:divsChild>
            <w:div w:id="57050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720334">
      <w:bodyDiv w:val="1"/>
      <w:marLeft w:val="0"/>
      <w:marRight w:val="0"/>
      <w:marTop w:val="0"/>
      <w:marBottom w:val="0"/>
      <w:divBdr>
        <w:top w:val="none" w:sz="0" w:space="0" w:color="auto"/>
        <w:left w:val="none" w:sz="0" w:space="0" w:color="auto"/>
        <w:bottom w:val="none" w:sz="0" w:space="0" w:color="auto"/>
        <w:right w:val="none" w:sz="0" w:space="0" w:color="auto"/>
      </w:divBdr>
    </w:div>
    <w:div w:id="1766420050">
      <w:bodyDiv w:val="1"/>
      <w:marLeft w:val="0"/>
      <w:marRight w:val="0"/>
      <w:marTop w:val="0"/>
      <w:marBottom w:val="0"/>
      <w:divBdr>
        <w:top w:val="none" w:sz="0" w:space="0" w:color="auto"/>
        <w:left w:val="none" w:sz="0" w:space="0" w:color="auto"/>
        <w:bottom w:val="none" w:sz="0" w:space="0" w:color="auto"/>
        <w:right w:val="none" w:sz="0" w:space="0" w:color="auto"/>
      </w:divBdr>
    </w:div>
    <w:div w:id="1865439683">
      <w:bodyDiv w:val="1"/>
      <w:marLeft w:val="0"/>
      <w:marRight w:val="0"/>
      <w:marTop w:val="0"/>
      <w:marBottom w:val="0"/>
      <w:divBdr>
        <w:top w:val="none" w:sz="0" w:space="0" w:color="auto"/>
        <w:left w:val="none" w:sz="0" w:space="0" w:color="auto"/>
        <w:bottom w:val="none" w:sz="0" w:space="0" w:color="auto"/>
        <w:right w:val="none" w:sz="0" w:space="0" w:color="auto"/>
      </w:divBdr>
    </w:div>
    <w:div w:id="198758902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lobalaisummit.org/Documents/StateofAIinSaudiArabia.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jsrm.net/index.php/ijsrm/article/view/6056/376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20https:/d30i16bbj53pdg.cloudfront.net/wp-content/uploads/2024/08/Artificial-Intelligence-and-Strategic-Decision-Making.pdf" TargetMode="External"/><Relationship Id="rId5" Type="http://schemas.openxmlformats.org/officeDocument/2006/relationships/webSettings" Target="webSettings.xml"/><Relationship Id="rId15" Type="http://schemas.openxmlformats.org/officeDocument/2006/relationships/hyperlink" Target="https://sdaia.gov.sa/en/SDAIA/about/Files/AIAdoptionFramework.pdf" TargetMode="External"/><Relationship Id="rId10" Type="http://schemas.openxmlformats.org/officeDocument/2006/relationships/hyperlink" Target="https://doi.org/10.5539/ijbm.v15n12p35" TargetMode="External"/><Relationship Id="rId4" Type="http://schemas.openxmlformats.org/officeDocument/2006/relationships/settings" Target="settings.xml"/><Relationship Id="rId9" Type="http://schemas.openxmlformats.org/officeDocument/2006/relationships/hyperlink" Target="https://www.researchgate.net/publication/390475375" TargetMode="External"/><Relationship Id="rId14" Type="http://schemas.openxmlformats.org/officeDocument/2006/relationships/hyperlink" Target="https://www.arabnews.com/node/2598655/business-econom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3BD657-BB12-4C7C-B2FE-191616533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16</Pages>
  <Words>2499</Words>
  <Characters>13374</Characters>
  <Application>Microsoft Office Word</Application>
  <DocSecurity>0</DocSecurity>
  <Lines>514</Lines>
  <Paragraphs>352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15521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Mohamed Eisa Yagoub</cp:lastModifiedBy>
  <cp:revision>23</cp:revision>
  <dcterms:created xsi:type="dcterms:W3CDTF">2013-12-23T23:15:00Z</dcterms:created>
  <dcterms:modified xsi:type="dcterms:W3CDTF">2025-08-09T12:34:00Z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069e699a-5a6e-4bbc-b667-65b178ee84a3</vt:lpwstr>
  </property>
</Properties>
</file>