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169712" w14:textId="74489537" w:rsidR="00441878" w:rsidRDefault="004A23F4" w:rsidP="0042519C">
      <w:pPr>
        <w:pStyle w:val="1"/>
        <w:bidi/>
        <w:jc w:val="center"/>
        <w:rPr>
          <w:rFonts w:asciiTheme="majorBidi" w:hAnsiTheme="majorBidi"/>
          <w:sz w:val="36"/>
          <w:szCs w:val="36"/>
          <w:rtl/>
        </w:rPr>
      </w:pPr>
      <w:r w:rsidRPr="00441878">
        <w:rPr>
          <w:rFonts w:asciiTheme="majorBidi" w:hAnsiTheme="majorBidi"/>
          <w:sz w:val="36"/>
          <w:szCs w:val="36"/>
          <w:rtl/>
        </w:rPr>
        <w:t>تدريب</w:t>
      </w:r>
      <w:r w:rsidRPr="00441878">
        <w:rPr>
          <w:rFonts w:asciiTheme="majorBidi" w:hAnsiTheme="majorBidi"/>
          <w:sz w:val="36"/>
          <w:szCs w:val="36"/>
        </w:rPr>
        <w:t xml:space="preserve"> </w:t>
      </w:r>
      <w:proofErr w:type="gramStart"/>
      <w:r w:rsidRPr="00441878">
        <w:rPr>
          <w:rFonts w:asciiTheme="majorBidi" w:hAnsiTheme="majorBidi"/>
          <w:sz w:val="36"/>
          <w:szCs w:val="36"/>
          <w:rtl/>
        </w:rPr>
        <w:t>عملي</w:t>
      </w:r>
      <w:r w:rsidRPr="00441878">
        <w:rPr>
          <w:rFonts w:asciiTheme="majorBidi" w:hAnsiTheme="majorBidi"/>
          <w:sz w:val="36"/>
          <w:szCs w:val="36"/>
        </w:rPr>
        <w:t xml:space="preserve">: </w:t>
      </w:r>
      <w:r w:rsidR="00244F54" w:rsidRPr="00441878">
        <w:rPr>
          <w:rFonts w:asciiTheme="majorBidi" w:hAnsiTheme="majorBidi"/>
          <w:sz w:val="36"/>
          <w:szCs w:val="36"/>
          <w:rtl/>
        </w:rPr>
        <w:t xml:space="preserve"> </w:t>
      </w:r>
      <w:r w:rsidRPr="00441878">
        <w:rPr>
          <w:rFonts w:asciiTheme="majorBidi" w:hAnsiTheme="majorBidi"/>
          <w:sz w:val="36"/>
          <w:szCs w:val="36"/>
          <w:rtl/>
        </w:rPr>
        <w:t>إعداد</w:t>
      </w:r>
      <w:proofErr w:type="gramEnd"/>
      <w:r w:rsidRPr="00441878">
        <w:rPr>
          <w:rFonts w:asciiTheme="majorBidi" w:hAnsiTheme="majorBidi"/>
          <w:sz w:val="36"/>
          <w:szCs w:val="36"/>
        </w:rPr>
        <w:t xml:space="preserve"> </w:t>
      </w:r>
      <w:r w:rsidR="00DB6787" w:rsidRPr="00441878">
        <w:rPr>
          <w:rFonts w:asciiTheme="majorBidi" w:hAnsiTheme="majorBidi"/>
          <w:sz w:val="36"/>
          <w:szCs w:val="36"/>
          <w:rtl/>
        </w:rPr>
        <w:t>جدول</w:t>
      </w:r>
      <w:r w:rsidRPr="00441878">
        <w:rPr>
          <w:rFonts w:asciiTheme="majorBidi" w:hAnsiTheme="majorBidi"/>
          <w:sz w:val="36"/>
          <w:szCs w:val="36"/>
        </w:rPr>
        <w:t xml:space="preserve"> </w:t>
      </w:r>
      <w:r w:rsidRPr="00441878">
        <w:rPr>
          <w:rFonts w:asciiTheme="majorBidi" w:hAnsiTheme="majorBidi"/>
          <w:sz w:val="36"/>
          <w:szCs w:val="36"/>
          <w:rtl/>
        </w:rPr>
        <w:t>مراجعة</w:t>
      </w:r>
      <w:r w:rsidRPr="00441878">
        <w:rPr>
          <w:rFonts w:asciiTheme="majorBidi" w:hAnsiTheme="majorBidi"/>
          <w:sz w:val="36"/>
          <w:szCs w:val="36"/>
        </w:rPr>
        <w:t xml:space="preserve"> </w:t>
      </w:r>
      <w:r w:rsidRPr="00441878">
        <w:rPr>
          <w:rFonts w:asciiTheme="majorBidi" w:hAnsiTheme="majorBidi"/>
          <w:sz w:val="36"/>
          <w:szCs w:val="36"/>
          <w:rtl/>
        </w:rPr>
        <w:t>الأدبيات</w:t>
      </w:r>
    </w:p>
    <w:p w14:paraId="1F915C43" w14:textId="77777777" w:rsidR="0042519C" w:rsidRPr="0042519C" w:rsidRDefault="0042519C" w:rsidP="0042519C">
      <w:pPr>
        <w:bidi/>
      </w:pPr>
    </w:p>
    <w:p w14:paraId="3368A961" w14:textId="77777777" w:rsidR="0042519C" w:rsidRDefault="004A23F4" w:rsidP="0042519C">
      <w:pPr>
        <w:bidi/>
        <w:rPr>
          <w:rFonts w:asciiTheme="majorBidi" w:hAnsiTheme="majorBidi" w:cstheme="majorBidi"/>
          <w:sz w:val="28"/>
          <w:szCs w:val="28"/>
          <w:rtl/>
        </w:rPr>
      </w:pPr>
      <w:r w:rsidRPr="00441878">
        <w:rPr>
          <w:rFonts w:asciiTheme="majorBidi" w:hAnsiTheme="majorBidi" w:cstheme="majorBidi"/>
          <w:sz w:val="32"/>
          <w:szCs w:val="32"/>
          <w:u w:val="single"/>
          <w:rtl/>
        </w:rPr>
        <w:t>هدف</w:t>
      </w:r>
      <w:r w:rsidRPr="00441878">
        <w:rPr>
          <w:rFonts w:asciiTheme="majorBidi" w:hAnsiTheme="majorBidi" w:cstheme="majorBidi"/>
          <w:sz w:val="32"/>
          <w:szCs w:val="32"/>
          <w:u w:val="single"/>
        </w:rPr>
        <w:t xml:space="preserve"> </w:t>
      </w:r>
      <w:r w:rsidRPr="00441878">
        <w:rPr>
          <w:rFonts w:asciiTheme="majorBidi" w:hAnsiTheme="majorBidi" w:cstheme="majorBidi"/>
          <w:sz w:val="32"/>
          <w:szCs w:val="32"/>
          <w:u w:val="single"/>
          <w:rtl/>
        </w:rPr>
        <w:t>التدريب</w:t>
      </w:r>
      <w:r w:rsidRPr="00441878">
        <w:rPr>
          <w:rFonts w:asciiTheme="majorBidi" w:hAnsiTheme="majorBidi" w:cstheme="majorBidi"/>
          <w:sz w:val="32"/>
          <w:szCs w:val="32"/>
          <w:u w:val="single"/>
        </w:rPr>
        <w:t>:</w:t>
      </w:r>
    </w:p>
    <w:p w14:paraId="62A0D53D" w14:textId="58A24244" w:rsidR="00441878" w:rsidRDefault="004A23F4" w:rsidP="0042519C">
      <w:pPr>
        <w:bidi/>
        <w:rPr>
          <w:rFonts w:asciiTheme="majorBidi" w:hAnsiTheme="majorBidi" w:cstheme="majorBidi"/>
          <w:sz w:val="28"/>
          <w:szCs w:val="28"/>
          <w:rtl/>
        </w:rPr>
      </w:pPr>
      <w:r w:rsidRPr="00441878">
        <w:rPr>
          <w:rFonts w:asciiTheme="majorBidi" w:hAnsiTheme="majorBidi" w:cstheme="majorBidi"/>
          <w:sz w:val="28"/>
          <w:szCs w:val="28"/>
        </w:rPr>
        <w:br/>
      </w:r>
      <w:r w:rsidRPr="00441878">
        <w:rPr>
          <w:rFonts w:asciiTheme="majorBidi" w:hAnsiTheme="majorBidi" w:cstheme="majorBidi"/>
          <w:sz w:val="28"/>
          <w:szCs w:val="28"/>
          <w:rtl/>
        </w:rPr>
        <w:t>تعلم</w:t>
      </w:r>
      <w:r w:rsidRPr="00441878">
        <w:rPr>
          <w:rFonts w:asciiTheme="majorBidi" w:hAnsiTheme="majorBidi" w:cstheme="majorBidi"/>
          <w:sz w:val="28"/>
          <w:szCs w:val="28"/>
        </w:rPr>
        <w:t xml:space="preserve"> </w:t>
      </w:r>
      <w:r w:rsidRPr="00441878">
        <w:rPr>
          <w:rFonts w:asciiTheme="majorBidi" w:hAnsiTheme="majorBidi" w:cstheme="majorBidi"/>
          <w:sz w:val="28"/>
          <w:szCs w:val="28"/>
          <w:rtl/>
        </w:rPr>
        <w:t>كيفية</w:t>
      </w:r>
      <w:r w:rsidRPr="00441878">
        <w:rPr>
          <w:rFonts w:asciiTheme="majorBidi" w:hAnsiTheme="majorBidi" w:cstheme="majorBidi"/>
          <w:sz w:val="28"/>
          <w:szCs w:val="28"/>
        </w:rPr>
        <w:t xml:space="preserve"> </w:t>
      </w:r>
      <w:r w:rsidRPr="00441878">
        <w:rPr>
          <w:rFonts w:asciiTheme="majorBidi" w:hAnsiTheme="majorBidi" w:cstheme="majorBidi"/>
          <w:sz w:val="28"/>
          <w:szCs w:val="28"/>
          <w:rtl/>
        </w:rPr>
        <w:t>تنظيم</w:t>
      </w:r>
      <w:r w:rsidRPr="00441878">
        <w:rPr>
          <w:rFonts w:asciiTheme="majorBidi" w:hAnsiTheme="majorBidi" w:cstheme="majorBidi"/>
          <w:sz w:val="28"/>
          <w:szCs w:val="28"/>
        </w:rPr>
        <w:t xml:space="preserve"> </w:t>
      </w:r>
      <w:r w:rsidRPr="00441878">
        <w:rPr>
          <w:rFonts w:asciiTheme="majorBidi" w:hAnsiTheme="majorBidi" w:cstheme="majorBidi"/>
          <w:sz w:val="28"/>
          <w:szCs w:val="28"/>
          <w:rtl/>
        </w:rPr>
        <w:t>وتحليل</w:t>
      </w:r>
      <w:r w:rsidRPr="00441878">
        <w:rPr>
          <w:rFonts w:asciiTheme="majorBidi" w:hAnsiTheme="majorBidi" w:cstheme="majorBidi"/>
          <w:sz w:val="28"/>
          <w:szCs w:val="28"/>
        </w:rPr>
        <w:t xml:space="preserve"> </w:t>
      </w:r>
      <w:r w:rsidRPr="00441878">
        <w:rPr>
          <w:rFonts w:asciiTheme="majorBidi" w:hAnsiTheme="majorBidi" w:cstheme="majorBidi"/>
          <w:sz w:val="28"/>
          <w:szCs w:val="28"/>
          <w:rtl/>
        </w:rPr>
        <w:t>الدراسات</w:t>
      </w:r>
      <w:r w:rsidRPr="00441878">
        <w:rPr>
          <w:rFonts w:asciiTheme="majorBidi" w:hAnsiTheme="majorBidi" w:cstheme="majorBidi"/>
          <w:sz w:val="28"/>
          <w:szCs w:val="28"/>
        </w:rPr>
        <w:t xml:space="preserve"> </w:t>
      </w:r>
      <w:r w:rsidRPr="00441878">
        <w:rPr>
          <w:rFonts w:asciiTheme="majorBidi" w:hAnsiTheme="majorBidi" w:cstheme="majorBidi"/>
          <w:sz w:val="28"/>
          <w:szCs w:val="28"/>
          <w:rtl/>
        </w:rPr>
        <w:t>السابقة</w:t>
      </w:r>
      <w:r w:rsidRPr="00441878">
        <w:rPr>
          <w:rFonts w:asciiTheme="majorBidi" w:hAnsiTheme="majorBidi" w:cstheme="majorBidi"/>
          <w:sz w:val="28"/>
          <w:szCs w:val="28"/>
        </w:rPr>
        <w:t xml:space="preserve"> </w:t>
      </w:r>
      <w:r w:rsidRPr="00441878">
        <w:rPr>
          <w:rFonts w:asciiTheme="majorBidi" w:hAnsiTheme="majorBidi" w:cstheme="majorBidi"/>
          <w:sz w:val="28"/>
          <w:szCs w:val="28"/>
          <w:rtl/>
        </w:rPr>
        <w:t>باستخدام</w:t>
      </w:r>
      <w:r w:rsidRPr="00441878">
        <w:rPr>
          <w:rFonts w:asciiTheme="majorBidi" w:hAnsiTheme="majorBidi" w:cstheme="majorBidi"/>
          <w:sz w:val="28"/>
          <w:szCs w:val="28"/>
        </w:rPr>
        <w:t xml:space="preserve"> </w:t>
      </w:r>
      <w:r w:rsidRPr="00441878">
        <w:rPr>
          <w:rFonts w:asciiTheme="majorBidi" w:hAnsiTheme="majorBidi" w:cstheme="majorBidi"/>
          <w:sz w:val="28"/>
          <w:szCs w:val="28"/>
          <w:rtl/>
        </w:rPr>
        <w:t>جدول</w:t>
      </w:r>
      <w:r w:rsidRPr="00441878">
        <w:rPr>
          <w:rFonts w:asciiTheme="majorBidi" w:hAnsiTheme="majorBidi" w:cstheme="majorBidi"/>
          <w:sz w:val="28"/>
          <w:szCs w:val="28"/>
        </w:rPr>
        <w:t xml:space="preserve"> </w:t>
      </w:r>
      <w:r w:rsidRPr="00441878">
        <w:rPr>
          <w:rFonts w:asciiTheme="majorBidi" w:hAnsiTheme="majorBidi" w:cstheme="majorBidi"/>
          <w:sz w:val="28"/>
          <w:szCs w:val="28"/>
          <w:rtl/>
        </w:rPr>
        <w:t>مراجعة</w:t>
      </w:r>
      <w:r w:rsidRPr="00441878">
        <w:rPr>
          <w:rFonts w:asciiTheme="majorBidi" w:hAnsiTheme="majorBidi" w:cstheme="majorBidi"/>
          <w:sz w:val="28"/>
          <w:szCs w:val="28"/>
        </w:rPr>
        <w:t xml:space="preserve"> </w:t>
      </w:r>
      <w:r w:rsidR="00441878" w:rsidRPr="00441878">
        <w:rPr>
          <w:rFonts w:asciiTheme="majorBidi" w:hAnsiTheme="majorBidi" w:cstheme="majorBidi"/>
          <w:sz w:val="28"/>
          <w:szCs w:val="28"/>
          <w:rtl/>
        </w:rPr>
        <w:t>الأ</w:t>
      </w:r>
      <w:r w:rsidRPr="00441878">
        <w:rPr>
          <w:rFonts w:asciiTheme="majorBidi" w:hAnsiTheme="majorBidi" w:cstheme="majorBidi"/>
          <w:sz w:val="28"/>
          <w:szCs w:val="28"/>
          <w:rtl/>
        </w:rPr>
        <w:t>دبيات</w:t>
      </w:r>
      <w:r w:rsidR="00DB6787" w:rsidRPr="00441878">
        <w:rPr>
          <w:rFonts w:asciiTheme="majorBidi" w:hAnsiTheme="majorBidi" w:cstheme="majorBidi"/>
          <w:sz w:val="28"/>
          <w:szCs w:val="28"/>
          <w:rtl/>
        </w:rPr>
        <w:t xml:space="preserve"> </w:t>
      </w:r>
      <w:r w:rsidRPr="00441878">
        <w:rPr>
          <w:rFonts w:asciiTheme="majorBidi" w:hAnsiTheme="majorBidi" w:cstheme="majorBidi"/>
          <w:sz w:val="28"/>
          <w:szCs w:val="28"/>
          <w:rtl/>
        </w:rPr>
        <w:t>لتحديد</w:t>
      </w:r>
      <w:r w:rsidRPr="00441878">
        <w:rPr>
          <w:rFonts w:asciiTheme="majorBidi" w:hAnsiTheme="majorBidi" w:cstheme="majorBidi"/>
          <w:sz w:val="28"/>
          <w:szCs w:val="28"/>
        </w:rPr>
        <w:t xml:space="preserve"> </w:t>
      </w:r>
      <w:r w:rsidRPr="00441878">
        <w:rPr>
          <w:rFonts w:asciiTheme="majorBidi" w:hAnsiTheme="majorBidi" w:cstheme="majorBidi"/>
          <w:sz w:val="28"/>
          <w:szCs w:val="28"/>
          <w:rtl/>
        </w:rPr>
        <w:t>الفجوات</w:t>
      </w:r>
      <w:r w:rsidRPr="00441878">
        <w:rPr>
          <w:rFonts w:asciiTheme="majorBidi" w:hAnsiTheme="majorBidi" w:cstheme="majorBidi"/>
          <w:sz w:val="28"/>
          <w:szCs w:val="28"/>
        </w:rPr>
        <w:t xml:space="preserve"> </w:t>
      </w:r>
      <w:r w:rsidRPr="00441878">
        <w:rPr>
          <w:rFonts w:asciiTheme="majorBidi" w:hAnsiTheme="majorBidi" w:cstheme="majorBidi"/>
          <w:sz w:val="28"/>
          <w:szCs w:val="28"/>
          <w:rtl/>
        </w:rPr>
        <w:t>البحثية</w:t>
      </w:r>
      <w:r w:rsidRPr="00441878">
        <w:rPr>
          <w:rFonts w:asciiTheme="majorBidi" w:hAnsiTheme="majorBidi" w:cstheme="majorBidi"/>
          <w:sz w:val="28"/>
          <w:szCs w:val="28"/>
        </w:rPr>
        <w:t xml:space="preserve"> </w:t>
      </w:r>
      <w:r w:rsidRPr="00441878">
        <w:rPr>
          <w:rFonts w:asciiTheme="majorBidi" w:hAnsiTheme="majorBidi" w:cstheme="majorBidi"/>
          <w:sz w:val="28"/>
          <w:szCs w:val="28"/>
          <w:rtl/>
        </w:rPr>
        <w:t>وبناء</w:t>
      </w:r>
      <w:r w:rsidRPr="00441878">
        <w:rPr>
          <w:rFonts w:asciiTheme="majorBidi" w:hAnsiTheme="majorBidi" w:cstheme="majorBidi"/>
          <w:sz w:val="28"/>
          <w:szCs w:val="28"/>
        </w:rPr>
        <w:t xml:space="preserve"> </w:t>
      </w:r>
      <w:r w:rsidRPr="00441878">
        <w:rPr>
          <w:rFonts w:asciiTheme="majorBidi" w:hAnsiTheme="majorBidi" w:cstheme="majorBidi"/>
          <w:sz w:val="28"/>
          <w:szCs w:val="28"/>
          <w:rtl/>
        </w:rPr>
        <w:t>خلفية</w:t>
      </w:r>
      <w:r w:rsidRPr="00441878">
        <w:rPr>
          <w:rFonts w:asciiTheme="majorBidi" w:hAnsiTheme="majorBidi" w:cstheme="majorBidi"/>
          <w:sz w:val="28"/>
          <w:szCs w:val="28"/>
        </w:rPr>
        <w:t xml:space="preserve"> </w:t>
      </w:r>
      <w:r w:rsidRPr="00441878">
        <w:rPr>
          <w:rFonts w:asciiTheme="majorBidi" w:hAnsiTheme="majorBidi" w:cstheme="majorBidi"/>
          <w:sz w:val="28"/>
          <w:szCs w:val="28"/>
          <w:rtl/>
        </w:rPr>
        <w:t>علمية</w:t>
      </w:r>
      <w:r w:rsidRPr="00441878">
        <w:rPr>
          <w:rFonts w:asciiTheme="majorBidi" w:hAnsiTheme="majorBidi" w:cstheme="majorBidi"/>
          <w:sz w:val="28"/>
          <w:szCs w:val="28"/>
        </w:rPr>
        <w:t xml:space="preserve"> </w:t>
      </w:r>
      <w:r w:rsidRPr="00441878">
        <w:rPr>
          <w:rFonts w:asciiTheme="majorBidi" w:hAnsiTheme="majorBidi" w:cstheme="majorBidi"/>
          <w:sz w:val="28"/>
          <w:szCs w:val="28"/>
          <w:rtl/>
        </w:rPr>
        <w:t>متماسكة</w:t>
      </w:r>
      <w:r w:rsidRPr="00441878">
        <w:rPr>
          <w:rFonts w:asciiTheme="majorBidi" w:hAnsiTheme="majorBidi" w:cstheme="majorBidi"/>
          <w:sz w:val="28"/>
          <w:szCs w:val="28"/>
        </w:rPr>
        <w:t xml:space="preserve"> </w:t>
      </w:r>
      <w:r w:rsidRPr="00441878">
        <w:rPr>
          <w:rFonts w:asciiTheme="majorBidi" w:hAnsiTheme="majorBidi" w:cstheme="majorBidi"/>
          <w:sz w:val="28"/>
          <w:szCs w:val="28"/>
          <w:rtl/>
        </w:rPr>
        <w:t>تدعم</w:t>
      </w:r>
      <w:r w:rsidRPr="00441878">
        <w:rPr>
          <w:rFonts w:asciiTheme="majorBidi" w:hAnsiTheme="majorBidi" w:cstheme="majorBidi"/>
          <w:sz w:val="28"/>
          <w:szCs w:val="28"/>
        </w:rPr>
        <w:t xml:space="preserve"> </w:t>
      </w:r>
      <w:r w:rsidR="00441878" w:rsidRPr="00441878">
        <w:rPr>
          <w:rFonts w:asciiTheme="majorBidi" w:hAnsiTheme="majorBidi" w:cstheme="majorBidi"/>
          <w:sz w:val="28"/>
          <w:szCs w:val="28"/>
          <w:rtl/>
        </w:rPr>
        <w:t>ال</w:t>
      </w:r>
      <w:r w:rsidRPr="00441878">
        <w:rPr>
          <w:rFonts w:asciiTheme="majorBidi" w:hAnsiTheme="majorBidi" w:cstheme="majorBidi"/>
          <w:sz w:val="28"/>
          <w:szCs w:val="28"/>
          <w:rtl/>
        </w:rPr>
        <w:t>مشروع</w:t>
      </w:r>
      <w:r w:rsidRPr="00441878">
        <w:rPr>
          <w:rFonts w:asciiTheme="majorBidi" w:hAnsiTheme="majorBidi" w:cstheme="majorBidi"/>
          <w:sz w:val="28"/>
          <w:szCs w:val="28"/>
        </w:rPr>
        <w:t xml:space="preserve"> </w:t>
      </w:r>
      <w:r w:rsidRPr="00441878">
        <w:rPr>
          <w:rFonts w:asciiTheme="majorBidi" w:hAnsiTheme="majorBidi" w:cstheme="majorBidi"/>
          <w:sz w:val="28"/>
          <w:szCs w:val="28"/>
          <w:rtl/>
        </w:rPr>
        <w:t>البحثي</w:t>
      </w:r>
      <w:r w:rsidRPr="00441878">
        <w:rPr>
          <w:rFonts w:asciiTheme="majorBidi" w:hAnsiTheme="majorBidi" w:cstheme="majorBidi"/>
          <w:sz w:val="28"/>
          <w:szCs w:val="28"/>
        </w:rPr>
        <w:t>.</w:t>
      </w:r>
    </w:p>
    <w:p w14:paraId="63D50A62" w14:textId="77777777" w:rsidR="0042519C" w:rsidRPr="00441878" w:rsidRDefault="0042519C" w:rsidP="0042519C">
      <w:pPr>
        <w:bidi/>
        <w:rPr>
          <w:rFonts w:asciiTheme="majorBidi" w:hAnsiTheme="majorBidi" w:cstheme="majorBidi"/>
          <w:sz w:val="28"/>
          <w:szCs w:val="28"/>
        </w:rPr>
      </w:pPr>
    </w:p>
    <w:p w14:paraId="2B2C4AB1" w14:textId="5136ACE1" w:rsidR="00441878" w:rsidRDefault="004A23F4" w:rsidP="00244F54">
      <w:pPr>
        <w:bidi/>
        <w:rPr>
          <w:rFonts w:asciiTheme="majorBidi" w:hAnsiTheme="majorBidi" w:cstheme="majorBidi"/>
          <w:sz w:val="32"/>
          <w:szCs w:val="32"/>
          <w:u w:val="single"/>
          <w:rtl/>
        </w:rPr>
      </w:pPr>
      <w:r w:rsidRPr="00441878">
        <w:rPr>
          <w:rFonts w:asciiTheme="majorBidi" w:hAnsiTheme="majorBidi" w:cstheme="majorBidi"/>
          <w:sz w:val="32"/>
          <w:szCs w:val="32"/>
          <w:u w:val="single"/>
          <w:rtl/>
        </w:rPr>
        <w:t>المطلوب</w:t>
      </w:r>
      <w:r w:rsidRPr="00441878">
        <w:rPr>
          <w:rFonts w:asciiTheme="majorBidi" w:hAnsiTheme="majorBidi" w:cstheme="majorBidi"/>
          <w:sz w:val="32"/>
          <w:szCs w:val="32"/>
          <w:u w:val="single"/>
        </w:rPr>
        <w:t xml:space="preserve"> </w:t>
      </w:r>
      <w:r w:rsidRPr="00441878">
        <w:rPr>
          <w:rFonts w:asciiTheme="majorBidi" w:hAnsiTheme="majorBidi" w:cstheme="majorBidi"/>
          <w:sz w:val="32"/>
          <w:szCs w:val="32"/>
          <w:u w:val="single"/>
          <w:rtl/>
        </w:rPr>
        <w:t>من</w:t>
      </w:r>
      <w:r w:rsidRPr="00441878">
        <w:rPr>
          <w:rFonts w:asciiTheme="majorBidi" w:hAnsiTheme="majorBidi" w:cstheme="majorBidi"/>
          <w:sz w:val="32"/>
          <w:szCs w:val="32"/>
          <w:u w:val="single"/>
        </w:rPr>
        <w:t xml:space="preserve"> </w:t>
      </w:r>
      <w:r w:rsidRPr="00441878">
        <w:rPr>
          <w:rFonts w:asciiTheme="majorBidi" w:hAnsiTheme="majorBidi" w:cstheme="majorBidi"/>
          <w:sz w:val="32"/>
          <w:szCs w:val="32"/>
          <w:u w:val="single"/>
          <w:rtl/>
        </w:rPr>
        <w:t>الطالب</w:t>
      </w:r>
      <w:r w:rsidRPr="00441878">
        <w:rPr>
          <w:rFonts w:asciiTheme="majorBidi" w:hAnsiTheme="majorBidi" w:cstheme="majorBidi"/>
          <w:sz w:val="32"/>
          <w:szCs w:val="32"/>
          <w:u w:val="single"/>
        </w:rPr>
        <w:t>:</w:t>
      </w:r>
    </w:p>
    <w:p w14:paraId="399307E2" w14:textId="77777777" w:rsidR="0042519C" w:rsidRDefault="0042519C" w:rsidP="0042519C">
      <w:pPr>
        <w:bidi/>
        <w:rPr>
          <w:rFonts w:asciiTheme="majorBidi" w:hAnsiTheme="majorBidi" w:cstheme="majorBidi"/>
          <w:sz w:val="32"/>
          <w:szCs w:val="32"/>
          <w:u w:val="single"/>
          <w:rtl/>
        </w:rPr>
      </w:pPr>
    </w:p>
    <w:p w14:paraId="5615792F" w14:textId="77777777" w:rsidR="00441878" w:rsidRDefault="00441878" w:rsidP="00441878">
      <w:pPr>
        <w:pStyle w:val="aa"/>
        <w:numPr>
          <w:ilvl w:val="0"/>
          <w:numId w:val="10"/>
        </w:numPr>
        <w:bidi/>
        <w:rPr>
          <w:rFonts w:asciiTheme="majorBidi" w:hAnsiTheme="majorBidi" w:cstheme="majorBidi"/>
          <w:sz w:val="28"/>
          <w:szCs w:val="28"/>
        </w:rPr>
      </w:pPr>
      <w:r>
        <w:rPr>
          <w:rFonts w:asciiTheme="majorBidi" w:hAnsiTheme="majorBidi" w:cstheme="majorBidi" w:hint="cs"/>
          <w:sz w:val="28"/>
          <w:szCs w:val="28"/>
          <w:rtl/>
        </w:rPr>
        <w:t>ا</w:t>
      </w:r>
      <w:r w:rsidR="004A23F4" w:rsidRPr="00441878">
        <w:rPr>
          <w:rFonts w:asciiTheme="majorBidi" w:hAnsiTheme="majorBidi" w:cstheme="majorBidi"/>
          <w:sz w:val="28"/>
          <w:szCs w:val="28"/>
          <w:rtl/>
        </w:rPr>
        <w:t>ختيار</w:t>
      </w:r>
      <w:r w:rsidR="004A23F4" w:rsidRPr="00441878">
        <w:rPr>
          <w:rFonts w:asciiTheme="majorBidi" w:hAnsiTheme="majorBidi" w:cstheme="majorBidi"/>
          <w:sz w:val="28"/>
          <w:szCs w:val="28"/>
        </w:rPr>
        <w:t xml:space="preserve"> </w:t>
      </w:r>
      <w:r w:rsidR="004A23F4" w:rsidRPr="00441878">
        <w:rPr>
          <w:rFonts w:asciiTheme="majorBidi" w:hAnsiTheme="majorBidi" w:cstheme="majorBidi"/>
          <w:sz w:val="28"/>
          <w:szCs w:val="28"/>
          <w:rtl/>
        </w:rPr>
        <w:t>خمس</w:t>
      </w:r>
      <w:r w:rsidR="004A23F4" w:rsidRPr="00441878">
        <w:rPr>
          <w:rFonts w:asciiTheme="majorBidi" w:hAnsiTheme="majorBidi" w:cstheme="majorBidi"/>
          <w:sz w:val="28"/>
          <w:szCs w:val="28"/>
        </w:rPr>
        <w:t xml:space="preserve"> </w:t>
      </w:r>
      <w:r w:rsidR="004A23F4" w:rsidRPr="00441878">
        <w:rPr>
          <w:rFonts w:asciiTheme="majorBidi" w:hAnsiTheme="majorBidi" w:cstheme="majorBidi"/>
          <w:sz w:val="28"/>
          <w:szCs w:val="28"/>
          <w:rtl/>
        </w:rPr>
        <w:t>دراسات</w:t>
      </w:r>
      <w:r w:rsidR="004A23F4" w:rsidRPr="00441878">
        <w:rPr>
          <w:rFonts w:asciiTheme="majorBidi" w:hAnsiTheme="majorBidi" w:cstheme="majorBidi"/>
          <w:sz w:val="28"/>
          <w:szCs w:val="28"/>
        </w:rPr>
        <w:t xml:space="preserve"> </w:t>
      </w:r>
      <w:r w:rsidR="004A23F4" w:rsidRPr="00441878">
        <w:rPr>
          <w:rFonts w:asciiTheme="majorBidi" w:hAnsiTheme="majorBidi" w:cstheme="majorBidi"/>
          <w:sz w:val="28"/>
          <w:szCs w:val="28"/>
          <w:rtl/>
        </w:rPr>
        <w:t>علمية</w:t>
      </w:r>
      <w:r w:rsidR="004A23F4" w:rsidRPr="00441878">
        <w:rPr>
          <w:rFonts w:asciiTheme="majorBidi" w:hAnsiTheme="majorBidi" w:cstheme="majorBidi"/>
          <w:sz w:val="28"/>
          <w:szCs w:val="28"/>
        </w:rPr>
        <w:t xml:space="preserve"> </w:t>
      </w:r>
      <w:r w:rsidR="00244F54" w:rsidRPr="00441878">
        <w:rPr>
          <w:rFonts w:asciiTheme="majorBidi" w:hAnsiTheme="majorBidi" w:cstheme="majorBidi"/>
          <w:sz w:val="28"/>
          <w:szCs w:val="28"/>
          <w:rtl/>
        </w:rPr>
        <w:t>حديثة (</w:t>
      </w:r>
      <w:r w:rsidR="004A23F4" w:rsidRPr="00441878">
        <w:rPr>
          <w:rFonts w:asciiTheme="majorBidi" w:hAnsiTheme="majorBidi" w:cstheme="majorBidi"/>
          <w:sz w:val="28"/>
          <w:szCs w:val="28"/>
          <w:rtl/>
        </w:rPr>
        <w:t>عربية</w:t>
      </w:r>
      <w:r w:rsidR="004A23F4" w:rsidRPr="00441878">
        <w:rPr>
          <w:rFonts w:asciiTheme="majorBidi" w:hAnsiTheme="majorBidi" w:cstheme="majorBidi"/>
          <w:sz w:val="28"/>
          <w:szCs w:val="28"/>
        </w:rPr>
        <w:t xml:space="preserve"> </w:t>
      </w:r>
      <w:r w:rsidR="004A23F4" w:rsidRPr="00441878">
        <w:rPr>
          <w:rFonts w:asciiTheme="majorBidi" w:hAnsiTheme="majorBidi" w:cstheme="majorBidi"/>
          <w:sz w:val="28"/>
          <w:szCs w:val="28"/>
          <w:rtl/>
        </w:rPr>
        <w:t>أو</w:t>
      </w:r>
      <w:r w:rsidR="004A23F4" w:rsidRPr="00441878">
        <w:rPr>
          <w:rFonts w:asciiTheme="majorBidi" w:hAnsiTheme="majorBidi" w:cstheme="majorBidi"/>
          <w:sz w:val="28"/>
          <w:szCs w:val="28"/>
        </w:rPr>
        <w:t xml:space="preserve"> </w:t>
      </w:r>
      <w:r w:rsidR="004A23F4" w:rsidRPr="00441878">
        <w:rPr>
          <w:rFonts w:asciiTheme="majorBidi" w:hAnsiTheme="majorBidi" w:cstheme="majorBidi"/>
          <w:sz w:val="28"/>
          <w:szCs w:val="28"/>
          <w:rtl/>
        </w:rPr>
        <w:t>أجنبية</w:t>
      </w:r>
      <w:r w:rsidR="00244F54" w:rsidRPr="00441878">
        <w:rPr>
          <w:rFonts w:asciiTheme="majorBidi" w:hAnsiTheme="majorBidi" w:cstheme="majorBidi"/>
          <w:sz w:val="28"/>
          <w:szCs w:val="28"/>
          <w:rtl/>
        </w:rPr>
        <w:t xml:space="preserve">) </w:t>
      </w:r>
      <w:r w:rsidR="004A23F4" w:rsidRPr="00441878">
        <w:rPr>
          <w:rFonts w:asciiTheme="majorBidi" w:hAnsiTheme="majorBidi" w:cstheme="majorBidi"/>
          <w:sz w:val="28"/>
          <w:szCs w:val="28"/>
          <w:rtl/>
        </w:rPr>
        <w:t>في</w:t>
      </w:r>
      <w:r w:rsidR="004A23F4" w:rsidRPr="00441878">
        <w:rPr>
          <w:rFonts w:asciiTheme="majorBidi" w:hAnsiTheme="majorBidi" w:cstheme="majorBidi"/>
          <w:sz w:val="28"/>
          <w:szCs w:val="28"/>
        </w:rPr>
        <w:t xml:space="preserve"> </w:t>
      </w:r>
      <w:r w:rsidR="004A23F4" w:rsidRPr="00441878">
        <w:rPr>
          <w:rFonts w:asciiTheme="majorBidi" w:hAnsiTheme="majorBidi" w:cstheme="majorBidi"/>
          <w:sz w:val="28"/>
          <w:szCs w:val="28"/>
          <w:rtl/>
        </w:rPr>
        <w:t>موضوع</w:t>
      </w:r>
      <w:r w:rsidR="004A23F4" w:rsidRPr="00441878">
        <w:rPr>
          <w:rFonts w:asciiTheme="majorBidi" w:hAnsiTheme="majorBidi" w:cstheme="majorBidi"/>
          <w:sz w:val="28"/>
          <w:szCs w:val="28"/>
        </w:rPr>
        <w:t xml:space="preserve"> </w:t>
      </w:r>
      <w:r w:rsidR="004A23F4" w:rsidRPr="00441878">
        <w:rPr>
          <w:rFonts w:asciiTheme="majorBidi" w:hAnsiTheme="majorBidi" w:cstheme="majorBidi"/>
          <w:sz w:val="28"/>
          <w:szCs w:val="28"/>
          <w:rtl/>
        </w:rPr>
        <w:t>بحثه</w:t>
      </w:r>
      <w:r w:rsidR="004A23F4" w:rsidRPr="00441878">
        <w:rPr>
          <w:rFonts w:asciiTheme="majorBidi" w:hAnsiTheme="majorBidi" w:cstheme="majorBidi"/>
          <w:sz w:val="28"/>
          <w:szCs w:val="28"/>
        </w:rPr>
        <w:t>.</w:t>
      </w:r>
    </w:p>
    <w:p w14:paraId="098E9866" w14:textId="77777777" w:rsidR="00441878" w:rsidRDefault="004A23F4" w:rsidP="00441878">
      <w:pPr>
        <w:pStyle w:val="aa"/>
        <w:numPr>
          <w:ilvl w:val="0"/>
          <w:numId w:val="10"/>
        </w:numPr>
        <w:bidi/>
        <w:rPr>
          <w:rFonts w:asciiTheme="majorBidi" w:hAnsiTheme="majorBidi" w:cstheme="majorBidi"/>
          <w:sz w:val="28"/>
          <w:szCs w:val="28"/>
        </w:rPr>
      </w:pPr>
      <w:r w:rsidRPr="00441878">
        <w:rPr>
          <w:rFonts w:asciiTheme="majorBidi" w:hAnsiTheme="majorBidi" w:cstheme="majorBidi"/>
          <w:sz w:val="28"/>
          <w:szCs w:val="28"/>
          <w:rtl/>
        </w:rPr>
        <w:t>تعبئة</w:t>
      </w:r>
      <w:r w:rsidRPr="00441878">
        <w:rPr>
          <w:rFonts w:asciiTheme="majorBidi" w:hAnsiTheme="majorBidi" w:cstheme="majorBidi"/>
          <w:sz w:val="28"/>
          <w:szCs w:val="28"/>
        </w:rPr>
        <w:t xml:space="preserve"> </w:t>
      </w:r>
      <w:r w:rsidRPr="00441878">
        <w:rPr>
          <w:rFonts w:asciiTheme="majorBidi" w:hAnsiTheme="majorBidi" w:cstheme="majorBidi"/>
          <w:sz w:val="28"/>
          <w:szCs w:val="28"/>
          <w:rtl/>
        </w:rPr>
        <w:t>الجدول</w:t>
      </w:r>
      <w:r w:rsidRPr="00441878">
        <w:rPr>
          <w:rFonts w:asciiTheme="majorBidi" w:hAnsiTheme="majorBidi" w:cstheme="majorBidi"/>
          <w:sz w:val="28"/>
          <w:szCs w:val="28"/>
        </w:rPr>
        <w:t xml:space="preserve"> </w:t>
      </w:r>
      <w:r w:rsidRPr="00441878">
        <w:rPr>
          <w:rFonts w:asciiTheme="majorBidi" w:hAnsiTheme="majorBidi" w:cstheme="majorBidi"/>
          <w:sz w:val="28"/>
          <w:szCs w:val="28"/>
          <w:rtl/>
        </w:rPr>
        <w:t>أدناه</w:t>
      </w:r>
      <w:r w:rsidRPr="00441878">
        <w:rPr>
          <w:rFonts w:asciiTheme="majorBidi" w:hAnsiTheme="majorBidi" w:cstheme="majorBidi"/>
          <w:sz w:val="28"/>
          <w:szCs w:val="28"/>
        </w:rPr>
        <w:t xml:space="preserve"> </w:t>
      </w:r>
      <w:r w:rsidRPr="00441878">
        <w:rPr>
          <w:rFonts w:asciiTheme="majorBidi" w:hAnsiTheme="majorBidi" w:cstheme="majorBidi"/>
          <w:sz w:val="28"/>
          <w:szCs w:val="28"/>
          <w:rtl/>
        </w:rPr>
        <w:t>بجميع</w:t>
      </w:r>
      <w:r w:rsidRPr="00441878">
        <w:rPr>
          <w:rFonts w:asciiTheme="majorBidi" w:hAnsiTheme="majorBidi" w:cstheme="majorBidi"/>
          <w:sz w:val="28"/>
          <w:szCs w:val="28"/>
        </w:rPr>
        <w:t xml:space="preserve"> </w:t>
      </w:r>
      <w:r w:rsidRPr="00441878">
        <w:rPr>
          <w:rFonts w:asciiTheme="majorBidi" w:hAnsiTheme="majorBidi" w:cstheme="majorBidi"/>
          <w:sz w:val="28"/>
          <w:szCs w:val="28"/>
          <w:rtl/>
        </w:rPr>
        <w:t>بيانات</w:t>
      </w:r>
      <w:r w:rsidRPr="00441878">
        <w:rPr>
          <w:rFonts w:asciiTheme="majorBidi" w:hAnsiTheme="majorBidi" w:cstheme="majorBidi"/>
          <w:sz w:val="28"/>
          <w:szCs w:val="28"/>
        </w:rPr>
        <w:t xml:space="preserve"> </w:t>
      </w:r>
      <w:r w:rsidRPr="00441878">
        <w:rPr>
          <w:rFonts w:asciiTheme="majorBidi" w:hAnsiTheme="majorBidi" w:cstheme="majorBidi"/>
          <w:sz w:val="28"/>
          <w:szCs w:val="28"/>
          <w:rtl/>
        </w:rPr>
        <w:t>الدراسات</w:t>
      </w:r>
      <w:r w:rsidRPr="00441878">
        <w:rPr>
          <w:rFonts w:asciiTheme="majorBidi" w:hAnsiTheme="majorBidi" w:cstheme="majorBidi"/>
          <w:sz w:val="28"/>
          <w:szCs w:val="28"/>
        </w:rPr>
        <w:t xml:space="preserve"> </w:t>
      </w:r>
      <w:r w:rsidRPr="00441878">
        <w:rPr>
          <w:rFonts w:asciiTheme="majorBidi" w:hAnsiTheme="majorBidi" w:cstheme="majorBidi"/>
          <w:sz w:val="28"/>
          <w:szCs w:val="28"/>
          <w:rtl/>
        </w:rPr>
        <w:t>المختارة</w:t>
      </w:r>
      <w:r w:rsidRPr="00441878">
        <w:rPr>
          <w:rFonts w:asciiTheme="majorBidi" w:hAnsiTheme="majorBidi" w:cstheme="majorBidi"/>
          <w:sz w:val="28"/>
          <w:szCs w:val="28"/>
        </w:rPr>
        <w:t>.</w:t>
      </w:r>
    </w:p>
    <w:p w14:paraId="49F8418E" w14:textId="613ADF4B" w:rsidR="00441878" w:rsidRPr="0042519C" w:rsidRDefault="004A23F4" w:rsidP="0042519C">
      <w:pPr>
        <w:pStyle w:val="aa"/>
        <w:numPr>
          <w:ilvl w:val="0"/>
          <w:numId w:val="10"/>
        </w:numPr>
        <w:bidi/>
        <w:rPr>
          <w:rFonts w:asciiTheme="majorBidi" w:hAnsiTheme="majorBidi" w:cstheme="majorBidi" w:hint="cs"/>
          <w:sz w:val="28"/>
          <w:szCs w:val="28"/>
        </w:rPr>
      </w:pPr>
      <w:r w:rsidRPr="00441878">
        <w:rPr>
          <w:rFonts w:asciiTheme="majorBidi" w:hAnsiTheme="majorBidi" w:cstheme="majorBidi"/>
          <w:sz w:val="28"/>
          <w:szCs w:val="28"/>
          <w:rtl/>
        </w:rPr>
        <w:t>تحليل</w:t>
      </w:r>
      <w:r w:rsidRPr="00441878">
        <w:rPr>
          <w:rFonts w:asciiTheme="majorBidi" w:hAnsiTheme="majorBidi" w:cstheme="majorBidi"/>
          <w:sz w:val="28"/>
          <w:szCs w:val="28"/>
        </w:rPr>
        <w:t xml:space="preserve"> </w:t>
      </w:r>
      <w:r w:rsidRPr="00441878">
        <w:rPr>
          <w:rFonts w:asciiTheme="majorBidi" w:hAnsiTheme="majorBidi" w:cstheme="majorBidi"/>
          <w:sz w:val="28"/>
          <w:szCs w:val="28"/>
          <w:rtl/>
        </w:rPr>
        <w:t>الجدول</w:t>
      </w:r>
      <w:r w:rsidRPr="00441878">
        <w:rPr>
          <w:rFonts w:asciiTheme="majorBidi" w:hAnsiTheme="majorBidi" w:cstheme="majorBidi"/>
          <w:sz w:val="28"/>
          <w:szCs w:val="28"/>
        </w:rPr>
        <w:t xml:space="preserve"> </w:t>
      </w:r>
      <w:r w:rsidRPr="00441878">
        <w:rPr>
          <w:rFonts w:asciiTheme="majorBidi" w:hAnsiTheme="majorBidi" w:cstheme="majorBidi"/>
          <w:sz w:val="28"/>
          <w:szCs w:val="28"/>
          <w:rtl/>
        </w:rPr>
        <w:t>لتحديد</w:t>
      </w:r>
      <w:r w:rsidRPr="00441878">
        <w:rPr>
          <w:rFonts w:asciiTheme="majorBidi" w:hAnsiTheme="majorBidi" w:cstheme="majorBidi"/>
          <w:sz w:val="28"/>
          <w:szCs w:val="28"/>
        </w:rPr>
        <w:t xml:space="preserve"> </w:t>
      </w:r>
      <w:r w:rsidRPr="00441878">
        <w:rPr>
          <w:rFonts w:asciiTheme="majorBidi" w:hAnsiTheme="majorBidi" w:cstheme="majorBidi"/>
          <w:sz w:val="28"/>
          <w:szCs w:val="28"/>
          <w:rtl/>
        </w:rPr>
        <w:t>ما</w:t>
      </w:r>
      <w:r w:rsidRPr="00441878">
        <w:rPr>
          <w:rFonts w:asciiTheme="majorBidi" w:hAnsiTheme="majorBidi" w:cstheme="majorBidi"/>
          <w:sz w:val="28"/>
          <w:szCs w:val="28"/>
        </w:rPr>
        <w:t xml:space="preserve"> </w:t>
      </w:r>
      <w:r w:rsidRPr="00441878">
        <w:rPr>
          <w:rFonts w:asciiTheme="majorBidi" w:hAnsiTheme="majorBidi" w:cstheme="majorBidi"/>
          <w:sz w:val="28"/>
          <w:szCs w:val="28"/>
          <w:rtl/>
        </w:rPr>
        <w:t>الذي</w:t>
      </w:r>
      <w:r w:rsidRPr="00441878">
        <w:rPr>
          <w:rFonts w:asciiTheme="majorBidi" w:hAnsiTheme="majorBidi" w:cstheme="majorBidi"/>
          <w:sz w:val="28"/>
          <w:szCs w:val="28"/>
        </w:rPr>
        <w:t xml:space="preserve"> </w:t>
      </w:r>
      <w:r w:rsidRPr="00441878">
        <w:rPr>
          <w:rFonts w:asciiTheme="majorBidi" w:hAnsiTheme="majorBidi" w:cstheme="majorBidi"/>
          <w:sz w:val="28"/>
          <w:szCs w:val="28"/>
          <w:rtl/>
        </w:rPr>
        <w:t>تم</w:t>
      </w:r>
      <w:r w:rsidRPr="00441878">
        <w:rPr>
          <w:rFonts w:asciiTheme="majorBidi" w:hAnsiTheme="majorBidi" w:cstheme="majorBidi"/>
          <w:sz w:val="28"/>
          <w:szCs w:val="28"/>
        </w:rPr>
        <w:t xml:space="preserve"> </w:t>
      </w:r>
      <w:r w:rsidRPr="00441878">
        <w:rPr>
          <w:rFonts w:asciiTheme="majorBidi" w:hAnsiTheme="majorBidi" w:cstheme="majorBidi"/>
          <w:sz w:val="28"/>
          <w:szCs w:val="28"/>
          <w:rtl/>
        </w:rPr>
        <w:t>التوصل</w:t>
      </w:r>
      <w:r w:rsidRPr="00441878">
        <w:rPr>
          <w:rFonts w:asciiTheme="majorBidi" w:hAnsiTheme="majorBidi" w:cstheme="majorBidi"/>
          <w:sz w:val="28"/>
          <w:szCs w:val="28"/>
        </w:rPr>
        <w:t xml:space="preserve"> </w:t>
      </w:r>
      <w:r w:rsidRPr="00441878">
        <w:rPr>
          <w:rFonts w:asciiTheme="majorBidi" w:hAnsiTheme="majorBidi" w:cstheme="majorBidi"/>
          <w:sz w:val="28"/>
          <w:szCs w:val="28"/>
          <w:rtl/>
        </w:rPr>
        <w:t>إليه،</w:t>
      </w:r>
      <w:r w:rsidRPr="00441878">
        <w:rPr>
          <w:rFonts w:asciiTheme="majorBidi" w:hAnsiTheme="majorBidi" w:cstheme="majorBidi"/>
          <w:sz w:val="28"/>
          <w:szCs w:val="28"/>
        </w:rPr>
        <w:t xml:space="preserve"> </w:t>
      </w:r>
      <w:r w:rsidRPr="00441878">
        <w:rPr>
          <w:rFonts w:asciiTheme="majorBidi" w:hAnsiTheme="majorBidi" w:cstheme="majorBidi"/>
          <w:sz w:val="28"/>
          <w:szCs w:val="28"/>
          <w:rtl/>
        </w:rPr>
        <w:t>وما</w:t>
      </w:r>
      <w:r w:rsidRPr="00441878">
        <w:rPr>
          <w:rFonts w:asciiTheme="majorBidi" w:hAnsiTheme="majorBidi" w:cstheme="majorBidi"/>
          <w:sz w:val="28"/>
          <w:szCs w:val="28"/>
        </w:rPr>
        <w:t xml:space="preserve"> </w:t>
      </w:r>
      <w:r w:rsidRPr="00441878">
        <w:rPr>
          <w:rFonts w:asciiTheme="majorBidi" w:hAnsiTheme="majorBidi" w:cstheme="majorBidi"/>
          <w:sz w:val="28"/>
          <w:szCs w:val="28"/>
          <w:rtl/>
        </w:rPr>
        <w:t>الذي</w:t>
      </w:r>
      <w:r w:rsidRPr="00441878">
        <w:rPr>
          <w:rFonts w:asciiTheme="majorBidi" w:hAnsiTheme="majorBidi" w:cstheme="majorBidi"/>
          <w:sz w:val="28"/>
          <w:szCs w:val="28"/>
        </w:rPr>
        <w:t xml:space="preserve"> </w:t>
      </w:r>
      <w:r w:rsidRPr="00441878">
        <w:rPr>
          <w:rFonts w:asciiTheme="majorBidi" w:hAnsiTheme="majorBidi" w:cstheme="majorBidi"/>
          <w:sz w:val="28"/>
          <w:szCs w:val="28"/>
          <w:rtl/>
        </w:rPr>
        <w:t>لم</w:t>
      </w:r>
      <w:r w:rsidRPr="00441878">
        <w:rPr>
          <w:rFonts w:asciiTheme="majorBidi" w:hAnsiTheme="majorBidi" w:cstheme="majorBidi"/>
          <w:sz w:val="28"/>
          <w:szCs w:val="28"/>
        </w:rPr>
        <w:t xml:space="preserve"> </w:t>
      </w:r>
      <w:r w:rsidRPr="00441878">
        <w:rPr>
          <w:rFonts w:asciiTheme="majorBidi" w:hAnsiTheme="majorBidi" w:cstheme="majorBidi"/>
          <w:sz w:val="28"/>
          <w:szCs w:val="28"/>
          <w:rtl/>
        </w:rPr>
        <w:t>يتم</w:t>
      </w:r>
      <w:r w:rsidRPr="00441878">
        <w:rPr>
          <w:rFonts w:asciiTheme="majorBidi" w:hAnsiTheme="majorBidi" w:cstheme="majorBidi"/>
          <w:sz w:val="28"/>
          <w:szCs w:val="28"/>
        </w:rPr>
        <w:t xml:space="preserve"> </w:t>
      </w:r>
      <w:r w:rsidRPr="00441878">
        <w:rPr>
          <w:rFonts w:asciiTheme="majorBidi" w:hAnsiTheme="majorBidi" w:cstheme="majorBidi"/>
          <w:sz w:val="28"/>
          <w:szCs w:val="28"/>
          <w:rtl/>
        </w:rPr>
        <w:t>تناوله،</w:t>
      </w:r>
      <w:r w:rsidRPr="00441878">
        <w:rPr>
          <w:rFonts w:asciiTheme="majorBidi" w:hAnsiTheme="majorBidi" w:cstheme="majorBidi"/>
          <w:sz w:val="28"/>
          <w:szCs w:val="28"/>
        </w:rPr>
        <w:t xml:space="preserve"> </w:t>
      </w:r>
      <w:r w:rsidRPr="00441878">
        <w:rPr>
          <w:rFonts w:asciiTheme="majorBidi" w:hAnsiTheme="majorBidi" w:cstheme="majorBidi"/>
          <w:sz w:val="28"/>
          <w:szCs w:val="28"/>
          <w:rtl/>
        </w:rPr>
        <w:t>وكيف</w:t>
      </w:r>
      <w:r w:rsidRPr="00441878">
        <w:rPr>
          <w:rFonts w:asciiTheme="majorBidi" w:hAnsiTheme="majorBidi" w:cstheme="majorBidi"/>
          <w:sz w:val="28"/>
          <w:szCs w:val="28"/>
        </w:rPr>
        <w:t xml:space="preserve"> </w:t>
      </w:r>
      <w:r w:rsidRPr="00441878">
        <w:rPr>
          <w:rFonts w:asciiTheme="majorBidi" w:hAnsiTheme="majorBidi" w:cstheme="majorBidi"/>
          <w:sz w:val="28"/>
          <w:szCs w:val="28"/>
          <w:rtl/>
        </w:rPr>
        <w:t>يمكن</w:t>
      </w:r>
      <w:r w:rsidRPr="00441878">
        <w:rPr>
          <w:rFonts w:asciiTheme="majorBidi" w:hAnsiTheme="majorBidi" w:cstheme="majorBidi"/>
          <w:sz w:val="28"/>
          <w:szCs w:val="28"/>
        </w:rPr>
        <w:t xml:space="preserve"> </w:t>
      </w:r>
      <w:r w:rsidRPr="00441878">
        <w:rPr>
          <w:rFonts w:asciiTheme="majorBidi" w:hAnsiTheme="majorBidi" w:cstheme="majorBidi"/>
          <w:sz w:val="28"/>
          <w:szCs w:val="28"/>
          <w:rtl/>
        </w:rPr>
        <w:t>أن</w:t>
      </w:r>
      <w:r w:rsidRPr="00441878">
        <w:rPr>
          <w:rFonts w:asciiTheme="majorBidi" w:hAnsiTheme="majorBidi" w:cstheme="majorBidi"/>
          <w:sz w:val="28"/>
          <w:szCs w:val="28"/>
        </w:rPr>
        <w:t xml:space="preserve"> </w:t>
      </w:r>
      <w:r w:rsidRPr="00441878">
        <w:rPr>
          <w:rFonts w:asciiTheme="majorBidi" w:hAnsiTheme="majorBidi" w:cstheme="majorBidi"/>
          <w:sz w:val="28"/>
          <w:szCs w:val="28"/>
          <w:rtl/>
        </w:rPr>
        <w:t>يسهم</w:t>
      </w:r>
      <w:r w:rsidRPr="00441878">
        <w:rPr>
          <w:rFonts w:asciiTheme="majorBidi" w:hAnsiTheme="majorBidi" w:cstheme="majorBidi"/>
          <w:sz w:val="28"/>
          <w:szCs w:val="28"/>
        </w:rPr>
        <w:t xml:space="preserve"> </w:t>
      </w:r>
      <w:r w:rsidRPr="00441878">
        <w:rPr>
          <w:rFonts w:asciiTheme="majorBidi" w:hAnsiTheme="majorBidi" w:cstheme="majorBidi"/>
          <w:sz w:val="28"/>
          <w:szCs w:val="28"/>
          <w:rtl/>
        </w:rPr>
        <w:t>بحث</w:t>
      </w:r>
      <w:r w:rsidRPr="00441878">
        <w:rPr>
          <w:rFonts w:asciiTheme="majorBidi" w:hAnsiTheme="majorBidi" w:cstheme="majorBidi"/>
          <w:sz w:val="28"/>
          <w:szCs w:val="28"/>
        </w:rPr>
        <w:t xml:space="preserve"> </w:t>
      </w:r>
      <w:r w:rsidRPr="00441878">
        <w:rPr>
          <w:rFonts w:asciiTheme="majorBidi" w:hAnsiTheme="majorBidi" w:cstheme="majorBidi"/>
          <w:sz w:val="28"/>
          <w:szCs w:val="28"/>
          <w:rtl/>
        </w:rPr>
        <w:t>الطالب</w:t>
      </w:r>
      <w:r w:rsidRPr="00441878">
        <w:rPr>
          <w:rFonts w:asciiTheme="majorBidi" w:hAnsiTheme="majorBidi" w:cstheme="majorBidi"/>
          <w:sz w:val="28"/>
          <w:szCs w:val="28"/>
        </w:rPr>
        <w:t xml:space="preserve"> </w:t>
      </w:r>
      <w:r w:rsidRPr="00441878">
        <w:rPr>
          <w:rFonts w:asciiTheme="majorBidi" w:hAnsiTheme="majorBidi" w:cstheme="majorBidi"/>
          <w:sz w:val="28"/>
          <w:szCs w:val="28"/>
          <w:rtl/>
        </w:rPr>
        <w:t>في</w:t>
      </w:r>
      <w:r w:rsidRPr="00441878">
        <w:rPr>
          <w:rFonts w:asciiTheme="majorBidi" w:hAnsiTheme="majorBidi" w:cstheme="majorBidi"/>
          <w:sz w:val="28"/>
          <w:szCs w:val="28"/>
        </w:rPr>
        <w:t xml:space="preserve"> </w:t>
      </w:r>
      <w:r w:rsidRPr="00441878">
        <w:rPr>
          <w:rFonts w:asciiTheme="majorBidi" w:hAnsiTheme="majorBidi" w:cstheme="majorBidi"/>
          <w:sz w:val="28"/>
          <w:szCs w:val="28"/>
          <w:rtl/>
        </w:rPr>
        <w:t>سد</w:t>
      </w:r>
      <w:r w:rsidRPr="00441878">
        <w:rPr>
          <w:rFonts w:asciiTheme="majorBidi" w:hAnsiTheme="majorBidi" w:cstheme="majorBidi"/>
          <w:sz w:val="28"/>
          <w:szCs w:val="28"/>
        </w:rPr>
        <w:t xml:space="preserve"> </w:t>
      </w:r>
      <w:r w:rsidRPr="00441878">
        <w:rPr>
          <w:rFonts w:asciiTheme="majorBidi" w:hAnsiTheme="majorBidi" w:cstheme="majorBidi"/>
          <w:sz w:val="28"/>
          <w:szCs w:val="28"/>
          <w:rtl/>
        </w:rPr>
        <w:t>الفجوة</w:t>
      </w:r>
      <w:r w:rsidRPr="00441878">
        <w:rPr>
          <w:rFonts w:asciiTheme="majorBidi" w:hAnsiTheme="majorBidi" w:cstheme="majorBidi"/>
          <w:sz w:val="28"/>
          <w:szCs w:val="28"/>
        </w:rPr>
        <w:t xml:space="preserve"> </w:t>
      </w:r>
      <w:r w:rsidRPr="00441878">
        <w:rPr>
          <w:rFonts w:asciiTheme="majorBidi" w:hAnsiTheme="majorBidi" w:cstheme="majorBidi"/>
          <w:sz w:val="28"/>
          <w:szCs w:val="28"/>
          <w:rtl/>
        </w:rPr>
        <w:t>البحثية</w:t>
      </w:r>
      <w:r w:rsidRPr="00441878">
        <w:rPr>
          <w:rFonts w:asciiTheme="majorBidi" w:hAnsiTheme="majorBidi" w:cstheme="majorBidi"/>
          <w:sz w:val="28"/>
          <w:szCs w:val="28"/>
        </w:rPr>
        <w:t>.</w:t>
      </w:r>
    </w:p>
    <w:p w14:paraId="3D960A2B" w14:textId="625ED176" w:rsidR="001E000A" w:rsidRPr="001E000A" w:rsidRDefault="004A23F4" w:rsidP="001E000A">
      <w:pPr>
        <w:bidi/>
        <w:rPr>
          <w:rFonts w:asciiTheme="majorBidi" w:hAnsiTheme="majorBidi" w:cstheme="majorBidi" w:hint="cs"/>
          <w:sz w:val="28"/>
          <w:szCs w:val="28"/>
          <w:rtl/>
        </w:rPr>
      </w:pPr>
      <w:r w:rsidRPr="00441878">
        <w:rPr>
          <w:rFonts w:ascii="Segoe UI Emoji" w:hAnsi="Segoe UI Emoji" w:cs="Segoe UI Emoji"/>
          <w:sz w:val="28"/>
          <w:szCs w:val="28"/>
        </w:rPr>
        <w:t>⬇️</w:t>
      </w:r>
      <w:r w:rsidRPr="00441878">
        <w:rPr>
          <w:rFonts w:asciiTheme="majorBidi" w:hAnsiTheme="majorBidi" w:cstheme="majorBidi"/>
          <w:sz w:val="28"/>
          <w:szCs w:val="28"/>
        </w:rPr>
        <w:t xml:space="preserve"> </w:t>
      </w:r>
      <w:r w:rsidRPr="00441878">
        <w:rPr>
          <w:rFonts w:asciiTheme="majorBidi" w:hAnsiTheme="majorBidi" w:cstheme="majorBidi"/>
          <w:sz w:val="32"/>
          <w:szCs w:val="32"/>
          <w:u w:val="single"/>
          <w:rtl/>
        </w:rPr>
        <w:t>الجدول</w:t>
      </w:r>
      <w:r w:rsidRPr="00441878">
        <w:rPr>
          <w:rFonts w:asciiTheme="majorBidi" w:hAnsiTheme="majorBidi" w:cstheme="majorBidi"/>
          <w:sz w:val="32"/>
          <w:szCs w:val="32"/>
          <w:u w:val="single"/>
        </w:rPr>
        <w:t xml:space="preserve"> </w:t>
      </w:r>
      <w:r w:rsidRPr="00441878">
        <w:rPr>
          <w:rFonts w:asciiTheme="majorBidi" w:hAnsiTheme="majorBidi" w:cstheme="majorBidi"/>
          <w:sz w:val="32"/>
          <w:szCs w:val="32"/>
          <w:u w:val="single"/>
          <w:rtl/>
        </w:rPr>
        <w:t>المطلوب</w:t>
      </w:r>
      <w:r w:rsidRPr="00441878">
        <w:rPr>
          <w:rFonts w:asciiTheme="majorBidi" w:hAnsiTheme="majorBidi" w:cstheme="majorBidi"/>
          <w:sz w:val="32"/>
          <w:szCs w:val="32"/>
          <w:u w:val="single"/>
        </w:rPr>
        <w:t xml:space="preserve"> </w:t>
      </w:r>
      <w:r w:rsidRPr="00441878">
        <w:rPr>
          <w:rFonts w:asciiTheme="majorBidi" w:hAnsiTheme="majorBidi" w:cstheme="majorBidi"/>
          <w:sz w:val="32"/>
          <w:szCs w:val="32"/>
          <w:u w:val="single"/>
          <w:rtl/>
        </w:rPr>
        <w:t>تعبئته</w:t>
      </w:r>
      <w:r w:rsidRPr="00441878">
        <w:rPr>
          <w:rFonts w:asciiTheme="majorBidi" w:hAnsiTheme="majorBidi" w:cstheme="majorBidi"/>
          <w:sz w:val="32"/>
          <w:szCs w:val="32"/>
          <w:u w:val="single"/>
        </w:rPr>
        <w:t>:</w:t>
      </w:r>
      <w:r w:rsidR="001E000A">
        <w:rPr>
          <w:rFonts w:asciiTheme="majorBidi" w:hAnsiTheme="majorBidi" w:cstheme="majorBidi" w:hint="cs"/>
          <w:sz w:val="28"/>
          <w:szCs w:val="28"/>
          <w:rtl/>
        </w:rPr>
        <w:t xml:space="preserve"> </w:t>
      </w:r>
    </w:p>
    <w:tbl>
      <w:tblPr>
        <w:tblStyle w:val="-11"/>
        <w:tblpPr w:leftFromText="180" w:rightFromText="180" w:vertAnchor="text" w:horzAnchor="margin" w:tblpXSpec="center" w:tblpY="1562"/>
        <w:bidiVisual/>
        <w:tblW w:w="11160" w:type="dxa"/>
        <w:tblLook w:val="04A0" w:firstRow="1" w:lastRow="0" w:firstColumn="1" w:lastColumn="0" w:noHBand="0" w:noVBand="1"/>
      </w:tblPr>
      <w:tblGrid>
        <w:gridCol w:w="904"/>
        <w:gridCol w:w="2102"/>
        <w:gridCol w:w="953"/>
        <w:gridCol w:w="1483"/>
        <w:gridCol w:w="1072"/>
        <w:gridCol w:w="1068"/>
        <w:gridCol w:w="1307"/>
        <w:gridCol w:w="2271"/>
      </w:tblGrid>
      <w:tr w:rsidR="00F3684C" w:rsidRPr="001133B9" w14:paraId="7C1E41D6" w14:textId="77777777" w:rsidTr="001E000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4" w:type="dxa"/>
          </w:tcPr>
          <w:p w14:paraId="0151776F" w14:textId="77777777" w:rsidR="001133B9" w:rsidRPr="001133B9" w:rsidRDefault="001133B9" w:rsidP="001E000A">
            <w:pPr>
              <w:bidi/>
              <w:jc w:val="center"/>
              <w:rPr>
                <w:rFonts w:asciiTheme="majorBidi" w:hAnsiTheme="majorBidi"/>
                <w:b w:val="0"/>
                <w:bCs w:val="0"/>
                <w:sz w:val="28"/>
                <w:szCs w:val="28"/>
                <w:rtl/>
              </w:rPr>
            </w:pPr>
            <w:r w:rsidRPr="001133B9">
              <w:rPr>
                <w:rFonts w:asciiTheme="majorBidi" w:hAnsiTheme="majorBidi"/>
                <w:b w:val="0"/>
                <w:bCs w:val="0"/>
                <w:sz w:val="28"/>
                <w:szCs w:val="28"/>
                <w:rtl/>
              </w:rPr>
              <w:t>رقم الدراسة</w:t>
            </w:r>
          </w:p>
        </w:tc>
        <w:tc>
          <w:tcPr>
            <w:tcW w:w="2102" w:type="dxa"/>
          </w:tcPr>
          <w:p w14:paraId="2D5F81E4" w14:textId="77777777" w:rsidR="001133B9" w:rsidRPr="001133B9" w:rsidRDefault="001133B9" w:rsidP="001E000A">
            <w:pPr>
              <w:bidi/>
              <w:jc w:val="center"/>
              <w:cnfStyle w:val="100000000000" w:firstRow="1" w:lastRow="0" w:firstColumn="0" w:lastColumn="0" w:oddVBand="0" w:evenVBand="0" w:oddHBand="0" w:evenHBand="0" w:firstRowFirstColumn="0" w:firstRowLastColumn="0" w:lastRowFirstColumn="0" w:lastRowLastColumn="0"/>
              <w:rPr>
                <w:rFonts w:asciiTheme="majorBidi" w:hAnsiTheme="majorBidi"/>
                <w:b w:val="0"/>
                <w:bCs w:val="0"/>
                <w:sz w:val="28"/>
                <w:szCs w:val="28"/>
                <w:rtl/>
              </w:rPr>
            </w:pPr>
          </w:p>
          <w:p w14:paraId="4406D3E2" w14:textId="77777777" w:rsidR="001133B9" w:rsidRPr="001133B9" w:rsidRDefault="001133B9" w:rsidP="001E000A">
            <w:pPr>
              <w:bidi/>
              <w:jc w:val="center"/>
              <w:cnfStyle w:val="100000000000" w:firstRow="1" w:lastRow="0" w:firstColumn="0" w:lastColumn="0" w:oddVBand="0" w:evenVBand="0" w:oddHBand="0" w:evenHBand="0" w:firstRowFirstColumn="0" w:firstRowLastColumn="0" w:lastRowFirstColumn="0" w:lastRowLastColumn="0"/>
              <w:rPr>
                <w:rFonts w:asciiTheme="majorBidi" w:hAnsiTheme="majorBidi"/>
                <w:b w:val="0"/>
                <w:bCs w:val="0"/>
                <w:sz w:val="28"/>
                <w:szCs w:val="28"/>
                <w:rtl/>
              </w:rPr>
            </w:pPr>
            <w:r w:rsidRPr="001133B9">
              <w:rPr>
                <w:rFonts w:asciiTheme="majorBidi" w:hAnsiTheme="majorBidi"/>
                <w:b w:val="0"/>
                <w:bCs w:val="0"/>
                <w:sz w:val="28"/>
                <w:szCs w:val="28"/>
                <w:rtl/>
              </w:rPr>
              <w:t>عنوان</w:t>
            </w:r>
            <w:r w:rsidRPr="001133B9">
              <w:rPr>
                <w:rFonts w:asciiTheme="majorBidi" w:hAnsiTheme="majorBidi"/>
                <w:b w:val="0"/>
                <w:bCs w:val="0"/>
                <w:sz w:val="28"/>
                <w:szCs w:val="28"/>
              </w:rPr>
              <w:t xml:space="preserve"> </w:t>
            </w:r>
            <w:r w:rsidRPr="001133B9">
              <w:rPr>
                <w:rFonts w:asciiTheme="majorBidi" w:hAnsiTheme="majorBidi"/>
                <w:b w:val="0"/>
                <w:bCs w:val="0"/>
                <w:sz w:val="28"/>
                <w:szCs w:val="28"/>
                <w:rtl/>
              </w:rPr>
              <w:t>الدراسة</w:t>
            </w:r>
          </w:p>
        </w:tc>
        <w:tc>
          <w:tcPr>
            <w:tcW w:w="953" w:type="dxa"/>
          </w:tcPr>
          <w:p w14:paraId="54FB5217" w14:textId="77777777" w:rsidR="001133B9" w:rsidRPr="001133B9" w:rsidRDefault="001133B9" w:rsidP="001E000A">
            <w:pPr>
              <w:bidi/>
              <w:jc w:val="center"/>
              <w:cnfStyle w:val="100000000000" w:firstRow="1" w:lastRow="0" w:firstColumn="0" w:lastColumn="0" w:oddVBand="0" w:evenVBand="0" w:oddHBand="0" w:evenHBand="0" w:firstRowFirstColumn="0" w:firstRowLastColumn="0" w:lastRowFirstColumn="0" w:lastRowLastColumn="0"/>
              <w:rPr>
                <w:rFonts w:asciiTheme="majorBidi" w:hAnsiTheme="majorBidi"/>
                <w:b w:val="0"/>
                <w:bCs w:val="0"/>
                <w:sz w:val="28"/>
                <w:szCs w:val="28"/>
                <w:rtl/>
              </w:rPr>
            </w:pPr>
            <w:r w:rsidRPr="001133B9">
              <w:rPr>
                <w:rFonts w:asciiTheme="majorBidi" w:hAnsiTheme="majorBidi"/>
                <w:b w:val="0"/>
                <w:bCs w:val="0"/>
                <w:sz w:val="28"/>
                <w:szCs w:val="28"/>
                <w:rtl/>
              </w:rPr>
              <w:t>ال</w:t>
            </w:r>
            <w:r w:rsidRPr="001133B9">
              <w:rPr>
                <w:rFonts w:asciiTheme="majorBidi" w:hAnsiTheme="majorBidi" w:hint="cs"/>
                <w:b w:val="0"/>
                <w:bCs w:val="0"/>
                <w:sz w:val="28"/>
                <w:szCs w:val="28"/>
                <w:rtl/>
              </w:rPr>
              <w:t>باحث</w:t>
            </w:r>
            <w:r w:rsidRPr="001133B9">
              <w:rPr>
                <w:rFonts w:asciiTheme="majorBidi" w:hAnsiTheme="majorBidi"/>
                <w:b w:val="0"/>
                <w:bCs w:val="0"/>
                <w:sz w:val="28"/>
                <w:szCs w:val="28"/>
              </w:rPr>
              <w:t xml:space="preserve">  </w:t>
            </w:r>
            <w:r w:rsidRPr="001133B9">
              <w:rPr>
                <w:rFonts w:asciiTheme="majorBidi" w:hAnsiTheme="majorBidi"/>
                <w:b w:val="0"/>
                <w:bCs w:val="0"/>
                <w:sz w:val="28"/>
                <w:szCs w:val="28"/>
                <w:rtl/>
              </w:rPr>
              <w:t>والسنة</w:t>
            </w:r>
          </w:p>
        </w:tc>
        <w:tc>
          <w:tcPr>
            <w:tcW w:w="1483" w:type="dxa"/>
          </w:tcPr>
          <w:p w14:paraId="48891B5D" w14:textId="77777777" w:rsidR="001133B9" w:rsidRPr="001133B9" w:rsidRDefault="001133B9" w:rsidP="001E000A">
            <w:pPr>
              <w:bidi/>
              <w:jc w:val="center"/>
              <w:cnfStyle w:val="100000000000" w:firstRow="1" w:lastRow="0" w:firstColumn="0" w:lastColumn="0" w:oddVBand="0" w:evenVBand="0" w:oddHBand="0" w:evenHBand="0" w:firstRowFirstColumn="0" w:firstRowLastColumn="0" w:lastRowFirstColumn="0" w:lastRowLastColumn="0"/>
              <w:rPr>
                <w:rFonts w:asciiTheme="majorBidi" w:hAnsiTheme="majorBidi"/>
                <w:b w:val="0"/>
                <w:bCs w:val="0"/>
                <w:sz w:val="28"/>
                <w:szCs w:val="28"/>
                <w:rtl/>
              </w:rPr>
            </w:pPr>
            <w:r w:rsidRPr="001133B9">
              <w:rPr>
                <w:rFonts w:asciiTheme="majorBidi" w:hAnsiTheme="majorBidi"/>
                <w:b w:val="0"/>
                <w:bCs w:val="0"/>
                <w:sz w:val="28"/>
                <w:szCs w:val="28"/>
                <w:rtl/>
              </w:rPr>
              <w:t>المشكلة</w:t>
            </w:r>
            <w:r w:rsidRPr="001133B9">
              <w:rPr>
                <w:rFonts w:asciiTheme="majorBidi" w:hAnsiTheme="majorBidi"/>
                <w:b w:val="0"/>
                <w:bCs w:val="0"/>
                <w:sz w:val="28"/>
                <w:szCs w:val="28"/>
              </w:rPr>
              <w:t>/</w:t>
            </w:r>
            <w:r w:rsidRPr="001133B9">
              <w:rPr>
                <w:rFonts w:asciiTheme="majorBidi" w:hAnsiTheme="majorBidi" w:hint="cs"/>
                <w:b w:val="0"/>
                <w:bCs w:val="0"/>
                <w:sz w:val="28"/>
                <w:szCs w:val="28"/>
                <w:rtl/>
              </w:rPr>
              <w:t xml:space="preserve"> </w:t>
            </w:r>
            <w:r w:rsidRPr="001133B9">
              <w:rPr>
                <w:rFonts w:asciiTheme="majorBidi" w:hAnsiTheme="majorBidi"/>
                <w:b w:val="0"/>
                <w:bCs w:val="0"/>
                <w:sz w:val="28"/>
                <w:szCs w:val="28"/>
                <w:rtl/>
              </w:rPr>
              <w:t>السؤال</w:t>
            </w:r>
            <w:r w:rsidRPr="001133B9">
              <w:rPr>
                <w:rFonts w:asciiTheme="majorBidi" w:hAnsiTheme="majorBidi"/>
                <w:b w:val="0"/>
                <w:bCs w:val="0"/>
                <w:sz w:val="28"/>
                <w:szCs w:val="28"/>
              </w:rPr>
              <w:t xml:space="preserve"> </w:t>
            </w:r>
            <w:r w:rsidRPr="001133B9">
              <w:rPr>
                <w:rFonts w:asciiTheme="majorBidi" w:hAnsiTheme="majorBidi"/>
                <w:b w:val="0"/>
                <w:bCs w:val="0"/>
                <w:sz w:val="28"/>
                <w:szCs w:val="28"/>
                <w:rtl/>
              </w:rPr>
              <w:t>البحثي</w:t>
            </w:r>
          </w:p>
        </w:tc>
        <w:tc>
          <w:tcPr>
            <w:tcW w:w="1072" w:type="dxa"/>
          </w:tcPr>
          <w:p w14:paraId="4EEBA4E9" w14:textId="77777777" w:rsidR="001133B9" w:rsidRPr="001133B9" w:rsidRDefault="001133B9" w:rsidP="001E000A">
            <w:pPr>
              <w:bidi/>
              <w:jc w:val="center"/>
              <w:cnfStyle w:val="100000000000" w:firstRow="1" w:lastRow="0" w:firstColumn="0" w:lastColumn="0" w:oddVBand="0" w:evenVBand="0" w:oddHBand="0" w:evenHBand="0" w:firstRowFirstColumn="0" w:firstRowLastColumn="0" w:lastRowFirstColumn="0" w:lastRowLastColumn="0"/>
              <w:rPr>
                <w:rFonts w:asciiTheme="majorBidi" w:hAnsiTheme="majorBidi"/>
                <w:b w:val="0"/>
                <w:bCs w:val="0"/>
                <w:sz w:val="28"/>
                <w:szCs w:val="28"/>
                <w:rtl/>
              </w:rPr>
            </w:pPr>
            <w:r w:rsidRPr="001133B9">
              <w:rPr>
                <w:rFonts w:asciiTheme="majorBidi" w:hAnsiTheme="majorBidi"/>
                <w:b w:val="0"/>
                <w:bCs w:val="0"/>
                <w:sz w:val="28"/>
                <w:szCs w:val="28"/>
                <w:rtl/>
              </w:rPr>
              <w:t>المنهج</w:t>
            </w:r>
            <w:r w:rsidRPr="001133B9">
              <w:rPr>
                <w:rFonts w:asciiTheme="majorBidi" w:hAnsiTheme="majorBidi"/>
                <w:b w:val="0"/>
                <w:bCs w:val="0"/>
                <w:sz w:val="28"/>
                <w:szCs w:val="28"/>
              </w:rPr>
              <w:t xml:space="preserve"> </w:t>
            </w:r>
            <w:r w:rsidRPr="001133B9">
              <w:rPr>
                <w:rFonts w:asciiTheme="majorBidi" w:hAnsiTheme="majorBidi"/>
                <w:b w:val="0"/>
                <w:bCs w:val="0"/>
                <w:sz w:val="28"/>
                <w:szCs w:val="28"/>
                <w:rtl/>
              </w:rPr>
              <w:t>المستخدم</w:t>
            </w:r>
          </w:p>
        </w:tc>
        <w:tc>
          <w:tcPr>
            <w:tcW w:w="1068" w:type="dxa"/>
          </w:tcPr>
          <w:p w14:paraId="41226E96" w14:textId="77777777" w:rsidR="001133B9" w:rsidRPr="001133B9" w:rsidRDefault="001133B9" w:rsidP="001E000A">
            <w:pPr>
              <w:bidi/>
              <w:jc w:val="center"/>
              <w:cnfStyle w:val="100000000000" w:firstRow="1" w:lastRow="0" w:firstColumn="0" w:lastColumn="0" w:oddVBand="0" w:evenVBand="0" w:oddHBand="0" w:evenHBand="0" w:firstRowFirstColumn="0" w:firstRowLastColumn="0" w:lastRowFirstColumn="0" w:lastRowLastColumn="0"/>
              <w:rPr>
                <w:rFonts w:asciiTheme="majorBidi" w:hAnsiTheme="majorBidi"/>
                <w:b w:val="0"/>
                <w:bCs w:val="0"/>
                <w:sz w:val="28"/>
                <w:szCs w:val="28"/>
                <w:rtl/>
              </w:rPr>
            </w:pPr>
            <w:r w:rsidRPr="001133B9">
              <w:rPr>
                <w:rFonts w:asciiTheme="majorBidi" w:hAnsiTheme="majorBidi"/>
                <w:b w:val="0"/>
                <w:bCs w:val="0"/>
                <w:sz w:val="28"/>
                <w:szCs w:val="28"/>
                <w:rtl/>
              </w:rPr>
              <w:t>الأدوات والعينة</w:t>
            </w:r>
          </w:p>
        </w:tc>
        <w:tc>
          <w:tcPr>
            <w:tcW w:w="1307" w:type="dxa"/>
          </w:tcPr>
          <w:p w14:paraId="60F95891" w14:textId="77777777" w:rsidR="001133B9" w:rsidRPr="001133B9" w:rsidRDefault="001133B9" w:rsidP="001E000A">
            <w:pPr>
              <w:bidi/>
              <w:jc w:val="center"/>
              <w:cnfStyle w:val="100000000000" w:firstRow="1" w:lastRow="0" w:firstColumn="0" w:lastColumn="0" w:oddVBand="0" w:evenVBand="0" w:oddHBand="0" w:evenHBand="0" w:firstRowFirstColumn="0" w:firstRowLastColumn="0" w:lastRowFirstColumn="0" w:lastRowLastColumn="0"/>
              <w:rPr>
                <w:rFonts w:asciiTheme="majorBidi" w:hAnsiTheme="majorBidi"/>
                <w:b w:val="0"/>
                <w:bCs w:val="0"/>
                <w:sz w:val="28"/>
                <w:szCs w:val="28"/>
                <w:rtl/>
              </w:rPr>
            </w:pPr>
            <w:r w:rsidRPr="001133B9">
              <w:rPr>
                <w:rFonts w:asciiTheme="majorBidi" w:hAnsiTheme="majorBidi"/>
                <w:b w:val="0"/>
                <w:bCs w:val="0"/>
                <w:sz w:val="28"/>
                <w:szCs w:val="28"/>
                <w:rtl/>
              </w:rPr>
              <w:t>أهم</w:t>
            </w:r>
            <w:r w:rsidRPr="001133B9">
              <w:rPr>
                <w:rFonts w:asciiTheme="majorBidi" w:hAnsiTheme="majorBidi"/>
                <w:b w:val="0"/>
                <w:bCs w:val="0"/>
                <w:sz w:val="28"/>
                <w:szCs w:val="28"/>
              </w:rPr>
              <w:t xml:space="preserve"> </w:t>
            </w:r>
            <w:r w:rsidRPr="001133B9">
              <w:rPr>
                <w:rFonts w:asciiTheme="majorBidi" w:hAnsiTheme="majorBidi"/>
                <w:b w:val="0"/>
                <w:bCs w:val="0"/>
                <w:sz w:val="28"/>
                <w:szCs w:val="28"/>
                <w:rtl/>
              </w:rPr>
              <w:t>النتائج</w:t>
            </w:r>
          </w:p>
        </w:tc>
        <w:tc>
          <w:tcPr>
            <w:tcW w:w="2271" w:type="dxa"/>
          </w:tcPr>
          <w:p w14:paraId="58C797FA" w14:textId="77777777" w:rsidR="001133B9" w:rsidRPr="001133B9" w:rsidRDefault="001133B9" w:rsidP="001E000A">
            <w:pPr>
              <w:bidi/>
              <w:jc w:val="center"/>
              <w:cnfStyle w:val="100000000000" w:firstRow="1" w:lastRow="0" w:firstColumn="0" w:lastColumn="0" w:oddVBand="0" w:evenVBand="0" w:oddHBand="0" w:evenHBand="0" w:firstRowFirstColumn="0" w:firstRowLastColumn="0" w:lastRowFirstColumn="0" w:lastRowLastColumn="0"/>
              <w:rPr>
                <w:rFonts w:asciiTheme="majorBidi" w:hAnsiTheme="majorBidi"/>
                <w:b w:val="0"/>
                <w:bCs w:val="0"/>
                <w:sz w:val="28"/>
                <w:szCs w:val="28"/>
                <w:rtl/>
              </w:rPr>
            </w:pPr>
            <w:r w:rsidRPr="001133B9">
              <w:rPr>
                <w:rFonts w:asciiTheme="majorBidi" w:hAnsiTheme="majorBidi"/>
                <w:b w:val="0"/>
                <w:bCs w:val="0"/>
                <w:sz w:val="28"/>
                <w:szCs w:val="28"/>
                <w:rtl/>
              </w:rPr>
              <w:t>ملاحظات</w:t>
            </w:r>
            <w:r w:rsidRPr="001133B9">
              <w:rPr>
                <w:rFonts w:asciiTheme="majorBidi" w:hAnsiTheme="majorBidi" w:hint="cs"/>
                <w:b w:val="0"/>
                <w:bCs w:val="0"/>
                <w:sz w:val="28"/>
                <w:szCs w:val="28"/>
                <w:rtl/>
              </w:rPr>
              <w:t xml:space="preserve"> ذات</w:t>
            </w:r>
            <w:r w:rsidRPr="001133B9">
              <w:rPr>
                <w:rFonts w:asciiTheme="majorBidi" w:hAnsiTheme="majorBidi"/>
                <w:b w:val="0"/>
                <w:bCs w:val="0"/>
                <w:sz w:val="28"/>
                <w:szCs w:val="28"/>
                <w:rtl/>
              </w:rPr>
              <w:br/>
            </w:r>
            <w:r w:rsidRPr="001133B9">
              <w:rPr>
                <w:rFonts w:asciiTheme="majorBidi" w:hAnsiTheme="majorBidi"/>
                <w:b w:val="0"/>
                <w:bCs w:val="0"/>
                <w:sz w:val="28"/>
                <w:szCs w:val="28"/>
              </w:rPr>
              <w:t>)</w:t>
            </w:r>
            <w:r w:rsidRPr="001133B9">
              <w:rPr>
                <w:rFonts w:asciiTheme="majorBidi" w:hAnsiTheme="majorBidi"/>
                <w:b w:val="0"/>
                <w:bCs w:val="0"/>
                <w:sz w:val="28"/>
                <w:szCs w:val="28"/>
                <w:rtl/>
              </w:rPr>
              <w:t>صلة</w:t>
            </w:r>
            <w:r w:rsidRPr="001133B9">
              <w:rPr>
                <w:rFonts w:asciiTheme="majorBidi" w:hAnsiTheme="majorBidi"/>
                <w:b w:val="0"/>
                <w:bCs w:val="0"/>
                <w:sz w:val="28"/>
                <w:szCs w:val="28"/>
              </w:rPr>
              <w:t xml:space="preserve"> </w:t>
            </w:r>
            <w:r w:rsidRPr="001133B9">
              <w:rPr>
                <w:rFonts w:asciiTheme="majorBidi" w:hAnsiTheme="majorBidi"/>
                <w:b w:val="0"/>
                <w:bCs w:val="0"/>
                <w:sz w:val="28"/>
                <w:szCs w:val="28"/>
                <w:rtl/>
              </w:rPr>
              <w:t>ببحثي</w:t>
            </w:r>
            <w:r w:rsidRPr="001133B9">
              <w:rPr>
                <w:rFonts w:asciiTheme="majorBidi" w:hAnsiTheme="majorBidi"/>
                <w:b w:val="0"/>
                <w:bCs w:val="0"/>
                <w:sz w:val="28"/>
                <w:szCs w:val="28"/>
              </w:rPr>
              <w:t>/</w:t>
            </w:r>
            <w:r w:rsidRPr="001133B9">
              <w:rPr>
                <w:rFonts w:asciiTheme="majorBidi" w:hAnsiTheme="majorBidi" w:hint="cs"/>
                <w:b w:val="0"/>
                <w:bCs w:val="0"/>
                <w:sz w:val="28"/>
                <w:szCs w:val="28"/>
                <w:rtl/>
              </w:rPr>
              <w:t xml:space="preserve"> </w:t>
            </w:r>
            <w:r w:rsidRPr="001133B9">
              <w:rPr>
                <w:rFonts w:asciiTheme="majorBidi" w:hAnsiTheme="majorBidi"/>
                <w:b w:val="0"/>
                <w:bCs w:val="0"/>
                <w:sz w:val="28"/>
                <w:szCs w:val="28"/>
                <w:rtl/>
              </w:rPr>
              <w:t>فجوات</w:t>
            </w:r>
            <w:r w:rsidRPr="001133B9">
              <w:rPr>
                <w:rFonts w:asciiTheme="majorBidi" w:hAnsiTheme="majorBidi"/>
                <w:b w:val="0"/>
                <w:bCs w:val="0"/>
                <w:sz w:val="28"/>
                <w:szCs w:val="28"/>
              </w:rPr>
              <w:t>/</w:t>
            </w:r>
            <w:r w:rsidRPr="001133B9">
              <w:rPr>
                <w:rFonts w:asciiTheme="majorBidi" w:hAnsiTheme="majorBidi" w:hint="cs"/>
                <w:b w:val="0"/>
                <w:bCs w:val="0"/>
                <w:sz w:val="28"/>
                <w:szCs w:val="28"/>
                <w:rtl/>
              </w:rPr>
              <w:t xml:space="preserve"> </w:t>
            </w:r>
            <w:r w:rsidRPr="001133B9">
              <w:rPr>
                <w:rFonts w:asciiTheme="majorBidi" w:hAnsiTheme="majorBidi"/>
                <w:b w:val="0"/>
                <w:bCs w:val="0"/>
                <w:sz w:val="28"/>
                <w:szCs w:val="28"/>
                <w:rtl/>
              </w:rPr>
              <w:t>تصنيف</w:t>
            </w:r>
            <w:r w:rsidRPr="001133B9">
              <w:rPr>
                <w:rFonts w:asciiTheme="majorBidi" w:hAnsiTheme="majorBidi"/>
                <w:b w:val="0"/>
                <w:bCs w:val="0"/>
                <w:sz w:val="28"/>
                <w:szCs w:val="28"/>
              </w:rPr>
              <w:t xml:space="preserve"> </w:t>
            </w:r>
            <w:r w:rsidRPr="001133B9">
              <w:rPr>
                <w:rFonts w:asciiTheme="majorBidi" w:hAnsiTheme="majorBidi"/>
                <w:b w:val="0"/>
                <w:bCs w:val="0"/>
                <w:sz w:val="28"/>
                <w:szCs w:val="28"/>
                <w:rtl/>
              </w:rPr>
              <w:t>محوري</w:t>
            </w:r>
            <w:r w:rsidRPr="001133B9">
              <w:rPr>
                <w:rFonts w:asciiTheme="majorBidi" w:hAnsiTheme="majorBidi"/>
                <w:b w:val="0"/>
                <w:bCs w:val="0"/>
                <w:sz w:val="28"/>
                <w:szCs w:val="28"/>
              </w:rPr>
              <w:t>(</w:t>
            </w:r>
          </w:p>
        </w:tc>
      </w:tr>
      <w:tr w:rsidR="00F3684C" w:rsidRPr="001133B9" w14:paraId="0FD94A94" w14:textId="77777777" w:rsidTr="001E00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4" w:type="dxa"/>
          </w:tcPr>
          <w:p w14:paraId="2FD09DCA" w14:textId="77777777" w:rsidR="001133B9" w:rsidRPr="001133B9" w:rsidRDefault="001133B9" w:rsidP="001E000A">
            <w:pPr>
              <w:bidi/>
              <w:jc w:val="center"/>
              <w:rPr>
                <w:rFonts w:asciiTheme="majorBidi" w:hAnsiTheme="majorBidi"/>
                <w:b w:val="0"/>
                <w:bCs w:val="0"/>
                <w:sz w:val="28"/>
                <w:szCs w:val="28"/>
                <w:rtl/>
              </w:rPr>
            </w:pPr>
            <w:r w:rsidRPr="001133B9">
              <w:rPr>
                <w:rFonts w:asciiTheme="majorBidi" w:hAnsiTheme="majorBidi"/>
                <w:b w:val="0"/>
                <w:bCs w:val="0"/>
                <w:sz w:val="28"/>
                <w:szCs w:val="28"/>
              </w:rPr>
              <w:t>1</w:t>
            </w:r>
          </w:p>
        </w:tc>
        <w:tc>
          <w:tcPr>
            <w:tcW w:w="2102" w:type="dxa"/>
          </w:tcPr>
          <w:p w14:paraId="71420959" w14:textId="77777777" w:rsidR="001133B9" w:rsidRPr="001133B9" w:rsidRDefault="001133B9" w:rsidP="001E000A">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rPr>
            </w:pPr>
            <w:r w:rsidRPr="001133B9">
              <w:rPr>
                <w:rFonts w:asciiTheme="majorBidi" w:hAnsiTheme="majorBidi" w:cs="Times New Roman" w:hint="cs"/>
                <w:rtl/>
              </w:rPr>
              <w:t>واقع</w:t>
            </w:r>
            <w:r w:rsidRPr="001133B9">
              <w:rPr>
                <w:rFonts w:asciiTheme="majorBidi" w:hAnsiTheme="majorBidi" w:cs="Times New Roman"/>
                <w:rtl/>
              </w:rPr>
              <w:t xml:space="preserve"> </w:t>
            </w:r>
            <w:r w:rsidRPr="001133B9">
              <w:rPr>
                <w:rFonts w:asciiTheme="majorBidi" w:hAnsiTheme="majorBidi" w:cs="Times New Roman" w:hint="cs"/>
                <w:rtl/>
              </w:rPr>
              <w:t>استخدام</w:t>
            </w:r>
            <w:r w:rsidRPr="001133B9">
              <w:rPr>
                <w:rFonts w:asciiTheme="majorBidi" w:hAnsiTheme="majorBidi" w:cs="Times New Roman"/>
                <w:rtl/>
              </w:rPr>
              <w:t xml:space="preserve"> </w:t>
            </w:r>
            <w:r w:rsidRPr="001133B9">
              <w:rPr>
                <w:rFonts w:asciiTheme="majorBidi" w:hAnsiTheme="majorBidi" w:cs="Times New Roman" w:hint="cs"/>
                <w:rtl/>
              </w:rPr>
              <w:t>تطبيقات</w:t>
            </w:r>
            <w:r w:rsidRPr="001133B9">
              <w:rPr>
                <w:rFonts w:asciiTheme="majorBidi" w:hAnsiTheme="majorBidi" w:cs="Times New Roman"/>
                <w:rtl/>
              </w:rPr>
              <w:t xml:space="preserve"> </w:t>
            </w:r>
            <w:r w:rsidRPr="001133B9">
              <w:rPr>
                <w:rFonts w:asciiTheme="majorBidi" w:hAnsiTheme="majorBidi" w:cs="Times New Roman" w:hint="cs"/>
                <w:rtl/>
              </w:rPr>
              <w:t>الذكاء</w:t>
            </w:r>
            <w:r w:rsidRPr="001133B9">
              <w:rPr>
                <w:rFonts w:asciiTheme="majorBidi" w:hAnsiTheme="majorBidi" w:cs="Times New Roman"/>
                <w:rtl/>
              </w:rPr>
              <w:t xml:space="preserve"> </w:t>
            </w:r>
            <w:r w:rsidRPr="001133B9">
              <w:rPr>
                <w:rFonts w:asciiTheme="majorBidi" w:hAnsiTheme="majorBidi" w:cs="Times New Roman" w:hint="cs"/>
                <w:rtl/>
              </w:rPr>
              <w:t>الاصطناعي</w:t>
            </w:r>
            <w:r w:rsidRPr="001133B9">
              <w:rPr>
                <w:rFonts w:asciiTheme="majorBidi" w:hAnsiTheme="majorBidi" w:cs="Times New Roman"/>
                <w:rtl/>
              </w:rPr>
              <w:t xml:space="preserve"> </w:t>
            </w:r>
            <w:r w:rsidRPr="001133B9">
              <w:rPr>
                <w:rFonts w:asciiTheme="majorBidi" w:hAnsiTheme="majorBidi" w:cs="Times New Roman" w:hint="cs"/>
                <w:rtl/>
              </w:rPr>
              <w:t>في</w:t>
            </w:r>
            <w:r w:rsidRPr="001133B9">
              <w:rPr>
                <w:rFonts w:asciiTheme="majorBidi" w:hAnsiTheme="majorBidi" w:cs="Times New Roman"/>
                <w:rtl/>
              </w:rPr>
              <w:t xml:space="preserve"> </w:t>
            </w:r>
            <w:r w:rsidRPr="001133B9">
              <w:rPr>
                <w:rFonts w:asciiTheme="majorBidi" w:hAnsiTheme="majorBidi" w:cs="Times New Roman" w:hint="cs"/>
                <w:rtl/>
              </w:rPr>
              <w:t>التعليم</w:t>
            </w:r>
            <w:r w:rsidRPr="001133B9">
              <w:rPr>
                <w:rFonts w:asciiTheme="majorBidi" w:hAnsiTheme="majorBidi" w:cs="Times New Roman"/>
                <w:rtl/>
              </w:rPr>
              <w:t xml:space="preserve"> </w:t>
            </w:r>
            <w:r w:rsidRPr="001133B9">
              <w:rPr>
                <w:rFonts w:asciiTheme="majorBidi" w:hAnsiTheme="majorBidi" w:cs="Times New Roman" w:hint="cs"/>
                <w:rtl/>
              </w:rPr>
              <w:t>من</w:t>
            </w:r>
            <w:r w:rsidRPr="001133B9">
              <w:rPr>
                <w:rFonts w:asciiTheme="majorBidi" w:hAnsiTheme="majorBidi" w:cs="Times New Roman"/>
                <w:rtl/>
              </w:rPr>
              <w:t xml:space="preserve"> </w:t>
            </w:r>
            <w:r w:rsidRPr="001133B9">
              <w:rPr>
                <w:rFonts w:asciiTheme="majorBidi" w:hAnsiTheme="majorBidi" w:cs="Times New Roman" w:hint="cs"/>
                <w:rtl/>
              </w:rPr>
              <w:t>وجهة</w:t>
            </w:r>
            <w:r w:rsidRPr="001133B9">
              <w:rPr>
                <w:rFonts w:asciiTheme="majorBidi" w:hAnsiTheme="majorBidi" w:cs="Times New Roman"/>
                <w:rtl/>
              </w:rPr>
              <w:t xml:space="preserve"> </w:t>
            </w:r>
            <w:r w:rsidRPr="001133B9">
              <w:rPr>
                <w:rFonts w:asciiTheme="majorBidi" w:hAnsiTheme="majorBidi" w:cs="Times New Roman" w:hint="cs"/>
                <w:rtl/>
              </w:rPr>
              <w:t>نظر</w:t>
            </w:r>
            <w:r w:rsidRPr="001133B9">
              <w:rPr>
                <w:rFonts w:asciiTheme="majorBidi" w:hAnsiTheme="majorBidi" w:cs="Times New Roman"/>
                <w:rtl/>
              </w:rPr>
              <w:t xml:space="preserve"> </w:t>
            </w:r>
            <w:r w:rsidRPr="001133B9">
              <w:rPr>
                <w:rFonts w:asciiTheme="majorBidi" w:hAnsiTheme="majorBidi" w:cs="Times New Roman" w:hint="cs"/>
                <w:rtl/>
              </w:rPr>
              <w:t>المعلمين</w:t>
            </w:r>
          </w:p>
        </w:tc>
        <w:tc>
          <w:tcPr>
            <w:tcW w:w="953" w:type="dxa"/>
          </w:tcPr>
          <w:p w14:paraId="0D6D99AA" w14:textId="77777777" w:rsidR="001133B9" w:rsidRPr="001133B9" w:rsidRDefault="001133B9" w:rsidP="001E000A">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hint="cs"/>
                <w:rtl/>
              </w:rPr>
            </w:pPr>
            <w:proofErr w:type="spellStart"/>
            <w:r w:rsidRPr="001133B9">
              <w:rPr>
                <w:rFonts w:asciiTheme="majorBidi" w:hAnsiTheme="majorBidi" w:cstheme="majorBidi" w:hint="cs"/>
                <w:rtl/>
              </w:rPr>
              <w:t>د.الجوهرة</w:t>
            </w:r>
            <w:proofErr w:type="spellEnd"/>
            <w:r w:rsidRPr="001133B9">
              <w:rPr>
                <w:rFonts w:asciiTheme="majorBidi" w:hAnsiTheme="majorBidi" w:cstheme="majorBidi" w:hint="cs"/>
                <w:rtl/>
              </w:rPr>
              <w:t xml:space="preserve"> بنت فهد السعدون (2024)</w:t>
            </w:r>
          </w:p>
        </w:tc>
        <w:tc>
          <w:tcPr>
            <w:tcW w:w="1483" w:type="dxa"/>
          </w:tcPr>
          <w:p w14:paraId="40ACCBD3" w14:textId="77777777" w:rsidR="001133B9" w:rsidRPr="001133B9" w:rsidRDefault="001133B9" w:rsidP="001E000A">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rPr>
            </w:pPr>
            <w:r w:rsidRPr="001133B9">
              <w:rPr>
                <w:rFonts w:asciiTheme="majorBidi" w:hAnsiTheme="majorBidi" w:cs="Times New Roman" w:hint="cs"/>
                <w:rtl/>
              </w:rPr>
              <w:t>ما</w:t>
            </w:r>
            <w:r w:rsidRPr="001133B9">
              <w:rPr>
                <w:rFonts w:asciiTheme="majorBidi" w:hAnsiTheme="majorBidi" w:cs="Times New Roman"/>
                <w:rtl/>
              </w:rPr>
              <w:t xml:space="preserve"> </w:t>
            </w:r>
            <w:r w:rsidRPr="001133B9">
              <w:rPr>
                <w:rFonts w:asciiTheme="majorBidi" w:hAnsiTheme="majorBidi" w:cs="Times New Roman" w:hint="cs"/>
                <w:rtl/>
              </w:rPr>
              <w:t>مدى</w:t>
            </w:r>
            <w:r w:rsidRPr="001133B9">
              <w:rPr>
                <w:rFonts w:asciiTheme="majorBidi" w:hAnsiTheme="majorBidi" w:cs="Times New Roman"/>
                <w:rtl/>
              </w:rPr>
              <w:t xml:space="preserve"> </w:t>
            </w:r>
            <w:r w:rsidRPr="001133B9">
              <w:rPr>
                <w:rFonts w:asciiTheme="majorBidi" w:hAnsiTheme="majorBidi" w:cs="Times New Roman" w:hint="cs"/>
                <w:rtl/>
              </w:rPr>
              <w:t>وعي</w:t>
            </w:r>
            <w:r w:rsidRPr="001133B9">
              <w:rPr>
                <w:rFonts w:asciiTheme="majorBidi" w:hAnsiTheme="majorBidi" w:cs="Times New Roman"/>
                <w:rtl/>
              </w:rPr>
              <w:t xml:space="preserve"> </w:t>
            </w:r>
            <w:r w:rsidRPr="001133B9">
              <w:rPr>
                <w:rFonts w:asciiTheme="majorBidi" w:hAnsiTheme="majorBidi" w:cs="Times New Roman" w:hint="cs"/>
                <w:rtl/>
              </w:rPr>
              <w:t>واستخدام</w:t>
            </w:r>
            <w:r w:rsidRPr="001133B9">
              <w:rPr>
                <w:rFonts w:asciiTheme="majorBidi" w:hAnsiTheme="majorBidi" w:cs="Times New Roman"/>
                <w:rtl/>
              </w:rPr>
              <w:t xml:space="preserve"> </w:t>
            </w:r>
            <w:r w:rsidRPr="001133B9">
              <w:rPr>
                <w:rFonts w:asciiTheme="majorBidi" w:hAnsiTheme="majorBidi" w:cs="Times New Roman" w:hint="cs"/>
                <w:rtl/>
              </w:rPr>
              <w:t>المعلمين</w:t>
            </w:r>
            <w:r w:rsidRPr="001133B9">
              <w:rPr>
                <w:rFonts w:asciiTheme="majorBidi" w:hAnsiTheme="majorBidi" w:cs="Times New Roman"/>
                <w:rtl/>
              </w:rPr>
              <w:t xml:space="preserve"> </w:t>
            </w:r>
            <w:r w:rsidRPr="001133B9">
              <w:rPr>
                <w:rFonts w:asciiTheme="majorBidi" w:hAnsiTheme="majorBidi" w:cs="Times New Roman" w:hint="cs"/>
                <w:rtl/>
              </w:rPr>
              <w:t>لأدوات</w:t>
            </w:r>
            <w:r w:rsidRPr="001133B9">
              <w:rPr>
                <w:rFonts w:asciiTheme="majorBidi" w:hAnsiTheme="majorBidi" w:cs="Times New Roman"/>
                <w:rtl/>
              </w:rPr>
              <w:t xml:space="preserve"> </w:t>
            </w:r>
            <w:r w:rsidRPr="001133B9">
              <w:rPr>
                <w:rFonts w:asciiTheme="majorBidi" w:hAnsiTheme="majorBidi" w:cs="Times New Roman" w:hint="cs"/>
                <w:rtl/>
              </w:rPr>
              <w:t>الذكاء</w:t>
            </w:r>
            <w:r w:rsidRPr="001133B9">
              <w:rPr>
                <w:rFonts w:asciiTheme="majorBidi" w:hAnsiTheme="majorBidi" w:cs="Times New Roman"/>
                <w:rtl/>
              </w:rPr>
              <w:t xml:space="preserve"> </w:t>
            </w:r>
            <w:r w:rsidRPr="001133B9">
              <w:rPr>
                <w:rFonts w:asciiTheme="majorBidi" w:hAnsiTheme="majorBidi" w:cs="Times New Roman" w:hint="cs"/>
                <w:rtl/>
              </w:rPr>
              <w:t>الاصطناعي</w:t>
            </w:r>
            <w:r w:rsidRPr="001133B9">
              <w:rPr>
                <w:rFonts w:asciiTheme="majorBidi" w:hAnsiTheme="majorBidi" w:cs="Times New Roman"/>
                <w:rtl/>
              </w:rPr>
              <w:t xml:space="preserve"> </w:t>
            </w:r>
            <w:r w:rsidRPr="001133B9">
              <w:rPr>
                <w:rFonts w:asciiTheme="majorBidi" w:hAnsiTheme="majorBidi" w:cs="Times New Roman" w:hint="cs"/>
                <w:rtl/>
              </w:rPr>
              <w:t>في</w:t>
            </w:r>
            <w:r w:rsidRPr="001133B9">
              <w:rPr>
                <w:rFonts w:asciiTheme="majorBidi" w:hAnsiTheme="majorBidi" w:cs="Times New Roman"/>
                <w:rtl/>
              </w:rPr>
              <w:t xml:space="preserve"> </w:t>
            </w:r>
            <w:r w:rsidRPr="001133B9">
              <w:rPr>
                <w:rFonts w:asciiTheme="majorBidi" w:hAnsiTheme="majorBidi" w:cs="Times New Roman" w:hint="cs"/>
                <w:rtl/>
              </w:rPr>
              <w:t>المدارس</w:t>
            </w:r>
            <w:r w:rsidRPr="001133B9">
              <w:rPr>
                <w:rFonts w:asciiTheme="majorBidi" w:hAnsiTheme="majorBidi" w:cs="Times New Roman"/>
                <w:rtl/>
              </w:rPr>
              <w:t xml:space="preserve"> </w:t>
            </w:r>
            <w:r w:rsidRPr="001133B9">
              <w:rPr>
                <w:rFonts w:asciiTheme="majorBidi" w:hAnsiTheme="majorBidi" w:cs="Times New Roman" w:hint="cs"/>
                <w:rtl/>
              </w:rPr>
              <w:t>السعودية؟</w:t>
            </w:r>
          </w:p>
        </w:tc>
        <w:tc>
          <w:tcPr>
            <w:tcW w:w="1072" w:type="dxa"/>
          </w:tcPr>
          <w:p w14:paraId="401438EA" w14:textId="77777777" w:rsidR="001133B9" w:rsidRPr="001133B9" w:rsidRDefault="001133B9" w:rsidP="001E000A">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rPr>
            </w:pPr>
            <w:r w:rsidRPr="001133B9">
              <w:rPr>
                <w:rFonts w:asciiTheme="majorBidi" w:hAnsiTheme="majorBidi" w:cstheme="majorBidi" w:hint="cs"/>
                <w:rtl/>
              </w:rPr>
              <w:t xml:space="preserve">المنهج الوصفي التحليلي </w:t>
            </w:r>
          </w:p>
        </w:tc>
        <w:tc>
          <w:tcPr>
            <w:tcW w:w="1068" w:type="dxa"/>
          </w:tcPr>
          <w:p w14:paraId="62D84BFC" w14:textId="77777777" w:rsidR="001133B9" w:rsidRPr="001133B9" w:rsidRDefault="001133B9" w:rsidP="001E000A">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rPr>
            </w:pPr>
            <w:r w:rsidRPr="001133B9">
              <w:rPr>
                <w:rFonts w:asciiTheme="majorBidi" w:hAnsiTheme="majorBidi" w:cs="Times New Roman" w:hint="cs"/>
                <w:rtl/>
              </w:rPr>
              <w:t>استبانة</w:t>
            </w:r>
            <w:r w:rsidRPr="001133B9">
              <w:rPr>
                <w:rFonts w:asciiTheme="majorBidi" w:hAnsiTheme="majorBidi" w:cs="Times New Roman"/>
                <w:rtl/>
              </w:rPr>
              <w:t xml:space="preserve"> </w:t>
            </w:r>
            <w:r w:rsidRPr="001133B9">
              <w:rPr>
                <w:rFonts w:asciiTheme="majorBidi" w:hAnsiTheme="majorBidi" w:cs="Times New Roman" w:hint="cs"/>
                <w:rtl/>
              </w:rPr>
              <w:t>وزعت</w:t>
            </w:r>
            <w:r w:rsidRPr="001133B9">
              <w:rPr>
                <w:rFonts w:asciiTheme="majorBidi" w:hAnsiTheme="majorBidi" w:cs="Times New Roman"/>
                <w:rtl/>
              </w:rPr>
              <w:t xml:space="preserve"> </w:t>
            </w:r>
            <w:r w:rsidRPr="001133B9">
              <w:rPr>
                <w:rFonts w:asciiTheme="majorBidi" w:hAnsiTheme="majorBidi" w:cs="Times New Roman" w:hint="cs"/>
                <w:rtl/>
              </w:rPr>
              <w:t>على</w:t>
            </w:r>
            <w:r w:rsidRPr="001133B9">
              <w:rPr>
                <w:rFonts w:asciiTheme="majorBidi" w:hAnsiTheme="majorBidi" w:cs="Times New Roman"/>
                <w:rtl/>
              </w:rPr>
              <w:t xml:space="preserve"> (385) </w:t>
            </w:r>
            <w:r w:rsidRPr="001133B9">
              <w:rPr>
                <w:rFonts w:asciiTheme="majorBidi" w:hAnsiTheme="majorBidi" w:cs="Times New Roman" w:hint="cs"/>
                <w:rtl/>
              </w:rPr>
              <w:t>معلماً</w:t>
            </w:r>
            <w:r w:rsidRPr="001133B9">
              <w:rPr>
                <w:rFonts w:asciiTheme="majorBidi" w:hAnsiTheme="majorBidi" w:cs="Times New Roman"/>
                <w:rtl/>
              </w:rPr>
              <w:t xml:space="preserve"> </w:t>
            </w:r>
            <w:r w:rsidRPr="001133B9">
              <w:rPr>
                <w:rFonts w:asciiTheme="majorBidi" w:hAnsiTheme="majorBidi" w:cs="Times New Roman" w:hint="cs"/>
                <w:rtl/>
              </w:rPr>
              <w:t>ومعلمة</w:t>
            </w:r>
          </w:p>
        </w:tc>
        <w:tc>
          <w:tcPr>
            <w:tcW w:w="1307" w:type="dxa"/>
          </w:tcPr>
          <w:p w14:paraId="1EE800BA" w14:textId="77777777" w:rsidR="001133B9" w:rsidRPr="001133B9" w:rsidRDefault="001133B9" w:rsidP="001E000A">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rPr>
            </w:pPr>
            <w:r w:rsidRPr="001133B9">
              <w:rPr>
                <w:rFonts w:asciiTheme="majorBidi" w:hAnsiTheme="majorBidi" w:cs="Times New Roman" w:hint="cs"/>
                <w:rtl/>
              </w:rPr>
              <w:t>وجود</w:t>
            </w:r>
            <w:r w:rsidRPr="001133B9">
              <w:rPr>
                <w:rFonts w:asciiTheme="majorBidi" w:hAnsiTheme="majorBidi" w:cs="Times New Roman"/>
                <w:rtl/>
              </w:rPr>
              <w:t xml:space="preserve"> </w:t>
            </w:r>
            <w:r w:rsidRPr="001133B9">
              <w:rPr>
                <w:rFonts w:asciiTheme="majorBidi" w:hAnsiTheme="majorBidi" w:cs="Times New Roman" w:hint="cs"/>
                <w:rtl/>
              </w:rPr>
              <w:t>درجة</w:t>
            </w:r>
            <w:r w:rsidRPr="001133B9">
              <w:rPr>
                <w:rFonts w:asciiTheme="majorBidi" w:hAnsiTheme="majorBidi" w:cs="Times New Roman"/>
                <w:rtl/>
              </w:rPr>
              <w:t xml:space="preserve"> </w:t>
            </w:r>
            <w:r w:rsidRPr="001133B9">
              <w:rPr>
                <w:rFonts w:asciiTheme="majorBidi" w:hAnsiTheme="majorBidi" w:cs="Times New Roman" w:hint="cs"/>
                <w:rtl/>
              </w:rPr>
              <w:t>عالية</w:t>
            </w:r>
            <w:r w:rsidRPr="001133B9">
              <w:rPr>
                <w:rFonts w:asciiTheme="majorBidi" w:hAnsiTheme="majorBidi" w:cs="Times New Roman"/>
                <w:rtl/>
              </w:rPr>
              <w:t xml:space="preserve"> </w:t>
            </w:r>
            <w:r w:rsidRPr="001133B9">
              <w:rPr>
                <w:rFonts w:asciiTheme="majorBidi" w:hAnsiTheme="majorBidi" w:cs="Times New Roman" w:hint="cs"/>
                <w:rtl/>
              </w:rPr>
              <w:t>من</w:t>
            </w:r>
            <w:r w:rsidRPr="001133B9">
              <w:rPr>
                <w:rFonts w:asciiTheme="majorBidi" w:hAnsiTheme="majorBidi" w:cs="Times New Roman"/>
                <w:rtl/>
              </w:rPr>
              <w:t xml:space="preserve"> </w:t>
            </w:r>
            <w:r w:rsidRPr="001133B9">
              <w:rPr>
                <w:rFonts w:asciiTheme="majorBidi" w:hAnsiTheme="majorBidi" w:cs="Times New Roman" w:hint="cs"/>
                <w:rtl/>
              </w:rPr>
              <w:t>الوعي،</w:t>
            </w:r>
            <w:r w:rsidRPr="001133B9">
              <w:rPr>
                <w:rFonts w:asciiTheme="majorBidi" w:hAnsiTheme="majorBidi" w:cs="Times New Roman"/>
                <w:rtl/>
              </w:rPr>
              <w:t xml:space="preserve"> </w:t>
            </w:r>
            <w:r w:rsidRPr="001133B9">
              <w:rPr>
                <w:rFonts w:asciiTheme="majorBidi" w:hAnsiTheme="majorBidi" w:cs="Times New Roman" w:hint="cs"/>
                <w:rtl/>
              </w:rPr>
              <w:t>ولكن</w:t>
            </w:r>
            <w:r w:rsidRPr="001133B9">
              <w:rPr>
                <w:rFonts w:asciiTheme="majorBidi" w:hAnsiTheme="majorBidi" w:cs="Times New Roman"/>
                <w:rtl/>
              </w:rPr>
              <w:t xml:space="preserve"> </w:t>
            </w:r>
            <w:r w:rsidRPr="001133B9">
              <w:rPr>
                <w:rFonts w:asciiTheme="majorBidi" w:hAnsiTheme="majorBidi" w:cs="Times New Roman" w:hint="cs"/>
                <w:rtl/>
              </w:rPr>
              <w:t>هناك</w:t>
            </w:r>
            <w:r w:rsidRPr="001133B9">
              <w:rPr>
                <w:rFonts w:asciiTheme="majorBidi" w:hAnsiTheme="majorBidi" w:cs="Times New Roman"/>
                <w:rtl/>
              </w:rPr>
              <w:t xml:space="preserve"> </w:t>
            </w:r>
            <w:r w:rsidRPr="001133B9">
              <w:rPr>
                <w:rFonts w:asciiTheme="majorBidi" w:hAnsiTheme="majorBidi" w:cs="Times New Roman" w:hint="cs"/>
                <w:rtl/>
              </w:rPr>
              <w:t>نقص</w:t>
            </w:r>
            <w:r w:rsidRPr="001133B9">
              <w:rPr>
                <w:rFonts w:asciiTheme="majorBidi" w:hAnsiTheme="majorBidi" w:cs="Times New Roman"/>
                <w:rtl/>
              </w:rPr>
              <w:t xml:space="preserve"> </w:t>
            </w:r>
            <w:r w:rsidRPr="001133B9">
              <w:rPr>
                <w:rFonts w:asciiTheme="majorBidi" w:hAnsiTheme="majorBidi" w:cs="Times New Roman" w:hint="cs"/>
                <w:rtl/>
              </w:rPr>
              <w:t>في</w:t>
            </w:r>
            <w:r w:rsidRPr="001133B9">
              <w:rPr>
                <w:rFonts w:asciiTheme="majorBidi" w:hAnsiTheme="majorBidi" w:cs="Times New Roman"/>
                <w:rtl/>
              </w:rPr>
              <w:t xml:space="preserve"> </w:t>
            </w:r>
            <w:r w:rsidRPr="001133B9">
              <w:rPr>
                <w:rFonts w:asciiTheme="majorBidi" w:hAnsiTheme="majorBidi" w:cs="Times New Roman" w:hint="cs"/>
                <w:rtl/>
              </w:rPr>
              <w:t>التدريب</w:t>
            </w:r>
            <w:r w:rsidRPr="001133B9">
              <w:rPr>
                <w:rFonts w:asciiTheme="majorBidi" w:hAnsiTheme="majorBidi" w:cs="Times New Roman"/>
                <w:rtl/>
              </w:rPr>
              <w:t xml:space="preserve"> </w:t>
            </w:r>
            <w:r w:rsidRPr="001133B9">
              <w:rPr>
                <w:rFonts w:asciiTheme="majorBidi" w:hAnsiTheme="majorBidi" w:cs="Times New Roman" w:hint="cs"/>
                <w:rtl/>
              </w:rPr>
              <w:t>التقني</w:t>
            </w:r>
            <w:r w:rsidRPr="001133B9">
              <w:rPr>
                <w:rFonts w:asciiTheme="majorBidi" w:hAnsiTheme="majorBidi" w:cs="Times New Roman"/>
                <w:rtl/>
              </w:rPr>
              <w:t xml:space="preserve"> </w:t>
            </w:r>
            <w:r w:rsidRPr="001133B9">
              <w:rPr>
                <w:rFonts w:asciiTheme="majorBidi" w:hAnsiTheme="majorBidi" w:cs="Times New Roman" w:hint="cs"/>
                <w:rtl/>
              </w:rPr>
              <w:t>المتخصص</w:t>
            </w:r>
            <w:r w:rsidRPr="001133B9">
              <w:rPr>
                <w:rFonts w:asciiTheme="majorBidi" w:hAnsiTheme="majorBidi" w:cs="Times New Roman"/>
                <w:rtl/>
              </w:rPr>
              <w:t>.</w:t>
            </w:r>
          </w:p>
        </w:tc>
        <w:tc>
          <w:tcPr>
            <w:tcW w:w="2271" w:type="dxa"/>
          </w:tcPr>
          <w:p w14:paraId="4570B4EA" w14:textId="35920A57" w:rsidR="001133B9" w:rsidRPr="001133B9" w:rsidRDefault="001133B9" w:rsidP="001E000A">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rPr>
            </w:pPr>
            <w:r w:rsidRPr="001133B9">
              <w:rPr>
                <w:rFonts w:asciiTheme="majorBidi" w:hAnsiTheme="majorBidi" w:cs="Times New Roman" w:hint="cs"/>
                <w:rtl/>
              </w:rPr>
              <w:t>دراسة</w:t>
            </w:r>
            <w:r w:rsidRPr="001133B9">
              <w:rPr>
                <w:rFonts w:asciiTheme="majorBidi" w:hAnsiTheme="majorBidi" w:cs="Times New Roman"/>
                <w:rtl/>
              </w:rPr>
              <w:t xml:space="preserve"> </w:t>
            </w:r>
            <w:r w:rsidRPr="001133B9">
              <w:rPr>
                <w:rFonts w:asciiTheme="majorBidi" w:hAnsiTheme="majorBidi" w:cs="Times New Roman" w:hint="cs"/>
                <w:rtl/>
              </w:rPr>
              <w:t>محلية</w:t>
            </w:r>
            <w:r w:rsidRPr="001133B9">
              <w:rPr>
                <w:rFonts w:asciiTheme="majorBidi" w:hAnsiTheme="majorBidi" w:cs="Times New Roman"/>
                <w:rtl/>
              </w:rPr>
              <w:t xml:space="preserve"> </w:t>
            </w:r>
            <w:r w:rsidRPr="001133B9">
              <w:rPr>
                <w:rFonts w:asciiTheme="majorBidi" w:hAnsiTheme="majorBidi" w:cs="Times New Roman" w:hint="cs"/>
                <w:rtl/>
              </w:rPr>
              <w:t>تثبت</w:t>
            </w:r>
            <w:r w:rsidRPr="001133B9">
              <w:rPr>
                <w:rFonts w:asciiTheme="majorBidi" w:hAnsiTheme="majorBidi" w:cs="Times New Roman"/>
                <w:rtl/>
              </w:rPr>
              <w:t xml:space="preserve"> </w:t>
            </w:r>
            <w:r w:rsidRPr="001133B9">
              <w:rPr>
                <w:rFonts w:asciiTheme="majorBidi" w:hAnsiTheme="majorBidi" w:cs="Times New Roman" w:hint="cs"/>
                <w:rtl/>
              </w:rPr>
              <w:t>جاهزية</w:t>
            </w:r>
            <w:r w:rsidRPr="001133B9">
              <w:rPr>
                <w:rFonts w:asciiTheme="majorBidi" w:hAnsiTheme="majorBidi" w:cs="Times New Roman"/>
                <w:rtl/>
              </w:rPr>
              <w:t xml:space="preserve"> </w:t>
            </w:r>
            <w:r w:rsidRPr="001133B9">
              <w:rPr>
                <w:rFonts w:asciiTheme="majorBidi" w:hAnsiTheme="majorBidi" w:cs="Times New Roman" w:hint="cs"/>
                <w:rtl/>
              </w:rPr>
              <w:t>المعلمين،</w:t>
            </w:r>
            <w:r w:rsidRPr="001133B9">
              <w:rPr>
                <w:rFonts w:asciiTheme="majorBidi" w:hAnsiTheme="majorBidi" w:cs="Times New Roman"/>
                <w:rtl/>
              </w:rPr>
              <w:t xml:space="preserve"> </w:t>
            </w:r>
            <w:r w:rsidRPr="001133B9">
              <w:rPr>
                <w:rFonts w:asciiTheme="majorBidi" w:hAnsiTheme="majorBidi" w:cs="Times New Roman" w:hint="cs"/>
                <w:rtl/>
              </w:rPr>
              <w:t>وسأركز</w:t>
            </w:r>
            <w:r w:rsidRPr="001133B9">
              <w:rPr>
                <w:rFonts w:asciiTheme="majorBidi" w:hAnsiTheme="majorBidi" w:cs="Times New Roman"/>
                <w:rtl/>
              </w:rPr>
              <w:t xml:space="preserve"> </w:t>
            </w:r>
            <w:r w:rsidRPr="001133B9">
              <w:rPr>
                <w:rFonts w:asciiTheme="majorBidi" w:hAnsiTheme="majorBidi" w:cs="Times New Roman" w:hint="cs"/>
                <w:rtl/>
              </w:rPr>
              <w:t>في</w:t>
            </w:r>
            <w:r w:rsidRPr="001133B9">
              <w:rPr>
                <w:rFonts w:asciiTheme="majorBidi" w:hAnsiTheme="majorBidi" w:cs="Times New Roman"/>
                <w:rtl/>
              </w:rPr>
              <w:t xml:space="preserve"> </w:t>
            </w:r>
            <w:r w:rsidRPr="001133B9">
              <w:rPr>
                <w:rFonts w:asciiTheme="majorBidi" w:hAnsiTheme="majorBidi" w:cs="Times New Roman" w:hint="cs"/>
                <w:rtl/>
              </w:rPr>
              <w:t>بحثي</w:t>
            </w:r>
            <w:r w:rsidRPr="001133B9">
              <w:rPr>
                <w:rFonts w:asciiTheme="majorBidi" w:hAnsiTheme="majorBidi" w:cs="Times New Roman"/>
                <w:rtl/>
              </w:rPr>
              <w:t xml:space="preserve"> </w:t>
            </w:r>
            <w:r w:rsidRPr="001133B9">
              <w:rPr>
                <w:rFonts w:asciiTheme="majorBidi" w:hAnsiTheme="majorBidi" w:cs="Times New Roman" w:hint="cs"/>
                <w:rtl/>
              </w:rPr>
              <w:t>على</w:t>
            </w:r>
            <w:r w:rsidRPr="001133B9">
              <w:rPr>
                <w:rFonts w:asciiTheme="majorBidi" w:hAnsiTheme="majorBidi" w:cs="Times New Roman"/>
                <w:rtl/>
              </w:rPr>
              <w:t xml:space="preserve"> "</w:t>
            </w:r>
            <w:r w:rsidRPr="001133B9">
              <w:rPr>
                <w:rFonts w:asciiTheme="majorBidi" w:hAnsiTheme="majorBidi" w:cs="Times New Roman" w:hint="cs"/>
                <w:rtl/>
              </w:rPr>
              <w:t>التطبيق</w:t>
            </w:r>
            <w:r w:rsidRPr="001133B9">
              <w:rPr>
                <w:rFonts w:asciiTheme="majorBidi" w:hAnsiTheme="majorBidi" w:cs="Times New Roman"/>
                <w:rtl/>
              </w:rPr>
              <w:t xml:space="preserve">" </w:t>
            </w:r>
            <w:r w:rsidRPr="001133B9">
              <w:rPr>
                <w:rFonts w:asciiTheme="majorBidi" w:hAnsiTheme="majorBidi" w:cs="Times New Roman" w:hint="cs"/>
                <w:rtl/>
              </w:rPr>
              <w:t>لا</w:t>
            </w:r>
            <w:r w:rsidRPr="001133B9">
              <w:rPr>
                <w:rFonts w:asciiTheme="majorBidi" w:hAnsiTheme="majorBidi" w:cs="Times New Roman"/>
                <w:rtl/>
              </w:rPr>
              <w:t xml:space="preserve"> </w:t>
            </w:r>
            <w:r w:rsidRPr="001133B9">
              <w:rPr>
                <w:rFonts w:asciiTheme="majorBidi" w:hAnsiTheme="majorBidi" w:cs="Times New Roman" w:hint="cs"/>
                <w:rtl/>
              </w:rPr>
              <w:t>الوعي</w:t>
            </w:r>
            <w:r w:rsidRPr="001133B9">
              <w:rPr>
                <w:rFonts w:asciiTheme="majorBidi" w:hAnsiTheme="majorBidi" w:cs="Times New Roman"/>
                <w:rtl/>
              </w:rPr>
              <w:t xml:space="preserve"> </w:t>
            </w:r>
            <w:r w:rsidRPr="001133B9">
              <w:rPr>
                <w:rFonts w:asciiTheme="majorBidi" w:hAnsiTheme="majorBidi" w:cs="Times New Roman" w:hint="cs"/>
                <w:rtl/>
              </w:rPr>
              <w:t>فقط</w:t>
            </w:r>
            <w:r w:rsidRPr="001133B9">
              <w:rPr>
                <w:rFonts w:asciiTheme="majorBidi" w:hAnsiTheme="majorBidi" w:cs="Times New Roman"/>
                <w:rtl/>
              </w:rPr>
              <w:t>.</w:t>
            </w:r>
          </w:p>
        </w:tc>
      </w:tr>
      <w:tr w:rsidR="00F3684C" w:rsidRPr="001133B9" w14:paraId="4D2D2589" w14:textId="77777777" w:rsidTr="001E000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4" w:type="dxa"/>
          </w:tcPr>
          <w:p w14:paraId="1E0ED3E1" w14:textId="77777777" w:rsidR="001133B9" w:rsidRPr="001133B9" w:rsidRDefault="001133B9" w:rsidP="001E000A">
            <w:pPr>
              <w:bidi/>
              <w:jc w:val="center"/>
              <w:rPr>
                <w:rFonts w:asciiTheme="majorBidi" w:hAnsiTheme="majorBidi"/>
                <w:b w:val="0"/>
                <w:bCs w:val="0"/>
                <w:sz w:val="28"/>
                <w:szCs w:val="28"/>
                <w:rtl/>
              </w:rPr>
            </w:pPr>
            <w:r w:rsidRPr="001133B9">
              <w:rPr>
                <w:rFonts w:asciiTheme="majorBidi" w:hAnsiTheme="majorBidi"/>
                <w:b w:val="0"/>
                <w:bCs w:val="0"/>
                <w:sz w:val="28"/>
                <w:szCs w:val="28"/>
              </w:rPr>
              <w:t>2</w:t>
            </w:r>
          </w:p>
        </w:tc>
        <w:tc>
          <w:tcPr>
            <w:tcW w:w="2102" w:type="dxa"/>
          </w:tcPr>
          <w:p w14:paraId="39E3167C" w14:textId="77777777" w:rsidR="001133B9" w:rsidRPr="001133B9" w:rsidRDefault="001133B9" w:rsidP="001E000A">
            <w:pPr>
              <w:bidi/>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rtl/>
              </w:rPr>
            </w:pPr>
            <w:r w:rsidRPr="001133B9">
              <w:rPr>
                <w:rFonts w:asciiTheme="majorBidi" w:hAnsiTheme="majorBidi" w:cs="Times New Roman" w:hint="cs"/>
                <w:rtl/>
              </w:rPr>
              <w:t>أثر</w:t>
            </w:r>
            <w:r w:rsidRPr="001133B9">
              <w:rPr>
                <w:rFonts w:asciiTheme="majorBidi" w:hAnsiTheme="majorBidi" w:cs="Times New Roman"/>
                <w:rtl/>
              </w:rPr>
              <w:t xml:space="preserve"> </w:t>
            </w:r>
            <w:r w:rsidRPr="001133B9">
              <w:rPr>
                <w:rFonts w:asciiTheme="majorBidi" w:hAnsiTheme="majorBidi" w:cs="Times New Roman" w:hint="cs"/>
                <w:rtl/>
              </w:rPr>
              <w:t>منصات</w:t>
            </w:r>
            <w:r w:rsidRPr="001133B9">
              <w:rPr>
                <w:rFonts w:asciiTheme="majorBidi" w:hAnsiTheme="majorBidi" w:cs="Times New Roman"/>
                <w:rtl/>
              </w:rPr>
              <w:t xml:space="preserve"> </w:t>
            </w:r>
            <w:r w:rsidRPr="001133B9">
              <w:rPr>
                <w:rFonts w:asciiTheme="majorBidi" w:hAnsiTheme="majorBidi" w:cs="Times New Roman" w:hint="cs"/>
                <w:rtl/>
              </w:rPr>
              <w:t>التعلم</w:t>
            </w:r>
            <w:r w:rsidRPr="001133B9">
              <w:rPr>
                <w:rFonts w:asciiTheme="majorBidi" w:hAnsiTheme="majorBidi" w:cs="Times New Roman"/>
                <w:rtl/>
              </w:rPr>
              <w:t xml:space="preserve"> </w:t>
            </w:r>
            <w:r w:rsidRPr="001133B9">
              <w:rPr>
                <w:rFonts w:asciiTheme="majorBidi" w:hAnsiTheme="majorBidi" w:cs="Times New Roman" w:hint="cs"/>
                <w:rtl/>
              </w:rPr>
              <w:t>التكيفي</w:t>
            </w:r>
            <w:r w:rsidRPr="001133B9">
              <w:rPr>
                <w:rFonts w:asciiTheme="majorBidi" w:hAnsiTheme="majorBidi" w:cs="Times New Roman"/>
                <w:rtl/>
              </w:rPr>
              <w:t xml:space="preserve"> </w:t>
            </w:r>
            <w:r w:rsidRPr="001133B9">
              <w:rPr>
                <w:rFonts w:asciiTheme="majorBidi" w:hAnsiTheme="majorBidi" w:cs="Times New Roman" w:hint="cs"/>
                <w:rtl/>
              </w:rPr>
              <w:t>المعتمدة</w:t>
            </w:r>
            <w:r w:rsidRPr="001133B9">
              <w:rPr>
                <w:rFonts w:asciiTheme="majorBidi" w:hAnsiTheme="majorBidi" w:cs="Times New Roman"/>
                <w:rtl/>
              </w:rPr>
              <w:t xml:space="preserve"> </w:t>
            </w:r>
            <w:r w:rsidRPr="001133B9">
              <w:rPr>
                <w:rFonts w:asciiTheme="majorBidi" w:hAnsiTheme="majorBidi" w:cs="Times New Roman" w:hint="cs"/>
                <w:rtl/>
              </w:rPr>
              <w:t>على</w:t>
            </w:r>
            <w:r w:rsidRPr="001133B9">
              <w:rPr>
                <w:rFonts w:asciiTheme="majorBidi" w:hAnsiTheme="majorBidi" w:cs="Times New Roman"/>
                <w:rtl/>
              </w:rPr>
              <w:t xml:space="preserve"> </w:t>
            </w:r>
            <w:r w:rsidRPr="001133B9">
              <w:rPr>
                <w:rFonts w:asciiTheme="majorBidi" w:hAnsiTheme="majorBidi" w:cs="Times New Roman" w:hint="cs"/>
                <w:rtl/>
              </w:rPr>
              <w:t>الذكاء</w:t>
            </w:r>
            <w:r w:rsidRPr="001133B9">
              <w:rPr>
                <w:rFonts w:asciiTheme="majorBidi" w:hAnsiTheme="majorBidi" w:cs="Times New Roman"/>
                <w:rtl/>
              </w:rPr>
              <w:t xml:space="preserve"> </w:t>
            </w:r>
            <w:r w:rsidRPr="001133B9">
              <w:rPr>
                <w:rFonts w:asciiTheme="majorBidi" w:hAnsiTheme="majorBidi" w:cs="Times New Roman" w:hint="cs"/>
                <w:rtl/>
              </w:rPr>
              <w:t>الاصطناعي</w:t>
            </w:r>
            <w:r w:rsidRPr="001133B9">
              <w:rPr>
                <w:rFonts w:asciiTheme="majorBidi" w:hAnsiTheme="majorBidi" w:cs="Times New Roman"/>
                <w:rtl/>
              </w:rPr>
              <w:t xml:space="preserve"> </w:t>
            </w:r>
            <w:r w:rsidRPr="001133B9">
              <w:rPr>
                <w:rFonts w:asciiTheme="majorBidi" w:hAnsiTheme="majorBidi" w:cs="Times New Roman" w:hint="cs"/>
                <w:rtl/>
              </w:rPr>
              <w:t>في</w:t>
            </w:r>
            <w:r w:rsidRPr="001133B9">
              <w:rPr>
                <w:rFonts w:asciiTheme="majorBidi" w:hAnsiTheme="majorBidi" w:cs="Times New Roman"/>
                <w:rtl/>
              </w:rPr>
              <w:t xml:space="preserve"> </w:t>
            </w:r>
            <w:r w:rsidRPr="001133B9">
              <w:rPr>
                <w:rFonts w:asciiTheme="majorBidi" w:hAnsiTheme="majorBidi" w:cs="Times New Roman" w:hint="cs"/>
                <w:rtl/>
              </w:rPr>
              <w:t>تنمية</w:t>
            </w:r>
            <w:r w:rsidRPr="001133B9">
              <w:rPr>
                <w:rFonts w:asciiTheme="majorBidi" w:hAnsiTheme="majorBidi" w:cs="Times New Roman"/>
                <w:rtl/>
              </w:rPr>
              <w:t xml:space="preserve"> </w:t>
            </w:r>
            <w:r w:rsidRPr="001133B9">
              <w:rPr>
                <w:rFonts w:asciiTheme="majorBidi" w:hAnsiTheme="majorBidi" w:cs="Times New Roman" w:hint="cs"/>
                <w:rtl/>
              </w:rPr>
              <w:t>التحصيل</w:t>
            </w:r>
          </w:p>
        </w:tc>
        <w:tc>
          <w:tcPr>
            <w:tcW w:w="953" w:type="dxa"/>
          </w:tcPr>
          <w:p w14:paraId="57E27248" w14:textId="42CF492E" w:rsidR="001133B9" w:rsidRPr="001133B9" w:rsidRDefault="001133B9" w:rsidP="001E000A">
            <w:pPr>
              <w:bidi/>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rtl/>
              </w:rPr>
            </w:pPr>
            <w:proofErr w:type="spellStart"/>
            <w:r>
              <w:rPr>
                <w:rFonts w:asciiTheme="majorBidi" w:hAnsiTheme="majorBidi" w:cstheme="majorBidi" w:hint="cs"/>
                <w:rtl/>
              </w:rPr>
              <w:t>د.</w:t>
            </w:r>
            <w:r w:rsidR="00F3684C">
              <w:rPr>
                <w:rFonts w:asciiTheme="majorBidi" w:hAnsiTheme="majorBidi" w:cstheme="majorBidi" w:hint="cs"/>
                <w:rtl/>
              </w:rPr>
              <w:t>محمد</w:t>
            </w:r>
            <w:proofErr w:type="spellEnd"/>
            <w:r w:rsidR="00F3684C">
              <w:rPr>
                <w:rFonts w:asciiTheme="majorBidi" w:hAnsiTheme="majorBidi" w:cstheme="majorBidi" w:hint="cs"/>
                <w:rtl/>
              </w:rPr>
              <w:t xml:space="preserve"> عطية خميس (2023 )</w:t>
            </w:r>
          </w:p>
        </w:tc>
        <w:tc>
          <w:tcPr>
            <w:tcW w:w="1483" w:type="dxa"/>
          </w:tcPr>
          <w:p w14:paraId="254708D4" w14:textId="1E839E46" w:rsidR="001133B9" w:rsidRPr="001133B9" w:rsidRDefault="00F3684C" w:rsidP="001E000A">
            <w:pPr>
              <w:bidi/>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rtl/>
              </w:rPr>
            </w:pPr>
            <w:r w:rsidRPr="00F3684C">
              <w:rPr>
                <w:rFonts w:asciiTheme="majorBidi" w:hAnsiTheme="majorBidi" w:cs="Times New Roman" w:hint="cs"/>
                <w:rtl/>
              </w:rPr>
              <w:t>كيف</w:t>
            </w:r>
            <w:r w:rsidRPr="00F3684C">
              <w:rPr>
                <w:rFonts w:asciiTheme="majorBidi" w:hAnsiTheme="majorBidi" w:cs="Times New Roman"/>
                <w:rtl/>
              </w:rPr>
              <w:t xml:space="preserve"> </w:t>
            </w:r>
            <w:r w:rsidRPr="00F3684C">
              <w:rPr>
                <w:rFonts w:asciiTheme="majorBidi" w:hAnsiTheme="majorBidi" w:cs="Times New Roman" w:hint="cs"/>
                <w:rtl/>
              </w:rPr>
              <w:t>تساهم</w:t>
            </w:r>
            <w:r w:rsidRPr="00F3684C">
              <w:rPr>
                <w:rFonts w:asciiTheme="majorBidi" w:hAnsiTheme="majorBidi" w:cs="Times New Roman"/>
                <w:rtl/>
              </w:rPr>
              <w:t xml:space="preserve"> </w:t>
            </w:r>
            <w:r w:rsidRPr="00F3684C">
              <w:rPr>
                <w:rFonts w:asciiTheme="majorBidi" w:hAnsiTheme="majorBidi" w:cs="Times New Roman" w:hint="cs"/>
                <w:rtl/>
              </w:rPr>
              <w:t>المنصات</w:t>
            </w:r>
            <w:r w:rsidRPr="00F3684C">
              <w:rPr>
                <w:rFonts w:asciiTheme="majorBidi" w:hAnsiTheme="majorBidi" w:cs="Times New Roman"/>
                <w:rtl/>
              </w:rPr>
              <w:t xml:space="preserve"> </w:t>
            </w:r>
            <w:r w:rsidRPr="00F3684C">
              <w:rPr>
                <w:rFonts w:asciiTheme="majorBidi" w:hAnsiTheme="majorBidi" w:cs="Times New Roman" w:hint="cs"/>
                <w:rtl/>
              </w:rPr>
              <w:t>الذكية</w:t>
            </w:r>
            <w:r w:rsidRPr="00F3684C">
              <w:rPr>
                <w:rFonts w:asciiTheme="majorBidi" w:hAnsiTheme="majorBidi" w:cs="Times New Roman"/>
                <w:rtl/>
              </w:rPr>
              <w:t xml:space="preserve"> </w:t>
            </w:r>
            <w:r w:rsidRPr="00F3684C">
              <w:rPr>
                <w:rFonts w:asciiTheme="majorBidi" w:hAnsiTheme="majorBidi" w:cs="Times New Roman" w:hint="cs"/>
                <w:rtl/>
              </w:rPr>
              <w:t>في</w:t>
            </w:r>
            <w:r w:rsidRPr="00F3684C">
              <w:rPr>
                <w:rFonts w:asciiTheme="majorBidi" w:hAnsiTheme="majorBidi" w:cs="Times New Roman"/>
                <w:rtl/>
              </w:rPr>
              <w:t xml:space="preserve"> </w:t>
            </w:r>
            <w:r w:rsidRPr="00F3684C">
              <w:rPr>
                <w:rFonts w:asciiTheme="majorBidi" w:hAnsiTheme="majorBidi" w:cs="Times New Roman" w:hint="cs"/>
                <w:rtl/>
              </w:rPr>
              <w:t>معالجة</w:t>
            </w:r>
            <w:r w:rsidRPr="00F3684C">
              <w:rPr>
                <w:rFonts w:asciiTheme="majorBidi" w:hAnsiTheme="majorBidi" w:cs="Times New Roman"/>
                <w:rtl/>
              </w:rPr>
              <w:t xml:space="preserve"> </w:t>
            </w:r>
            <w:r w:rsidRPr="00F3684C">
              <w:rPr>
                <w:rFonts w:asciiTheme="majorBidi" w:hAnsiTheme="majorBidi" w:cs="Times New Roman" w:hint="cs"/>
                <w:rtl/>
              </w:rPr>
              <w:t>الفروق</w:t>
            </w:r>
            <w:r w:rsidRPr="00F3684C">
              <w:rPr>
                <w:rFonts w:asciiTheme="majorBidi" w:hAnsiTheme="majorBidi" w:cs="Times New Roman"/>
                <w:rtl/>
              </w:rPr>
              <w:t xml:space="preserve"> </w:t>
            </w:r>
            <w:r w:rsidRPr="00F3684C">
              <w:rPr>
                <w:rFonts w:asciiTheme="majorBidi" w:hAnsiTheme="majorBidi" w:cs="Times New Roman" w:hint="cs"/>
                <w:rtl/>
              </w:rPr>
              <w:t>الفردية</w:t>
            </w:r>
            <w:r w:rsidRPr="00F3684C">
              <w:rPr>
                <w:rFonts w:asciiTheme="majorBidi" w:hAnsiTheme="majorBidi" w:cs="Times New Roman"/>
                <w:rtl/>
              </w:rPr>
              <w:t xml:space="preserve"> </w:t>
            </w:r>
            <w:r w:rsidRPr="00F3684C">
              <w:rPr>
                <w:rFonts w:asciiTheme="majorBidi" w:hAnsiTheme="majorBidi" w:cs="Times New Roman" w:hint="cs"/>
                <w:rtl/>
              </w:rPr>
              <w:t>بين</w:t>
            </w:r>
            <w:r w:rsidRPr="00F3684C">
              <w:rPr>
                <w:rFonts w:asciiTheme="majorBidi" w:hAnsiTheme="majorBidi" w:cs="Times New Roman"/>
                <w:rtl/>
              </w:rPr>
              <w:t xml:space="preserve"> </w:t>
            </w:r>
            <w:r w:rsidRPr="00F3684C">
              <w:rPr>
                <w:rFonts w:asciiTheme="majorBidi" w:hAnsiTheme="majorBidi" w:cs="Times New Roman" w:hint="cs"/>
                <w:rtl/>
              </w:rPr>
              <w:t>الطلاب؟</w:t>
            </w:r>
          </w:p>
        </w:tc>
        <w:tc>
          <w:tcPr>
            <w:tcW w:w="1072" w:type="dxa"/>
          </w:tcPr>
          <w:p w14:paraId="312A6A3C" w14:textId="17A79E24" w:rsidR="001133B9" w:rsidRPr="001133B9" w:rsidRDefault="00F3684C" w:rsidP="001E000A">
            <w:pPr>
              <w:bidi/>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rtl/>
              </w:rPr>
            </w:pPr>
            <w:r>
              <w:rPr>
                <w:rFonts w:asciiTheme="majorBidi" w:hAnsiTheme="majorBidi" w:cstheme="majorBidi" w:hint="cs"/>
                <w:rtl/>
              </w:rPr>
              <w:t>المنهج التجريبي</w:t>
            </w:r>
          </w:p>
        </w:tc>
        <w:tc>
          <w:tcPr>
            <w:tcW w:w="1068" w:type="dxa"/>
          </w:tcPr>
          <w:p w14:paraId="433A42A2" w14:textId="528B7939" w:rsidR="001133B9" w:rsidRPr="001133B9" w:rsidRDefault="00F3684C" w:rsidP="001E000A">
            <w:pPr>
              <w:bidi/>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rtl/>
              </w:rPr>
            </w:pPr>
            <w:proofErr w:type="spellStart"/>
            <w:r>
              <w:rPr>
                <w:rFonts w:asciiTheme="majorBidi" w:hAnsiTheme="majorBidi" w:cstheme="majorBidi" w:hint="cs"/>
                <w:rtl/>
              </w:rPr>
              <w:t>اختاتحصيلي</w:t>
            </w:r>
            <w:proofErr w:type="spellEnd"/>
            <w:r>
              <w:rPr>
                <w:rFonts w:asciiTheme="majorBidi" w:hAnsiTheme="majorBidi" w:cstheme="majorBidi" w:hint="cs"/>
                <w:rtl/>
              </w:rPr>
              <w:t xml:space="preserve"> ومقياس دافعية (عينة من الطلاب)</w:t>
            </w:r>
          </w:p>
        </w:tc>
        <w:tc>
          <w:tcPr>
            <w:tcW w:w="1307" w:type="dxa"/>
          </w:tcPr>
          <w:p w14:paraId="2D1B1B97" w14:textId="29ADF57C" w:rsidR="001133B9" w:rsidRPr="001133B9" w:rsidRDefault="00F3684C" w:rsidP="001E000A">
            <w:pPr>
              <w:bidi/>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rtl/>
              </w:rPr>
            </w:pPr>
            <w:r w:rsidRPr="00F3684C">
              <w:rPr>
                <w:rFonts w:asciiTheme="majorBidi" w:hAnsiTheme="majorBidi" w:cs="Times New Roman" w:hint="cs"/>
                <w:rtl/>
              </w:rPr>
              <w:t>تفوق</w:t>
            </w:r>
            <w:r w:rsidRPr="00F3684C">
              <w:rPr>
                <w:rFonts w:asciiTheme="majorBidi" w:hAnsiTheme="majorBidi" w:cs="Times New Roman"/>
                <w:rtl/>
              </w:rPr>
              <w:t xml:space="preserve"> </w:t>
            </w:r>
            <w:r w:rsidRPr="00F3684C">
              <w:rPr>
                <w:rFonts w:asciiTheme="majorBidi" w:hAnsiTheme="majorBidi" w:cs="Times New Roman" w:hint="cs"/>
                <w:rtl/>
              </w:rPr>
              <w:t>المجموعة</w:t>
            </w:r>
            <w:r w:rsidRPr="00F3684C">
              <w:rPr>
                <w:rFonts w:asciiTheme="majorBidi" w:hAnsiTheme="majorBidi" w:cs="Times New Roman"/>
                <w:rtl/>
              </w:rPr>
              <w:t xml:space="preserve"> </w:t>
            </w:r>
            <w:r w:rsidRPr="00F3684C">
              <w:rPr>
                <w:rFonts w:asciiTheme="majorBidi" w:hAnsiTheme="majorBidi" w:cs="Times New Roman" w:hint="cs"/>
                <w:rtl/>
              </w:rPr>
              <w:t>التجريبية</w:t>
            </w:r>
            <w:r w:rsidRPr="00F3684C">
              <w:rPr>
                <w:rFonts w:asciiTheme="majorBidi" w:hAnsiTheme="majorBidi" w:cs="Times New Roman"/>
                <w:rtl/>
              </w:rPr>
              <w:t xml:space="preserve"> </w:t>
            </w:r>
            <w:r w:rsidRPr="00F3684C">
              <w:rPr>
                <w:rFonts w:asciiTheme="majorBidi" w:hAnsiTheme="majorBidi" w:cs="Times New Roman" w:hint="cs"/>
                <w:rtl/>
              </w:rPr>
              <w:t>التي</w:t>
            </w:r>
            <w:r w:rsidRPr="00F3684C">
              <w:rPr>
                <w:rFonts w:asciiTheme="majorBidi" w:hAnsiTheme="majorBidi" w:cs="Times New Roman"/>
                <w:rtl/>
              </w:rPr>
              <w:t xml:space="preserve"> </w:t>
            </w:r>
            <w:r w:rsidRPr="00F3684C">
              <w:rPr>
                <w:rFonts w:asciiTheme="majorBidi" w:hAnsiTheme="majorBidi" w:cs="Times New Roman" w:hint="cs"/>
                <w:rtl/>
              </w:rPr>
              <w:t>استخدمت</w:t>
            </w:r>
            <w:r w:rsidRPr="00F3684C">
              <w:rPr>
                <w:rFonts w:asciiTheme="majorBidi" w:hAnsiTheme="majorBidi" w:cs="Times New Roman"/>
                <w:rtl/>
              </w:rPr>
              <w:t xml:space="preserve"> </w:t>
            </w:r>
            <w:r w:rsidRPr="00F3684C">
              <w:rPr>
                <w:rFonts w:asciiTheme="majorBidi" w:hAnsiTheme="majorBidi" w:cs="Times New Roman" w:hint="cs"/>
                <w:rtl/>
              </w:rPr>
              <w:t>المنصات</w:t>
            </w:r>
            <w:r w:rsidRPr="00F3684C">
              <w:rPr>
                <w:rFonts w:asciiTheme="majorBidi" w:hAnsiTheme="majorBidi" w:cs="Times New Roman"/>
                <w:rtl/>
              </w:rPr>
              <w:t xml:space="preserve"> </w:t>
            </w:r>
            <w:r w:rsidRPr="00F3684C">
              <w:rPr>
                <w:rFonts w:asciiTheme="majorBidi" w:hAnsiTheme="majorBidi" w:cs="Times New Roman" w:hint="cs"/>
                <w:rtl/>
              </w:rPr>
              <w:t>الذكية</w:t>
            </w:r>
            <w:r w:rsidRPr="00F3684C">
              <w:rPr>
                <w:rFonts w:asciiTheme="majorBidi" w:hAnsiTheme="majorBidi" w:cs="Times New Roman"/>
                <w:rtl/>
              </w:rPr>
              <w:t xml:space="preserve"> </w:t>
            </w:r>
            <w:r w:rsidRPr="00F3684C">
              <w:rPr>
                <w:rFonts w:asciiTheme="majorBidi" w:hAnsiTheme="majorBidi" w:cs="Times New Roman" w:hint="cs"/>
                <w:rtl/>
              </w:rPr>
              <w:lastRenderedPageBreak/>
              <w:t>في</w:t>
            </w:r>
            <w:r w:rsidRPr="00F3684C">
              <w:rPr>
                <w:rFonts w:asciiTheme="majorBidi" w:hAnsiTheme="majorBidi" w:cs="Times New Roman"/>
                <w:rtl/>
              </w:rPr>
              <w:t xml:space="preserve"> </w:t>
            </w:r>
            <w:r w:rsidRPr="00F3684C">
              <w:rPr>
                <w:rFonts w:asciiTheme="majorBidi" w:hAnsiTheme="majorBidi" w:cs="Times New Roman" w:hint="cs"/>
                <w:rtl/>
              </w:rPr>
              <w:t>اختبار</w:t>
            </w:r>
            <w:r w:rsidRPr="00F3684C">
              <w:rPr>
                <w:rFonts w:asciiTheme="majorBidi" w:hAnsiTheme="majorBidi" w:cs="Times New Roman"/>
                <w:rtl/>
              </w:rPr>
              <w:t xml:space="preserve"> </w:t>
            </w:r>
            <w:r w:rsidRPr="00F3684C">
              <w:rPr>
                <w:rFonts w:asciiTheme="majorBidi" w:hAnsiTheme="majorBidi" w:cs="Times New Roman" w:hint="cs"/>
                <w:rtl/>
              </w:rPr>
              <w:t>التحصيل</w:t>
            </w:r>
            <w:r w:rsidRPr="00F3684C">
              <w:rPr>
                <w:rFonts w:asciiTheme="majorBidi" w:hAnsiTheme="majorBidi" w:cs="Times New Roman"/>
                <w:rtl/>
              </w:rPr>
              <w:t>.</w:t>
            </w:r>
          </w:p>
        </w:tc>
        <w:tc>
          <w:tcPr>
            <w:tcW w:w="2271" w:type="dxa"/>
          </w:tcPr>
          <w:p w14:paraId="03FE486D" w14:textId="0630CE33" w:rsidR="001133B9" w:rsidRPr="001133B9" w:rsidRDefault="00F3684C" w:rsidP="001E000A">
            <w:pPr>
              <w:bidi/>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rtl/>
              </w:rPr>
            </w:pPr>
            <w:r w:rsidRPr="00F3684C">
              <w:rPr>
                <w:rFonts w:asciiTheme="majorBidi" w:hAnsiTheme="majorBidi" w:cs="Times New Roman" w:hint="cs"/>
                <w:rtl/>
              </w:rPr>
              <w:lastRenderedPageBreak/>
              <w:t>بحث</w:t>
            </w:r>
            <w:r w:rsidRPr="00F3684C">
              <w:rPr>
                <w:rFonts w:asciiTheme="majorBidi" w:hAnsiTheme="majorBidi" w:cs="Times New Roman"/>
                <w:rtl/>
              </w:rPr>
              <w:t xml:space="preserve"> </w:t>
            </w:r>
            <w:r w:rsidRPr="00F3684C">
              <w:rPr>
                <w:rFonts w:asciiTheme="majorBidi" w:hAnsiTheme="majorBidi" w:cs="Times New Roman" w:hint="cs"/>
                <w:rtl/>
              </w:rPr>
              <w:t>رصين</w:t>
            </w:r>
            <w:r w:rsidRPr="00F3684C">
              <w:rPr>
                <w:rFonts w:asciiTheme="majorBidi" w:hAnsiTheme="majorBidi" w:cs="Times New Roman"/>
                <w:rtl/>
              </w:rPr>
              <w:t xml:space="preserve"> </w:t>
            </w:r>
            <w:r w:rsidRPr="00F3684C">
              <w:rPr>
                <w:rFonts w:asciiTheme="majorBidi" w:hAnsiTheme="majorBidi" w:cs="Times New Roman" w:hint="cs"/>
                <w:rtl/>
              </w:rPr>
              <w:t>جداً</w:t>
            </w:r>
            <w:r w:rsidRPr="00F3684C">
              <w:rPr>
                <w:rFonts w:asciiTheme="majorBidi" w:hAnsiTheme="majorBidi" w:cs="Times New Roman"/>
                <w:rtl/>
              </w:rPr>
              <w:t xml:space="preserve"> </w:t>
            </w:r>
            <w:r w:rsidRPr="00F3684C">
              <w:rPr>
                <w:rFonts w:asciiTheme="majorBidi" w:hAnsiTheme="majorBidi" w:cs="Times New Roman" w:hint="cs"/>
                <w:rtl/>
              </w:rPr>
              <w:t>في</w:t>
            </w:r>
            <w:r w:rsidRPr="00F3684C">
              <w:rPr>
                <w:rFonts w:asciiTheme="majorBidi" w:hAnsiTheme="majorBidi" w:cs="Times New Roman"/>
                <w:rtl/>
              </w:rPr>
              <w:t xml:space="preserve"> </w:t>
            </w:r>
            <w:r w:rsidRPr="00F3684C">
              <w:rPr>
                <w:rFonts w:asciiTheme="majorBidi" w:hAnsiTheme="majorBidi" w:cs="Times New Roman" w:hint="cs"/>
                <w:rtl/>
              </w:rPr>
              <w:t>تكنولوجيا</w:t>
            </w:r>
            <w:r w:rsidRPr="00F3684C">
              <w:rPr>
                <w:rFonts w:asciiTheme="majorBidi" w:hAnsiTheme="majorBidi" w:cs="Times New Roman"/>
                <w:rtl/>
              </w:rPr>
              <w:t xml:space="preserve"> </w:t>
            </w:r>
            <w:r w:rsidRPr="00F3684C">
              <w:rPr>
                <w:rFonts w:asciiTheme="majorBidi" w:hAnsiTheme="majorBidi" w:cs="Times New Roman" w:hint="cs"/>
                <w:rtl/>
              </w:rPr>
              <w:t>التعليم؛</w:t>
            </w:r>
            <w:r w:rsidRPr="00F3684C">
              <w:rPr>
                <w:rFonts w:asciiTheme="majorBidi" w:hAnsiTheme="majorBidi" w:cs="Times New Roman"/>
                <w:rtl/>
              </w:rPr>
              <w:t xml:space="preserve"> </w:t>
            </w:r>
            <w:r w:rsidRPr="00F3684C">
              <w:rPr>
                <w:rFonts w:asciiTheme="majorBidi" w:hAnsiTheme="majorBidi" w:cs="Times New Roman" w:hint="cs"/>
                <w:rtl/>
              </w:rPr>
              <w:t>يدعم</w:t>
            </w:r>
            <w:r w:rsidRPr="00F3684C">
              <w:rPr>
                <w:rFonts w:asciiTheme="majorBidi" w:hAnsiTheme="majorBidi" w:cs="Times New Roman"/>
                <w:rtl/>
              </w:rPr>
              <w:t xml:space="preserve"> </w:t>
            </w:r>
            <w:r w:rsidRPr="00F3684C">
              <w:rPr>
                <w:rFonts w:asciiTheme="majorBidi" w:hAnsiTheme="majorBidi" w:cs="Times New Roman" w:hint="cs"/>
                <w:rtl/>
              </w:rPr>
              <w:t>الجانب</w:t>
            </w:r>
            <w:r w:rsidRPr="00F3684C">
              <w:rPr>
                <w:rFonts w:asciiTheme="majorBidi" w:hAnsiTheme="majorBidi" w:cs="Times New Roman"/>
                <w:rtl/>
              </w:rPr>
              <w:t xml:space="preserve"> </w:t>
            </w:r>
            <w:r w:rsidRPr="00F3684C">
              <w:rPr>
                <w:rFonts w:asciiTheme="majorBidi" w:hAnsiTheme="majorBidi" w:cs="Times New Roman" w:hint="cs"/>
                <w:rtl/>
              </w:rPr>
              <w:t>التجريبي</w:t>
            </w:r>
            <w:r w:rsidRPr="00F3684C">
              <w:rPr>
                <w:rFonts w:asciiTheme="majorBidi" w:hAnsiTheme="majorBidi" w:cs="Times New Roman"/>
                <w:rtl/>
              </w:rPr>
              <w:t xml:space="preserve"> </w:t>
            </w:r>
            <w:r w:rsidRPr="00F3684C">
              <w:rPr>
                <w:rFonts w:asciiTheme="majorBidi" w:hAnsiTheme="majorBidi" w:cs="Times New Roman" w:hint="cs"/>
                <w:rtl/>
              </w:rPr>
              <w:t>في</w:t>
            </w:r>
            <w:r w:rsidRPr="00F3684C">
              <w:rPr>
                <w:rFonts w:asciiTheme="majorBidi" w:hAnsiTheme="majorBidi" w:cs="Times New Roman"/>
                <w:rtl/>
              </w:rPr>
              <w:t xml:space="preserve"> </w:t>
            </w:r>
            <w:r w:rsidRPr="00F3684C">
              <w:rPr>
                <w:rFonts w:asciiTheme="majorBidi" w:hAnsiTheme="majorBidi" w:cs="Times New Roman" w:hint="cs"/>
                <w:rtl/>
              </w:rPr>
              <w:t>دراستي</w:t>
            </w:r>
            <w:r w:rsidRPr="00F3684C">
              <w:rPr>
                <w:rFonts w:asciiTheme="majorBidi" w:hAnsiTheme="majorBidi" w:cs="Times New Roman"/>
                <w:rtl/>
              </w:rPr>
              <w:t>.</w:t>
            </w:r>
          </w:p>
        </w:tc>
      </w:tr>
      <w:tr w:rsidR="00F3684C" w:rsidRPr="001133B9" w14:paraId="4E930693" w14:textId="77777777" w:rsidTr="001E00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4" w:type="dxa"/>
          </w:tcPr>
          <w:p w14:paraId="5805CB7D" w14:textId="77777777" w:rsidR="001133B9" w:rsidRPr="001133B9" w:rsidRDefault="001133B9" w:rsidP="001E000A">
            <w:pPr>
              <w:bidi/>
              <w:jc w:val="center"/>
              <w:rPr>
                <w:rFonts w:asciiTheme="majorBidi" w:hAnsiTheme="majorBidi"/>
                <w:b w:val="0"/>
                <w:bCs w:val="0"/>
                <w:sz w:val="28"/>
                <w:szCs w:val="28"/>
                <w:rtl/>
              </w:rPr>
            </w:pPr>
            <w:r w:rsidRPr="001133B9">
              <w:rPr>
                <w:rFonts w:asciiTheme="majorBidi" w:hAnsiTheme="majorBidi"/>
                <w:b w:val="0"/>
                <w:bCs w:val="0"/>
                <w:sz w:val="28"/>
                <w:szCs w:val="28"/>
              </w:rPr>
              <w:lastRenderedPageBreak/>
              <w:t>3</w:t>
            </w:r>
          </w:p>
        </w:tc>
        <w:tc>
          <w:tcPr>
            <w:tcW w:w="2102" w:type="dxa"/>
          </w:tcPr>
          <w:p w14:paraId="715C68A1" w14:textId="20611105" w:rsidR="001133B9" w:rsidRPr="001133B9" w:rsidRDefault="00F3684C" w:rsidP="001E000A">
            <w:pPr>
              <w:bidi/>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rPr>
            </w:pPr>
            <w:r w:rsidRPr="00F3684C">
              <w:rPr>
                <w:rFonts w:asciiTheme="majorBidi" w:hAnsiTheme="majorBidi" w:cs="Times New Roman" w:hint="cs"/>
                <w:rtl/>
              </w:rPr>
              <w:t>متطلبات</w:t>
            </w:r>
            <w:r w:rsidRPr="00F3684C">
              <w:rPr>
                <w:rFonts w:asciiTheme="majorBidi" w:hAnsiTheme="majorBidi" w:cs="Times New Roman"/>
                <w:rtl/>
              </w:rPr>
              <w:t xml:space="preserve"> </w:t>
            </w:r>
            <w:r w:rsidRPr="00F3684C">
              <w:rPr>
                <w:rFonts w:asciiTheme="majorBidi" w:hAnsiTheme="majorBidi" w:cs="Times New Roman" w:hint="cs"/>
                <w:rtl/>
              </w:rPr>
              <w:t>توظيف</w:t>
            </w:r>
            <w:r w:rsidRPr="00F3684C">
              <w:rPr>
                <w:rFonts w:asciiTheme="majorBidi" w:hAnsiTheme="majorBidi" w:cs="Times New Roman"/>
                <w:rtl/>
              </w:rPr>
              <w:t xml:space="preserve"> </w:t>
            </w:r>
            <w:r w:rsidRPr="00F3684C">
              <w:rPr>
                <w:rFonts w:asciiTheme="majorBidi" w:hAnsiTheme="majorBidi" w:cs="Times New Roman" w:hint="cs"/>
                <w:rtl/>
              </w:rPr>
              <w:t>الذكاء</w:t>
            </w:r>
            <w:r w:rsidRPr="00F3684C">
              <w:rPr>
                <w:rFonts w:asciiTheme="majorBidi" w:hAnsiTheme="majorBidi" w:cs="Times New Roman"/>
                <w:rtl/>
              </w:rPr>
              <w:t xml:space="preserve"> </w:t>
            </w:r>
            <w:r w:rsidRPr="00F3684C">
              <w:rPr>
                <w:rFonts w:asciiTheme="majorBidi" w:hAnsiTheme="majorBidi" w:cs="Times New Roman" w:hint="cs"/>
                <w:rtl/>
              </w:rPr>
              <w:t>الاصطناعي</w:t>
            </w:r>
            <w:r w:rsidRPr="00F3684C">
              <w:rPr>
                <w:rFonts w:asciiTheme="majorBidi" w:hAnsiTheme="majorBidi" w:cs="Times New Roman"/>
                <w:rtl/>
              </w:rPr>
              <w:t xml:space="preserve"> </w:t>
            </w:r>
            <w:r w:rsidRPr="00F3684C">
              <w:rPr>
                <w:rFonts w:asciiTheme="majorBidi" w:hAnsiTheme="majorBidi" w:cs="Times New Roman" w:hint="cs"/>
                <w:rtl/>
              </w:rPr>
              <w:t>في</w:t>
            </w:r>
            <w:r w:rsidRPr="00F3684C">
              <w:rPr>
                <w:rFonts w:asciiTheme="majorBidi" w:hAnsiTheme="majorBidi" w:cs="Times New Roman"/>
                <w:rtl/>
              </w:rPr>
              <w:t xml:space="preserve"> </w:t>
            </w:r>
            <w:r w:rsidRPr="00F3684C">
              <w:rPr>
                <w:rFonts w:asciiTheme="majorBidi" w:hAnsiTheme="majorBidi" w:cs="Times New Roman" w:hint="cs"/>
                <w:rtl/>
              </w:rPr>
              <w:t>العملية</w:t>
            </w:r>
            <w:r w:rsidRPr="00F3684C">
              <w:rPr>
                <w:rFonts w:asciiTheme="majorBidi" w:hAnsiTheme="majorBidi" w:cs="Times New Roman"/>
                <w:rtl/>
              </w:rPr>
              <w:t xml:space="preserve"> </w:t>
            </w:r>
            <w:r w:rsidRPr="00F3684C">
              <w:rPr>
                <w:rFonts w:asciiTheme="majorBidi" w:hAnsiTheme="majorBidi" w:cs="Times New Roman" w:hint="cs"/>
                <w:rtl/>
              </w:rPr>
              <w:t>التعليمية</w:t>
            </w:r>
            <w:r w:rsidRPr="00F3684C">
              <w:rPr>
                <w:rFonts w:asciiTheme="majorBidi" w:hAnsiTheme="majorBidi" w:cs="Times New Roman"/>
                <w:rtl/>
              </w:rPr>
              <w:t xml:space="preserve"> </w:t>
            </w:r>
            <w:r w:rsidRPr="00F3684C">
              <w:rPr>
                <w:rFonts w:asciiTheme="majorBidi" w:hAnsiTheme="majorBidi" w:cs="Times New Roman" w:hint="cs"/>
                <w:rtl/>
              </w:rPr>
              <w:t>بالجامعات</w:t>
            </w:r>
          </w:p>
        </w:tc>
        <w:tc>
          <w:tcPr>
            <w:tcW w:w="953" w:type="dxa"/>
          </w:tcPr>
          <w:p w14:paraId="0126C9C0" w14:textId="46F34D23" w:rsidR="001133B9" w:rsidRPr="001133B9" w:rsidRDefault="00F3684C" w:rsidP="001E000A">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rPr>
            </w:pPr>
            <w:proofErr w:type="spellStart"/>
            <w:r>
              <w:rPr>
                <w:rFonts w:asciiTheme="majorBidi" w:hAnsiTheme="majorBidi" w:cstheme="majorBidi" w:hint="cs"/>
                <w:rtl/>
              </w:rPr>
              <w:t>د.نادية</w:t>
            </w:r>
            <w:proofErr w:type="spellEnd"/>
            <w:r>
              <w:rPr>
                <w:rFonts w:asciiTheme="majorBidi" w:hAnsiTheme="majorBidi" w:cstheme="majorBidi" w:hint="cs"/>
                <w:rtl/>
              </w:rPr>
              <w:t xml:space="preserve"> حمدي السيد (2023 )</w:t>
            </w:r>
          </w:p>
        </w:tc>
        <w:tc>
          <w:tcPr>
            <w:tcW w:w="1483" w:type="dxa"/>
          </w:tcPr>
          <w:p w14:paraId="48167589" w14:textId="4FF73E98" w:rsidR="001133B9" w:rsidRPr="001133B9" w:rsidRDefault="00F3684C" w:rsidP="001E000A">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rPr>
            </w:pPr>
            <w:r w:rsidRPr="00F3684C">
              <w:rPr>
                <w:rFonts w:asciiTheme="majorBidi" w:hAnsiTheme="majorBidi" w:cstheme="majorBidi"/>
                <w:rtl/>
              </w:rPr>
              <w:t>ما هي البنية التحتية والتشريعات اللازمة لدمج الذكاء الاصطناعي؟</w:t>
            </w:r>
          </w:p>
        </w:tc>
        <w:tc>
          <w:tcPr>
            <w:tcW w:w="1072" w:type="dxa"/>
          </w:tcPr>
          <w:p w14:paraId="20A7D7BF" w14:textId="6E11202E" w:rsidR="001133B9" w:rsidRPr="001133B9" w:rsidRDefault="00F3684C" w:rsidP="001E000A">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rPr>
            </w:pPr>
            <w:r>
              <w:rPr>
                <w:rFonts w:asciiTheme="majorBidi" w:hAnsiTheme="majorBidi" w:cstheme="majorBidi" w:hint="cs"/>
                <w:rtl/>
              </w:rPr>
              <w:t xml:space="preserve">المنهج الوصفي </w:t>
            </w:r>
          </w:p>
        </w:tc>
        <w:tc>
          <w:tcPr>
            <w:tcW w:w="1068" w:type="dxa"/>
          </w:tcPr>
          <w:p w14:paraId="620C8A8F" w14:textId="27037AAA" w:rsidR="001133B9" w:rsidRPr="001133B9" w:rsidRDefault="00F3684C" w:rsidP="001E000A">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rPr>
            </w:pPr>
            <w:r>
              <w:rPr>
                <w:rFonts w:asciiTheme="majorBidi" w:hAnsiTheme="majorBidi" w:cstheme="majorBidi" w:hint="cs"/>
                <w:rtl/>
              </w:rPr>
              <w:t xml:space="preserve">مقابلة مع خبراء تقنيين واكاديميين </w:t>
            </w:r>
          </w:p>
        </w:tc>
        <w:tc>
          <w:tcPr>
            <w:tcW w:w="1307" w:type="dxa"/>
          </w:tcPr>
          <w:p w14:paraId="162C776E" w14:textId="02B2F0BB" w:rsidR="001133B9" w:rsidRPr="00F3684C" w:rsidRDefault="00F3684C" w:rsidP="001E000A">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rPr>
            </w:pPr>
            <w:r w:rsidRPr="00F3684C">
              <w:rPr>
                <w:rFonts w:asciiTheme="majorBidi" w:hAnsiTheme="majorBidi" w:cstheme="majorBidi"/>
                <w:rtl/>
              </w:rPr>
              <w:t>ضرورة توفير ميزانيات خاصة وتحديث المناهج لتشمل مفاهيم "الخوارزميات</w:t>
            </w:r>
            <w:r w:rsidRPr="00F3684C">
              <w:rPr>
                <w:rFonts w:asciiTheme="majorBidi" w:hAnsiTheme="majorBidi" w:cstheme="majorBidi"/>
              </w:rPr>
              <w:t>"</w:t>
            </w:r>
          </w:p>
        </w:tc>
        <w:tc>
          <w:tcPr>
            <w:tcW w:w="2271" w:type="dxa"/>
          </w:tcPr>
          <w:p w14:paraId="42EE6484" w14:textId="1464887E" w:rsidR="001133B9" w:rsidRPr="00F3684C" w:rsidRDefault="00F3684C" w:rsidP="001E000A">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rPr>
            </w:pPr>
            <w:r w:rsidRPr="00F3684C">
              <w:rPr>
                <w:rFonts w:asciiTheme="majorBidi" w:hAnsiTheme="majorBidi" w:cstheme="majorBidi"/>
                <w:rtl/>
              </w:rPr>
              <w:t>توضح الجانب الإداري؛ بحثي سيكمل هذا الجانب بدراسة "تفاعل الطالب" مع هذه المتطلبات</w:t>
            </w:r>
            <w:r w:rsidRPr="00F3684C">
              <w:rPr>
                <w:rFonts w:asciiTheme="majorBidi" w:hAnsiTheme="majorBidi" w:cstheme="majorBidi"/>
              </w:rPr>
              <w:t>.</w:t>
            </w:r>
          </w:p>
        </w:tc>
      </w:tr>
      <w:tr w:rsidR="00F3684C" w:rsidRPr="001133B9" w14:paraId="44346B50" w14:textId="77777777" w:rsidTr="001E000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4" w:type="dxa"/>
          </w:tcPr>
          <w:p w14:paraId="79702172" w14:textId="77777777" w:rsidR="001133B9" w:rsidRPr="001133B9" w:rsidRDefault="001133B9" w:rsidP="001E000A">
            <w:pPr>
              <w:bidi/>
              <w:jc w:val="center"/>
              <w:rPr>
                <w:rFonts w:asciiTheme="majorBidi" w:hAnsiTheme="majorBidi"/>
                <w:b w:val="0"/>
                <w:bCs w:val="0"/>
                <w:sz w:val="28"/>
                <w:szCs w:val="28"/>
              </w:rPr>
            </w:pPr>
            <w:r w:rsidRPr="001133B9">
              <w:rPr>
                <w:rFonts w:asciiTheme="majorBidi" w:hAnsiTheme="majorBidi"/>
                <w:b w:val="0"/>
                <w:bCs w:val="0"/>
                <w:sz w:val="28"/>
                <w:szCs w:val="28"/>
              </w:rPr>
              <w:t>4</w:t>
            </w:r>
          </w:p>
        </w:tc>
        <w:tc>
          <w:tcPr>
            <w:tcW w:w="2102" w:type="dxa"/>
          </w:tcPr>
          <w:p w14:paraId="5DC00FC5" w14:textId="65CB21F6" w:rsidR="001133B9" w:rsidRPr="001133B9" w:rsidRDefault="00F3684C" w:rsidP="001E000A">
            <w:pPr>
              <w:bidi/>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rtl/>
              </w:rPr>
            </w:pPr>
            <w:r w:rsidRPr="00F3684C">
              <w:rPr>
                <w:rFonts w:asciiTheme="majorBidi" w:hAnsiTheme="majorBidi" w:cs="Times New Roman" w:hint="cs"/>
                <w:rtl/>
              </w:rPr>
              <w:t>أخلاقيات</w:t>
            </w:r>
            <w:r w:rsidRPr="00F3684C">
              <w:rPr>
                <w:rFonts w:asciiTheme="majorBidi" w:hAnsiTheme="majorBidi" w:cs="Times New Roman"/>
                <w:rtl/>
              </w:rPr>
              <w:t xml:space="preserve"> </w:t>
            </w:r>
            <w:r w:rsidRPr="00F3684C">
              <w:rPr>
                <w:rFonts w:asciiTheme="majorBidi" w:hAnsiTheme="majorBidi" w:cs="Times New Roman" w:hint="cs"/>
                <w:rtl/>
              </w:rPr>
              <w:t>استخدام</w:t>
            </w:r>
            <w:r w:rsidRPr="00F3684C">
              <w:rPr>
                <w:rFonts w:asciiTheme="majorBidi" w:hAnsiTheme="majorBidi" w:cs="Times New Roman"/>
                <w:rtl/>
              </w:rPr>
              <w:t xml:space="preserve"> </w:t>
            </w:r>
            <w:r w:rsidRPr="00F3684C">
              <w:rPr>
                <w:rFonts w:asciiTheme="majorBidi" w:hAnsiTheme="majorBidi" w:cs="Times New Roman" w:hint="cs"/>
                <w:rtl/>
              </w:rPr>
              <w:t>الذكاء</w:t>
            </w:r>
            <w:r w:rsidRPr="00F3684C">
              <w:rPr>
                <w:rFonts w:asciiTheme="majorBidi" w:hAnsiTheme="majorBidi" w:cs="Times New Roman"/>
                <w:rtl/>
              </w:rPr>
              <w:t xml:space="preserve"> </w:t>
            </w:r>
            <w:r w:rsidRPr="00F3684C">
              <w:rPr>
                <w:rFonts w:asciiTheme="majorBidi" w:hAnsiTheme="majorBidi" w:cs="Times New Roman" w:hint="cs"/>
                <w:rtl/>
              </w:rPr>
              <w:t>الاصطناعي</w:t>
            </w:r>
            <w:r w:rsidRPr="00F3684C">
              <w:rPr>
                <w:rFonts w:asciiTheme="majorBidi" w:hAnsiTheme="majorBidi" w:cs="Times New Roman"/>
                <w:rtl/>
              </w:rPr>
              <w:t xml:space="preserve"> </w:t>
            </w:r>
            <w:r w:rsidRPr="00F3684C">
              <w:rPr>
                <w:rFonts w:asciiTheme="majorBidi" w:hAnsiTheme="majorBidi" w:cs="Times New Roman" w:hint="cs"/>
                <w:rtl/>
              </w:rPr>
              <w:t>في</w:t>
            </w:r>
            <w:r w:rsidRPr="00F3684C">
              <w:rPr>
                <w:rFonts w:asciiTheme="majorBidi" w:hAnsiTheme="majorBidi" w:cs="Times New Roman"/>
                <w:rtl/>
              </w:rPr>
              <w:t xml:space="preserve"> </w:t>
            </w:r>
            <w:r w:rsidRPr="00F3684C">
              <w:rPr>
                <w:rFonts w:asciiTheme="majorBidi" w:hAnsiTheme="majorBidi" w:cs="Times New Roman" w:hint="cs"/>
                <w:rtl/>
              </w:rPr>
              <w:t>البحث</w:t>
            </w:r>
            <w:r w:rsidRPr="00F3684C">
              <w:rPr>
                <w:rFonts w:asciiTheme="majorBidi" w:hAnsiTheme="majorBidi" w:cs="Times New Roman"/>
                <w:rtl/>
              </w:rPr>
              <w:t xml:space="preserve"> </w:t>
            </w:r>
            <w:r w:rsidRPr="00F3684C">
              <w:rPr>
                <w:rFonts w:asciiTheme="majorBidi" w:hAnsiTheme="majorBidi" w:cs="Times New Roman" w:hint="cs"/>
                <w:rtl/>
              </w:rPr>
              <w:t>العلمي</w:t>
            </w:r>
            <w:r w:rsidRPr="00F3684C">
              <w:rPr>
                <w:rFonts w:asciiTheme="majorBidi" w:hAnsiTheme="majorBidi" w:cs="Times New Roman"/>
                <w:rtl/>
              </w:rPr>
              <w:t xml:space="preserve"> </w:t>
            </w:r>
            <w:r w:rsidRPr="00F3684C">
              <w:rPr>
                <w:rFonts w:asciiTheme="majorBidi" w:hAnsiTheme="majorBidi" w:cs="Times New Roman" w:hint="cs"/>
                <w:rtl/>
              </w:rPr>
              <w:t>والتعليم</w:t>
            </w:r>
          </w:p>
        </w:tc>
        <w:tc>
          <w:tcPr>
            <w:tcW w:w="953" w:type="dxa"/>
          </w:tcPr>
          <w:p w14:paraId="2C29CE10" w14:textId="7B83B502" w:rsidR="001133B9" w:rsidRPr="001133B9" w:rsidRDefault="00F3684C" w:rsidP="001E000A">
            <w:pPr>
              <w:bidi/>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rtl/>
              </w:rPr>
            </w:pPr>
            <w:r>
              <w:rPr>
                <w:rFonts w:asciiTheme="majorBidi" w:hAnsiTheme="majorBidi" w:cstheme="majorBidi" w:hint="cs"/>
                <w:rtl/>
              </w:rPr>
              <w:t>د. صالح بن عبد الكريم (2024 )</w:t>
            </w:r>
          </w:p>
        </w:tc>
        <w:tc>
          <w:tcPr>
            <w:tcW w:w="1483" w:type="dxa"/>
          </w:tcPr>
          <w:p w14:paraId="5AD2F8F4" w14:textId="0656BB50" w:rsidR="001133B9" w:rsidRPr="001133B9" w:rsidRDefault="00F3684C" w:rsidP="001E000A">
            <w:pPr>
              <w:bidi/>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rtl/>
              </w:rPr>
            </w:pPr>
            <w:r w:rsidRPr="00F3684C">
              <w:rPr>
                <w:rFonts w:asciiTheme="majorBidi" w:hAnsiTheme="majorBidi" w:cs="Times New Roman" w:hint="cs"/>
                <w:rtl/>
              </w:rPr>
              <w:t>كيف</w:t>
            </w:r>
            <w:r w:rsidRPr="00F3684C">
              <w:rPr>
                <w:rFonts w:asciiTheme="majorBidi" w:hAnsiTheme="majorBidi" w:cs="Times New Roman"/>
                <w:rtl/>
              </w:rPr>
              <w:t xml:space="preserve"> </w:t>
            </w:r>
            <w:r w:rsidRPr="00F3684C">
              <w:rPr>
                <w:rFonts w:asciiTheme="majorBidi" w:hAnsiTheme="majorBidi" w:cs="Times New Roman" w:hint="cs"/>
                <w:rtl/>
              </w:rPr>
              <w:t>نضمن</w:t>
            </w:r>
            <w:r w:rsidRPr="00F3684C">
              <w:rPr>
                <w:rFonts w:asciiTheme="majorBidi" w:hAnsiTheme="majorBidi" w:cs="Times New Roman"/>
                <w:rtl/>
              </w:rPr>
              <w:t xml:space="preserve"> </w:t>
            </w:r>
            <w:r w:rsidRPr="00F3684C">
              <w:rPr>
                <w:rFonts w:asciiTheme="majorBidi" w:hAnsiTheme="majorBidi" w:cs="Times New Roman" w:hint="cs"/>
                <w:rtl/>
              </w:rPr>
              <w:t>النزاهة</w:t>
            </w:r>
            <w:r w:rsidRPr="00F3684C">
              <w:rPr>
                <w:rFonts w:asciiTheme="majorBidi" w:hAnsiTheme="majorBidi" w:cs="Times New Roman"/>
                <w:rtl/>
              </w:rPr>
              <w:t xml:space="preserve"> </w:t>
            </w:r>
            <w:r w:rsidRPr="00F3684C">
              <w:rPr>
                <w:rFonts w:asciiTheme="majorBidi" w:hAnsiTheme="majorBidi" w:cs="Times New Roman" w:hint="cs"/>
                <w:rtl/>
              </w:rPr>
              <w:t>الأكاديمية</w:t>
            </w:r>
            <w:r w:rsidRPr="00F3684C">
              <w:rPr>
                <w:rFonts w:asciiTheme="majorBidi" w:hAnsiTheme="majorBidi" w:cs="Times New Roman"/>
                <w:rtl/>
              </w:rPr>
              <w:t xml:space="preserve"> </w:t>
            </w:r>
            <w:r w:rsidRPr="00F3684C">
              <w:rPr>
                <w:rFonts w:asciiTheme="majorBidi" w:hAnsiTheme="majorBidi" w:cs="Times New Roman" w:hint="cs"/>
                <w:rtl/>
              </w:rPr>
              <w:t>مع</w:t>
            </w:r>
            <w:r w:rsidRPr="00F3684C">
              <w:rPr>
                <w:rFonts w:asciiTheme="majorBidi" w:hAnsiTheme="majorBidi" w:cs="Times New Roman"/>
                <w:rtl/>
              </w:rPr>
              <w:t xml:space="preserve"> </w:t>
            </w:r>
            <w:r w:rsidRPr="00F3684C">
              <w:rPr>
                <w:rFonts w:asciiTheme="majorBidi" w:hAnsiTheme="majorBidi" w:cs="Times New Roman" w:hint="cs"/>
                <w:rtl/>
              </w:rPr>
              <w:t>انتشار</w:t>
            </w:r>
            <w:r w:rsidRPr="00F3684C">
              <w:rPr>
                <w:rFonts w:asciiTheme="majorBidi" w:hAnsiTheme="majorBidi" w:cs="Times New Roman"/>
                <w:rtl/>
              </w:rPr>
              <w:t xml:space="preserve"> </w:t>
            </w:r>
            <w:r w:rsidRPr="00F3684C">
              <w:rPr>
                <w:rFonts w:asciiTheme="majorBidi" w:hAnsiTheme="majorBidi" w:cs="Times New Roman" w:hint="cs"/>
                <w:rtl/>
              </w:rPr>
              <w:t>أدوات</w:t>
            </w:r>
            <w:r w:rsidRPr="00F3684C">
              <w:rPr>
                <w:rFonts w:asciiTheme="majorBidi" w:hAnsiTheme="majorBidi" w:cs="Times New Roman"/>
                <w:rtl/>
              </w:rPr>
              <w:t xml:space="preserve"> </w:t>
            </w:r>
            <w:r w:rsidRPr="00F3684C">
              <w:rPr>
                <w:rFonts w:asciiTheme="majorBidi" w:hAnsiTheme="majorBidi" w:cs="Times New Roman" w:hint="cs"/>
                <w:rtl/>
              </w:rPr>
              <w:t>مثل</w:t>
            </w:r>
            <w:r w:rsidRPr="00F3684C">
              <w:rPr>
                <w:rFonts w:asciiTheme="majorBidi" w:hAnsiTheme="majorBidi" w:cs="Times New Roman"/>
                <w:rtl/>
              </w:rPr>
              <w:t xml:space="preserve"> (</w:t>
            </w:r>
            <w:proofErr w:type="spellStart"/>
            <w:r w:rsidRPr="00F3684C">
              <w:rPr>
                <w:rFonts w:asciiTheme="majorBidi" w:hAnsiTheme="majorBidi" w:cstheme="majorBidi"/>
              </w:rPr>
              <w:t>ChatGPT</w:t>
            </w:r>
            <w:proofErr w:type="spellEnd"/>
            <w:r w:rsidRPr="00F3684C">
              <w:rPr>
                <w:rFonts w:asciiTheme="majorBidi" w:hAnsiTheme="majorBidi" w:cstheme="majorBidi"/>
              </w:rPr>
              <w:t>)</w:t>
            </w:r>
            <w:r w:rsidRPr="00F3684C">
              <w:rPr>
                <w:rFonts w:asciiTheme="majorBidi" w:hAnsiTheme="majorBidi" w:cs="Times New Roman" w:hint="cs"/>
                <w:rtl/>
              </w:rPr>
              <w:t>؟</w:t>
            </w:r>
          </w:p>
        </w:tc>
        <w:tc>
          <w:tcPr>
            <w:tcW w:w="1072" w:type="dxa"/>
          </w:tcPr>
          <w:p w14:paraId="6AA58ADF" w14:textId="1FFF108C" w:rsidR="001133B9" w:rsidRPr="001133B9" w:rsidRDefault="00F3684C" w:rsidP="001E000A">
            <w:pPr>
              <w:bidi/>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rtl/>
              </w:rPr>
            </w:pPr>
            <w:r>
              <w:rPr>
                <w:rFonts w:asciiTheme="majorBidi" w:hAnsiTheme="majorBidi" w:cstheme="majorBidi" w:hint="cs"/>
                <w:rtl/>
              </w:rPr>
              <w:t>المنهج التحليلي النقدي</w:t>
            </w:r>
          </w:p>
        </w:tc>
        <w:tc>
          <w:tcPr>
            <w:tcW w:w="1068" w:type="dxa"/>
          </w:tcPr>
          <w:p w14:paraId="6BCD6BDE" w14:textId="6F384434" w:rsidR="001133B9" w:rsidRPr="001133B9" w:rsidRDefault="00F3684C" w:rsidP="001E000A">
            <w:pPr>
              <w:bidi/>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rtl/>
              </w:rPr>
            </w:pPr>
            <w:r w:rsidRPr="00F3684C">
              <w:rPr>
                <w:rFonts w:asciiTheme="majorBidi" w:hAnsiTheme="majorBidi" w:cstheme="majorBidi"/>
                <w:rtl/>
              </w:rPr>
              <w:t>تحليل أدبيات ومواثيق النزاهة العالمية</w:t>
            </w:r>
          </w:p>
        </w:tc>
        <w:tc>
          <w:tcPr>
            <w:tcW w:w="1307" w:type="dxa"/>
          </w:tcPr>
          <w:p w14:paraId="42B02234" w14:textId="681A1D59" w:rsidR="001133B9" w:rsidRPr="00F3684C" w:rsidRDefault="00F3684C" w:rsidP="001E000A">
            <w:pPr>
              <w:bidi/>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rtl/>
              </w:rPr>
            </w:pPr>
            <w:r w:rsidRPr="00F3684C">
              <w:rPr>
                <w:rFonts w:asciiTheme="majorBidi" w:hAnsiTheme="majorBidi" w:cstheme="majorBidi"/>
                <w:rtl/>
              </w:rPr>
              <w:t>وجوب وضع تشريعات صارمة تفرق بين "المساعدة الذكية" و"الانتحال الآلي</w:t>
            </w:r>
            <w:r w:rsidRPr="00F3684C">
              <w:rPr>
                <w:rFonts w:asciiTheme="majorBidi" w:hAnsiTheme="majorBidi" w:cstheme="majorBidi"/>
              </w:rPr>
              <w:t>".</w:t>
            </w:r>
          </w:p>
        </w:tc>
        <w:tc>
          <w:tcPr>
            <w:tcW w:w="2271" w:type="dxa"/>
          </w:tcPr>
          <w:p w14:paraId="7A1CF6C9" w14:textId="388B9751" w:rsidR="001133B9" w:rsidRPr="001133B9" w:rsidRDefault="00F3684C" w:rsidP="001E000A">
            <w:pPr>
              <w:bidi/>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rtl/>
              </w:rPr>
            </w:pPr>
            <w:r w:rsidRPr="00F3684C">
              <w:rPr>
                <w:rFonts w:asciiTheme="majorBidi" w:hAnsiTheme="majorBidi" w:cs="Times New Roman" w:hint="cs"/>
                <w:rtl/>
              </w:rPr>
              <w:t>هذه</w:t>
            </w:r>
            <w:r w:rsidRPr="00F3684C">
              <w:rPr>
                <w:rFonts w:asciiTheme="majorBidi" w:hAnsiTheme="majorBidi" w:cs="Times New Roman"/>
                <w:rtl/>
              </w:rPr>
              <w:t xml:space="preserve"> </w:t>
            </w:r>
            <w:r w:rsidRPr="00F3684C">
              <w:rPr>
                <w:rFonts w:asciiTheme="majorBidi" w:hAnsiTheme="majorBidi" w:cs="Times New Roman" w:hint="cs"/>
                <w:rtl/>
              </w:rPr>
              <w:t>الدراسة</w:t>
            </w:r>
            <w:r w:rsidRPr="00F3684C">
              <w:rPr>
                <w:rFonts w:asciiTheme="majorBidi" w:hAnsiTheme="majorBidi" w:cs="Times New Roman"/>
                <w:rtl/>
              </w:rPr>
              <w:t xml:space="preserve"> </w:t>
            </w:r>
            <w:r w:rsidRPr="00F3684C">
              <w:rPr>
                <w:rFonts w:asciiTheme="majorBidi" w:hAnsiTheme="majorBidi" w:cs="Times New Roman" w:hint="cs"/>
                <w:rtl/>
              </w:rPr>
              <w:t>تمثل</w:t>
            </w:r>
            <w:r w:rsidRPr="00F3684C">
              <w:rPr>
                <w:rFonts w:asciiTheme="majorBidi" w:hAnsiTheme="majorBidi" w:cs="Times New Roman"/>
                <w:rtl/>
              </w:rPr>
              <w:t xml:space="preserve"> "</w:t>
            </w:r>
            <w:r w:rsidRPr="00F3684C">
              <w:rPr>
                <w:rFonts w:asciiTheme="majorBidi" w:hAnsiTheme="majorBidi" w:cs="Times New Roman" w:hint="cs"/>
                <w:rtl/>
              </w:rPr>
              <w:t>تحذيراً</w:t>
            </w:r>
            <w:r w:rsidRPr="00F3684C">
              <w:rPr>
                <w:rFonts w:asciiTheme="majorBidi" w:hAnsiTheme="majorBidi" w:cs="Times New Roman"/>
                <w:rtl/>
              </w:rPr>
              <w:t xml:space="preserve">" </w:t>
            </w:r>
            <w:r w:rsidRPr="00F3684C">
              <w:rPr>
                <w:rFonts w:asciiTheme="majorBidi" w:hAnsiTheme="majorBidi" w:cs="Times New Roman" w:hint="cs"/>
                <w:rtl/>
              </w:rPr>
              <w:t>بحثياً،</w:t>
            </w:r>
            <w:r w:rsidRPr="00F3684C">
              <w:rPr>
                <w:rFonts w:asciiTheme="majorBidi" w:hAnsiTheme="majorBidi" w:cs="Times New Roman"/>
                <w:rtl/>
              </w:rPr>
              <w:t xml:space="preserve"> </w:t>
            </w:r>
            <w:r w:rsidRPr="00F3684C">
              <w:rPr>
                <w:rFonts w:asciiTheme="majorBidi" w:hAnsiTheme="majorBidi" w:cs="Times New Roman" w:hint="cs"/>
                <w:rtl/>
              </w:rPr>
              <w:t>سأستخدمها</w:t>
            </w:r>
            <w:r w:rsidRPr="00F3684C">
              <w:rPr>
                <w:rFonts w:asciiTheme="majorBidi" w:hAnsiTheme="majorBidi" w:cs="Times New Roman"/>
                <w:rtl/>
              </w:rPr>
              <w:t xml:space="preserve"> </w:t>
            </w:r>
            <w:r w:rsidRPr="00F3684C">
              <w:rPr>
                <w:rFonts w:asciiTheme="majorBidi" w:hAnsiTheme="majorBidi" w:cs="Times New Roman" w:hint="cs"/>
                <w:rtl/>
              </w:rPr>
              <w:t>في</w:t>
            </w:r>
            <w:r w:rsidRPr="00F3684C">
              <w:rPr>
                <w:rFonts w:asciiTheme="majorBidi" w:hAnsiTheme="majorBidi" w:cs="Times New Roman"/>
                <w:rtl/>
              </w:rPr>
              <w:t xml:space="preserve"> </w:t>
            </w:r>
            <w:r w:rsidRPr="00F3684C">
              <w:rPr>
                <w:rFonts w:asciiTheme="majorBidi" w:hAnsiTheme="majorBidi" w:cs="Times New Roman" w:hint="cs"/>
                <w:rtl/>
              </w:rPr>
              <w:t>فصل</w:t>
            </w:r>
            <w:r w:rsidRPr="00F3684C">
              <w:rPr>
                <w:rFonts w:asciiTheme="majorBidi" w:hAnsiTheme="majorBidi" w:cs="Times New Roman"/>
                <w:rtl/>
              </w:rPr>
              <w:t xml:space="preserve"> </w:t>
            </w:r>
            <w:r w:rsidRPr="00F3684C">
              <w:rPr>
                <w:rFonts w:asciiTheme="majorBidi" w:hAnsiTheme="majorBidi" w:cs="Times New Roman" w:hint="cs"/>
                <w:rtl/>
              </w:rPr>
              <w:t>التوصيات</w:t>
            </w:r>
            <w:r w:rsidRPr="00F3684C">
              <w:rPr>
                <w:rFonts w:asciiTheme="majorBidi" w:hAnsiTheme="majorBidi" w:cs="Times New Roman"/>
                <w:rtl/>
              </w:rPr>
              <w:t xml:space="preserve"> </w:t>
            </w:r>
            <w:r w:rsidRPr="00F3684C">
              <w:rPr>
                <w:rFonts w:asciiTheme="majorBidi" w:hAnsiTheme="majorBidi" w:cs="Times New Roman" w:hint="cs"/>
                <w:rtl/>
              </w:rPr>
              <w:t>والأخلاقيات</w:t>
            </w:r>
            <w:r w:rsidRPr="00F3684C">
              <w:rPr>
                <w:rFonts w:asciiTheme="majorBidi" w:hAnsiTheme="majorBidi" w:cs="Times New Roman"/>
                <w:rtl/>
              </w:rPr>
              <w:t>.</w:t>
            </w:r>
          </w:p>
        </w:tc>
      </w:tr>
      <w:tr w:rsidR="00F3684C" w:rsidRPr="001133B9" w14:paraId="29186BE3" w14:textId="77777777" w:rsidTr="001E00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4" w:type="dxa"/>
          </w:tcPr>
          <w:p w14:paraId="2A05C44A" w14:textId="77777777" w:rsidR="001133B9" w:rsidRPr="001133B9" w:rsidRDefault="001133B9" w:rsidP="001E000A">
            <w:pPr>
              <w:bidi/>
              <w:jc w:val="center"/>
              <w:rPr>
                <w:rFonts w:asciiTheme="majorBidi" w:hAnsiTheme="majorBidi"/>
                <w:b w:val="0"/>
                <w:bCs w:val="0"/>
                <w:sz w:val="28"/>
                <w:szCs w:val="28"/>
              </w:rPr>
            </w:pPr>
            <w:r w:rsidRPr="001133B9">
              <w:rPr>
                <w:rFonts w:asciiTheme="majorBidi" w:hAnsiTheme="majorBidi"/>
                <w:b w:val="0"/>
                <w:bCs w:val="0"/>
                <w:sz w:val="28"/>
                <w:szCs w:val="28"/>
              </w:rPr>
              <w:t>5</w:t>
            </w:r>
          </w:p>
        </w:tc>
        <w:tc>
          <w:tcPr>
            <w:tcW w:w="2102" w:type="dxa"/>
          </w:tcPr>
          <w:p w14:paraId="3A4817C3" w14:textId="0630C8D3" w:rsidR="001133B9" w:rsidRPr="001133B9" w:rsidRDefault="00F3684C" w:rsidP="001E000A">
            <w:pPr>
              <w:bidi/>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rPr>
            </w:pPr>
            <w:r w:rsidRPr="00F3684C">
              <w:rPr>
                <w:rFonts w:asciiTheme="majorBidi" w:hAnsiTheme="majorBidi" w:cs="Times New Roman" w:hint="cs"/>
                <w:rtl/>
              </w:rPr>
              <w:t>فاعلية</w:t>
            </w:r>
            <w:r w:rsidRPr="00F3684C">
              <w:rPr>
                <w:rFonts w:asciiTheme="majorBidi" w:hAnsiTheme="majorBidi" w:cs="Times New Roman"/>
                <w:rtl/>
              </w:rPr>
              <w:t xml:space="preserve"> </w:t>
            </w:r>
            <w:r w:rsidRPr="00F3684C">
              <w:rPr>
                <w:rFonts w:asciiTheme="majorBidi" w:hAnsiTheme="majorBidi" w:cs="Times New Roman" w:hint="cs"/>
                <w:rtl/>
              </w:rPr>
              <w:t>بيئة</w:t>
            </w:r>
            <w:r w:rsidRPr="00F3684C">
              <w:rPr>
                <w:rFonts w:asciiTheme="majorBidi" w:hAnsiTheme="majorBidi" w:cs="Times New Roman"/>
                <w:rtl/>
              </w:rPr>
              <w:t xml:space="preserve"> </w:t>
            </w:r>
            <w:r w:rsidRPr="00F3684C">
              <w:rPr>
                <w:rFonts w:asciiTheme="majorBidi" w:hAnsiTheme="majorBidi" w:cs="Times New Roman" w:hint="cs"/>
                <w:rtl/>
              </w:rPr>
              <w:t>تعلم</w:t>
            </w:r>
            <w:r w:rsidRPr="00F3684C">
              <w:rPr>
                <w:rFonts w:asciiTheme="majorBidi" w:hAnsiTheme="majorBidi" w:cs="Times New Roman"/>
                <w:rtl/>
              </w:rPr>
              <w:t xml:space="preserve"> </w:t>
            </w:r>
            <w:r w:rsidRPr="00F3684C">
              <w:rPr>
                <w:rFonts w:asciiTheme="majorBidi" w:hAnsiTheme="majorBidi" w:cs="Times New Roman" w:hint="cs"/>
                <w:rtl/>
              </w:rPr>
              <w:t>ذكية</w:t>
            </w:r>
            <w:r w:rsidRPr="00F3684C">
              <w:rPr>
                <w:rFonts w:asciiTheme="majorBidi" w:hAnsiTheme="majorBidi" w:cs="Times New Roman"/>
                <w:rtl/>
              </w:rPr>
              <w:t xml:space="preserve"> </w:t>
            </w:r>
            <w:r w:rsidRPr="00F3684C">
              <w:rPr>
                <w:rFonts w:asciiTheme="majorBidi" w:hAnsiTheme="majorBidi" w:cs="Times New Roman" w:hint="cs"/>
                <w:rtl/>
              </w:rPr>
              <w:t>في</w:t>
            </w:r>
            <w:r w:rsidRPr="00F3684C">
              <w:rPr>
                <w:rFonts w:asciiTheme="majorBidi" w:hAnsiTheme="majorBidi" w:cs="Times New Roman"/>
                <w:rtl/>
              </w:rPr>
              <w:t xml:space="preserve"> </w:t>
            </w:r>
            <w:r w:rsidRPr="00F3684C">
              <w:rPr>
                <w:rFonts w:asciiTheme="majorBidi" w:hAnsiTheme="majorBidi" w:cs="Times New Roman" w:hint="cs"/>
                <w:rtl/>
              </w:rPr>
              <w:t>تنمية</w:t>
            </w:r>
            <w:r w:rsidRPr="00F3684C">
              <w:rPr>
                <w:rFonts w:asciiTheme="majorBidi" w:hAnsiTheme="majorBidi" w:cs="Times New Roman"/>
                <w:rtl/>
              </w:rPr>
              <w:t xml:space="preserve"> </w:t>
            </w:r>
            <w:r w:rsidRPr="00F3684C">
              <w:rPr>
                <w:rFonts w:asciiTheme="majorBidi" w:hAnsiTheme="majorBidi" w:cs="Times New Roman" w:hint="cs"/>
                <w:rtl/>
              </w:rPr>
              <w:t>مهارات</w:t>
            </w:r>
            <w:r w:rsidRPr="00F3684C">
              <w:rPr>
                <w:rFonts w:asciiTheme="majorBidi" w:hAnsiTheme="majorBidi" w:cs="Times New Roman"/>
                <w:rtl/>
              </w:rPr>
              <w:t xml:space="preserve"> </w:t>
            </w:r>
            <w:r w:rsidRPr="00F3684C">
              <w:rPr>
                <w:rFonts w:asciiTheme="majorBidi" w:hAnsiTheme="majorBidi" w:cs="Times New Roman" w:hint="cs"/>
                <w:rtl/>
              </w:rPr>
              <w:t>الحل</w:t>
            </w:r>
            <w:r w:rsidRPr="00F3684C">
              <w:rPr>
                <w:rFonts w:asciiTheme="majorBidi" w:hAnsiTheme="majorBidi" w:cs="Times New Roman"/>
                <w:rtl/>
              </w:rPr>
              <w:t xml:space="preserve"> </w:t>
            </w:r>
            <w:r w:rsidRPr="00F3684C">
              <w:rPr>
                <w:rFonts w:asciiTheme="majorBidi" w:hAnsiTheme="majorBidi" w:cs="Times New Roman" w:hint="cs"/>
                <w:rtl/>
              </w:rPr>
              <w:t>الإبداعي</w:t>
            </w:r>
            <w:r w:rsidRPr="00F3684C">
              <w:rPr>
                <w:rFonts w:asciiTheme="majorBidi" w:hAnsiTheme="majorBidi" w:cs="Times New Roman"/>
                <w:rtl/>
              </w:rPr>
              <w:t xml:space="preserve"> </w:t>
            </w:r>
            <w:r w:rsidRPr="00F3684C">
              <w:rPr>
                <w:rFonts w:asciiTheme="majorBidi" w:hAnsiTheme="majorBidi" w:cs="Times New Roman" w:hint="cs"/>
                <w:rtl/>
              </w:rPr>
              <w:t>للمشكلات</w:t>
            </w:r>
          </w:p>
        </w:tc>
        <w:tc>
          <w:tcPr>
            <w:tcW w:w="953" w:type="dxa"/>
          </w:tcPr>
          <w:p w14:paraId="7AC45540" w14:textId="5D292165" w:rsidR="001133B9" w:rsidRPr="00F3684C" w:rsidRDefault="00F3684C" w:rsidP="001E000A">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rPr>
            </w:pPr>
            <w:r w:rsidRPr="00F3684C">
              <w:rPr>
                <w:rFonts w:asciiTheme="majorBidi" w:hAnsiTheme="majorBidi" w:cstheme="majorBidi"/>
                <w:rtl/>
              </w:rPr>
              <w:t xml:space="preserve">د. أمل بنت فهد </w:t>
            </w:r>
            <w:proofErr w:type="spellStart"/>
            <w:r w:rsidRPr="00F3684C">
              <w:rPr>
                <w:rFonts w:asciiTheme="majorBidi" w:hAnsiTheme="majorBidi" w:cstheme="majorBidi"/>
                <w:rtl/>
              </w:rPr>
              <w:t>الطعيمي</w:t>
            </w:r>
            <w:proofErr w:type="spellEnd"/>
            <w:r w:rsidRPr="00F3684C">
              <w:rPr>
                <w:rFonts w:asciiTheme="majorBidi" w:hAnsiTheme="majorBidi" w:cstheme="majorBidi"/>
              </w:rPr>
              <w:t xml:space="preserve"> (2022)</w:t>
            </w:r>
          </w:p>
        </w:tc>
        <w:tc>
          <w:tcPr>
            <w:tcW w:w="1483" w:type="dxa"/>
          </w:tcPr>
          <w:p w14:paraId="5907680B" w14:textId="06AA3EDF" w:rsidR="001133B9" w:rsidRPr="001133B9" w:rsidRDefault="00F3684C" w:rsidP="001E000A">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hint="cs"/>
                <w:rtl/>
              </w:rPr>
            </w:pPr>
            <w:r w:rsidRPr="00F3684C">
              <w:rPr>
                <w:rFonts w:asciiTheme="majorBidi" w:hAnsiTheme="majorBidi" w:cstheme="majorBidi"/>
                <w:rtl/>
              </w:rPr>
              <w:t>هل تساعد البيئات الذكية في تطوير مهارات التفكير العليا؟</w:t>
            </w:r>
          </w:p>
        </w:tc>
        <w:tc>
          <w:tcPr>
            <w:tcW w:w="1072" w:type="dxa"/>
          </w:tcPr>
          <w:p w14:paraId="0C2F4823" w14:textId="3D80C31E" w:rsidR="001133B9" w:rsidRPr="001133B9" w:rsidRDefault="001E000A" w:rsidP="001E000A">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rPr>
            </w:pPr>
            <w:r>
              <w:rPr>
                <w:rFonts w:asciiTheme="majorBidi" w:hAnsiTheme="majorBidi" w:cstheme="majorBidi" w:hint="cs"/>
                <w:rtl/>
              </w:rPr>
              <w:t xml:space="preserve">المنهج شبة التجريبي </w:t>
            </w:r>
          </w:p>
        </w:tc>
        <w:tc>
          <w:tcPr>
            <w:tcW w:w="1068" w:type="dxa"/>
          </w:tcPr>
          <w:p w14:paraId="0CEF2DE6" w14:textId="3DD33881" w:rsidR="001133B9" w:rsidRPr="001133B9" w:rsidRDefault="001E000A" w:rsidP="001E000A">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rPr>
            </w:pPr>
            <w:r>
              <w:rPr>
                <w:rFonts w:asciiTheme="majorBidi" w:hAnsiTheme="majorBidi" w:cstheme="majorBidi" w:hint="cs"/>
                <w:rtl/>
              </w:rPr>
              <w:t>بطاقة ملاحظة واختبار مهارات التفكير (60 طالبا)</w:t>
            </w:r>
          </w:p>
        </w:tc>
        <w:tc>
          <w:tcPr>
            <w:tcW w:w="1307" w:type="dxa"/>
          </w:tcPr>
          <w:p w14:paraId="4EC09976" w14:textId="790FA865" w:rsidR="001133B9" w:rsidRPr="001133B9" w:rsidRDefault="001E000A" w:rsidP="001E000A">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rPr>
            </w:pPr>
            <w:r w:rsidRPr="001E000A">
              <w:rPr>
                <w:rFonts w:asciiTheme="majorBidi" w:hAnsiTheme="majorBidi" w:cs="Times New Roman" w:hint="cs"/>
                <w:rtl/>
              </w:rPr>
              <w:t>البيئة</w:t>
            </w:r>
            <w:r w:rsidRPr="001E000A">
              <w:rPr>
                <w:rFonts w:asciiTheme="majorBidi" w:hAnsiTheme="majorBidi" w:cs="Times New Roman"/>
                <w:rtl/>
              </w:rPr>
              <w:t xml:space="preserve"> </w:t>
            </w:r>
            <w:r w:rsidRPr="001E000A">
              <w:rPr>
                <w:rFonts w:asciiTheme="majorBidi" w:hAnsiTheme="majorBidi" w:cs="Times New Roman" w:hint="cs"/>
                <w:rtl/>
              </w:rPr>
              <w:t>الذكية</w:t>
            </w:r>
            <w:r w:rsidRPr="001E000A">
              <w:rPr>
                <w:rFonts w:asciiTheme="majorBidi" w:hAnsiTheme="majorBidi" w:cs="Times New Roman"/>
                <w:rtl/>
              </w:rPr>
              <w:t xml:space="preserve"> </w:t>
            </w:r>
            <w:r w:rsidRPr="001E000A">
              <w:rPr>
                <w:rFonts w:asciiTheme="majorBidi" w:hAnsiTheme="majorBidi" w:cs="Times New Roman" w:hint="cs"/>
                <w:rtl/>
              </w:rPr>
              <w:t>تزيد</w:t>
            </w:r>
            <w:r w:rsidRPr="001E000A">
              <w:rPr>
                <w:rFonts w:asciiTheme="majorBidi" w:hAnsiTheme="majorBidi" w:cs="Times New Roman"/>
                <w:rtl/>
              </w:rPr>
              <w:t xml:space="preserve"> </w:t>
            </w:r>
            <w:r w:rsidRPr="001E000A">
              <w:rPr>
                <w:rFonts w:asciiTheme="majorBidi" w:hAnsiTheme="majorBidi" w:cs="Times New Roman" w:hint="cs"/>
                <w:rtl/>
              </w:rPr>
              <w:t>من</w:t>
            </w:r>
            <w:r w:rsidRPr="001E000A">
              <w:rPr>
                <w:rFonts w:asciiTheme="majorBidi" w:hAnsiTheme="majorBidi" w:cs="Times New Roman"/>
                <w:rtl/>
              </w:rPr>
              <w:t xml:space="preserve"> </w:t>
            </w:r>
            <w:r w:rsidRPr="001E000A">
              <w:rPr>
                <w:rFonts w:asciiTheme="majorBidi" w:hAnsiTheme="majorBidi" w:cs="Times New Roman" w:hint="cs"/>
                <w:rtl/>
              </w:rPr>
              <w:t>قدرة</w:t>
            </w:r>
            <w:r w:rsidRPr="001E000A">
              <w:rPr>
                <w:rFonts w:asciiTheme="majorBidi" w:hAnsiTheme="majorBidi" w:cs="Times New Roman"/>
                <w:rtl/>
              </w:rPr>
              <w:t xml:space="preserve"> </w:t>
            </w:r>
            <w:r w:rsidRPr="001E000A">
              <w:rPr>
                <w:rFonts w:asciiTheme="majorBidi" w:hAnsiTheme="majorBidi" w:cs="Times New Roman" w:hint="cs"/>
                <w:rtl/>
              </w:rPr>
              <w:t>الطلاب</w:t>
            </w:r>
            <w:r w:rsidRPr="001E000A">
              <w:rPr>
                <w:rFonts w:asciiTheme="majorBidi" w:hAnsiTheme="majorBidi" w:cs="Times New Roman"/>
                <w:rtl/>
              </w:rPr>
              <w:t xml:space="preserve"> </w:t>
            </w:r>
            <w:r w:rsidRPr="001E000A">
              <w:rPr>
                <w:rFonts w:asciiTheme="majorBidi" w:hAnsiTheme="majorBidi" w:cs="Times New Roman" w:hint="cs"/>
                <w:rtl/>
              </w:rPr>
              <w:t>على</w:t>
            </w:r>
            <w:r w:rsidRPr="001E000A">
              <w:rPr>
                <w:rFonts w:asciiTheme="majorBidi" w:hAnsiTheme="majorBidi" w:cs="Times New Roman"/>
                <w:rtl/>
              </w:rPr>
              <w:t xml:space="preserve"> </w:t>
            </w:r>
            <w:r w:rsidRPr="001E000A">
              <w:rPr>
                <w:rFonts w:asciiTheme="majorBidi" w:hAnsiTheme="majorBidi" w:cs="Times New Roman" w:hint="cs"/>
                <w:rtl/>
              </w:rPr>
              <w:t>ابتكار</w:t>
            </w:r>
            <w:r w:rsidRPr="001E000A">
              <w:rPr>
                <w:rFonts w:asciiTheme="majorBidi" w:hAnsiTheme="majorBidi" w:cs="Times New Roman"/>
                <w:rtl/>
              </w:rPr>
              <w:t xml:space="preserve"> </w:t>
            </w:r>
            <w:r w:rsidRPr="001E000A">
              <w:rPr>
                <w:rFonts w:asciiTheme="majorBidi" w:hAnsiTheme="majorBidi" w:cs="Times New Roman" w:hint="cs"/>
                <w:rtl/>
              </w:rPr>
              <w:t>حلول</w:t>
            </w:r>
            <w:r w:rsidRPr="001E000A">
              <w:rPr>
                <w:rFonts w:asciiTheme="majorBidi" w:hAnsiTheme="majorBidi" w:cs="Times New Roman"/>
                <w:rtl/>
              </w:rPr>
              <w:t xml:space="preserve"> </w:t>
            </w:r>
            <w:r w:rsidRPr="001E000A">
              <w:rPr>
                <w:rFonts w:asciiTheme="majorBidi" w:hAnsiTheme="majorBidi" w:cs="Times New Roman" w:hint="cs"/>
                <w:rtl/>
              </w:rPr>
              <w:t>غير</w:t>
            </w:r>
            <w:r w:rsidRPr="001E000A">
              <w:rPr>
                <w:rFonts w:asciiTheme="majorBidi" w:hAnsiTheme="majorBidi" w:cs="Times New Roman"/>
                <w:rtl/>
              </w:rPr>
              <w:t xml:space="preserve"> </w:t>
            </w:r>
            <w:r w:rsidRPr="001E000A">
              <w:rPr>
                <w:rFonts w:asciiTheme="majorBidi" w:hAnsiTheme="majorBidi" w:cs="Times New Roman" w:hint="cs"/>
                <w:rtl/>
              </w:rPr>
              <w:t>تقليدية</w:t>
            </w:r>
            <w:r w:rsidRPr="001E000A">
              <w:rPr>
                <w:rFonts w:asciiTheme="majorBidi" w:hAnsiTheme="majorBidi" w:cs="Times New Roman"/>
                <w:rtl/>
              </w:rPr>
              <w:t xml:space="preserve"> </w:t>
            </w:r>
            <w:r w:rsidRPr="001E000A">
              <w:rPr>
                <w:rFonts w:asciiTheme="majorBidi" w:hAnsiTheme="majorBidi" w:cs="Times New Roman" w:hint="cs"/>
                <w:rtl/>
              </w:rPr>
              <w:t>للمشكلات</w:t>
            </w:r>
          </w:p>
        </w:tc>
        <w:tc>
          <w:tcPr>
            <w:tcW w:w="2271" w:type="dxa"/>
          </w:tcPr>
          <w:p w14:paraId="4DCC1397" w14:textId="7195EBAB" w:rsidR="001133B9" w:rsidRPr="001E000A" w:rsidRDefault="001E000A" w:rsidP="001E000A">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rPr>
            </w:pPr>
            <w:r w:rsidRPr="001E000A">
              <w:rPr>
                <w:rFonts w:asciiTheme="majorBidi" w:hAnsiTheme="majorBidi" w:cstheme="majorBidi"/>
                <w:rtl/>
              </w:rPr>
              <w:t>تركز على "الإبداع"، وهو ما سأقيسه في بحثي لربط التقنية بالتفكير البشري</w:t>
            </w:r>
            <w:r w:rsidRPr="001E000A">
              <w:rPr>
                <w:rFonts w:asciiTheme="majorBidi" w:hAnsiTheme="majorBidi" w:cstheme="majorBidi"/>
              </w:rPr>
              <w:t>.</w:t>
            </w:r>
          </w:p>
        </w:tc>
      </w:tr>
    </w:tbl>
    <w:p w14:paraId="7AC4DD41" w14:textId="0797E963" w:rsidR="00B40419" w:rsidRDefault="00B40419" w:rsidP="00B40419">
      <w:pPr>
        <w:bidi/>
        <w:rPr>
          <w:rFonts w:asciiTheme="majorBidi" w:hAnsiTheme="majorBidi" w:cstheme="majorBidi"/>
          <w:rtl/>
        </w:rPr>
      </w:pPr>
    </w:p>
    <w:p w14:paraId="69E13974" w14:textId="77777777" w:rsidR="0042519C" w:rsidRDefault="0042519C" w:rsidP="0042519C">
      <w:pPr>
        <w:bidi/>
        <w:rPr>
          <w:rFonts w:asciiTheme="majorBidi" w:hAnsiTheme="majorBidi" w:cstheme="majorBidi"/>
          <w:rtl/>
        </w:rPr>
      </w:pPr>
    </w:p>
    <w:p w14:paraId="5CB8DCC7" w14:textId="006603B7" w:rsidR="001E000A" w:rsidRPr="001E000A" w:rsidRDefault="001E000A" w:rsidP="0042519C">
      <w:pPr>
        <w:bidi/>
        <w:jc w:val="center"/>
        <w:rPr>
          <w:rFonts w:asciiTheme="majorBidi" w:hAnsiTheme="majorBidi" w:cstheme="majorBidi"/>
          <w:b/>
          <w:bCs/>
          <w:sz w:val="32"/>
          <w:szCs w:val="32"/>
        </w:rPr>
      </w:pPr>
      <w:r w:rsidRPr="001E000A">
        <w:rPr>
          <w:rFonts w:asciiTheme="majorBidi" w:hAnsiTheme="majorBidi" w:cstheme="majorBidi"/>
          <w:b/>
          <w:bCs/>
          <w:sz w:val="32"/>
          <w:szCs w:val="32"/>
          <w:rtl/>
        </w:rPr>
        <w:t>أثر استخدام تطبيقات الذكاء الاصطناعي في تنمي</w:t>
      </w:r>
      <w:r>
        <w:rPr>
          <w:rFonts w:asciiTheme="majorBidi" w:hAnsiTheme="majorBidi" w:cstheme="majorBidi"/>
          <w:b/>
          <w:bCs/>
          <w:sz w:val="32"/>
          <w:szCs w:val="32"/>
          <w:rtl/>
        </w:rPr>
        <w:t>ة مهارات التعلم الذاتي ل</w:t>
      </w:r>
      <w:r>
        <w:rPr>
          <w:rFonts w:asciiTheme="majorBidi" w:hAnsiTheme="majorBidi" w:cstheme="majorBidi" w:hint="cs"/>
          <w:b/>
          <w:bCs/>
          <w:sz w:val="32"/>
          <w:szCs w:val="32"/>
          <w:rtl/>
        </w:rPr>
        <w:t>دى الطلاب</w:t>
      </w:r>
    </w:p>
    <w:p w14:paraId="3AFA9827" w14:textId="65B88FF7" w:rsidR="001E000A" w:rsidRPr="0042519C" w:rsidRDefault="001E000A" w:rsidP="001E000A">
      <w:pPr>
        <w:bidi/>
        <w:rPr>
          <w:rFonts w:asciiTheme="majorBidi" w:hAnsiTheme="majorBidi" w:cstheme="majorBidi"/>
          <w:sz w:val="24"/>
          <w:szCs w:val="24"/>
        </w:rPr>
      </w:pPr>
      <w:r w:rsidRPr="0042519C">
        <w:rPr>
          <w:rFonts w:asciiTheme="majorBidi" w:hAnsiTheme="majorBidi" w:cstheme="majorBidi"/>
          <w:sz w:val="24"/>
          <w:szCs w:val="24"/>
        </w:rPr>
        <w:br/>
      </w:r>
      <w:r w:rsidRPr="0042519C">
        <w:rPr>
          <w:rFonts w:asciiTheme="majorBidi" w:hAnsiTheme="majorBidi" w:cstheme="majorBidi"/>
          <w:sz w:val="24"/>
          <w:szCs w:val="24"/>
          <w:rtl/>
        </w:rPr>
        <w:t xml:space="preserve">يشهد العالم ثورة تقنية كبرى بدخول الذكاء الاصطناعي في كافة المجالات، ولاسيما التعليم. وبالرغم من الفرص الكبيرة التي </w:t>
      </w:r>
      <w:proofErr w:type="spellStart"/>
      <w:r w:rsidRPr="0042519C">
        <w:rPr>
          <w:rFonts w:asciiTheme="majorBidi" w:hAnsiTheme="majorBidi" w:cstheme="majorBidi"/>
          <w:sz w:val="24"/>
          <w:szCs w:val="24"/>
          <w:rtl/>
        </w:rPr>
        <w:t>تتيحها</w:t>
      </w:r>
      <w:proofErr w:type="spellEnd"/>
      <w:r w:rsidRPr="0042519C">
        <w:rPr>
          <w:rFonts w:asciiTheme="majorBidi" w:hAnsiTheme="majorBidi" w:cstheme="majorBidi"/>
          <w:sz w:val="24"/>
          <w:szCs w:val="24"/>
          <w:rtl/>
        </w:rPr>
        <w:t xml:space="preserve"> هذه التقنيات لتخصيص التعلم، إلا أنها تفرض تحديات تتعلق بكيفية توظيفها لتنمية مهارات الطالب لا استبدال جهده العقلي</w:t>
      </w:r>
      <w:r w:rsidRPr="0042519C">
        <w:rPr>
          <w:rFonts w:asciiTheme="majorBidi" w:hAnsiTheme="majorBidi" w:cstheme="majorBidi"/>
          <w:sz w:val="24"/>
          <w:szCs w:val="24"/>
        </w:rPr>
        <w:t>.</w:t>
      </w:r>
    </w:p>
    <w:p w14:paraId="4D402A62" w14:textId="415E2868" w:rsidR="0042519C" w:rsidRPr="0042519C" w:rsidRDefault="001E000A" w:rsidP="0042519C">
      <w:pPr>
        <w:bidi/>
        <w:rPr>
          <w:rFonts w:asciiTheme="majorBidi" w:hAnsiTheme="majorBidi" w:cstheme="majorBidi"/>
          <w:sz w:val="24"/>
          <w:szCs w:val="24"/>
        </w:rPr>
      </w:pPr>
      <w:r w:rsidRPr="0042519C">
        <w:rPr>
          <w:rFonts w:asciiTheme="majorBidi" w:hAnsiTheme="majorBidi" w:cstheme="majorBidi"/>
          <w:b/>
          <w:bCs/>
          <w:sz w:val="24"/>
          <w:szCs w:val="24"/>
          <w:rtl/>
        </w:rPr>
        <w:t>مشكلة البحث</w:t>
      </w:r>
      <w:r w:rsidRPr="0042519C">
        <w:rPr>
          <w:rFonts w:asciiTheme="majorBidi" w:hAnsiTheme="majorBidi" w:cstheme="majorBidi"/>
          <w:b/>
          <w:bCs/>
          <w:sz w:val="24"/>
          <w:szCs w:val="24"/>
        </w:rPr>
        <w:t>:</w:t>
      </w:r>
      <w:r w:rsidRPr="0042519C">
        <w:rPr>
          <w:rFonts w:asciiTheme="majorBidi" w:hAnsiTheme="majorBidi" w:cstheme="majorBidi"/>
          <w:sz w:val="24"/>
          <w:szCs w:val="24"/>
        </w:rPr>
        <w:br/>
      </w:r>
      <w:r w:rsidRPr="0042519C">
        <w:rPr>
          <w:rFonts w:asciiTheme="majorBidi" w:hAnsiTheme="majorBidi" w:cstheme="majorBidi"/>
          <w:sz w:val="24"/>
          <w:szCs w:val="24"/>
          <w:rtl/>
        </w:rPr>
        <w:t>تكمن المشكلة في وجود فجوة بين توافر أدوات الذكاء الاصطناعي وبين استثمارها الفعلي في تعزيز مهارات التعلم الذاتي. فبدلاً من أن يكون الذكاء الاصطناعي محفزاً للإبداع، قد يتحول إلى أداة للاتكالية المعرفية إذا لم يتم تأطيره تربوياً</w:t>
      </w:r>
      <w:r w:rsidRPr="0042519C">
        <w:rPr>
          <w:rFonts w:asciiTheme="majorBidi" w:hAnsiTheme="majorBidi" w:cstheme="majorBidi"/>
          <w:sz w:val="24"/>
          <w:szCs w:val="24"/>
        </w:rPr>
        <w:t>.</w:t>
      </w:r>
    </w:p>
    <w:p w14:paraId="5440FCB7" w14:textId="77777777" w:rsidR="0042519C" w:rsidRDefault="0042519C" w:rsidP="0042519C">
      <w:pPr>
        <w:pStyle w:val="aa"/>
        <w:bidi/>
        <w:rPr>
          <w:rFonts w:asciiTheme="majorBidi" w:hAnsiTheme="majorBidi" w:cstheme="majorBidi"/>
          <w:sz w:val="24"/>
          <w:szCs w:val="24"/>
        </w:rPr>
      </w:pPr>
    </w:p>
    <w:p w14:paraId="6DD5FC12" w14:textId="248F7525" w:rsidR="001E000A" w:rsidRPr="0042519C" w:rsidRDefault="001E000A" w:rsidP="0042519C">
      <w:pPr>
        <w:bidi/>
        <w:rPr>
          <w:rFonts w:asciiTheme="majorBidi" w:hAnsiTheme="majorBidi" w:cstheme="majorBidi"/>
          <w:sz w:val="24"/>
          <w:szCs w:val="24"/>
        </w:rPr>
      </w:pPr>
      <w:r w:rsidRPr="0042519C">
        <w:rPr>
          <w:rFonts w:asciiTheme="majorBidi" w:hAnsiTheme="majorBidi" w:cstheme="majorBidi"/>
          <w:b/>
          <w:bCs/>
          <w:sz w:val="24"/>
          <w:szCs w:val="24"/>
        </w:rPr>
        <w:t xml:space="preserve">. </w:t>
      </w:r>
      <w:r w:rsidRPr="0042519C">
        <w:rPr>
          <w:rFonts w:asciiTheme="majorBidi" w:hAnsiTheme="majorBidi" w:cstheme="majorBidi"/>
          <w:b/>
          <w:bCs/>
          <w:sz w:val="24"/>
          <w:szCs w:val="24"/>
          <w:rtl/>
        </w:rPr>
        <w:t>أسئلة البحث</w:t>
      </w:r>
      <w:r w:rsidRPr="0042519C">
        <w:rPr>
          <w:rFonts w:asciiTheme="majorBidi" w:hAnsiTheme="majorBidi" w:cstheme="majorBidi"/>
          <w:b/>
          <w:bCs/>
          <w:sz w:val="24"/>
          <w:szCs w:val="24"/>
        </w:rPr>
        <w:t>:</w:t>
      </w:r>
    </w:p>
    <w:p w14:paraId="45343DD8" w14:textId="5C2BD7A3" w:rsidR="001E000A" w:rsidRPr="0042519C" w:rsidRDefault="001E000A" w:rsidP="0042519C">
      <w:pPr>
        <w:numPr>
          <w:ilvl w:val="0"/>
          <w:numId w:val="13"/>
        </w:numPr>
        <w:bidi/>
        <w:rPr>
          <w:rFonts w:asciiTheme="majorBidi" w:hAnsiTheme="majorBidi" w:cstheme="majorBidi"/>
          <w:sz w:val="24"/>
          <w:szCs w:val="24"/>
        </w:rPr>
      </w:pPr>
      <w:r w:rsidRPr="0042519C">
        <w:rPr>
          <w:rFonts w:asciiTheme="majorBidi" w:hAnsiTheme="majorBidi" w:cstheme="majorBidi"/>
          <w:sz w:val="24"/>
          <w:szCs w:val="24"/>
          <w:rtl/>
        </w:rPr>
        <w:t>ما واقع استخدام طلاب لتطبيقات الذكاء الاصطناعي؟</w:t>
      </w:r>
    </w:p>
    <w:p w14:paraId="00355254" w14:textId="77777777" w:rsidR="001E000A" w:rsidRPr="0042519C" w:rsidRDefault="001E000A" w:rsidP="001E000A">
      <w:pPr>
        <w:numPr>
          <w:ilvl w:val="0"/>
          <w:numId w:val="13"/>
        </w:numPr>
        <w:bidi/>
        <w:rPr>
          <w:rFonts w:asciiTheme="majorBidi" w:hAnsiTheme="majorBidi" w:cstheme="majorBidi"/>
          <w:sz w:val="24"/>
          <w:szCs w:val="24"/>
        </w:rPr>
      </w:pPr>
      <w:r w:rsidRPr="0042519C">
        <w:rPr>
          <w:rFonts w:asciiTheme="majorBidi" w:hAnsiTheme="majorBidi" w:cstheme="majorBidi"/>
          <w:sz w:val="24"/>
          <w:szCs w:val="24"/>
          <w:rtl/>
        </w:rPr>
        <w:t>هل توجد فروق في مهارات التعلم الذاتي تعزى لاستخدام هذه التقنيات؟</w:t>
      </w:r>
    </w:p>
    <w:p w14:paraId="389B7117" w14:textId="2C5EEC1A" w:rsidR="0042519C" w:rsidRDefault="001E000A" w:rsidP="0042519C">
      <w:pPr>
        <w:numPr>
          <w:ilvl w:val="0"/>
          <w:numId w:val="13"/>
        </w:numPr>
        <w:bidi/>
        <w:rPr>
          <w:rFonts w:asciiTheme="majorBidi" w:hAnsiTheme="majorBidi" w:cstheme="majorBidi"/>
          <w:sz w:val="24"/>
          <w:szCs w:val="24"/>
        </w:rPr>
      </w:pPr>
      <w:r w:rsidRPr="0042519C">
        <w:rPr>
          <w:rFonts w:asciiTheme="majorBidi" w:hAnsiTheme="majorBidi" w:cstheme="majorBidi"/>
          <w:sz w:val="24"/>
          <w:szCs w:val="24"/>
          <w:rtl/>
        </w:rPr>
        <w:t>ما هي المعوقات التي تواجه الطلاب في الاستخدام الأمثل لهذه الأدوات؟</w:t>
      </w:r>
    </w:p>
    <w:p w14:paraId="50946D59" w14:textId="77777777" w:rsidR="0042519C" w:rsidRDefault="0042519C" w:rsidP="0042519C">
      <w:pPr>
        <w:bidi/>
        <w:ind w:left="720"/>
        <w:rPr>
          <w:rFonts w:asciiTheme="majorBidi" w:hAnsiTheme="majorBidi" w:cstheme="majorBidi"/>
          <w:sz w:val="24"/>
          <w:szCs w:val="24"/>
        </w:rPr>
      </w:pPr>
    </w:p>
    <w:p w14:paraId="66838CC5" w14:textId="3FEE6B69" w:rsidR="001E000A" w:rsidRPr="0042519C" w:rsidRDefault="001E000A" w:rsidP="0042519C">
      <w:pPr>
        <w:bidi/>
        <w:rPr>
          <w:rFonts w:asciiTheme="majorBidi" w:hAnsiTheme="majorBidi" w:cstheme="majorBidi"/>
          <w:sz w:val="24"/>
          <w:szCs w:val="24"/>
        </w:rPr>
      </w:pPr>
      <w:r w:rsidRPr="0042519C">
        <w:rPr>
          <w:rFonts w:asciiTheme="majorBidi" w:hAnsiTheme="majorBidi" w:cstheme="majorBidi"/>
          <w:b/>
          <w:bCs/>
          <w:sz w:val="24"/>
          <w:szCs w:val="24"/>
          <w:rtl/>
        </w:rPr>
        <w:lastRenderedPageBreak/>
        <w:t>أهداف البحث</w:t>
      </w:r>
      <w:r w:rsidRPr="0042519C">
        <w:rPr>
          <w:rFonts w:asciiTheme="majorBidi" w:hAnsiTheme="majorBidi" w:cstheme="majorBidi"/>
          <w:b/>
          <w:bCs/>
          <w:sz w:val="24"/>
          <w:szCs w:val="24"/>
        </w:rPr>
        <w:t>:</w:t>
      </w:r>
    </w:p>
    <w:p w14:paraId="5FBC3FF5" w14:textId="77777777" w:rsidR="001E000A" w:rsidRPr="0042519C" w:rsidRDefault="001E000A" w:rsidP="001E000A">
      <w:pPr>
        <w:numPr>
          <w:ilvl w:val="0"/>
          <w:numId w:val="14"/>
        </w:numPr>
        <w:bidi/>
        <w:rPr>
          <w:rFonts w:asciiTheme="majorBidi" w:hAnsiTheme="majorBidi" w:cstheme="majorBidi"/>
          <w:sz w:val="24"/>
          <w:szCs w:val="24"/>
        </w:rPr>
      </w:pPr>
      <w:r w:rsidRPr="0042519C">
        <w:rPr>
          <w:rFonts w:asciiTheme="majorBidi" w:hAnsiTheme="majorBidi" w:cstheme="majorBidi"/>
          <w:sz w:val="24"/>
          <w:szCs w:val="24"/>
          <w:rtl/>
        </w:rPr>
        <w:t>تحديد درجة استخدام الطلاب لتطبيقات الذكاء الاصطناعي</w:t>
      </w:r>
      <w:r w:rsidRPr="0042519C">
        <w:rPr>
          <w:rFonts w:asciiTheme="majorBidi" w:hAnsiTheme="majorBidi" w:cstheme="majorBidi"/>
          <w:sz w:val="24"/>
          <w:szCs w:val="24"/>
        </w:rPr>
        <w:t>.</w:t>
      </w:r>
    </w:p>
    <w:p w14:paraId="53EE769D" w14:textId="77777777" w:rsidR="001E000A" w:rsidRPr="0042519C" w:rsidRDefault="001E000A" w:rsidP="001E000A">
      <w:pPr>
        <w:numPr>
          <w:ilvl w:val="0"/>
          <w:numId w:val="14"/>
        </w:numPr>
        <w:bidi/>
        <w:rPr>
          <w:rFonts w:asciiTheme="majorBidi" w:hAnsiTheme="majorBidi" w:cstheme="majorBidi"/>
          <w:sz w:val="24"/>
          <w:szCs w:val="24"/>
        </w:rPr>
      </w:pPr>
      <w:r w:rsidRPr="0042519C">
        <w:rPr>
          <w:rFonts w:asciiTheme="majorBidi" w:hAnsiTheme="majorBidi" w:cstheme="majorBidi"/>
          <w:sz w:val="24"/>
          <w:szCs w:val="24"/>
          <w:rtl/>
        </w:rPr>
        <w:t>الكشف عن المعوقات التي تحول دون الاستفادة من الذكاء الاصطناعي تعليمياً</w:t>
      </w:r>
      <w:r w:rsidRPr="0042519C">
        <w:rPr>
          <w:rFonts w:asciiTheme="majorBidi" w:hAnsiTheme="majorBidi" w:cstheme="majorBidi"/>
          <w:sz w:val="24"/>
          <w:szCs w:val="24"/>
        </w:rPr>
        <w:t>.</w:t>
      </w:r>
    </w:p>
    <w:p w14:paraId="37AB751E" w14:textId="70B045FA" w:rsidR="0042519C" w:rsidRDefault="001E000A" w:rsidP="0042519C">
      <w:pPr>
        <w:numPr>
          <w:ilvl w:val="0"/>
          <w:numId w:val="14"/>
        </w:numPr>
        <w:bidi/>
        <w:rPr>
          <w:rFonts w:asciiTheme="majorBidi" w:hAnsiTheme="majorBidi" w:cstheme="majorBidi"/>
          <w:sz w:val="24"/>
          <w:szCs w:val="24"/>
        </w:rPr>
      </w:pPr>
      <w:r w:rsidRPr="0042519C">
        <w:rPr>
          <w:rFonts w:asciiTheme="majorBidi" w:hAnsiTheme="majorBidi" w:cstheme="majorBidi"/>
          <w:sz w:val="24"/>
          <w:szCs w:val="24"/>
          <w:rtl/>
        </w:rPr>
        <w:t>تقديم توصيات لتفعيل الذكاء الاصطناعي في تعزيز استقلالية الطالب</w:t>
      </w:r>
      <w:r w:rsidRPr="0042519C">
        <w:rPr>
          <w:rFonts w:asciiTheme="majorBidi" w:hAnsiTheme="majorBidi" w:cstheme="majorBidi"/>
          <w:sz w:val="24"/>
          <w:szCs w:val="24"/>
        </w:rPr>
        <w:t>.</w:t>
      </w:r>
    </w:p>
    <w:p w14:paraId="35796ED9" w14:textId="77777777" w:rsidR="0042519C" w:rsidRDefault="0042519C" w:rsidP="0042519C">
      <w:pPr>
        <w:bidi/>
        <w:ind w:left="720"/>
        <w:rPr>
          <w:rFonts w:asciiTheme="majorBidi" w:hAnsiTheme="majorBidi" w:cstheme="majorBidi"/>
          <w:sz w:val="24"/>
          <w:szCs w:val="24"/>
        </w:rPr>
      </w:pPr>
    </w:p>
    <w:p w14:paraId="5DE9476C" w14:textId="0ACEB968" w:rsidR="001E000A" w:rsidRPr="0042519C" w:rsidRDefault="001E000A" w:rsidP="0042519C">
      <w:pPr>
        <w:bidi/>
        <w:ind w:left="283"/>
        <w:rPr>
          <w:rFonts w:asciiTheme="majorBidi" w:hAnsiTheme="majorBidi" w:cstheme="majorBidi"/>
          <w:sz w:val="28"/>
          <w:szCs w:val="28"/>
        </w:rPr>
      </w:pPr>
      <w:r w:rsidRPr="0042519C">
        <w:rPr>
          <w:rFonts w:asciiTheme="majorBidi" w:hAnsiTheme="majorBidi" w:cstheme="majorBidi"/>
          <w:b/>
          <w:bCs/>
          <w:sz w:val="28"/>
          <w:szCs w:val="28"/>
          <w:rtl/>
        </w:rPr>
        <w:t>حدود البحث</w:t>
      </w:r>
      <w:r w:rsidRPr="0042519C">
        <w:rPr>
          <w:rFonts w:asciiTheme="majorBidi" w:hAnsiTheme="majorBidi" w:cstheme="majorBidi"/>
          <w:b/>
          <w:bCs/>
          <w:sz w:val="28"/>
          <w:szCs w:val="28"/>
        </w:rPr>
        <w:t>:</w:t>
      </w:r>
    </w:p>
    <w:p w14:paraId="5965D678" w14:textId="77777777" w:rsidR="001E000A" w:rsidRPr="0042519C" w:rsidRDefault="001E000A" w:rsidP="001E000A">
      <w:pPr>
        <w:numPr>
          <w:ilvl w:val="0"/>
          <w:numId w:val="15"/>
        </w:numPr>
        <w:bidi/>
        <w:rPr>
          <w:rFonts w:asciiTheme="majorBidi" w:hAnsiTheme="majorBidi" w:cstheme="majorBidi"/>
          <w:sz w:val="24"/>
          <w:szCs w:val="24"/>
        </w:rPr>
      </w:pPr>
      <w:r w:rsidRPr="0042519C">
        <w:rPr>
          <w:rFonts w:asciiTheme="majorBidi" w:hAnsiTheme="majorBidi" w:cstheme="majorBidi"/>
          <w:b/>
          <w:bCs/>
          <w:sz w:val="24"/>
          <w:szCs w:val="24"/>
          <w:rtl/>
        </w:rPr>
        <w:t>الحد الموضوعي</w:t>
      </w:r>
      <w:r w:rsidRPr="0042519C">
        <w:rPr>
          <w:rFonts w:asciiTheme="majorBidi" w:hAnsiTheme="majorBidi" w:cstheme="majorBidi"/>
          <w:b/>
          <w:bCs/>
          <w:sz w:val="24"/>
          <w:szCs w:val="24"/>
        </w:rPr>
        <w:t>:</w:t>
      </w:r>
      <w:r w:rsidRPr="0042519C">
        <w:rPr>
          <w:rFonts w:asciiTheme="majorBidi" w:hAnsiTheme="majorBidi" w:cstheme="majorBidi"/>
          <w:sz w:val="24"/>
          <w:szCs w:val="24"/>
        </w:rPr>
        <w:t> </w:t>
      </w:r>
      <w:r w:rsidRPr="0042519C">
        <w:rPr>
          <w:rFonts w:asciiTheme="majorBidi" w:hAnsiTheme="majorBidi" w:cstheme="majorBidi"/>
          <w:sz w:val="24"/>
          <w:szCs w:val="24"/>
          <w:rtl/>
        </w:rPr>
        <w:t>تطبيقات الذكاء الاصطناعي</w:t>
      </w:r>
      <w:r w:rsidRPr="0042519C">
        <w:rPr>
          <w:rFonts w:asciiTheme="majorBidi" w:hAnsiTheme="majorBidi" w:cstheme="majorBidi"/>
          <w:sz w:val="24"/>
          <w:szCs w:val="24"/>
        </w:rPr>
        <w:t xml:space="preserve"> (</w:t>
      </w:r>
      <w:r w:rsidRPr="0042519C">
        <w:rPr>
          <w:rFonts w:asciiTheme="majorBidi" w:hAnsiTheme="majorBidi" w:cstheme="majorBidi"/>
          <w:sz w:val="24"/>
          <w:szCs w:val="24"/>
          <w:rtl/>
        </w:rPr>
        <w:t>مثل</w:t>
      </w:r>
      <w:r w:rsidRPr="0042519C">
        <w:rPr>
          <w:rFonts w:asciiTheme="majorBidi" w:hAnsiTheme="majorBidi" w:cstheme="majorBidi"/>
          <w:sz w:val="24"/>
          <w:szCs w:val="24"/>
        </w:rPr>
        <w:t xml:space="preserve"> </w:t>
      </w:r>
      <w:proofErr w:type="spellStart"/>
      <w:r w:rsidRPr="0042519C">
        <w:rPr>
          <w:rFonts w:asciiTheme="majorBidi" w:hAnsiTheme="majorBidi" w:cstheme="majorBidi"/>
          <w:sz w:val="24"/>
          <w:szCs w:val="24"/>
        </w:rPr>
        <w:t>ChatGPT</w:t>
      </w:r>
      <w:proofErr w:type="spellEnd"/>
      <w:r w:rsidRPr="0042519C">
        <w:rPr>
          <w:rFonts w:asciiTheme="majorBidi" w:hAnsiTheme="majorBidi" w:cstheme="majorBidi"/>
          <w:sz w:val="24"/>
          <w:szCs w:val="24"/>
        </w:rPr>
        <w:t>).</w:t>
      </w:r>
    </w:p>
    <w:p w14:paraId="32E1AA70" w14:textId="77777777" w:rsidR="001E000A" w:rsidRPr="0042519C" w:rsidRDefault="001E000A" w:rsidP="001E000A">
      <w:pPr>
        <w:numPr>
          <w:ilvl w:val="0"/>
          <w:numId w:val="15"/>
        </w:numPr>
        <w:bidi/>
        <w:rPr>
          <w:rFonts w:asciiTheme="majorBidi" w:hAnsiTheme="majorBidi" w:cstheme="majorBidi"/>
          <w:sz w:val="24"/>
          <w:szCs w:val="24"/>
        </w:rPr>
      </w:pPr>
      <w:r w:rsidRPr="0042519C">
        <w:rPr>
          <w:rFonts w:asciiTheme="majorBidi" w:hAnsiTheme="majorBidi" w:cstheme="majorBidi"/>
          <w:b/>
          <w:bCs/>
          <w:sz w:val="24"/>
          <w:szCs w:val="24"/>
          <w:rtl/>
        </w:rPr>
        <w:t>الحد البشري</w:t>
      </w:r>
      <w:r w:rsidRPr="0042519C">
        <w:rPr>
          <w:rFonts w:asciiTheme="majorBidi" w:hAnsiTheme="majorBidi" w:cstheme="majorBidi"/>
          <w:b/>
          <w:bCs/>
          <w:sz w:val="24"/>
          <w:szCs w:val="24"/>
        </w:rPr>
        <w:t>:</w:t>
      </w:r>
      <w:r w:rsidRPr="0042519C">
        <w:rPr>
          <w:rFonts w:asciiTheme="majorBidi" w:hAnsiTheme="majorBidi" w:cstheme="majorBidi"/>
          <w:sz w:val="24"/>
          <w:szCs w:val="24"/>
        </w:rPr>
        <w:t> </w:t>
      </w:r>
      <w:r w:rsidRPr="0042519C">
        <w:rPr>
          <w:rFonts w:asciiTheme="majorBidi" w:hAnsiTheme="majorBidi" w:cstheme="majorBidi"/>
          <w:sz w:val="24"/>
          <w:szCs w:val="24"/>
          <w:rtl/>
        </w:rPr>
        <w:t>عينة من طلاب (اكتب اسم مدرستك/جامعتك)</w:t>
      </w:r>
      <w:r w:rsidRPr="0042519C">
        <w:rPr>
          <w:rFonts w:asciiTheme="majorBidi" w:hAnsiTheme="majorBidi" w:cstheme="majorBidi"/>
          <w:sz w:val="24"/>
          <w:szCs w:val="24"/>
        </w:rPr>
        <w:t>.</w:t>
      </w:r>
    </w:p>
    <w:p w14:paraId="1654534C" w14:textId="78EB4F17" w:rsidR="001E000A" w:rsidRDefault="001E000A" w:rsidP="001E000A">
      <w:pPr>
        <w:numPr>
          <w:ilvl w:val="0"/>
          <w:numId w:val="15"/>
        </w:numPr>
        <w:bidi/>
        <w:rPr>
          <w:rFonts w:asciiTheme="majorBidi" w:hAnsiTheme="majorBidi" w:cstheme="majorBidi"/>
          <w:sz w:val="24"/>
          <w:szCs w:val="24"/>
        </w:rPr>
      </w:pPr>
      <w:r w:rsidRPr="0042519C">
        <w:rPr>
          <w:rFonts w:asciiTheme="majorBidi" w:hAnsiTheme="majorBidi" w:cstheme="majorBidi"/>
          <w:b/>
          <w:bCs/>
          <w:sz w:val="24"/>
          <w:szCs w:val="24"/>
          <w:rtl/>
        </w:rPr>
        <w:t>الحد الزمني</w:t>
      </w:r>
      <w:r w:rsidRPr="0042519C">
        <w:rPr>
          <w:rFonts w:asciiTheme="majorBidi" w:hAnsiTheme="majorBidi" w:cstheme="majorBidi"/>
          <w:b/>
          <w:bCs/>
          <w:sz w:val="24"/>
          <w:szCs w:val="24"/>
        </w:rPr>
        <w:t>:</w:t>
      </w:r>
      <w:r w:rsidRPr="0042519C">
        <w:rPr>
          <w:rFonts w:asciiTheme="majorBidi" w:hAnsiTheme="majorBidi" w:cstheme="majorBidi"/>
          <w:sz w:val="24"/>
          <w:szCs w:val="24"/>
        </w:rPr>
        <w:t> </w:t>
      </w:r>
      <w:r w:rsidRPr="0042519C">
        <w:rPr>
          <w:rFonts w:asciiTheme="majorBidi" w:hAnsiTheme="majorBidi" w:cstheme="majorBidi"/>
          <w:sz w:val="24"/>
          <w:szCs w:val="24"/>
          <w:rtl/>
        </w:rPr>
        <w:t>الفصل الدراسي الثاني لعام 1446هـ / 2025م</w:t>
      </w:r>
      <w:r w:rsidRPr="0042519C">
        <w:rPr>
          <w:rFonts w:asciiTheme="majorBidi" w:hAnsiTheme="majorBidi" w:cstheme="majorBidi"/>
          <w:sz w:val="24"/>
          <w:szCs w:val="24"/>
        </w:rPr>
        <w:t>.</w:t>
      </w:r>
    </w:p>
    <w:p w14:paraId="76462F25" w14:textId="77777777" w:rsidR="0042519C" w:rsidRPr="0042519C" w:rsidRDefault="0042519C" w:rsidP="0042519C">
      <w:pPr>
        <w:bidi/>
        <w:ind w:left="720"/>
        <w:rPr>
          <w:rFonts w:asciiTheme="majorBidi" w:hAnsiTheme="majorBidi" w:cstheme="majorBidi"/>
          <w:sz w:val="24"/>
          <w:szCs w:val="24"/>
        </w:rPr>
      </w:pPr>
    </w:p>
    <w:p w14:paraId="3C0C3E76" w14:textId="1EC14ED5" w:rsidR="001E000A" w:rsidRDefault="001E000A" w:rsidP="0042519C">
      <w:pPr>
        <w:bidi/>
        <w:rPr>
          <w:rFonts w:asciiTheme="majorBidi" w:hAnsiTheme="majorBidi" w:cstheme="majorBidi"/>
          <w:sz w:val="24"/>
          <w:szCs w:val="24"/>
          <w:rtl/>
        </w:rPr>
      </w:pPr>
      <w:r w:rsidRPr="0042519C">
        <w:rPr>
          <w:rFonts w:asciiTheme="majorBidi" w:hAnsiTheme="majorBidi" w:cstheme="majorBidi"/>
          <w:b/>
          <w:bCs/>
          <w:sz w:val="28"/>
          <w:szCs w:val="28"/>
          <w:rtl/>
        </w:rPr>
        <w:t>منهجية البحث</w:t>
      </w:r>
      <w:r w:rsidRPr="0042519C">
        <w:rPr>
          <w:rFonts w:asciiTheme="majorBidi" w:hAnsiTheme="majorBidi" w:cstheme="majorBidi"/>
          <w:b/>
          <w:bCs/>
          <w:sz w:val="28"/>
          <w:szCs w:val="28"/>
        </w:rPr>
        <w:t>:</w:t>
      </w:r>
      <w:r w:rsidRPr="0042519C">
        <w:rPr>
          <w:rFonts w:asciiTheme="majorBidi" w:hAnsiTheme="majorBidi" w:cstheme="majorBidi"/>
          <w:sz w:val="24"/>
          <w:szCs w:val="24"/>
        </w:rPr>
        <w:br/>
      </w:r>
      <w:r w:rsidRPr="0042519C">
        <w:rPr>
          <w:rFonts w:asciiTheme="majorBidi" w:hAnsiTheme="majorBidi" w:cstheme="majorBidi"/>
          <w:sz w:val="24"/>
          <w:szCs w:val="24"/>
          <w:rtl/>
        </w:rPr>
        <w:t>سيعتمد البحث على </w:t>
      </w:r>
      <w:r w:rsidRPr="0042519C">
        <w:rPr>
          <w:rFonts w:asciiTheme="majorBidi" w:hAnsiTheme="majorBidi" w:cstheme="majorBidi"/>
          <w:b/>
          <w:bCs/>
          <w:sz w:val="24"/>
          <w:szCs w:val="24"/>
          <w:rtl/>
        </w:rPr>
        <w:t>المنهج الوصفي التحليلي</w:t>
      </w:r>
      <w:r w:rsidRPr="0042519C">
        <w:rPr>
          <w:rFonts w:asciiTheme="majorBidi" w:hAnsiTheme="majorBidi" w:cstheme="majorBidi"/>
          <w:sz w:val="24"/>
          <w:szCs w:val="24"/>
          <w:rtl/>
        </w:rPr>
        <w:t>، لملاءمته لطبيعة الدراسة في وصف الواقع واستخلاص النتائج</w:t>
      </w:r>
      <w:r w:rsidRPr="0042519C">
        <w:rPr>
          <w:rFonts w:asciiTheme="majorBidi" w:hAnsiTheme="majorBidi" w:cstheme="majorBidi"/>
          <w:sz w:val="24"/>
          <w:szCs w:val="24"/>
        </w:rPr>
        <w:t>.</w:t>
      </w:r>
    </w:p>
    <w:p w14:paraId="78FA15D2" w14:textId="77777777" w:rsidR="0042519C" w:rsidRPr="0042519C" w:rsidRDefault="0042519C" w:rsidP="0042519C">
      <w:pPr>
        <w:bidi/>
        <w:rPr>
          <w:rFonts w:asciiTheme="majorBidi" w:hAnsiTheme="majorBidi" w:cstheme="majorBidi"/>
          <w:sz w:val="24"/>
          <w:szCs w:val="24"/>
        </w:rPr>
      </w:pPr>
    </w:p>
    <w:p w14:paraId="3CC50305" w14:textId="7D8BA024" w:rsidR="001E000A" w:rsidRPr="0042519C" w:rsidRDefault="001E000A" w:rsidP="001E000A">
      <w:pPr>
        <w:bidi/>
        <w:rPr>
          <w:rFonts w:asciiTheme="majorBidi" w:hAnsiTheme="majorBidi" w:cstheme="majorBidi"/>
          <w:sz w:val="24"/>
          <w:szCs w:val="24"/>
        </w:rPr>
      </w:pPr>
      <w:r w:rsidRPr="0042519C">
        <w:rPr>
          <w:rFonts w:asciiTheme="majorBidi" w:hAnsiTheme="majorBidi" w:cstheme="majorBidi"/>
          <w:b/>
          <w:bCs/>
          <w:sz w:val="28"/>
          <w:szCs w:val="28"/>
          <w:rtl/>
        </w:rPr>
        <w:t>أداة البحث (استبانة مقترحة)</w:t>
      </w:r>
      <w:r w:rsidRPr="0042519C">
        <w:rPr>
          <w:rFonts w:asciiTheme="majorBidi" w:hAnsiTheme="majorBidi" w:cstheme="majorBidi"/>
          <w:b/>
          <w:bCs/>
          <w:sz w:val="28"/>
          <w:szCs w:val="28"/>
        </w:rPr>
        <w:t>:</w:t>
      </w:r>
      <w:r w:rsidRPr="0042519C">
        <w:rPr>
          <w:rFonts w:asciiTheme="majorBidi" w:hAnsiTheme="majorBidi" w:cstheme="majorBidi"/>
          <w:sz w:val="28"/>
          <w:szCs w:val="28"/>
        </w:rPr>
        <w:br/>
      </w:r>
      <w:r w:rsidRPr="0042519C">
        <w:rPr>
          <w:rFonts w:asciiTheme="majorBidi" w:hAnsiTheme="majorBidi" w:cstheme="majorBidi"/>
          <w:sz w:val="24"/>
          <w:szCs w:val="24"/>
          <w:rtl/>
        </w:rPr>
        <w:t>سيتم جمع البيانات عبر استبانة إلكترونية تتكون من محورين</w:t>
      </w:r>
      <w:r w:rsidRPr="0042519C">
        <w:rPr>
          <w:rFonts w:asciiTheme="majorBidi" w:hAnsiTheme="majorBidi" w:cstheme="majorBidi"/>
          <w:sz w:val="24"/>
          <w:szCs w:val="24"/>
        </w:rPr>
        <w:t>:</w:t>
      </w:r>
    </w:p>
    <w:p w14:paraId="6D119B99" w14:textId="77777777" w:rsidR="001E000A" w:rsidRPr="0042519C" w:rsidRDefault="001E000A" w:rsidP="001E000A">
      <w:pPr>
        <w:numPr>
          <w:ilvl w:val="0"/>
          <w:numId w:val="16"/>
        </w:numPr>
        <w:bidi/>
        <w:rPr>
          <w:rFonts w:asciiTheme="majorBidi" w:hAnsiTheme="majorBidi" w:cstheme="majorBidi"/>
          <w:sz w:val="24"/>
          <w:szCs w:val="24"/>
        </w:rPr>
      </w:pPr>
      <w:r w:rsidRPr="0042519C">
        <w:rPr>
          <w:rFonts w:asciiTheme="majorBidi" w:hAnsiTheme="majorBidi" w:cstheme="majorBidi"/>
          <w:b/>
          <w:bCs/>
          <w:sz w:val="24"/>
          <w:szCs w:val="24"/>
          <w:rtl/>
        </w:rPr>
        <w:t>المحور الأول</w:t>
      </w:r>
      <w:r w:rsidRPr="0042519C">
        <w:rPr>
          <w:rFonts w:asciiTheme="majorBidi" w:hAnsiTheme="majorBidi" w:cstheme="majorBidi"/>
          <w:b/>
          <w:bCs/>
          <w:sz w:val="24"/>
          <w:szCs w:val="24"/>
        </w:rPr>
        <w:t>:</w:t>
      </w:r>
      <w:r w:rsidRPr="0042519C">
        <w:rPr>
          <w:rFonts w:asciiTheme="majorBidi" w:hAnsiTheme="majorBidi" w:cstheme="majorBidi"/>
          <w:sz w:val="24"/>
          <w:szCs w:val="24"/>
        </w:rPr>
        <w:t> </w:t>
      </w:r>
      <w:r w:rsidRPr="0042519C">
        <w:rPr>
          <w:rFonts w:asciiTheme="majorBidi" w:hAnsiTheme="majorBidi" w:cstheme="majorBidi"/>
          <w:sz w:val="24"/>
          <w:szCs w:val="24"/>
          <w:rtl/>
        </w:rPr>
        <w:t>عادات استخدام تطبيقات الذكاء الاصطناعي</w:t>
      </w:r>
      <w:r w:rsidRPr="0042519C">
        <w:rPr>
          <w:rFonts w:asciiTheme="majorBidi" w:hAnsiTheme="majorBidi" w:cstheme="majorBidi"/>
          <w:sz w:val="24"/>
          <w:szCs w:val="24"/>
        </w:rPr>
        <w:t>.</w:t>
      </w:r>
    </w:p>
    <w:p w14:paraId="578B330B" w14:textId="6ACA16FD" w:rsidR="001E000A" w:rsidRDefault="001E000A" w:rsidP="001E000A">
      <w:pPr>
        <w:numPr>
          <w:ilvl w:val="0"/>
          <w:numId w:val="16"/>
        </w:numPr>
        <w:bidi/>
        <w:rPr>
          <w:rFonts w:asciiTheme="majorBidi" w:hAnsiTheme="majorBidi" w:cstheme="majorBidi"/>
          <w:sz w:val="24"/>
          <w:szCs w:val="24"/>
        </w:rPr>
      </w:pPr>
      <w:r w:rsidRPr="0042519C">
        <w:rPr>
          <w:rFonts w:asciiTheme="majorBidi" w:hAnsiTheme="majorBidi" w:cstheme="majorBidi"/>
          <w:b/>
          <w:bCs/>
          <w:sz w:val="24"/>
          <w:szCs w:val="24"/>
          <w:rtl/>
        </w:rPr>
        <w:t>المحور الثاني</w:t>
      </w:r>
      <w:r w:rsidRPr="0042519C">
        <w:rPr>
          <w:rFonts w:asciiTheme="majorBidi" w:hAnsiTheme="majorBidi" w:cstheme="majorBidi"/>
          <w:b/>
          <w:bCs/>
          <w:sz w:val="24"/>
          <w:szCs w:val="24"/>
        </w:rPr>
        <w:t>:</w:t>
      </w:r>
      <w:r w:rsidRPr="0042519C">
        <w:rPr>
          <w:rFonts w:asciiTheme="majorBidi" w:hAnsiTheme="majorBidi" w:cstheme="majorBidi"/>
          <w:sz w:val="24"/>
          <w:szCs w:val="24"/>
        </w:rPr>
        <w:t> </w:t>
      </w:r>
      <w:r w:rsidRPr="0042519C">
        <w:rPr>
          <w:rFonts w:asciiTheme="majorBidi" w:hAnsiTheme="majorBidi" w:cstheme="majorBidi"/>
          <w:sz w:val="24"/>
          <w:szCs w:val="24"/>
          <w:rtl/>
        </w:rPr>
        <w:t>أثر التقنية على سرعة إنجاز المهام والاعتماد على النفس</w:t>
      </w:r>
      <w:r w:rsidRPr="0042519C">
        <w:rPr>
          <w:rFonts w:asciiTheme="majorBidi" w:hAnsiTheme="majorBidi" w:cstheme="majorBidi"/>
          <w:sz w:val="24"/>
          <w:szCs w:val="24"/>
        </w:rPr>
        <w:t>.</w:t>
      </w:r>
    </w:p>
    <w:p w14:paraId="65E0D454" w14:textId="77777777" w:rsidR="0042519C" w:rsidRPr="0042519C" w:rsidRDefault="0042519C" w:rsidP="0042519C">
      <w:pPr>
        <w:bidi/>
        <w:ind w:left="720"/>
        <w:rPr>
          <w:rFonts w:asciiTheme="majorBidi" w:hAnsiTheme="majorBidi" w:cstheme="majorBidi"/>
          <w:sz w:val="24"/>
          <w:szCs w:val="24"/>
        </w:rPr>
      </w:pPr>
    </w:p>
    <w:p w14:paraId="5B467BDD" w14:textId="7D3E946C" w:rsidR="0042519C" w:rsidRPr="0042519C" w:rsidRDefault="001E000A" w:rsidP="0042519C">
      <w:pPr>
        <w:bidi/>
        <w:rPr>
          <w:rFonts w:asciiTheme="majorBidi" w:hAnsiTheme="majorBidi" w:cstheme="majorBidi"/>
          <w:sz w:val="24"/>
          <w:szCs w:val="24"/>
        </w:rPr>
      </w:pPr>
      <w:r w:rsidRPr="0042519C">
        <w:rPr>
          <w:rFonts w:asciiTheme="majorBidi" w:hAnsiTheme="majorBidi" w:cstheme="majorBidi"/>
          <w:b/>
          <w:bCs/>
          <w:sz w:val="24"/>
          <w:szCs w:val="24"/>
          <w:rtl/>
        </w:rPr>
        <w:t>قائمة المراجع</w:t>
      </w:r>
      <w:r w:rsidRPr="0042519C">
        <w:rPr>
          <w:rFonts w:asciiTheme="majorBidi" w:hAnsiTheme="majorBidi" w:cstheme="majorBidi"/>
          <w:b/>
          <w:bCs/>
          <w:sz w:val="24"/>
          <w:szCs w:val="24"/>
        </w:rPr>
        <w:t xml:space="preserve"> (</w:t>
      </w:r>
      <w:r w:rsidRPr="0042519C">
        <w:rPr>
          <w:rFonts w:asciiTheme="majorBidi" w:hAnsiTheme="majorBidi" w:cstheme="majorBidi"/>
          <w:b/>
          <w:bCs/>
          <w:sz w:val="24"/>
          <w:szCs w:val="24"/>
          <w:rtl/>
        </w:rPr>
        <w:t>نظام</w:t>
      </w:r>
      <w:r w:rsidRPr="0042519C">
        <w:rPr>
          <w:rFonts w:asciiTheme="majorBidi" w:hAnsiTheme="majorBidi" w:cstheme="majorBidi"/>
          <w:b/>
          <w:bCs/>
          <w:sz w:val="24"/>
          <w:szCs w:val="24"/>
        </w:rPr>
        <w:t xml:space="preserve"> APA):</w:t>
      </w:r>
    </w:p>
    <w:p w14:paraId="253FC5C7" w14:textId="77777777" w:rsidR="001E000A" w:rsidRPr="0042519C" w:rsidRDefault="001E000A" w:rsidP="001E000A">
      <w:pPr>
        <w:numPr>
          <w:ilvl w:val="0"/>
          <w:numId w:val="17"/>
        </w:numPr>
        <w:bidi/>
        <w:rPr>
          <w:rFonts w:asciiTheme="majorBidi" w:hAnsiTheme="majorBidi" w:cstheme="majorBidi"/>
          <w:sz w:val="24"/>
          <w:szCs w:val="24"/>
        </w:rPr>
      </w:pPr>
      <w:r w:rsidRPr="0042519C">
        <w:rPr>
          <w:rFonts w:asciiTheme="majorBidi" w:hAnsiTheme="majorBidi" w:cstheme="majorBidi"/>
          <w:sz w:val="24"/>
          <w:szCs w:val="24"/>
          <w:rtl/>
        </w:rPr>
        <w:t>السعدون، الجوهرة بنت فهد. (2024). واقع استخدام تطبيقات الذكاء الاصطناعي في التعليم. مجلة العلوم التربوية، جامعة الملك سعود</w:t>
      </w:r>
      <w:r w:rsidRPr="0042519C">
        <w:rPr>
          <w:rFonts w:asciiTheme="majorBidi" w:hAnsiTheme="majorBidi" w:cstheme="majorBidi"/>
          <w:sz w:val="24"/>
          <w:szCs w:val="24"/>
        </w:rPr>
        <w:t>.</w:t>
      </w:r>
    </w:p>
    <w:p w14:paraId="1A93230F" w14:textId="77777777" w:rsidR="001E000A" w:rsidRPr="0042519C" w:rsidRDefault="001E000A" w:rsidP="001E000A">
      <w:pPr>
        <w:numPr>
          <w:ilvl w:val="0"/>
          <w:numId w:val="17"/>
        </w:numPr>
        <w:bidi/>
        <w:rPr>
          <w:rFonts w:asciiTheme="majorBidi" w:hAnsiTheme="majorBidi" w:cstheme="majorBidi"/>
          <w:sz w:val="24"/>
          <w:szCs w:val="24"/>
        </w:rPr>
      </w:pPr>
      <w:r w:rsidRPr="0042519C">
        <w:rPr>
          <w:rFonts w:asciiTheme="majorBidi" w:hAnsiTheme="majorBidi" w:cstheme="majorBidi"/>
          <w:sz w:val="24"/>
          <w:szCs w:val="24"/>
          <w:rtl/>
        </w:rPr>
        <w:t>خميس، محمد عطية. (2023). منصات التعلم التكيفي وتكنولوجيا الذكاء الاصطناعي. دار الفكر العربي</w:t>
      </w:r>
      <w:r w:rsidRPr="0042519C">
        <w:rPr>
          <w:rFonts w:asciiTheme="majorBidi" w:hAnsiTheme="majorBidi" w:cstheme="majorBidi"/>
          <w:sz w:val="24"/>
          <w:szCs w:val="24"/>
        </w:rPr>
        <w:t>.</w:t>
      </w:r>
    </w:p>
    <w:p w14:paraId="19B4C008" w14:textId="77777777" w:rsidR="001E000A" w:rsidRPr="0042519C" w:rsidRDefault="001E000A" w:rsidP="001E000A">
      <w:pPr>
        <w:numPr>
          <w:ilvl w:val="0"/>
          <w:numId w:val="17"/>
        </w:numPr>
        <w:bidi/>
        <w:rPr>
          <w:rFonts w:asciiTheme="majorBidi" w:hAnsiTheme="majorBidi" w:cstheme="majorBidi"/>
          <w:sz w:val="24"/>
          <w:szCs w:val="24"/>
        </w:rPr>
      </w:pPr>
      <w:proofErr w:type="spellStart"/>
      <w:r w:rsidRPr="0042519C">
        <w:rPr>
          <w:rFonts w:asciiTheme="majorBidi" w:hAnsiTheme="majorBidi" w:cstheme="majorBidi"/>
          <w:sz w:val="24"/>
          <w:szCs w:val="24"/>
          <w:rtl/>
        </w:rPr>
        <w:t>شتوح</w:t>
      </w:r>
      <w:proofErr w:type="spellEnd"/>
      <w:r w:rsidRPr="0042519C">
        <w:rPr>
          <w:rFonts w:asciiTheme="majorBidi" w:hAnsiTheme="majorBidi" w:cstheme="majorBidi"/>
          <w:sz w:val="24"/>
          <w:szCs w:val="24"/>
          <w:rtl/>
        </w:rPr>
        <w:t>، رابح. (2024). الذكاء الاصطناعي وتعزيز التفكير الإبداعي لدى الطلاب. المجلة العربية للعلوم ونشر الأبحاث</w:t>
      </w:r>
      <w:r w:rsidRPr="0042519C">
        <w:rPr>
          <w:rFonts w:asciiTheme="majorBidi" w:hAnsiTheme="majorBidi" w:cstheme="majorBidi"/>
          <w:sz w:val="24"/>
          <w:szCs w:val="24"/>
        </w:rPr>
        <w:t>.</w:t>
      </w:r>
    </w:p>
    <w:p w14:paraId="00F6EECB" w14:textId="7EFC5014" w:rsidR="001E000A" w:rsidRPr="0042519C" w:rsidRDefault="001E000A" w:rsidP="001E000A">
      <w:pPr>
        <w:bidi/>
        <w:rPr>
          <w:rFonts w:asciiTheme="majorBidi" w:hAnsiTheme="majorBidi" w:cstheme="majorBidi"/>
          <w:sz w:val="24"/>
          <w:szCs w:val="24"/>
        </w:rPr>
      </w:pPr>
      <w:bookmarkStart w:id="0" w:name="_GoBack"/>
      <w:bookmarkEnd w:id="0"/>
    </w:p>
    <w:p w14:paraId="5BB4350E" w14:textId="4DC93CDD" w:rsidR="001E000A" w:rsidRPr="0042519C" w:rsidRDefault="001E000A" w:rsidP="001E000A">
      <w:pPr>
        <w:bidi/>
        <w:rPr>
          <w:rFonts w:asciiTheme="majorBidi" w:hAnsiTheme="majorBidi" w:cstheme="majorBidi" w:hint="cs"/>
          <w:sz w:val="24"/>
          <w:szCs w:val="24"/>
        </w:rPr>
      </w:pPr>
    </w:p>
    <w:sectPr w:rsidR="001E000A" w:rsidRPr="0042519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039D56C2"/>
    <w:multiLevelType w:val="multilevel"/>
    <w:tmpl w:val="47920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741EA5"/>
    <w:multiLevelType w:val="multilevel"/>
    <w:tmpl w:val="D4962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472B8B"/>
    <w:multiLevelType w:val="multilevel"/>
    <w:tmpl w:val="4DF08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E4D5AF7"/>
    <w:multiLevelType w:val="hybridMultilevel"/>
    <w:tmpl w:val="E99C904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44552AAC"/>
    <w:multiLevelType w:val="multilevel"/>
    <w:tmpl w:val="89782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0B6E67"/>
    <w:multiLevelType w:val="hybridMultilevel"/>
    <w:tmpl w:val="86644B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0626283"/>
    <w:multiLevelType w:val="hybridMultilevel"/>
    <w:tmpl w:val="107013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4A84BCF"/>
    <w:multiLevelType w:val="hybridMultilevel"/>
    <w:tmpl w:val="403458AA"/>
    <w:lvl w:ilvl="0" w:tplc="0409000F">
      <w:start w:val="1"/>
      <w:numFmt w:val="decimal"/>
      <w:lvlText w:val="%1."/>
      <w:lvlJc w:val="left"/>
      <w:pPr>
        <w:ind w:left="643"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BAB4A03"/>
    <w:multiLevelType w:val="hybridMultilevel"/>
    <w:tmpl w:val="211EC6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B995FCC"/>
    <w:multiLevelType w:val="multilevel"/>
    <w:tmpl w:val="C39816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7"/>
  </w:num>
  <w:num w:numId="11">
    <w:abstractNumId w:val="15"/>
  </w:num>
  <w:num w:numId="12">
    <w:abstractNumId w:val="14"/>
  </w:num>
  <w:num w:numId="13">
    <w:abstractNumId w:val="10"/>
  </w:num>
  <w:num w:numId="14">
    <w:abstractNumId w:val="11"/>
  </w:num>
  <w:num w:numId="15">
    <w:abstractNumId w:val="9"/>
  </w:num>
  <w:num w:numId="16">
    <w:abstractNumId w:val="13"/>
  </w:num>
  <w:num w:numId="17">
    <w:abstractNumId w:val="18"/>
  </w:num>
  <w:num w:numId="18">
    <w:abstractNumId w:val="16"/>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4616"/>
    <w:rsid w:val="000539CE"/>
    <w:rsid w:val="0006063C"/>
    <w:rsid w:val="000B5519"/>
    <w:rsid w:val="001133B9"/>
    <w:rsid w:val="0015074B"/>
    <w:rsid w:val="001E000A"/>
    <w:rsid w:val="00244F54"/>
    <w:rsid w:val="0029639D"/>
    <w:rsid w:val="003124F5"/>
    <w:rsid w:val="00326F90"/>
    <w:rsid w:val="0042519C"/>
    <w:rsid w:val="00441878"/>
    <w:rsid w:val="004A23F4"/>
    <w:rsid w:val="006C7C49"/>
    <w:rsid w:val="007F762D"/>
    <w:rsid w:val="00AA1D8D"/>
    <w:rsid w:val="00AD7E83"/>
    <w:rsid w:val="00AF609C"/>
    <w:rsid w:val="00B40419"/>
    <w:rsid w:val="00B47730"/>
    <w:rsid w:val="00B7272B"/>
    <w:rsid w:val="00CB0664"/>
    <w:rsid w:val="00D168FC"/>
    <w:rsid w:val="00DB6787"/>
    <w:rsid w:val="00DE5EBB"/>
    <w:rsid w:val="00F3684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D77A703"/>
  <w14:defaultImageDpi w14:val="300"/>
  <w15:docId w15:val="{1306A47F-3376-40F7-9EAA-B517B4529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FC693F"/>
  </w:style>
  <w:style w:type="paragraph" w:styleId="1">
    <w:name w:val="heading 1"/>
    <w:basedOn w:val="a1"/>
    <w:next w:val="a1"/>
    <w:link w:val="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E618BF"/>
    <w:pPr>
      <w:tabs>
        <w:tab w:val="center" w:pos="4680"/>
        <w:tab w:val="right" w:pos="9360"/>
      </w:tabs>
      <w:spacing w:after="0" w:line="240" w:lineRule="auto"/>
    </w:pPr>
  </w:style>
  <w:style w:type="character" w:customStyle="1" w:styleId="Char">
    <w:name w:val="رأس الصفحة Char"/>
    <w:basedOn w:val="a2"/>
    <w:link w:val="a5"/>
    <w:uiPriority w:val="99"/>
    <w:rsid w:val="00E618BF"/>
  </w:style>
  <w:style w:type="paragraph" w:styleId="a6">
    <w:name w:val="footer"/>
    <w:basedOn w:val="a1"/>
    <w:link w:val="Char0"/>
    <w:uiPriority w:val="99"/>
    <w:unhideWhenUsed/>
    <w:rsid w:val="00E618BF"/>
    <w:pPr>
      <w:tabs>
        <w:tab w:val="center" w:pos="4680"/>
        <w:tab w:val="right" w:pos="9360"/>
      </w:tabs>
      <w:spacing w:after="0" w:line="240" w:lineRule="auto"/>
    </w:pPr>
  </w:style>
  <w:style w:type="character" w:customStyle="1" w:styleId="Char0">
    <w:name w:val="تذييل الصفحة Char"/>
    <w:basedOn w:val="a2"/>
    <w:link w:val="a6"/>
    <w:uiPriority w:val="99"/>
    <w:rsid w:val="00E618BF"/>
  </w:style>
  <w:style w:type="paragraph" w:styleId="a7">
    <w:name w:val="No Spacing"/>
    <w:uiPriority w:val="1"/>
    <w:qFormat/>
    <w:rsid w:val="00FC693F"/>
    <w:pPr>
      <w:spacing w:after="0" w:line="240" w:lineRule="auto"/>
    </w:pPr>
  </w:style>
  <w:style w:type="character" w:customStyle="1" w:styleId="1Char">
    <w:name w:val="العنوان 1 Char"/>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Char">
    <w:name w:val="عنوان 3 Char"/>
    <w:basedOn w:val="a2"/>
    <w:link w:val="31"/>
    <w:uiPriority w:val="9"/>
    <w:rsid w:val="00FC693F"/>
    <w:rPr>
      <w:rFonts w:asciiTheme="majorHAnsi" w:eastAsiaTheme="majorEastAsia" w:hAnsiTheme="majorHAnsi" w:cstheme="majorBidi"/>
      <w:b/>
      <w:bCs/>
      <w:color w:val="4F81BD" w:themeColor="accent1"/>
    </w:rPr>
  </w:style>
  <w:style w:type="paragraph" w:styleId="a8">
    <w:name w:val="Title"/>
    <w:basedOn w:val="a1"/>
    <w:next w:val="a1"/>
    <w:link w:val="Char1"/>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har1">
    <w:name w:val="العنوان Char"/>
    <w:basedOn w:val="a2"/>
    <w:link w:val="a8"/>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9">
    <w:name w:val="Subtitle"/>
    <w:basedOn w:val="a1"/>
    <w:next w:val="a1"/>
    <w:link w:val="Char2"/>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Char2">
    <w:name w:val="عنوان فرعي Char"/>
    <w:basedOn w:val="a2"/>
    <w:link w:val="a9"/>
    <w:uiPriority w:val="11"/>
    <w:rsid w:val="00FC693F"/>
    <w:rPr>
      <w:rFonts w:asciiTheme="majorHAnsi" w:eastAsiaTheme="majorEastAsia" w:hAnsiTheme="majorHAnsi" w:cstheme="majorBidi"/>
      <w:i/>
      <w:iCs/>
      <w:color w:val="4F81BD" w:themeColor="accent1"/>
      <w:spacing w:val="15"/>
      <w:sz w:val="24"/>
      <w:szCs w:val="24"/>
    </w:rPr>
  </w:style>
  <w:style w:type="paragraph" w:styleId="aa">
    <w:name w:val="List Paragraph"/>
    <w:basedOn w:val="a1"/>
    <w:uiPriority w:val="34"/>
    <w:qFormat/>
    <w:rsid w:val="00FC693F"/>
    <w:pPr>
      <w:ind w:left="720"/>
      <w:contextualSpacing/>
    </w:pPr>
  </w:style>
  <w:style w:type="paragraph" w:styleId="ab">
    <w:name w:val="Body Text"/>
    <w:basedOn w:val="a1"/>
    <w:link w:val="Char3"/>
    <w:uiPriority w:val="99"/>
    <w:unhideWhenUsed/>
    <w:rsid w:val="00AA1D8D"/>
    <w:pPr>
      <w:spacing w:after="120"/>
    </w:pPr>
  </w:style>
  <w:style w:type="character" w:customStyle="1" w:styleId="Char3">
    <w:name w:val="نص أساسي Char"/>
    <w:basedOn w:val="a2"/>
    <w:link w:val="ab"/>
    <w:uiPriority w:val="99"/>
    <w:rsid w:val="00AA1D8D"/>
  </w:style>
  <w:style w:type="paragraph" w:styleId="22">
    <w:name w:val="Body Text 2"/>
    <w:basedOn w:val="a1"/>
    <w:link w:val="2Char0"/>
    <w:uiPriority w:val="99"/>
    <w:unhideWhenUsed/>
    <w:rsid w:val="00AA1D8D"/>
    <w:pPr>
      <w:spacing w:after="120" w:line="480" w:lineRule="auto"/>
    </w:pPr>
  </w:style>
  <w:style w:type="character" w:customStyle="1" w:styleId="2Char0">
    <w:name w:val="نص أساسي 2 Char"/>
    <w:basedOn w:val="a2"/>
    <w:link w:val="22"/>
    <w:uiPriority w:val="99"/>
    <w:rsid w:val="00AA1D8D"/>
  </w:style>
  <w:style w:type="paragraph" w:styleId="32">
    <w:name w:val="Body Text 3"/>
    <w:basedOn w:val="a1"/>
    <w:link w:val="3Char0"/>
    <w:uiPriority w:val="99"/>
    <w:unhideWhenUsed/>
    <w:rsid w:val="00AA1D8D"/>
    <w:pPr>
      <w:spacing w:after="120"/>
    </w:pPr>
    <w:rPr>
      <w:sz w:val="16"/>
      <w:szCs w:val="16"/>
    </w:rPr>
  </w:style>
  <w:style w:type="character" w:customStyle="1" w:styleId="3Char0">
    <w:name w:val="نص أساسي 3 Char"/>
    <w:basedOn w:val="a2"/>
    <w:link w:val="32"/>
    <w:uiPriority w:val="99"/>
    <w:rsid w:val="00AA1D8D"/>
    <w:rPr>
      <w:sz w:val="16"/>
      <w:szCs w:val="16"/>
    </w:rPr>
  </w:style>
  <w:style w:type="paragraph" w:styleId="ac">
    <w:name w:val="List"/>
    <w:basedOn w:val="a1"/>
    <w:uiPriority w:val="99"/>
    <w:unhideWhenUsed/>
    <w:rsid w:val="00AA1D8D"/>
    <w:pPr>
      <w:ind w:left="360" w:hanging="360"/>
      <w:contextualSpacing/>
    </w:pPr>
  </w:style>
  <w:style w:type="paragraph" w:styleId="23">
    <w:name w:val="List 2"/>
    <w:basedOn w:val="a1"/>
    <w:uiPriority w:val="99"/>
    <w:unhideWhenUsed/>
    <w:rsid w:val="00326F90"/>
    <w:pPr>
      <w:ind w:left="720" w:hanging="360"/>
      <w:contextualSpacing/>
    </w:pPr>
  </w:style>
  <w:style w:type="paragraph" w:styleId="33">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d">
    <w:name w:val="List Continue"/>
    <w:basedOn w:val="a1"/>
    <w:uiPriority w:val="99"/>
    <w:unhideWhenUsed/>
    <w:rsid w:val="0029639D"/>
    <w:pPr>
      <w:spacing w:after="120"/>
      <w:ind w:left="360"/>
      <w:contextualSpacing/>
    </w:pPr>
  </w:style>
  <w:style w:type="paragraph" w:styleId="24">
    <w:name w:val="List Continue 2"/>
    <w:basedOn w:val="a1"/>
    <w:uiPriority w:val="99"/>
    <w:unhideWhenUsed/>
    <w:rsid w:val="0029639D"/>
    <w:pPr>
      <w:spacing w:after="120"/>
      <w:ind w:left="720"/>
      <w:contextualSpacing/>
    </w:pPr>
  </w:style>
  <w:style w:type="paragraph" w:styleId="34">
    <w:name w:val="List Continue 3"/>
    <w:basedOn w:val="a1"/>
    <w:uiPriority w:val="99"/>
    <w:unhideWhenUsed/>
    <w:rsid w:val="0029639D"/>
    <w:pPr>
      <w:spacing w:after="120"/>
      <w:ind w:left="1080"/>
      <w:contextualSpacing/>
    </w:pPr>
  </w:style>
  <w:style w:type="paragraph" w:styleId="ae">
    <w:name w:val="macro"/>
    <w:link w:val="Char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Char4">
    <w:name w:val="نص ماكرو Char"/>
    <w:basedOn w:val="a2"/>
    <w:link w:val="ae"/>
    <w:uiPriority w:val="99"/>
    <w:rsid w:val="0029639D"/>
    <w:rPr>
      <w:rFonts w:ascii="Courier" w:hAnsi="Courier"/>
      <w:sz w:val="20"/>
      <w:szCs w:val="20"/>
    </w:rPr>
  </w:style>
  <w:style w:type="paragraph" w:styleId="af">
    <w:name w:val="Quote"/>
    <w:basedOn w:val="a1"/>
    <w:next w:val="a1"/>
    <w:link w:val="Char5"/>
    <w:uiPriority w:val="29"/>
    <w:qFormat/>
    <w:rsid w:val="00FC693F"/>
    <w:rPr>
      <w:i/>
      <w:iCs/>
      <w:color w:val="000000" w:themeColor="text1"/>
    </w:rPr>
  </w:style>
  <w:style w:type="character" w:customStyle="1" w:styleId="Char5">
    <w:name w:val="اقتباس Char"/>
    <w:basedOn w:val="a2"/>
    <w:link w:val="af"/>
    <w:uiPriority w:val="29"/>
    <w:rsid w:val="00FC693F"/>
    <w:rPr>
      <w:i/>
      <w:iCs/>
      <w:color w:val="000000" w:themeColor="text1"/>
    </w:rPr>
  </w:style>
  <w:style w:type="character" w:customStyle="1" w:styleId="4Char">
    <w:name w:val="عنوان 4 Char"/>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Char">
    <w:name w:val="عنوان 5 Char"/>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Char">
    <w:name w:val="عنوان 6 Char"/>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Char">
    <w:name w:val="عنوان 7 Char"/>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Char">
    <w:name w:val="عنوان 8 Char"/>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Char">
    <w:name w:val="عنوان 9 Char"/>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0">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1">
    <w:name w:val="Strong"/>
    <w:basedOn w:val="a2"/>
    <w:uiPriority w:val="22"/>
    <w:qFormat/>
    <w:rsid w:val="00FC693F"/>
    <w:rPr>
      <w:b/>
      <w:bCs/>
    </w:rPr>
  </w:style>
  <w:style w:type="character" w:styleId="af2">
    <w:name w:val="Emphasis"/>
    <w:basedOn w:val="a2"/>
    <w:uiPriority w:val="20"/>
    <w:qFormat/>
    <w:rsid w:val="00FC693F"/>
    <w:rPr>
      <w:i/>
      <w:iCs/>
    </w:rPr>
  </w:style>
  <w:style w:type="paragraph" w:styleId="af3">
    <w:name w:val="Intense Quote"/>
    <w:basedOn w:val="a1"/>
    <w:next w:val="a1"/>
    <w:link w:val="Char6"/>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har6">
    <w:name w:val="اقتباس مكثف Char"/>
    <w:basedOn w:val="a2"/>
    <w:link w:val="af3"/>
    <w:uiPriority w:val="30"/>
    <w:rsid w:val="00FC693F"/>
    <w:rPr>
      <w:b/>
      <w:bCs/>
      <w:i/>
      <w:iCs/>
      <w:color w:val="4F81BD" w:themeColor="accent1"/>
    </w:rPr>
  </w:style>
  <w:style w:type="character" w:styleId="af4">
    <w:name w:val="Subtle Emphasis"/>
    <w:basedOn w:val="a2"/>
    <w:uiPriority w:val="19"/>
    <w:qFormat/>
    <w:rsid w:val="00FC693F"/>
    <w:rPr>
      <w:i/>
      <w:iCs/>
      <w:color w:val="808080" w:themeColor="text1" w:themeTint="7F"/>
    </w:rPr>
  </w:style>
  <w:style w:type="character" w:styleId="af5">
    <w:name w:val="Intense Emphasis"/>
    <w:basedOn w:val="a2"/>
    <w:uiPriority w:val="21"/>
    <w:qFormat/>
    <w:rsid w:val="00FC693F"/>
    <w:rPr>
      <w:b/>
      <w:bCs/>
      <w:i/>
      <w:iCs/>
      <w:color w:val="4F81BD" w:themeColor="accent1"/>
    </w:rPr>
  </w:style>
  <w:style w:type="character" w:styleId="af6">
    <w:name w:val="Subtle Reference"/>
    <w:basedOn w:val="a2"/>
    <w:uiPriority w:val="31"/>
    <w:qFormat/>
    <w:rsid w:val="00FC693F"/>
    <w:rPr>
      <w:smallCaps/>
      <w:color w:val="C0504D" w:themeColor="accent2"/>
      <w:u w:val="single"/>
    </w:rPr>
  </w:style>
  <w:style w:type="character" w:styleId="af7">
    <w:name w:val="Intense Reference"/>
    <w:basedOn w:val="a2"/>
    <w:uiPriority w:val="32"/>
    <w:qFormat/>
    <w:rsid w:val="00FC693F"/>
    <w:rPr>
      <w:b/>
      <w:bCs/>
      <w:smallCaps/>
      <w:color w:val="C0504D" w:themeColor="accent2"/>
      <w:spacing w:val="5"/>
      <w:u w:val="single"/>
    </w:rPr>
  </w:style>
  <w:style w:type="character" w:styleId="af8">
    <w:name w:val="Book Title"/>
    <w:basedOn w:val="a2"/>
    <w:uiPriority w:val="33"/>
    <w:qFormat/>
    <w:rsid w:val="00FC693F"/>
    <w:rPr>
      <w:b/>
      <w:bCs/>
      <w:smallCaps/>
      <w:spacing w:val="5"/>
    </w:rPr>
  </w:style>
  <w:style w:type="paragraph" w:styleId="af9">
    <w:name w:val="TOC Heading"/>
    <w:basedOn w:val="1"/>
    <w:next w:val="a1"/>
    <w:uiPriority w:val="39"/>
    <w:semiHidden/>
    <w:unhideWhenUsed/>
    <w:qFormat/>
    <w:rsid w:val="00FC693F"/>
    <w:pPr>
      <w:outlineLvl w:val="9"/>
    </w:pPr>
  </w:style>
  <w:style w:type="table" w:styleId="afa">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b">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c">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d">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0">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5">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1">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6">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2">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7">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5">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e">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0">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1">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8942578">
      <w:bodyDiv w:val="1"/>
      <w:marLeft w:val="0"/>
      <w:marRight w:val="0"/>
      <w:marTop w:val="0"/>
      <w:marBottom w:val="0"/>
      <w:divBdr>
        <w:top w:val="none" w:sz="0" w:space="0" w:color="auto"/>
        <w:left w:val="none" w:sz="0" w:space="0" w:color="auto"/>
        <w:bottom w:val="none" w:sz="0" w:space="0" w:color="auto"/>
        <w:right w:val="none" w:sz="0" w:space="0" w:color="auto"/>
      </w:divBdr>
      <w:divsChild>
        <w:div w:id="409739614">
          <w:marLeft w:val="0"/>
          <w:marRight w:val="0"/>
          <w:marTop w:val="0"/>
          <w:marBottom w:val="0"/>
          <w:divBdr>
            <w:top w:val="none" w:sz="0" w:space="0" w:color="auto"/>
            <w:left w:val="none" w:sz="0" w:space="0" w:color="auto"/>
            <w:bottom w:val="none" w:sz="0" w:space="0" w:color="auto"/>
            <w:right w:val="none" w:sz="0" w:space="0" w:color="auto"/>
          </w:divBdr>
        </w:div>
        <w:div w:id="777608091">
          <w:marLeft w:val="0"/>
          <w:marRight w:val="0"/>
          <w:marTop w:val="0"/>
          <w:marBottom w:val="0"/>
          <w:divBdr>
            <w:top w:val="none" w:sz="0" w:space="0" w:color="auto"/>
            <w:left w:val="none" w:sz="0" w:space="0" w:color="auto"/>
            <w:bottom w:val="none" w:sz="0" w:space="0" w:color="auto"/>
            <w:right w:val="none" w:sz="0" w:space="0" w:color="auto"/>
          </w:divBdr>
        </w:div>
        <w:div w:id="1555313976">
          <w:marLeft w:val="0"/>
          <w:marRight w:val="0"/>
          <w:marTop w:val="0"/>
          <w:marBottom w:val="0"/>
          <w:divBdr>
            <w:top w:val="none" w:sz="0" w:space="0" w:color="auto"/>
            <w:left w:val="none" w:sz="0" w:space="0" w:color="auto"/>
            <w:bottom w:val="none" w:sz="0" w:space="0" w:color="auto"/>
            <w:right w:val="none" w:sz="0" w:space="0" w:color="auto"/>
          </w:divBdr>
        </w:div>
        <w:div w:id="1121680597">
          <w:marLeft w:val="0"/>
          <w:marRight w:val="0"/>
          <w:marTop w:val="0"/>
          <w:marBottom w:val="0"/>
          <w:divBdr>
            <w:top w:val="none" w:sz="0" w:space="0" w:color="auto"/>
            <w:left w:val="none" w:sz="0" w:space="0" w:color="auto"/>
            <w:bottom w:val="none" w:sz="0" w:space="0" w:color="auto"/>
            <w:right w:val="none" w:sz="0" w:space="0" w:color="auto"/>
          </w:divBdr>
        </w:div>
        <w:div w:id="1778330982">
          <w:marLeft w:val="0"/>
          <w:marRight w:val="0"/>
          <w:marTop w:val="0"/>
          <w:marBottom w:val="0"/>
          <w:divBdr>
            <w:top w:val="none" w:sz="0" w:space="0" w:color="auto"/>
            <w:left w:val="none" w:sz="0" w:space="0" w:color="auto"/>
            <w:bottom w:val="none" w:sz="0" w:space="0" w:color="auto"/>
            <w:right w:val="none" w:sz="0" w:space="0" w:color="auto"/>
          </w:divBdr>
        </w:div>
        <w:div w:id="1446654499">
          <w:marLeft w:val="0"/>
          <w:marRight w:val="0"/>
          <w:marTop w:val="0"/>
          <w:marBottom w:val="0"/>
          <w:divBdr>
            <w:top w:val="none" w:sz="0" w:space="0" w:color="auto"/>
            <w:left w:val="none" w:sz="0" w:space="0" w:color="auto"/>
            <w:bottom w:val="none" w:sz="0" w:space="0" w:color="auto"/>
            <w:right w:val="none" w:sz="0" w:space="0" w:color="auto"/>
          </w:divBdr>
        </w:div>
        <w:div w:id="1800805694">
          <w:marLeft w:val="0"/>
          <w:marRight w:val="0"/>
          <w:marTop w:val="0"/>
          <w:marBottom w:val="0"/>
          <w:divBdr>
            <w:top w:val="none" w:sz="0" w:space="0" w:color="auto"/>
            <w:left w:val="none" w:sz="0" w:space="0" w:color="auto"/>
            <w:bottom w:val="none" w:sz="0" w:space="0" w:color="auto"/>
            <w:right w:val="none" w:sz="0" w:space="0" w:color="auto"/>
          </w:divBdr>
        </w:div>
        <w:div w:id="1703285363">
          <w:marLeft w:val="0"/>
          <w:marRight w:val="0"/>
          <w:marTop w:val="0"/>
          <w:marBottom w:val="0"/>
          <w:divBdr>
            <w:top w:val="none" w:sz="0" w:space="0" w:color="auto"/>
            <w:left w:val="none" w:sz="0" w:space="0" w:color="auto"/>
            <w:bottom w:val="none" w:sz="0" w:space="0" w:color="auto"/>
            <w:right w:val="none" w:sz="0" w:space="0" w:color="auto"/>
          </w:divBdr>
        </w:div>
        <w:div w:id="1797718183">
          <w:marLeft w:val="0"/>
          <w:marRight w:val="0"/>
          <w:marTop w:val="0"/>
          <w:marBottom w:val="0"/>
          <w:divBdr>
            <w:top w:val="none" w:sz="0" w:space="0" w:color="auto"/>
            <w:left w:val="none" w:sz="0" w:space="0" w:color="auto"/>
            <w:bottom w:val="none" w:sz="0" w:space="0" w:color="auto"/>
            <w:right w:val="none" w:sz="0" w:space="0" w:color="auto"/>
          </w:divBdr>
        </w:div>
      </w:divsChild>
    </w:div>
    <w:div w:id="2070573863">
      <w:bodyDiv w:val="1"/>
      <w:marLeft w:val="0"/>
      <w:marRight w:val="0"/>
      <w:marTop w:val="0"/>
      <w:marBottom w:val="0"/>
      <w:divBdr>
        <w:top w:val="none" w:sz="0" w:space="0" w:color="auto"/>
        <w:left w:val="none" w:sz="0" w:space="0" w:color="auto"/>
        <w:bottom w:val="none" w:sz="0" w:space="0" w:color="auto"/>
        <w:right w:val="none" w:sz="0" w:space="0" w:color="auto"/>
      </w:divBdr>
      <w:divsChild>
        <w:div w:id="1563909729">
          <w:marLeft w:val="0"/>
          <w:marRight w:val="0"/>
          <w:marTop w:val="0"/>
          <w:marBottom w:val="0"/>
          <w:divBdr>
            <w:top w:val="none" w:sz="0" w:space="0" w:color="auto"/>
            <w:left w:val="none" w:sz="0" w:space="0" w:color="auto"/>
            <w:bottom w:val="none" w:sz="0" w:space="0" w:color="auto"/>
            <w:right w:val="none" w:sz="0" w:space="0" w:color="auto"/>
          </w:divBdr>
        </w:div>
        <w:div w:id="110068076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1342BF-F943-4E50-9939-C38DDA06B6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Pages>
  <Words>635</Words>
  <Characters>3623</Characters>
  <Application>Microsoft Office Word</Application>
  <DocSecurity>0</DocSecurity>
  <Lines>30</Lines>
  <Paragraphs>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4250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ASUS</cp:lastModifiedBy>
  <cp:revision>6</cp:revision>
  <cp:lastPrinted>2026-03-07T02:59:00Z</cp:lastPrinted>
  <dcterms:created xsi:type="dcterms:W3CDTF">2025-06-26T20:41:00Z</dcterms:created>
  <dcterms:modified xsi:type="dcterms:W3CDTF">2026-03-07T02:59:00Z</dcterms:modified>
  <cp:category/>
</cp:coreProperties>
</file>