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44F552" w14:textId="3803EFA4" w:rsidR="0046090C" w:rsidRDefault="0046090C" w:rsidP="0046090C">
      <w:pPr>
        <w:pStyle w:val="ab"/>
        <w:ind w:left="7336"/>
        <w:rPr>
          <w:rFonts w:ascii="Times New Roman"/>
          <w:sz w:val="20"/>
        </w:rPr>
      </w:pPr>
    </w:p>
    <w:p w14:paraId="3FA6CE15" w14:textId="08CD40F8" w:rsidR="0046090C" w:rsidRPr="00B858E3" w:rsidRDefault="00B858E3" w:rsidP="00B858E3">
      <w:pPr>
        <w:pStyle w:val="ab"/>
        <w:spacing w:before="9"/>
        <w:jc w:val="right"/>
        <w:rPr>
          <w:rFonts w:ascii="Times New Roman"/>
          <w:sz w:val="8"/>
          <w:rtl/>
        </w:rPr>
      </w:pPr>
      <w:r>
        <w:rPr>
          <w:rFonts w:ascii="Times New Roman"/>
          <w:noProof/>
          <w:sz w:val="20"/>
        </w:rPr>
        <w:drawing>
          <wp:inline distT="0" distB="0" distL="0" distR="0" wp14:anchorId="5B4837D6" wp14:editId="7C9305E6">
            <wp:extent cx="1472203" cy="721360"/>
            <wp:effectExtent l="0" t="0" r="0" b="2540"/>
            <wp:docPr id="1" name="image1.png" descr="A black and blue text on a black background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492476" cy="731293"/>
                    </a:xfrm>
                    <a:prstGeom prst="rect">
                      <a:avLst/>
                    </a:prstGeom>
                  </pic:spPr>
                </pic:pic>
              </a:graphicData>
            </a:graphic>
          </wp:inline>
        </w:drawing>
      </w:r>
    </w:p>
    <w:p w14:paraId="2123F649" w14:textId="235FCA31" w:rsidR="0046090C" w:rsidRDefault="0046090C" w:rsidP="00B858E3">
      <w:pPr>
        <w:spacing w:line="240" w:lineRule="auto"/>
        <w:jc w:val="right"/>
        <w:rPr>
          <w:rFonts w:ascii="Sakkal Majalla" w:hAnsi="Sakkal Majalla" w:cs="Sakkal Majalla"/>
          <w:b/>
          <w:bCs/>
          <w:sz w:val="36"/>
          <w:szCs w:val="36"/>
          <w:rtl/>
        </w:rPr>
      </w:pPr>
      <w:r w:rsidRPr="0046090C">
        <w:rPr>
          <w:rFonts w:ascii="Sakkal Majalla" w:hAnsi="Sakkal Majalla" w:cs="Sakkal Majalla" w:hint="cs"/>
          <w:b/>
          <w:bCs/>
          <w:sz w:val="36"/>
          <w:szCs w:val="36"/>
          <w:rtl/>
        </w:rPr>
        <w:t>كلية</w:t>
      </w:r>
      <w:r>
        <w:rPr>
          <w:rFonts w:ascii="Sakkal Majalla" w:hAnsi="Sakkal Majalla" w:cs="Sakkal Majalla" w:hint="cs"/>
          <w:b/>
          <w:bCs/>
          <w:sz w:val="36"/>
          <w:szCs w:val="36"/>
          <w:rtl/>
        </w:rPr>
        <w:t xml:space="preserve"> </w:t>
      </w:r>
      <w:r w:rsidR="005B457A">
        <w:rPr>
          <w:rFonts w:ascii="Sakkal Majalla" w:hAnsi="Sakkal Majalla" w:cs="Sakkal Majalla" w:hint="cs"/>
          <w:b/>
          <w:bCs/>
          <w:sz w:val="36"/>
          <w:szCs w:val="36"/>
          <w:rtl/>
        </w:rPr>
        <w:t xml:space="preserve">: </w:t>
      </w:r>
      <w:r>
        <w:rPr>
          <w:rFonts w:ascii="Sakkal Majalla" w:hAnsi="Sakkal Majalla" w:cs="Sakkal Majalla" w:hint="cs"/>
          <w:b/>
          <w:bCs/>
          <w:sz w:val="36"/>
          <w:szCs w:val="36"/>
          <w:rtl/>
        </w:rPr>
        <w:t>الإعلام والتسويق</w:t>
      </w:r>
    </w:p>
    <w:p w14:paraId="2F55718D" w14:textId="2CDC71B3" w:rsidR="0046090C" w:rsidRPr="0046090C" w:rsidRDefault="0046090C" w:rsidP="00B858E3">
      <w:pPr>
        <w:spacing w:line="240" w:lineRule="auto"/>
        <w:jc w:val="right"/>
        <w:rPr>
          <w:rFonts w:ascii="Sakkal Majalla" w:hAnsi="Sakkal Majalla" w:cs="Sakkal Majalla"/>
          <w:b/>
          <w:bCs/>
          <w:sz w:val="36"/>
          <w:szCs w:val="36"/>
          <w:rtl/>
        </w:rPr>
      </w:pPr>
      <w:r>
        <w:rPr>
          <w:rFonts w:ascii="Sakkal Majalla" w:hAnsi="Sakkal Majalla" w:cs="Sakkal Majalla" w:hint="cs"/>
          <w:b/>
          <w:bCs/>
          <w:sz w:val="36"/>
          <w:szCs w:val="36"/>
          <w:rtl/>
        </w:rPr>
        <w:t>قسم: الإعلام الرقمي</w:t>
      </w:r>
    </w:p>
    <w:p w14:paraId="148FBA60" w14:textId="77777777" w:rsidR="0046090C" w:rsidRDefault="0046090C" w:rsidP="005B457A">
      <w:pPr>
        <w:spacing w:line="360" w:lineRule="auto"/>
        <w:jc w:val="center"/>
        <w:rPr>
          <w:rFonts w:ascii="Sakkal Majalla" w:hAnsi="Sakkal Majalla" w:cs="Sakkal Majalla"/>
          <w:b/>
          <w:bCs/>
          <w:sz w:val="32"/>
          <w:szCs w:val="32"/>
          <w:rtl/>
        </w:rPr>
      </w:pPr>
    </w:p>
    <w:p w14:paraId="161608F6" w14:textId="77777777" w:rsidR="00B858E3" w:rsidRDefault="00B858E3" w:rsidP="005B457A">
      <w:pPr>
        <w:spacing w:line="360" w:lineRule="auto"/>
        <w:jc w:val="center"/>
        <w:rPr>
          <w:rFonts w:ascii="Sakkal Majalla" w:hAnsi="Sakkal Majalla" w:cs="Sakkal Majalla"/>
          <w:b/>
          <w:bCs/>
          <w:sz w:val="32"/>
          <w:szCs w:val="32"/>
          <w:rtl/>
        </w:rPr>
      </w:pPr>
    </w:p>
    <w:p w14:paraId="1A334BFE" w14:textId="752FB741" w:rsidR="0046090C" w:rsidRDefault="001828B1" w:rsidP="005B457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دور </w:t>
      </w:r>
      <w:r w:rsidR="005B457A">
        <w:rPr>
          <w:rFonts w:ascii="Sakkal Majalla" w:hAnsi="Sakkal Majalla" w:cs="Sakkal Majalla" w:hint="cs"/>
          <w:b/>
          <w:bCs/>
          <w:sz w:val="32"/>
          <w:szCs w:val="32"/>
          <w:rtl/>
        </w:rPr>
        <w:t xml:space="preserve"> الإعلام الرقمي و</w:t>
      </w:r>
      <w:r>
        <w:rPr>
          <w:rFonts w:ascii="Sakkal Majalla" w:hAnsi="Sakkal Majalla" w:cs="Sakkal Majalla" w:hint="cs"/>
          <w:b/>
          <w:bCs/>
          <w:sz w:val="32"/>
          <w:szCs w:val="32"/>
          <w:rtl/>
        </w:rPr>
        <w:t>أهميته</w:t>
      </w:r>
      <w:r w:rsidR="005B457A">
        <w:rPr>
          <w:rFonts w:ascii="Sakkal Majalla" w:hAnsi="Sakkal Majalla" w:cs="Sakkal Majalla" w:hint="cs"/>
          <w:b/>
          <w:bCs/>
          <w:sz w:val="32"/>
          <w:szCs w:val="32"/>
          <w:rtl/>
        </w:rPr>
        <w:t xml:space="preserve"> في نمو</w:t>
      </w:r>
      <w:r w:rsidR="0060313E">
        <w:rPr>
          <w:rFonts w:ascii="Sakkal Majalla" w:hAnsi="Sakkal Majalla" w:cs="Sakkal Majalla" w:hint="cs"/>
          <w:b/>
          <w:bCs/>
          <w:sz w:val="32"/>
          <w:szCs w:val="32"/>
          <w:rtl/>
        </w:rPr>
        <w:t xml:space="preserve"> و تطور</w:t>
      </w:r>
      <w:r w:rsidR="005B457A">
        <w:rPr>
          <w:rFonts w:ascii="Sakkal Majalla" w:hAnsi="Sakkal Majalla" w:cs="Sakkal Majalla" w:hint="cs"/>
          <w:b/>
          <w:bCs/>
          <w:sz w:val="32"/>
          <w:szCs w:val="32"/>
          <w:rtl/>
        </w:rPr>
        <w:t xml:space="preserve"> القطاع التجاري</w:t>
      </w:r>
    </w:p>
    <w:p w14:paraId="2E2A2E29" w14:textId="74AB2B33" w:rsidR="005B457A" w:rsidRDefault="005B457A" w:rsidP="001828B1">
      <w:pPr>
        <w:spacing w:line="360" w:lineRule="auto"/>
        <w:jc w:val="center"/>
        <w:rPr>
          <w:rFonts w:ascii="Sakkal Majalla" w:hAnsi="Sakkal Majalla" w:cs="Sakkal Majalla"/>
          <w:b/>
          <w:bCs/>
          <w:sz w:val="32"/>
          <w:szCs w:val="32"/>
          <w:rtl/>
        </w:rPr>
      </w:pPr>
      <w:r>
        <w:rPr>
          <w:rFonts w:ascii="Sakkal Majalla" w:hAnsi="Sakkal Majalla" w:cs="Sakkal Majalla"/>
          <w:b/>
          <w:bCs/>
          <w:sz w:val="32"/>
          <w:szCs w:val="32"/>
        </w:rPr>
        <w:t>The</w:t>
      </w:r>
      <w:r w:rsidR="001828B1" w:rsidRPr="001828B1">
        <w:rPr>
          <w:rFonts w:ascii="Sakkal Majalla" w:hAnsi="Sakkal Majalla" w:cs="Sakkal Majalla"/>
          <w:b/>
          <w:bCs/>
          <w:sz w:val="32"/>
          <w:szCs w:val="32"/>
        </w:rPr>
        <w:t xml:space="preserve"> </w:t>
      </w:r>
      <w:r w:rsidR="001828B1">
        <w:rPr>
          <w:rFonts w:ascii="Sakkal Majalla" w:hAnsi="Sakkal Majalla" w:cs="Sakkal Majalla"/>
          <w:b/>
          <w:bCs/>
          <w:sz w:val="32"/>
          <w:szCs w:val="32"/>
        </w:rPr>
        <w:t xml:space="preserve">Role </w:t>
      </w:r>
      <w:r>
        <w:rPr>
          <w:rFonts w:ascii="Sakkal Majalla" w:hAnsi="Sakkal Majalla" w:cs="Sakkal Majalla"/>
          <w:b/>
          <w:bCs/>
          <w:sz w:val="32"/>
          <w:szCs w:val="32"/>
        </w:rPr>
        <w:t>And</w:t>
      </w:r>
      <w:r w:rsidR="001828B1">
        <w:rPr>
          <w:rFonts w:ascii="Sakkal Majalla" w:hAnsi="Sakkal Majalla" w:cs="Sakkal Majalla"/>
          <w:b/>
          <w:bCs/>
          <w:sz w:val="32"/>
          <w:szCs w:val="32"/>
        </w:rPr>
        <w:t xml:space="preserve"> Importance</w:t>
      </w:r>
      <w:r>
        <w:rPr>
          <w:rFonts w:ascii="Sakkal Majalla" w:hAnsi="Sakkal Majalla" w:cs="Sakkal Majalla"/>
          <w:b/>
          <w:bCs/>
          <w:sz w:val="32"/>
          <w:szCs w:val="32"/>
        </w:rPr>
        <w:t xml:space="preserve"> Of Digital Media For Commercial Growth </w:t>
      </w:r>
      <w:r w:rsidR="0060313E">
        <w:rPr>
          <w:rFonts w:ascii="Sakkal Majalla" w:hAnsi="Sakkal Majalla" w:cs="Sakkal Majalla"/>
          <w:b/>
          <w:bCs/>
          <w:sz w:val="32"/>
          <w:szCs w:val="32"/>
        </w:rPr>
        <w:t xml:space="preserve">And </w:t>
      </w:r>
      <w:r w:rsidR="00081A4F">
        <w:rPr>
          <w:rFonts w:ascii="Sakkal Majalla" w:hAnsi="Sakkal Majalla" w:cs="Sakkal Majalla"/>
          <w:b/>
          <w:bCs/>
          <w:sz w:val="32"/>
          <w:szCs w:val="32"/>
        </w:rPr>
        <w:t>D</w:t>
      </w:r>
      <w:r w:rsidR="0060313E">
        <w:rPr>
          <w:rFonts w:ascii="Sakkal Majalla" w:hAnsi="Sakkal Majalla" w:cs="Sakkal Majalla"/>
          <w:b/>
          <w:bCs/>
          <w:sz w:val="32"/>
          <w:szCs w:val="32"/>
        </w:rPr>
        <w:t xml:space="preserve">evelopment </w:t>
      </w:r>
    </w:p>
    <w:p w14:paraId="75ED6BA0" w14:textId="2AA8CFE4" w:rsidR="005B457A" w:rsidRDefault="001828B1" w:rsidP="00060BD9">
      <w:pPr>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(دراسة ميدانية)</w:t>
      </w:r>
    </w:p>
    <w:p w14:paraId="26EFD594" w14:textId="74A7943A" w:rsidR="005B457A" w:rsidRDefault="005B457A" w:rsidP="00EF161A">
      <w:pPr>
        <w:bidi/>
        <w:spacing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الباحث </w:t>
      </w:r>
      <w:r w:rsidR="00EF161A">
        <w:rPr>
          <w:rFonts w:ascii="Sakkal Majalla" w:hAnsi="Sakkal Majalla" w:cs="Sakkal Majalla"/>
          <w:b/>
          <w:bCs/>
          <w:sz w:val="32"/>
          <w:szCs w:val="32"/>
        </w:rPr>
        <w:t>:</w:t>
      </w:r>
    </w:p>
    <w:p w14:paraId="609C3A04" w14:textId="63DB3A9F" w:rsidR="005B457A" w:rsidRDefault="005B457A" w:rsidP="005B457A">
      <w:pPr>
        <w:spacing w:line="240" w:lineRule="auto"/>
        <w:jc w:val="center"/>
        <w:rPr>
          <w:rFonts w:ascii="Sakkal Majalla" w:hAnsi="Sakkal Majalla" w:cs="Sakkal Majalla"/>
          <w:b/>
          <w:bCs/>
          <w:sz w:val="32"/>
          <w:szCs w:val="32"/>
        </w:rPr>
      </w:pPr>
      <w:r>
        <w:rPr>
          <w:rFonts w:ascii="Sakkal Majalla" w:hAnsi="Sakkal Majalla" w:cs="Sakkal Majalla" w:hint="cs"/>
          <w:b/>
          <w:bCs/>
          <w:sz w:val="32"/>
          <w:szCs w:val="32"/>
          <w:rtl/>
        </w:rPr>
        <w:t xml:space="preserve">عبدالله علي الشهري </w:t>
      </w:r>
    </w:p>
    <w:p w14:paraId="74AC13D9" w14:textId="7F3836C3" w:rsidR="005B457A" w:rsidRDefault="00EF161A" w:rsidP="00EF161A">
      <w:pPr>
        <w:spacing w:line="240" w:lineRule="auto"/>
        <w:jc w:val="center"/>
        <w:rPr>
          <w:rFonts w:ascii="Sakkal Majalla" w:hAnsi="Sakkal Majalla" w:cs="Sakkal Majalla"/>
          <w:b/>
          <w:bCs/>
          <w:sz w:val="32"/>
          <w:szCs w:val="32"/>
        </w:rPr>
      </w:pPr>
      <w:r w:rsidRPr="00EF161A">
        <w:rPr>
          <w:rFonts w:ascii="Sakkal Majalla" w:hAnsi="Sakkal Majalla" w:cs="Sakkal Majalla"/>
          <w:b/>
          <w:bCs/>
          <w:sz w:val="32"/>
          <w:szCs w:val="32"/>
        </w:rPr>
        <w:t>233001833</w:t>
      </w:r>
    </w:p>
    <w:p w14:paraId="0F68DC28" w14:textId="77777777" w:rsidR="005B457A" w:rsidRDefault="005B457A" w:rsidP="005B457A">
      <w:pPr>
        <w:spacing w:line="360" w:lineRule="auto"/>
        <w:jc w:val="center"/>
        <w:rPr>
          <w:rFonts w:ascii="Sakkal Majalla" w:hAnsi="Sakkal Majalla" w:cs="Sakkal Majalla"/>
          <w:b/>
          <w:bCs/>
          <w:sz w:val="32"/>
          <w:szCs w:val="32"/>
          <w:rtl/>
        </w:rPr>
      </w:pPr>
    </w:p>
    <w:p w14:paraId="5FDC1AB3" w14:textId="2A019069" w:rsidR="005B457A" w:rsidRDefault="005B457A" w:rsidP="005B457A">
      <w:pPr>
        <w:spacing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إشراف :</w:t>
      </w:r>
    </w:p>
    <w:p w14:paraId="44DDEA7D" w14:textId="1CD68E1F" w:rsidR="005B457A" w:rsidRDefault="005B457A" w:rsidP="005B457A">
      <w:pPr>
        <w:spacing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د/مهيتاب ماهر الرفاعي </w:t>
      </w:r>
    </w:p>
    <w:p w14:paraId="24D7BC91" w14:textId="202E0B7B" w:rsidR="00C12F6F" w:rsidRDefault="005B457A" w:rsidP="00F6462E">
      <w:pPr>
        <w:spacing w:line="240" w:lineRule="auto"/>
        <w:jc w:val="center"/>
        <w:rPr>
          <w:rFonts w:ascii="Sakkal Majalla" w:hAnsi="Sakkal Majalla" w:cs="Sakkal Majalla"/>
          <w:sz w:val="36"/>
          <w:szCs w:val="36"/>
        </w:rPr>
      </w:pPr>
      <w:r>
        <w:rPr>
          <w:rFonts w:ascii="Sakkal Majalla" w:hAnsi="Sakkal Majalla" w:cs="Sakkal Majalla" w:hint="cs"/>
          <w:b/>
          <w:bCs/>
          <w:sz w:val="32"/>
          <w:szCs w:val="32"/>
          <w:rtl/>
        </w:rPr>
        <w:t>202</w:t>
      </w:r>
      <w:r w:rsidR="00B858E3">
        <w:rPr>
          <w:rFonts w:ascii="Sakkal Majalla" w:hAnsi="Sakkal Majalla" w:cs="Sakkal Majalla" w:hint="cs"/>
          <w:b/>
          <w:bCs/>
          <w:sz w:val="32"/>
          <w:szCs w:val="32"/>
          <w:rtl/>
        </w:rPr>
        <w:t>4</w:t>
      </w:r>
    </w:p>
    <w:p w14:paraId="0ECE8587" w14:textId="77777777" w:rsidR="00C12F6F" w:rsidRDefault="00C12F6F" w:rsidP="00C12F6F">
      <w:pPr>
        <w:bidi/>
        <w:spacing w:line="240" w:lineRule="auto"/>
        <w:ind w:left="360"/>
        <w:jc w:val="right"/>
        <w:rPr>
          <w:rFonts w:ascii="Sakkal Majalla" w:hAnsi="Sakkal Majalla" w:cs="Sakkal Majalla"/>
          <w:sz w:val="36"/>
          <w:szCs w:val="36"/>
        </w:rPr>
      </w:pPr>
    </w:p>
    <w:p w14:paraId="0F7B59F4" w14:textId="77777777" w:rsidR="00C12F6F" w:rsidRDefault="00C12F6F" w:rsidP="00C12F6F">
      <w:pPr>
        <w:bidi/>
        <w:spacing w:line="240" w:lineRule="auto"/>
        <w:rPr>
          <w:rFonts w:ascii="Sakkal Majalla" w:hAnsi="Sakkal Majalla" w:cs="Sakkal Majalla"/>
          <w:sz w:val="36"/>
          <w:szCs w:val="36"/>
        </w:rPr>
      </w:pPr>
    </w:p>
    <w:p w14:paraId="42370D9F" w14:textId="3DF58851" w:rsidR="00C12F6F" w:rsidRPr="00376801" w:rsidRDefault="00376801" w:rsidP="00C12F6F">
      <w:pPr>
        <w:spacing w:line="240" w:lineRule="auto"/>
        <w:ind w:left="360"/>
        <w:jc w:val="right"/>
        <w:rPr>
          <w:rFonts w:ascii="Sakkal Majalla" w:hAnsi="Sakkal Majalla" w:cs="Sakkal Majalla"/>
          <w:sz w:val="36"/>
          <w:szCs w:val="36"/>
        </w:rPr>
      </w:pPr>
      <w:r>
        <w:rPr>
          <w:rFonts w:ascii="Sakkal Majalla" w:hAnsi="Sakkal Majalla" w:cs="Sakkal Majalla" w:hint="cs"/>
          <w:sz w:val="36"/>
          <w:szCs w:val="36"/>
          <w:rtl/>
        </w:rPr>
        <w:t xml:space="preserve">ملخص الدراسة : </w:t>
      </w:r>
    </w:p>
    <w:p w14:paraId="276306AB" w14:textId="79D8C326" w:rsidR="00376801" w:rsidRDefault="00376801" w:rsidP="00376801">
      <w:pPr>
        <w:spacing w:line="360" w:lineRule="auto"/>
        <w:jc w:val="right"/>
        <w:rPr>
          <w:rFonts w:ascii="Sakkal Majalla" w:hAnsi="Sakkal Majalla" w:cs="Sakkal Majalla"/>
          <w:sz w:val="28"/>
          <w:szCs w:val="28"/>
        </w:rPr>
      </w:pPr>
      <w:r>
        <w:rPr>
          <w:rFonts w:ascii="Sakkal Majalla" w:hAnsi="Sakkal Majalla" w:cs="Sakkal Majalla" w:hint="cs"/>
          <w:sz w:val="28"/>
          <w:szCs w:val="28"/>
          <w:rtl/>
        </w:rPr>
        <w:t xml:space="preserve">في خضم تطور الإعلام خلال السنوات الماضية وحتى الآن وتطور التقنيات الرقمية بشكل عام , بدأت العمليات التجارية في الإندماج في هذا التقدم الذي شهده العالم على جميع الأصعدة وهذا ما أحدث نقلة نوعية </w:t>
      </w:r>
      <w:r w:rsidR="00BC0265">
        <w:rPr>
          <w:rFonts w:ascii="Sakkal Majalla" w:hAnsi="Sakkal Majalla" w:cs="Sakkal Majalla" w:hint="cs"/>
          <w:sz w:val="28"/>
          <w:szCs w:val="28"/>
          <w:rtl/>
        </w:rPr>
        <w:t xml:space="preserve">في مفهوم الإعلام والتسويق والمبيعات , في هذه الدراسة نهدف إلى الوصول لمعرفة الى أي مدى أثر تطور الإعلام الرقمي وأدواته ومنصاته في الإستخدامات التجارية له , وكيف تغيرت مفاهيم التسويق في عصر الرقمنة وكيف أسهم ذلك في نمو وتطور القطاع التجاري وأستراتيجياته , وماهي </w:t>
      </w:r>
      <w:r w:rsidR="002731F2">
        <w:rPr>
          <w:rFonts w:ascii="Sakkal Majalla" w:hAnsi="Sakkal Majalla" w:cs="Sakkal Majalla" w:hint="cs"/>
          <w:sz w:val="28"/>
          <w:szCs w:val="28"/>
          <w:rtl/>
        </w:rPr>
        <w:t>أبرز التحديات في عصر الإعلام الرقمي  ؟.</w:t>
      </w:r>
    </w:p>
    <w:p w14:paraId="28AA4385" w14:textId="77777777" w:rsidR="002731F2" w:rsidRDefault="002731F2" w:rsidP="00376801">
      <w:pPr>
        <w:spacing w:line="360" w:lineRule="auto"/>
        <w:jc w:val="right"/>
        <w:rPr>
          <w:rFonts w:ascii="Sakkal Majalla" w:hAnsi="Sakkal Majalla" w:cs="Sakkal Majalla"/>
          <w:sz w:val="28"/>
          <w:szCs w:val="28"/>
          <w:rtl/>
        </w:rPr>
      </w:pPr>
    </w:p>
    <w:p w14:paraId="2DF56DB6" w14:textId="77777777" w:rsidR="002731F2" w:rsidRDefault="002731F2" w:rsidP="00376801">
      <w:pPr>
        <w:spacing w:line="360" w:lineRule="auto"/>
        <w:jc w:val="right"/>
        <w:rPr>
          <w:rFonts w:ascii="Sakkal Majalla" w:hAnsi="Sakkal Majalla" w:cs="Sakkal Majalla"/>
          <w:sz w:val="28"/>
          <w:szCs w:val="28"/>
          <w:rtl/>
        </w:rPr>
      </w:pPr>
    </w:p>
    <w:p w14:paraId="045445AB" w14:textId="77777777" w:rsidR="002731F2" w:rsidRDefault="002731F2" w:rsidP="00376801">
      <w:pPr>
        <w:spacing w:line="360" w:lineRule="auto"/>
        <w:jc w:val="right"/>
        <w:rPr>
          <w:rFonts w:ascii="Sakkal Majalla" w:hAnsi="Sakkal Majalla" w:cs="Sakkal Majalla"/>
          <w:sz w:val="28"/>
          <w:szCs w:val="28"/>
        </w:rPr>
      </w:pPr>
    </w:p>
    <w:p w14:paraId="6E981851" w14:textId="77777777" w:rsidR="002731F2" w:rsidRDefault="002731F2" w:rsidP="00396792">
      <w:pPr>
        <w:spacing w:line="360" w:lineRule="auto"/>
        <w:jc w:val="center"/>
        <w:rPr>
          <w:rFonts w:ascii="Sakkal Majalla" w:hAnsi="Sakkal Majalla" w:cs="Sakkal Majalla"/>
          <w:b/>
          <w:bCs/>
          <w:sz w:val="36"/>
          <w:szCs w:val="36"/>
          <w:rtl/>
        </w:rPr>
      </w:pPr>
    </w:p>
    <w:p w14:paraId="1C62EC29" w14:textId="77777777" w:rsidR="00396792" w:rsidRDefault="00396792" w:rsidP="00396792">
      <w:pPr>
        <w:spacing w:line="360" w:lineRule="auto"/>
        <w:jc w:val="center"/>
        <w:rPr>
          <w:rFonts w:ascii="Sakkal Majalla" w:hAnsi="Sakkal Majalla" w:cs="Sakkal Majalla"/>
          <w:b/>
          <w:bCs/>
          <w:sz w:val="36"/>
          <w:szCs w:val="36"/>
          <w:rtl/>
        </w:rPr>
      </w:pPr>
    </w:p>
    <w:p w14:paraId="2734E0C8" w14:textId="77777777" w:rsidR="00396792" w:rsidRDefault="00396792" w:rsidP="00396792">
      <w:pPr>
        <w:spacing w:line="360" w:lineRule="auto"/>
        <w:jc w:val="center"/>
        <w:rPr>
          <w:rFonts w:ascii="Sakkal Majalla" w:hAnsi="Sakkal Majalla" w:cs="Sakkal Majalla"/>
          <w:b/>
          <w:bCs/>
          <w:sz w:val="36"/>
          <w:szCs w:val="36"/>
          <w:rtl/>
        </w:rPr>
      </w:pPr>
    </w:p>
    <w:p w14:paraId="467906EA" w14:textId="77777777" w:rsidR="00396792" w:rsidRDefault="00396792" w:rsidP="00396792">
      <w:pPr>
        <w:spacing w:line="360" w:lineRule="auto"/>
        <w:jc w:val="center"/>
        <w:rPr>
          <w:rFonts w:ascii="Sakkal Majalla" w:hAnsi="Sakkal Majalla" w:cs="Sakkal Majalla"/>
          <w:b/>
          <w:bCs/>
          <w:sz w:val="36"/>
          <w:szCs w:val="36"/>
          <w:rtl/>
        </w:rPr>
      </w:pPr>
    </w:p>
    <w:p w14:paraId="3E46EB37" w14:textId="77777777" w:rsidR="00396792" w:rsidRPr="00376801" w:rsidRDefault="00396792" w:rsidP="00396792">
      <w:pPr>
        <w:spacing w:line="360" w:lineRule="auto"/>
        <w:jc w:val="center"/>
        <w:rPr>
          <w:rFonts w:ascii="Sakkal Majalla" w:hAnsi="Sakkal Majalla" w:cs="Sakkal Majalla"/>
          <w:sz w:val="28"/>
          <w:szCs w:val="28"/>
          <w:rtl/>
        </w:rPr>
      </w:pPr>
    </w:p>
    <w:p w14:paraId="485330B7" w14:textId="77777777" w:rsidR="00EF6DA1" w:rsidRDefault="00EF6DA1" w:rsidP="00EF6DA1">
      <w:pPr>
        <w:spacing w:line="360" w:lineRule="auto"/>
        <w:rPr>
          <w:rFonts w:ascii="Sakkal Majalla" w:hAnsi="Sakkal Majalla" w:cs="Sakkal Majalla"/>
          <w:b/>
          <w:bCs/>
          <w:sz w:val="36"/>
          <w:szCs w:val="36"/>
          <w:rtl/>
        </w:rPr>
      </w:pPr>
    </w:p>
    <w:p w14:paraId="3A80A533" w14:textId="77777777" w:rsidR="00EF6DA1" w:rsidRPr="00F730D3" w:rsidRDefault="00EF6DA1" w:rsidP="00EF6DA1">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lastRenderedPageBreak/>
        <w:t>المقدمة :</w:t>
      </w:r>
    </w:p>
    <w:p w14:paraId="6692B570" w14:textId="02772544" w:rsidR="007519BA" w:rsidRPr="007519BA" w:rsidRDefault="007519BA" w:rsidP="007519BA">
      <w:pPr>
        <w:spacing w:line="360" w:lineRule="auto"/>
        <w:jc w:val="right"/>
        <w:rPr>
          <w:rFonts w:ascii="Sakkal Majalla" w:hAnsi="Sakkal Majalla" w:cs="Sakkal Majalla"/>
          <w:sz w:val="28"/>
          <w:szCs w:val="28"/>
        </w:rPr>
      </w:pPr>
      <w:r w:rsidRPr="007519BA">
        <w:rPr>
          <w:rFonts w:ascii="Sakkal Majalla" w:hAnsi="Sakkal Majalla" w:cs="Sakkal Majalla" w:hint="cs"/>
          <w:sz w:val="28"/>
          <w:szCs w:val="28"/>
          <w:rtl/>
        </w:rPr>
        <w:t>على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مدى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العقدين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الماضيين،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شهد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العالم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تقدماً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ملحوظاً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التكنولوجيا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الرقمية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كان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تأثير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عميق</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الطريقة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نتفاعل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المعلومات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والخدمات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فقد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أصبحت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الوسائط</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الرقمية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عنصراً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أساسياً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الحياة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اليومية،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خاصة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انتشار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استخدام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الإنترنت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والهواتف</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الذكية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نطاق</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واسع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جميع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أنحاء</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العالم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لسد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الفجوة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بين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الناس</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w:t>
      </w:r>
      <w:r>
        <w:rPr>
          <w:rFonts w:ascii="Sakkal Majalla" w:hAnsi="Sakkal Majalla" w:cs="Sakkal Majalla" w:hint="cs"/>
          <w:sz w:val="28"/>
          <w:szCs w:val="28"/>
          <w:rtl/>
        </w:rPr>
        <w:t xml:space="preserve">بين </w:t>
      </w:r>
      <w:r w:rsidRPr="007519BA">
        <w:rPr>
          <w:rFonts w:ascii="Sakkal Majalla" w:hAnsi="Sakkal Majalla" w:cs="Sakkal Majalla" w:hint="cs"/>
          <w:sz w:val="28"/>
          <w:szCs w:val="28"/>
          <w:rtl/>
        </w:rPr>
        <w:t>تلقي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المعلومات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ونقلها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والبحث</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عنها</w:t>
      </w:r>
      <w:r>
        <w:rPr>
          <w:rFonts w:ascii="Sakkal Majalla" w:hAnsi="Sakkal Majalla" w:cs="Sakkal Majalla" w:hint="cs"/>
          <w:sz w:val="28"/>
          <w:szCs w:val="28"/>
          <w:rtl/>
        </w:rPr>
        <w:t xml:space="preserve"> ,</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يشمل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الإعلام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الرقمي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مجموعة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الأدوات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والتقنيات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تساهم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في</w:t>
      </w:r>
      <w:r w:rsidRPr="007519BA">
        <w:rPr>
          <w:rFonts w:ascii="Sakkal Majalla" w:hAnsi="Sakkal Majalla" w:cs="Sakkal Majalla"/>
          <w:sz w:val="28"/>
          <w:szCs w:val="28"/>
          <w:rtl/>
        </w:rPr>
        <w:t xml:space="preserve"> </w:t>
      </w:r>
      <w:r>
        <w:rPr>
          <w:rFonts w:ascii="Sakkal Majalla" w:hAnsi="Sakkal Majalla" w:cs="Sakkal Majalla" w:hint="cs"/>
          <w:sz w:val="28"/>
          <w:szCs w:val="28"/>
          <w:rtl/>
        </w:rPr>
        <w:t>تلّقي ونشر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المعلومات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عبر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الإنترنت،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مثل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منصات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التواصل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الاجتماعي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والمواقع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الإلكترونية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والبريد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الإلكتروني</w:t>
      </w:r>
      <w:r>
        <w:rPr>
          <w:rFonts w:ascii="Sakkal Majalla" w:hAnsi="Sakkal Majalla" w:cs="Sakkal Majalla" w:hint="cs"/>
          <w:sz w:val="28"/>
          <w:szCs w:val="28"/>
          <w:rtl/>
        </w:rPr>
        <w:t xml:space="preserve"> .</w:t>
      </w:r>
    </w:p>
    <w:p w14:paraId="25477A88" w14:textId="150E029E" w:rsidR="007519BA" w:rsidRPr="007519BA" w:rsidRDefault="007519BA" w:rsidP="007519BA">
      <w:pPr>
        <w:spacing w:line="360" w:lineRule="auto"/>
        <w:jc w:val="right"/>
        <w:rPr>
          <w:rFonts w:ascii="Sakkal Majalla" w:hAnsi="Sakkal Majalla" w:cs="Sakkal Majalla"/>
          <w:sz w:val="28"/>
          <w:szCs w:val="28"/>
        </w:rPr>
      </w:pPr>
      <w:r w:rsidRPr="007519BA">
        <w:rPr>
          <w:rFonts w:ascii="Sakkal Majalla" w:hAnsi="Sakkal Majalla" w:cs="Sakkal Majalla" w:hint="cs"/>
          <w:sz w:val="28"/>
          <w:szCs w:val="28"/>
          <w:rtl/>
        </w:rPr>
        <w:t>ومع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الانتشار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العالمي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للإنترنت،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أصبحت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تدرك</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بشكل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متزايد</w:t>
      </w:r>
      <w:r w:rsidRPr="007519BA">
        <w:rPr>
          <w:rFonts w:ascii="Sakkal Majalla" w:hAnsi="Sakkal Majalla" w:cs="Sakkal Majalla"/>
          <w:sz w:val="28"/>
          <w:szCs w:val="28"/>
          <w:rtl/>
        </w:rPr>
        <w:t xml:space="preserve"> </w:t>
      </w:r>
      <w:r>
        <w:rPr>
          <w:rFonts w:ascii="Sakkal Majalla" w:hAnsi="Sakkal Majalla" w:cs="Sakkal Majalla" w:hint="cs"/>
          <w:sz w:val="28"/>
          <w:szCs w:val="28"/>
          <w:rtl/>
        </w:rPr>
        <w:t>وجوب</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w:t>
      </w:r>
      <w:r>
        <w:rPr>
          <w:rFonts w:ascii="Sakkal Majalla" w:hAnsi="Sakkal Majalla" w:cs="Sakkal Majalla" w:hint="cs"/>
          <w:sz w:val="28"/>
          <w:szCs w:val="28"/>
          <w:rtl/>
        </w:rPr>
        <w:t>كّ</w:t>
      </w:r>
      <w:r w:rsidRPr="007519BA">
        <w:rPr>
          <w:rFonts w:ascii="Sakkal Majalla" w:hAnsi="Sakkal Majalla" w:cs="Sakkal Majalla" w:hint="cs"/>
          <w:sz w:val="28"/>
          <w:szCs w:val="28"/>
          <w:rtl/>
        </w:rPr>
        <w:t>يف</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التغيير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w:t>
      </w:r>
      <w:r>
        <w:rPr>
          <w:rFonts w:ascii="Sakkal Majalla" w:hAnsi="Sakkal Majalla" w:cs="Sakkal Majalla" w:hint="cs"/>
          <w:sz w:val="28"/>
          <w:szCs w:val="28"/>
          <w:rtl/>
        </w:rPr>
        <w:t>إ</w:t>
      </w:r>
      <w:r w:rsidRPr="007519BA">
        <w:rPr>
          <w:rFonts w:ascii="Sakkal Majalla" w:hAnsi="Sakkal Majalla" w:cs="Sakkal Majalla" w:hint="cs"/>
          <w:sz w:val="28"/>
          <w:szCs w:val="28"/>
          <w:rtl/>
        </w:rPr>
        <w:t>ستخدام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أدوات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الإعلام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الرقمي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لتطوير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أعمالها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رقمياً</w:t>
      </w:r>
      <w:r w:rsidRPr="007519BA">
        <w:rPr>
          <w:rFonts w:ascii="Sakkal Majalla" w:hAnsi="Sakkal Majalla" w:cs="Sakkal Majalla"/>
          <w:sz w:val="28"/>
          <w:szCs w:val="28"/>
          <w:rtl/>
        </w:rPr>
        <w:t xml:space="preserve"> </w:t>
      </w:r>
      <w:r>
        <w:rPr>
          <w:rFonts w:ascii="Sakkal Majalla" w:hAnsi="Sakkal Majalla" w:cs="Sakkal Majalla" w:hint="cs"/>
          <w:sz w:val="28"/>
          <w:szCs w:val="28"/>
          <w:rtl/>
        </w:rPr>
        <w:t>وبناء</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هويتها</w:t>
      </w:r>
      <w:r w:rsidRPr="007519BA">
        <w:rPr>
          <w:rFonts w:ascii="Sakkal Majalla" w:hAnsi="Sakkal Majalla" w:cs="Sakkal Majalla"/>
          <w:sz w:val="28"/>
          <w:szCs w:val="28"/>
          <w:rtl/>
        </w:rPr>
        <w:t xml:space="preserve"> </w:t>
      </w:r>
      <w:r>
        <w:rPr>
          <w:rFonts w:ascii="Sakkal Majalla" w:hAnsi="Sakkal Majalla" w:cs="Sakkal Majalla" w:hint="cs"/>
          <w:sz w:val="28"/>
          <w:szCs w:val="28"/>
          <w:rtl/>
        </w:rPr>
        <w:t>ونشرها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مما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يساهم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بالتأكيد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نموها</w:t>
      </w:r>
      <w:r>
        <w:rPr>
          <w:rFonts w:ascii="Sakkal Majalla" w:hAnsi="Sakkal Majalla" w:cs="Sakkal Majalla" w:hint="cs"/>
          <w:sz w:val="28"/>
          <w:szCs w:val="28"/>
          <w:rtl/>
        </w:rPr>
        <w:t xml:space="preserve"> ,</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باستخدام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هذه</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الأدوات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الرقمية،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يمكن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الوصول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إلى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جماهير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مختلفة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بأقل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جهد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وتكلفة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ممكنة</w:t>
      </w:r>
      <w:r>
        <w:rPr>
          <w:rFonts w:ascii="Sakkal Majalla" w:hAnsi="Sakkal Majalla" w:cs="Sakkal Majalla" w:hint="cs"/>
          <w:sz w:val="28"/>
          <w:szCs w:val="28"/>
          <w:rtl/>
        </w:rPr>
        <w:t>,</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يمكن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الآن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إنشاء</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حملات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تسويقية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كبيرة</w:t>
      </w:r>
      <w:r w:rsidRPr="007519BA">
        <w:rPr>
          <w:rFonts w:ascii="Sakkal Majalla" w:hAnsi="Sakkal Majalla" w:cs="Sakkal Majalla"/>
          <w:sz w:val="28"/>
          <w:szCs w:val="28"/>
          <w:rtl/>
        </w:rPr>
        <w:t xml:space="preserve"> </w:t>
      </w:r>
      <w:r>
        <w:rPr>
          <w:rFonts w:ascii="Sakkal Majalla" w:hAnsi="Sakkal Majalla" w:cs="Sakkal Majalla" w:hint="cs"/>
          <w:sz w:val="28"/>
          <w:szCs w:val="28"/>
          <w:rtl/>
        </w:rPr>
        <w:t>مخصصة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وموجهة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تمكنها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تحقيق</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أهدافها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وقياس</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نجاحها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وتحليل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بيانات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الاستهداف</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وفعاليتها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والتفاعل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المباشر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عملائها</w:t>
      </w:r>
      <w:r>
        <w:rPr>
          <w:rFonts w:ascii="Sakkal Majalla" w:hAnsi="Sakkal Majalla" w:cs="Sakkal Majalla" w:hint="cs"/>
          <w:sz w:val="28"/>
          <w:szCs w:val="28"/>
          <w:rtl/>
        </w:rPr>
        <w:t xml:space="preserve"> .</w:t>
      </w:r>
    </w:p>
    <w:p w14:paraId="271CD37D" w14:textId="4167F7C9" w:rsidR="007519BA" w:rsidRDefault="007519BA" w:rsidP="007519BA">
      <w:pPr>
        <w:spacing w:line="360" w:lineRule="auto"/>
        <w:jc w:val="right"/>
        <w:rPr>
          <w:rFonts w:ascii="Sakkal Majalla" w:hAnsi="Sakkal Majalla" w:cs="Sakkal Majalla"/>
          <w:sz w:val="28"/>
          <w:szCs w:val="28"/>
          <w:rtl/>
        </w:rPr>
      </w:pPr>
      <w:r w:rsidRPr="007519BA">
        <w:rPr>
          <w:rFonts w:ascii="Sakkal Majalla" w:hAnsi="Sakkal Majalla" w:cs="Sakkal Majalla" w:hint="cs"/>
          <w:sz w:val="28"/>
          <w:szCs w:val="28"/>
          <w:rtl/>
        </w:rPr>
        <w:t>إن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الإعلام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الرقمي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مفهوم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أوسع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منصات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التواصل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الاجتماعي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والمواقع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الإلكترونية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ويشمل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تقنيات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مثل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الواقع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الافتراضي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والواقع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المعزز</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تقدم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هذه</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التقنيات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تجارب</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تفاعلية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مبتكرة،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وتزيد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Pr>
          <w:rFonts w:ascii="Sakkal Majalla" w:hAnsi="Sakkal Majalla" w:cs="Sakkal Majalla" w:hint="cs"/>
          <w:sz w:val="28"/>
          <w:szCs w:val="28"/>
          <w:rtl/>
        </w:rPr>
        <w:t>تفاعل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ومشاركة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العملاء</w:t>
      </w:r>
      <w:r>
        <w:rPr>
          <w:rFonts w:ascii="Sakkal Majalla" w:hAnsi="Sakkal Majalla" w:cs="Sakkal Majalla" w:hint="cs"/>
          <w:sz w:val="28"/>
          <w:szCs w:val="28"/>
          <w:rtl/>
        </w:rPr>
        <w:t xml:space="preserve"> و</w:t>
      </w:r>
      <w:r w:rsidRPr="007519BA">
        <w:rPr>
          <w:rFonts w:ascii="Sakkal Majalla" w:hAnsi="Sakkal Majalla" w:cs="Sakkal Majalla" w:hint="cs"/>
          <w:sz w:val="28"/>
          <w:szCs w:val="28"/>
          <w:rtl/>
        </w:rPr>
        <w:t>تفتح</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هذه</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التقنيات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آفاقاً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جديدة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للإبداع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والابتكار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تقديم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المنتجات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والخدمات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بطر</w:t>
      </w:r>
      <w:r>
        <w:rPr>
          <w:rFonts w:ascii="Sakkal Majalla" w:hAnsi="Sakkal Majalla" w:cs="Sakkal Majalla" w:hint="cs"/>
          <w:sz w:val="28"/>
          <w:szCs w:val="28"/>
          <w:rtl/>
        </w:rPr>
        <w:t>ق فريدة ,</w:t>
      </w:r>
      <w:r w:rsidRPr="007519BA">
        <w:rPr>
          <w:rFonts w:ascii="Sakkal Majalla" w:hAnsi="Sakkal Majalla" w:cs="Sakkal Majalla" w:hint="cs"/>
          <w:sz w:val="28"/>
          <w:szCs w:val="28"/>
          <w:rtl/>
        </w:rPr>
        <w:t>وتجدر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الإشارة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أيضاً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إلى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تقنيات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البث</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المباشر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فقد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أصبحت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تقنيات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البث</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المباشر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أداة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قوية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للتواصل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العملاء</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الوقت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الفعلي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خلال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البث</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المباشر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منصات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التواصل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الاجتماعي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مثل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يوتيوب</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وتيك</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توك</w:t>
      </w:r>
      <w:r w:rsidRPr="007519BA">
        <w:rPr>
          <w:rFonts w:ascii="Sakkal Majalla" w:hAnsi="Sakkal Majalla" w:cs="Sakkal Majalla"/>
          <w:sz w:val="28"/>
          <w:szCs w:val="28"/>
          <w:rtl/>
        </w:rPr>
        <w:t>.</w:t>
      </w:r>
    </w:p>
    <w:p w14:paraId="0CF15923" w14:textId="77777777" w:rsidR="007519BA" w:rsidRDefault="007519BA" w:rsidP="007519BA">
      <w:pPr>
        <w:spacing w:line="360" w:lineRule="auto"/>
        <w:jc w:val="right"/>
        <w:rPr>
          <w:rFonts w:ascii="Sakkal Majalla" w:hAnsi="Sakkal Majalla" w:cs="Sakkal Majalla"/>
          <w:sz w:val="28"/>
          <w:szCs w:val="28"/>
          <w:rtl/>
        </w:rPr>
      </w:pPr>
    </w:p>
    <w:p w14:paraId="522215BC" w14:textId="77777777" w:rsidR="003F3F7A" w:rsidRDefault="003F3F7A" w:rsidP="007519BA">
      <w:pPr>
        <w:spacing w:line="360" w:lineRule="auto"/>
        <w:jc w:val="right"/>
        <w:rPr>
          <w:rFonts w:ascii="Sakkal Majalla" w:hAnsi="Sakkal Majalla" w:cs="Sakkal Majalla"/>
          <w:sz w:val="28"/>
          <w:szCs w:val="28"/>
          <w:rtl/>
        </w:rPr>
      </w:pPr>
    </w:p>
    <w:p w14:paraId="0220C26C" w14:textId="5BA7F18B" w:rsidR="007519BA" w:rsidRPr="007519BA" w:rsidRDefault="007519BA" w:rsidP="003F3F7A">
      <w:pPr>
        <w:spacing w:line="360" w:lineRule="auto"/>
        <w:jc w:val="right"/>
        <w:rPr>
          <w:rFonts w:ascii="Sakkal Majalla" w:hAnsi="Sakkal Majalla" w:cs="Sakkal Majalla"/>
          <w:sz w:val="28"/>
          <w:szCs w:val="28"/>
        </w:rPr>
      </w:pPr>
      <w:r w:rsidRPr="007519BA">
        <w:rPr>
          <w:rFonts w:ascii="Sakkal Majalla" w:hAnsi="Sakkal Majalla" w:cs="Sakkal Majalla" w:hint="cs"/>
          <w:sz w:val="28"/>
          <w:szCs w:val="28"/>
          <w:rtl/>
        </w:rPr>
        <w:lastRenderedPageBreak/>
        <w:t>وبفض</w:t>
      </w:r>
      <w:r w:rsidR="009D1CD0">
        <w:rPr>
          <w:rFonts w:ascii="Sakkal Majalla" w:hAnsi="Sakkal Majalla" w:cs="Sakkal Majalla" w:hint="cs"/>
          <w:sz w:val="28"/>
          <w:szCs w:val="28"/>
          <w:rtl/>
        </w:rPr>
        <w:t>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الوسائط</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الرقمية</w:t>
      </w:r>
      <w:r w:rsidRPr="007519BA">
        <w:rPr>
          <w:rFonts w:ascii="Sakkal Majalla" w:hAnsi="Sakkal Majalla" w:cs="Sakkal Majalla"/>
          <w:sz w:val="28"/>
          <w:szCs w:val="28"/>
          <w:rtl/>
        </w:rPr>
        <w:t xml:space="preserve"> </w:t>
      </w:r>
      <w:r w:rsidR="009D1CD0">
        <w:rPr>
          <w:rFonts w:ascii="Sakkal Majalla" w:hAnsi="Sakkal Majalla" w:cs="Sakkal Majalla" w:hint="cs"/>
          <w:sz w:val="28"/>
          <w:szCs w:val="28"/>
          <w:rtl/>
        </w:rPr>
        <w:t xml:space="preserve">أصبح اليوم من السهل </w:t>
      </w:r>
      <w:r w:rsidRPr="007519BA">
        <w:rPr>
          <w:rFonts w:ascii="Sakkal Majalla" w:hAnsi="Sakkal Majalla" w:cs="Sakkal Majalla" w:hint="cs"/>
          <w:sz w:val="28"/>
          <w:szCs w:val="28"/>
          <w:rtl/>
        </w:rPr>
        <w:t>وصول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الناشئة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إلى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الجمهور،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وهو</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كان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يشكل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عائقاً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كبيراً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السابق</w:t>
      </w:r>
      <w:r w:rsidR="009D1CD0">
        <w:rPr>
          <w:rFonts w:ascii="Sakkal Majalla" w:hAnsi="Sakkal Majalla" w:cs="Sakkal Majalla" w:hint="cs"/>
          <w:sz w:val="28"/>
          <w:szCs w:val="28"/>
          <w:rtl/>
        </w:rPr>
        <w:t xml:space="preserve"> ,</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اليو</w:t>
      </w:r>
      <w:r w:rsidR="009D1CD0">
        <w:rPr>
          <w:rFonts w:ascii="Sakkal Majalla" w:hAnsi="Sakkal Majalla" w:cs="Sakkal Majalla" w:hint="cs"/>
          <w:sz w:val="28"/>
          <w:szCs w:val="28"/>
          <w:rtl/>
        </w:rPr>
        <w:t>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يمكن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الصغيرة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والمتوسطة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تعرض</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منتجاتها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وخدماتها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لجمهور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أوسع،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مما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يزيد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فرص</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النمو</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والتوسع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والتطور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ويدعم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هذا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الانتشار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المتزايد</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قدرة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على</w:t>
      </w:r>
      <w:r w:rsidRPr="007519BA">
        <w:rPr>
          <w:rFonts w:ascii="Sakkal Majalla" w:hAnsi="Sakkal Majalla" w:cs="Sakkal Majalla"/>
          <w:sz w:val="28"/>
          <w:szCs w:val="28"/>
          <w:rtl/>
        </w:rPr>
        <w:t xml:space="preserve"> </w:t>
      </w:r>
      <w:r w:rsidR="009D1CD0">
        <w:rPr>
          <w:rFonts w:ascii="Sakkal Majalla" w:hAnsi="Sakkal Majalla" w:cs="Sakkal Majalla" w:hint="cs"/>
          <w:sz w:val="28"/>
          <w:szCs w:val="28"/>
          <w:rtl/>
        </w:rPr>
        <w:t>تحسين آداءها ومواكبة المتغيرات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في</w:t>
      </w:r>
      <w:r w:rsidRPr="007519BA">
        <w:rPr>
          <w:rFonts w:ascii="Sakkal Majalla" w:hAnsi="Sakkal Majalla" w:cs="Sakkal Majalla"/>
          <w:sz w:val="28"/>
          <w:szCs w:val="28"/>
          <w:rtl/>
        </w:rPr>
        <w:t xml:space="preserve"> </w:t>
      </w:r>
      <w:r w:rsidR="009D1CD0">
        <w:rPr>
          <w:rFonts w:ascii="Sakkal Majalla" w:hAnsi="Sakkal Majalla" w:cs="Sakkal Majalla" w:hint="cs"/>
          <w:sz w:val="28"/>
          <w:szCs w:val="28"/>
          <w:rtl/>
        </w:rPr>
        <w:t xml:space="preserve">سوق الأعمال التجارية , </w:t>
      </w:r>
      <w:r w:rsidRPr="007519BA">
        <w:rPr>
          <w:rFonts w:ascii="Sakkal Majalla" w:hAnsi="Sakkal Majalla" w:cs="Sakkal Majalla" w:hint="cs"/>
          <w:sz w:val="28"/>
          <w:szCs w:val="28"/>
          <w:rtl/>
        </w:rPr>
        <w:t>كما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تمكّن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الوسائط</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الرقمية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مراقبة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البيانات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وتحليلها</w:t>
      </w:r>
      <w:r w:rsidR="009D1CD0">
        <w:rPr>
          <w:rFonts w:ascii="Sakkal Majalla" w:hAnsi="Sakkal Majalla" w:cs="Sakkal Majalla" w:hint="cs"/>
          <w:sz w:val="28"/>
          <w:szCs w:val="28"/>
          <w:rtl/>
        </w:rPr>
        <w:t xml:space="preserve"> حيث</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يمكن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إجراء</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تحليلات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متعمقة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لعملائها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وخلفياتهم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الاجتماعية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والديموغرافية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وأنماط</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تفاعلهم</w:t>
      </w:r>
      <w:r w:rsidR="009D1CD0">
        <w:rPr>
          <w:rFonts w:ascii="Sakkal Majalla" w:hAnsi="Sakkal Majalla" w:cs="Sakkal Majalla" w:hint="cs"/>
          <w:sz w:val="28"/>
          <w:szCs w:val="28"/>
          <w:rtl/>
        </w:rPr>
        <w:t xml:space="preserve"> </w:t>
      </w:r>
      <w:r w:rsidRPr="007519BA">
        <w:rPr>
          <w:rFonts w:ascii="Sakkal Majalla" w:hAnsi="Sakkal Majalla" w:cs="Sakkal Majalla" w:hint="cs"/>
          <w:sz w:val="28"/>
          <w:szCs w:val="28"/>
          <w:rtl/>
        </w:rPr>
        <w:t>والتعرف</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جمهورها</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بشكل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أفضل</w:t>
      </w:r>
      <w:r w:rsidR="003F3F7A">
        <w:rPr>
          <w:rFonts w:ascii="Sakkal Majalla" w:hAnsi="Sakkal Majalla" w:cs="Sakkal Majalla" w:hint="cs"/>
          <w:sz w:val="28"/>
          <w:szCs w:val="28"/>
          <w:rtl/>
        </w:rPr>
        <w:t xml:space="preserve"> .</w:t>
      </w:r>
      <w:r w:rsidRPr="007519BA">
        <w:rPr>
          <w:rFonts w:ascii="Sakkal Majalla" w:hAnsi="Sakkal Majalla" w:cs="Sakkal Majalla"/>
          <w:sz w:val="28"/>
          <w:szCs w:val="28"/>
        </w:rPr>
        <w:t>.</w:t>
      </w:r>
    </w:p>
    <w:p w14:paraId="3DCF5A2A" w14:textId="1F1F9D4B" w:rsidR="007519BA" w:rsidRPr="007519BA" w:rsidRDefault="007519BA" w:rsidP="007519BA">
      <w:pPr>
        <w:spacing w:line="360" w:lineRule="auto"/>
        <w:jc w:val="right"/>
        <w:rPr>
          <w:rFonts w:ascii="Sakkal Majalla" w:hAnsi="Sakkal Majalla" w:cs="Sakkal Majalla"/>
          <w:sz w:val="28"/>
          <w:szCs w:val="28"/>
        </w:rPr>
      </w:pPr>
      <w:r w:rsidRPr="007519BA">
        <w:rPr>
          <w:rFonts w:ascii="Sakkal Majalla" w:hAnsi="Sakkal Majalla" w:cs="Sakkal Majalla" w:hint="cs"/>
          <w:sz w:val="28"/>
          <w:szCs w:val="28"/>
          <w:rtl/>
        </w:rPr>
        <w:t>كما</w:t>
      </w:r>
      <w:r w:rsidRPr="007519BA">
        <w:rPr>
          <w:rFonts w:ascii="Sakkal Majalla" w:hAnsi="Sakkal Majalla" w:cs="Sakkal Majalla"/>
          <w:sz w:val="28"/>
          <w:szCs w:val="28"/>
          <w:rtl/>
        </w:rPr>
        <w:t xml:space="preserve"> </w:t>
      </w:r>
      <w:r w:rsidR="00D51F81">
        <w:rPr>
          <w:rFonts w:ascii="Sakkal Majalla" w:hAnsi="Sakkal Majalla" w:cs="Sakkal Majalla" w:hint="cs"/>
          <w:sz w:val="28"/>
          <w:szCs w:val="28"/>
          <w:rtl/>
        </w:rPr>
        <w:t xml:space="preserve">أن </w:t>
      </w:r>
      <w:r w:rsidRPr="007519BA">
        <w:rPr>
          <w:rFonts w:ascii="Sakkal Majalla" w:hAnsi="Sakkal Majalla" w:cs="Sakkal Majalla" w:hint="cs"/>
          <w:sz w:val="28"/>
          <w:szCs w:val="28"/>
          <w:rtl/>
        </w:rPr>
        <w:t>الوسائط</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الرقمية</w:t>
      </w:r>
      <w:r w:rsidRPr="007519BA">
        <w:rPr>
          <w:rFonts w:ascii="Sakkal Majalla" w:hAnsi="Sakkal Majalla" w:cs="Sakkal Majalla"/>
          <w:sz w:val="28"/>
          <w:szCs w:val="28"/>
          <w:rtl/>
        </w:rPr>
        <w:t xml:space="preserve"> </w:t>
      </w:r>
      <w:r w:rsidR="00D51F81">
        <w:rPr>
          <w:rFonts w:ascii="Sakkal Majalla" w:hAnsi="Sakkal Majalla" w:cs="Sakkal Majalla" w:hint="cs"/>
          <w:sz w:val="28"/>
          <w:szCs w:val="28"/>
          <w:rtl/>
        </w:rPr>
        <w:t xml:space="preserve">أسمهت في التقليل </w:t>
      </w:r>
      <w:r w:rsidRPr="007519BA">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الفجوة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بين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الأخرى</w:t>
      </w:r>
      <w:r w:rsidR="00D51F81">
        <w:rPr>
          <w:rFonts w:ascii="Sakkal Majalla" w:hAnsi="Sakkal Majalla" w:cs="Sakkal Majalla" w:hint="cs"/>
          <w:sz w:val="28"/>
          <w:szCs w:val="28"/>
          <w:rtl/>
        </w:rPr>
        <w:t xml:space="preserve"> أو</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والأفراد</w:t>
      </w:r>
      <w:r w:rsidRPr="007519BA">
        <w:rPr>
          <w:rFonts w:ascii="Sakkal Majalla" w:hAnsi="Sakkal Majalla" w:cs="Sakkal Majalla"/>
          <w:sz w:val="28"/>
          <w:szCs w:val="28"/>
          <w:rtl/>
        </w:rPr>
        <w:t xml:space="preserve"> </w:t>
      </w:r>
      <w:r w:rsidR="00D51F81">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خلال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توفير</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قنوات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تواصل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بأشكال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مختلفة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سواء</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كانت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مكتوبة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أو</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مسموعة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أو</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مرئية</w:t>
      </w:r>
      <w:r w:rsidR="00D51F81">
        <w:rPr>
          <w:rFonts w:ascii="Sakkal Majalla" w:hAnsi="Sakkal Majalla" w:cs="Sakkal Majalla" w:hint="cs"/>
          <w:sz w:val="28"/>
          <w:szCs w:val="28"/>
          <w:rtl/>
        </w:rPr>
        <w:t xml:space="preserve"> غير محدودة بزمان أو مكان </w:t>
      </w:r>
      <w:r w:rsidRPr="007519BA">
        <w:rPr>
          <w:rFonts w:ascii="Sakkal Majalla" w:hAnsi="Sakkal Majalla" w:cs="Sakkal Majalla" w:hint="cs"/>
          <w:sz w:val="28"/>
          <w:szCs w:val="28"/>
          <w:rtl/>
        </w:rPr>
        <w:t>،</w:t>
      </w:r>
      <w:r w:rsidRPr="007519BA">
        <w:rPr>
          <w:rFonts w:ascii="Sakkal Majalla" w:hAnsi="Sakkal Majalla" w:cs="Sakkal Majalla"/>
          <w:sz w:val="28"/>
          <w:szCs w:val="28"/>
          <w:rtl/>
        </w:rPr>
        <w:t xml:space="preserve"> </w:t>
      </w:r>
      <w:r w:rsidR="00D51F81">
        <w:rPr>
          <w:rFonts w:ascii="Sakkal Majalla" w:hAnsi="Sakkal Majalla" w:cs="Sakkal Majalla" w:hint="cs"/>
          <w:sz w:val="28"/>
          <w:szCs w:val="28"/>
          <w:rtl/>
        </w:rPr>
        <w:t xml:space="preserve">الآن </w:t>
      </w:r>
      <w:r w:rsidRPr="007519BA">
        <w:rPr>
          <w:rFonts w:ascii="Sakkal Majalla" w:hAnsi="Sakkal Majalla" w:cs="Sakkal Majalla" w:hint="cs"/>
          <w:sz w:val="28"/>
          <w:szCs w:val="28"/>
          <w:rtl/>
        </w:rPr>
        <w:t>يمكن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للعملاء</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التواصل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بسهولة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خلال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هذه</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القنوات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الفورية</w:t>
      </w:r>
      <w:r w:rsidRPr="007519BA">
        <w:rPr>
          <w:rFonts w:ascii="Sakkal Majalla" w:hAnsi="Sakkal Majalla" w:cs="Sakkal Majalla"/>
          <w:sz w:val="28"/>
          <w:szCs w:val="28"/>
          <w:rtl/>
        </w:rPr>
        <w:t xml:space="preserve">. </w:t>
      </w:r>
      <w:r w:rsidR="00D51F81">
        <w:rPr>
          <w:rFonts w:ascii="Sakkal Majalla" w:hAnsi="Sakkal Majalla" w:cs="Sakkal Majalla" w:hint="cs"/>
          <w:sz w:val="28"/>
          <w:szCs w:val="28"/>
          <w:rtl/>
        </w:rPr>
        <w:t xml:space="preserve">حيث </w:t>
      </w:r>
      <w:r w:rsidRPr="007519BA">
        <w:rPr>
          <w:rFonts w:ascii="Sakkal Majalla" w:hAnsi="Sakkal Majalla" w:cs="Sakkal Majalla" w:hint="cs"/>
          <w:sz w:val="28"/>
          <w:szCs w:val="28"/>
          <w:rtl/>
        </w:rPr>
        <w:t>تتيح</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هذه</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القنوات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التواصل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بسهولة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مع</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الشركات</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والحصول</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على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الدعم</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الذي</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يحتاجونه</w:t>
      </w:r>
      <w:r w:rsidRPr="007519BA">
        <w:rPr>
          <w:rFonts w:ascii="Sakkal Majalla" w:hAnsi="Sakkal Majalla" w:cs="Sakkal Majalla"/>
          <w:sz w:val="28"/>
          <w:szCs w:val="28"/>
          <w:rtl/>
        </w:rPr>
        <w:t xml:space="preserve"> </w:t>
      </w:r>
      <w:r w:rsidR="00D51F81">
        <w:rPr>
          <w:rFonts w:ascii="Sakkal Majalla" w:hAnsi="Sakkal Majalla" w:cs="Sakkal Majalla" w:hint="cs"/>
          <w:sz w:val="28"/>
          <w:szCs w:val="28"/>
          <w:rtl/>
        </w:rPr>
        <w:t xml:space="preserve">في أي وقت </w:t>
      </w:r>
      <w:r w:rsidRPr="007519BA">
        <w:rPr>
          <w:rFonts w:ascii="Sakkal Majalla" w:hAnsi="Sakkal Majalla" w:cs="Sakkal Majalla" w:hint="cs"/>
          <w:sz w:val="28"/>
          <w:szCs w:val="28"/>
          <w:rtl/>
        </w:rPr>
        <w:t>دون</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الحاجة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إلى</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الزيارة</w:t>
      </w:r>
      <w:r w:rsidRPr="007519BA">
        <w:rPr>
          <w:rFonts w:ascii="Sakkal Majalla" w:hAnsi="Sakkal Majalla" w:cs="Sakkal Majalla"/>
          <w:sz w:val="28"/>
          <w:szCs w:val="28"/>
          <w:rtl/>
        </w:rPr>
        <w:t xml:space="preserve"> </w:t>
      </w:r>
      <w:r w:rsidRPr="007519BA">
        <w:rPr>
          <w:rFonts w:ascii="Sakkal Majalla" w:hAnsi="Sakkal Majalla" w:cs="Sakkal Majalla" w:hint="cs"/>
          <w:sz w:val="28"/>
          <w:szCs w:val="28"/>
          <w:rtl/>
        </w:rPr>
        <w:t>والانتظار</w:t>
      </w:r>
      <w:r w:rsidR="00D51F81">
        <w:rPr>
          <w:rFonts w:ascii="Sakkal Majalla" w:hAnsi="Sakkal Majalla" w:cs="Sakkal Majalla" w:hint="cs"/>
          <w:sz w:val="28"/>
          <w:szCs w:val="28"/>
          <w:rtl/>
        </w:rPr>
        <w:t>.</w:t>
      </w:r>
      <w:r w:rsidRPr="007519BA">
        <w:rPr>
          <w:rFonts w:ascii="Sakkal Majalla" w:hAnsi="Sakkal Majalla" w:cs="Sakkal Majalla"/>
          <w:sz w:val="28"/>
          <w:szCs w:val="28"/>
        </w:rPr>
        <w:t xml:space="preserve">. </w:t>
      </w:r>
    </w:p>
    <w:p w14:paraId="2442EF51" w14:textId="77777777" w:rsidR="00EF6DA1" w:rsidRDefault="00EF6DA1" w:rsidP="007F11F2">
      <w:pPr>
        <w:spacing w:line="360" w:lineRule="auto"/>
        <w:jc w:val="right"/>
        <w:rPr>
          <w:rFonts w:ascii="Sakkal Majalla" w:hAnsi="Sakkal Majalla" w:cs="Sakkal Majalla"/>
          <w:sz w:val="28"/>
          <w:szCs w:val="28"/>
          <w:rtl/>
        </w:rPr>
      </w:pPr>
    </w:p>
    <w:p w14:paraId="63C09B2B" w14:textId="77777777" w:rsidR="007519BA" w:rsidRDefault="007519BA" w:rsidP="007F11F2">
      <w:pPr>
        <w:spacing w:line="360" w:lineRule="auto"/>
        <w:jc w:val="right"/>
        <w:rPr>
          <w:rFonts w:ascii="Sakkal Majalla" w:hAnsi="Sakkal Majalla" w:cs="Sakkal Majalla"/>
          <w:sz w:val="28"/>
          <w:szCs w:val="28"/>
          <w:rtl/>
        </w:rPr>
      </w:pPr>
    </w:p>
    <w:p w14:paraId="66854CFE" w14:textId="77777777" w:rsidR="007519BA" w:rsidRDefault="007519BA" w:rsidP="007F11F2">
      <w:pPr>
        <w:spacing w:line="360" w:lineRule="auto"/>
        <w:jc w:val="right"/>
        <w:rPr>
          <w:rFonts w:ascii="Sakkal Majalla" w:hAnsi="Sakkal Majalla" w:cs="Sakkal Majalla"/>
          <w:sz w:val="28"/>
          <w:szCs w:val="28"/>
          <w:rtl/>
        </w:rPr>
      </w:pPr>
    </w:p>
    <w:p w14:paraId="2935DF82" w14:textId="77777777" w:rsidR="007519BA" w:rsidRDefault="007519BA" w:rsidP="007F11F2">
      <w:pPr>
        <w:spacing w:line="360" w:lineRule="auto"/>
        <w:jc w:val="right"/>
        <w:rPr>
          <w:rFonts w:ascii="Sakkal Majalla" w:hAnsi="Sakkal Majalla" w:cs="Sakkal Majalla"/>
          <w:sz w:val="28"/>
          <w:szCs w:val="28"/>
          <w:rtl/>
        </w:rPr>
      </w:pPr>
    </w:p>
    <w:p w14:paraId="415058E5" w14:textId="77777777" w:rsidR="007519BA" w:rsidRDefault="007519BA" w:rsidP="007F11F2">
      <w:pPr>
        <w:spacing w:line="360" w:lineRule="auto"/>
        <w:jc w:val="right"/>
        <w:rPr>
          <w:rFonts w:ascii="Sakkal Majalla" w:hAnsi="Sakkal Majalla" w:cs="Sakkal Majalla"/>
          <w:sz w:val="28"/>
          <w:szCs w:val="28"/>
          <w:rtl/>
        </w:rPr>
      </w:pPr>
    </w:p>
    <w:p w14:paraId="0DA75F8A" w14:textId="77777777" w:rsidR="009D1CD0" w:rsidRDefault="009D1CD0" w:rsidP="007F11F2">
      <w:pPr>
        <w:spacing w:line="360" w:lineRule="auto"/>
        <w:jc w:val="right"/>
        <w:rPr>
          <w:rFonts w:ascii="Sakkal Majalla" w:hAnsi="Sakkal Majalla" w:cs="Sakkal Majalla"/>
          <w:sz w:val="28"/>
          <w:szCs w:val="28"/>
          <w:rtl/>
        </w:rPr>
      </w:pPr>
    </w:p>
    <w:p w14:paraId="6525634B" w14:textId="77777777" w:rsidR="00B42D46" w:rsidRDefault="00B42D46" w:rsidP="007F11F2">
      <w:pPr>
        <w:spacing w:line="360" w:lineRule="auto"/>
        <w:jc w:val="right"/>
        <w:rPr>
          <w:rFonts w:ascii="Sakkal Majalla" w:hAnsi="Sakkal Majalla" w:cs="Sakkal Majalla"/>
          <w:sz w:val="28"/>
          <w:szCs w:val="28"/>
          <w:rtl/>
        </w:rPr>
      </w:pPr>
    </w:p>
    <w:p w14:paraId="67B7B325" w14:textId="77777777" w:rsidR="00B42D46" w:rsidRDefault="00B42D46" w:rsidP="007F11F2">
      <w:pPr>
        <w:spacing w:line="360" w:lineRule="auto"/>
        <w:jc w:val="right"/>
        <w:rPr>
          <w:rFonts w:ascii="Sakkal Majalla" w:hAnsi="Sakkal Majalla" w:cs="Sakkal Majalla"/>
          <w:sz w:val="28"/>
          <w:szCs w:val="28"/>
          <w:rtl/>
        </w:rPr>
      </w:pPr>
    </w:p>
    <w:p w14:paraId="34721452" w14:textId="23F5B58F" w:rsidR="007F11F2" w:rsidRPr="007F11F2" w:rsidRDefault="007F11F2" w:rsidP="007F11F2">
      <w:pPr>
        <w:spacing w:line="360" w:lineRule="auto"/>
        <w:jc w:val="right"/>
        <w:rPr>
          <w:rFonts w:ascii="Sakkal Majalla" w:hAnsi="Sakkal Majalla" w:cs="Sakkal Majalla"/>
          <w:sz w:val="28"/>
          <w:szCs w:val="28"/>
        </w:rPr>
      </w:pPr>
      <w:r w:rsidRPr="007F11F2">
        <w:rPr>
          <w:rFonts w:ascii="Sakkal Majalla" w:hAnsi="Sakkal Majalla" w:cs="Sakkal Majalla"/>
          <w:sz w:val="28"/>
          <w:szCs w:val="28"/>
        </w:rPr>
        <w:t>.</w:t>
      </w:r>
    </w:p>
    <w:p w14:paraId="2F022CB2" w14:textId="0EC99790" w:rsidR="00191FC0" w:rsidRPr="001525A4" w:rsidRDefault="0086001B" w:rsidP="001525A4">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lastRenderedPageBreak/>
        <w:t>أهمية الدراسة:</w:t>
      </w:r>
      <w:r w:rsidRPr="0086001B">
        <w:rPr>
          <w:rFonts w:ascii="Sakkal Majalla" w:hAnsi="Sakkal Majalla" w:cs="Sakkal Majalla"/>
          <w:b/>
          <w:bCs/>
          <w:sz w:val="32"/>
          <w:szCs w:val="32"/>
        </w:rPr>
        <w:br/>
        <w:t>تتجلى أهمية هذه الدراسة في عدة جوانب رئيسية، يمكن تلخيصها فيما يلي</w:t>
      </w:r>
      <w:r w:rsidR="00191FC0">
        <w:rPr>
          <w:rFonts w:ascii="Sakkal Majalla" w:hAnsi="Sakkal Majalla" w:cs="Sakkal Majalla" w:hint="cs"/>
          <w:b/>
          <w:bCs/>
          <w:sz w:val="32"/>
          <w:szCs w:val="32"/>
          <w:rtl/>
        </w:rPr>
        <w:t>:</w:t>
      </w:r>
    </w:p>
    <w:p w14:paraId="5A7FF436" w14:textId="21441E62" w:rsidR="00F76281" w:rsidRDefault="00191FC0" w:rsidP="00836826">
      <w:pPr>
        <w:bidi/>
        <w:spacing w:line="360" w:lineRule="auto"/>
        <w:rPr>
          <w:rFonts w:ascii="Sakkal Majalla" w:hAnsi="Sakkal Majalla" w:cs="Sakkal Majalla"/>
          <w:b/>
          <w:bCs/>
          <w:sz w:val="28"/>
          <w:szCs w:val="28"/>
          <w:rtl/>
        </w:rPr>
      </w:pPr>
      <w:r>
        <w:rPr>
          <w:rFonts w:ascii="Sakkal Majalla" w:hAnsi="Sakkal Majalla" w:cs="Sakkal Majalla" w:hint="cs"/>
          <w:sz w:val="28"/>
          <w:szCs w:val="28"/>
          <w:rtl/>
        </w:rPr>
        <w:t xml:space="preserve"> </w:t>
      </w:r>
      <w:r w:rsidRPr="003A2BBB">
        <w:rPr>
          <w:rFonts w:ascii="Sakkal Majalla" w:hAnsi="Sakkal Majalla" w:cs="Sakkal Majalla" w:hint="cs"/>
          <w:b/>
          <w:bCs/>
          <w:sz w:val="28"/>
          <w:szCs w:val="28"/>
          <w:rtl/>
        </w:rPr>
        <w:t>أهمية الإعلام الرقمي :</w:t>
      </w:r>
      <w:r>
        <w:rPr>
          <w:rFonts w:ascii="Sakkal Majalla" w:hAnsi="Sakkal Majalla" w:cs="Sakkal Majalla" w:hint="cs"/>
          <w:sz w:val="28"/>
          <w:szCs w:val="28"/>
          <w:rtl/>
        </w:rPr>
        <w:t xml:space="preserve"> توضيح دور ومكانة الإعلام الرقمي وأدواته الرئيسية في النمو في القطاع التجاري والمساهمة في خلق فرص كبيرة في العالم التجاري على جميع الأصعدة</w:t>
      </w:r>
      <w:r w:rsidRPr="00F730D3">
        <w:rPr>
          <w:rFonts w:ascii="Sakkal Majalla" w:hAnsi="Sakkal Majalla" w:cs="Sakkal Majalla"/>
          <w:sz w:val="28"/>
          <w:szCs w:val="28"/>
        </w:rPr>
        <w:br/>
      </w:r>
      <w:r w:rsidRPr="00F730D3">
        <w:rPr>
          <w:rFonts w:ascii="Sakkal Majalla" w:hAnsi="Sakkal Majalla" w:cs="Sakkal Majalla"/>
          <w:sz w:val="28"/>
          <w:szCs w:val="28"/>
        </w:rPr>
        <w:br/>
      </w:r>
      <w:r w:rsidRPr="003A2BBB">
        <w:rPr>
          <w:rFonts w:ascii="Sakkal Majalla" w:hAnsi="Sakkal Majalla" w:cs="Sakkal Majalla"/>
          <w:b/>
          <w:bCs/>
          <w:sz w:val="28"/>
          <w:szCs w:val="28"/>
        </w:rPr>
        <w:t>تحقيق</w:t>
      </w:r>
      <w:r w:rsidR="00F6462E">
        <w:rPr>
          <w:rFonts w:ascii="Sakkal Majalla" w:hAnsi="Sakkal Majalla" w:cs="Sakkal Majalla" w:hint="cs"/>
          <w:b/>
          <w:bCs/>
          <w:sz w:val="28"/>
          <w:szCs w:val="28"/>
          <w:rtl/>
        </w:rPr>
        <w:t xml:space="preserve"> النجاح و</w:t>
      </w:r>
      <w:r w:rsidRPr="003A2BBB">
        <w:rPr>
          <w:rFonts w:ascii="Sakkal Majalla" w:hAnsi="Sakkal Majalla" w:cs="Sakkal Majalla"/>
          <w:b/>
          <w:bCs/>
          <w:sz w:val="28"/>
          <w:szCs w:val="28"/>
        </w:rPr>
        <w:t xml:space="preserve"> النمو الاقتصادي</w:t>
      </w:r>
      <w:r w:rsidRPr="003A2BBB">
        <w:rPr>
          <w:rFonts w:ascii="Sakkal Majalla" w:hAnsi="Sakkal Majalla" w:cs="Sakkal Majalla" w:hint="cs"/>
          <w:b/>
          <w:bCs/>
          <w:sz w:val="28"/>
          <w:szCs w:val="28"/>
          <w:rtl/>
        </w:rPr>
        <w:t xml:space="preserve"> :</w:t>
      </w:r>
      <w:r>
        <w:rPr>
          <w:rFonts w:ascii="Sakkal Majalla" w:hAnsi="Sakkal Majalla" w:cs="Sakkal Majalla" w:hint="cs"/>
          <w:sz w:val="28"/>
          <w:szCs w:val="28"/>
          <w:rtl/>
        </w:rPr>
        <w:t xml:space="preserve"> </w:t>
      </w:r>
      <w:r w:rsidRPr="00F730D3">
        <w:rPr>
          <w:rFonts w:ascii="Sakkal Majalla" w:hAnsi="Sakkal Majalla" w:cs="Sakkal Majalla"/>
          <w:sz w:val="28"/>
          <w:szCs w:val="28"/>
        </w:rPr>
        <w:t>يلعب الإعلام الرقمي دورًا محوريًا في تعزيز النمو الاقتصادي. يمكن للشركات من خلاله توسيع نطاق وصولها إلى الأسواق العالمية، تحسين كفاءة العمليات، وخفض التكاليف التشغيلية. تسهم هذه العوامل مجتمعة في زيادة الإيرادات وتعزيز الأداء المالي للشركات.</w:t>
      </w:r>
      <w:r w:rsidRPr="00F730D3">
        <w:rPr>
          <w:rFonts w:ascii="Sakkal Majalla" w:hAnsi="Sakkal Majalla" w:cs="Sakkal Majalla"/>
          <w:sz w:val="28"/>
          <w:szCs w:val="28"/>
        </w:rPr>
        <w:br/>
      </w:r>
      <w:r w:rsidRPr="00F730D3">
        <w:rPr>
          <w:rFonts w:ascii="Sakkal Majalla" w:hAnsi="Sakkal Majalla" w:cs="Sakkal Majalla"/>
          <w:sz w:val="28"/>
          <w:szCs w:val="28"/>
        </w:rPr>
        <w:br/>
      </w:r>
      <w:r w:rsidR="00150709">
        <w:rPr>
          <w:rFonts w:ascii="Sakkal Majalla" w:hAnsi="Sakkal Majalla" w:cs="Sakkal Majalla" w:hint="cs"/>
          <w:b/>
          <w:bCs/>
          <w:sz w:val="28"/>
          <w:szCs w:val="28"/>
          <w:rtl/>
        </w:rPr>
        <w:t>الميزة التنافسية و</w:t>
      </w:r>
      <w:r w:rsidRPr="003A2BBB">
        <w:rPr>
          <w:rFonts w:ascii="Sakkal Majalla" w:hAnsi="Sakkal Majalla" w:cs="Sakkal Majalla"/>
          <w:b/>
          <w:bCs/>
          <w:sz w:val="28"/>
          <w:szCs w:val="28"/>
        </w:rPr>
        <w:t>تطوير استراتيجيات تسويقية مخصصة</w:t>
      </w:r>
      <w:r w:rsidRPr="003A2BBB">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003F3F7A" w:rsidRPr="003F3F7A">
        <w:rPr>
          <w:rFonts w:ascii="Sakkal Majalla" w:hAnsi="Sakkal Majalla" w:cs="Sakkal Majalla" w:hint="cs"/>
          <w:sz w:val="28"/>
          <w:szCs w:val="28"/>
          <w:rtl/>
        </w:rPr>
        <w:t>تستطيع</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الشركات</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استخدام</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البيانات</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الضخمة</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والتحليلات</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الرقمية</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لتطوير</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استراتيجيات</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تسويقية</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مخصصة</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تناسب</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احتياجات</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العملاء</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واهتماماتهم</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وهذا</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يساعد</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على</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زيادة</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فعالية</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الحملات</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التسويقية</w:t>
      </w:r>
      <w:r w:rsidR="003F3F7A" w:rsidRPr="003F3F7A">
        <w:rPr>
          <w:rFonts w:ascii="Sakkal Majalla" w:hAnsi="Sakkal Majalla" w:cs="Sakkal Majalla"/>
          <w:sz w:val="28"/>
          <w:szCs w:val="28"/>
          <w:rtl/>
        </w:rPr>
        <w:t xml:space="preserve"> </w:t>
      </w:r>
      <w:r w:rsidR="003F3F7A">
        <w:rPr>
          <w:rFonts w:ascii="Sakkal Majalla" w:hAnsi="Sakkal Majalla" w:cs="Sakkal Majalla" w:hint="cs"/>
          <w:sz w:val="28"/>
          <w:szCs w:val="28"/>
          <w:rtl/>
        </w:rPr>
        <w:t xml:space="preserve">ويعد </w:t>
      </w:r>
      <w:r w:rsidR="003F3F7A" w:rsidRPr="003F3F7A">
        <w:rPr>
          <w:rFonts w:ascii="Sakkal Majalla" w:hAnsi="Sakkal Majalla" w:cs="Sakkal Majalla" w:hint="cs"/>
          <w:sz w:val="28"/>
          <w:szCs w:val="28"/>
          <w:rtl/>
        </w:rPr>
        <w:t>إضافة</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تنافسية</w:t>
      </w:r>
      <w:r w:rsidR="003F3F7A" w:rsidRPr="003F3F7A">
        <w:rPr>
          <w:rFonts w:ascii="Sakkal Majalla" w:hAnsi="Sakkal Majalla" w:cs="Sakkal Majalla"/>
          <w:sz w:val="28"/>
          <w:szCs w:val="28"/>
          <w:rtl/>
        </w:rPr>
        <w:t xml:space="preserve"> </w:t>
      </w:r>
      <w:r w:rsidR="003F3F7A">
        <w:rPr>
          <w:rFonts w:ascii="Sakkal Majalla" w:hAnsi="Sakkal Majalla" w:cs="Sakkal Majalla" w:hint="cs"/>
          <w:sz w:val="28"/>
          <w:szCs w:val="28"/>
          <w:rtl/>
        </w:rPr>
        <w:t>ل</w:t>
      </w:r>
      <w:r w:rsidR="003F3F7A" w:rsidRPr="003F3F7A">
        <w:rPr>
          <w:rFonts w:ascii="Sakkal Majalla" w:hAnsi="Sakkal Majalla" w:cs="Sakkal Majalla" w:hint="cs"/>
          <w:sz w:val="28"/>
          <w:szCs w:val="28"/>
          <w:rtl/>
        </w:rPr>
        <w:t>تحقيق</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نتائج</w:t>
      </w:r>
      <w:r w:rsidR="003F3F7A" w:rsidRPr="003F3F7A">
        <w:rPr>
          <w:rFonts w:ascii="Sakkal Majalla" w:hAnsi="Sakkal Majalla" w:cs="Sakkal Majalla"/>
          <w:sz w:val="28"/>
          <w:szCs w:val="28"/>
          <w:rtl/>
        </w:rPr>
        <w:t xml:space="preserve"> </w:t>
      </w:r>
      <w:r w:rsidR="003F3F7A" w:rsidRPr="003F3F7A">
        <w:rPr>
          <w:rFonts w:ascii="Sakkal Majalla" w:hAnsi="Sakkal Majalla" w:cs="Sakkal Majalla" w:hint="cs"/>
          <w:sz w:val="28"/>
          <w:szCs w:val="28"/>
          <w:rtl/>
        </w:rPr>
        <w:t>أفضل</w:t>
      </w:r>
      <w:r w:rsidR="003F3F7A" w:rsidRPr="003F3F7A">
        <w:rPr>
          <w:rFonts w:ascii="Sakkal Majalla" w:hAnsi="Sakkal Majalla" w:cs="Sakkal Majalla"/>
          <w:sz w:val="28"/>
          <w:szCs w:val="28"/>
          <w:rtl/>
        </w:rPr>
        <w:t>.</w:t>
      </w:r>
      <w:r w:rsidRPr="00F730D3">
        <w:rPr>
          <w:rFonts w:ascii="Sakkal Majalla" w:hAnsi="Sakkal Majalla" w:cs="Sakkal Majalla"/>
          <w:sz w:val="28"/>
          <w:szCs w:val="28"/>
        </w:rPr>
        <w:br/>
      </w:r>
      <w:r w:rsidRPr="00F730D3">
        <w:rPr>
          <w:rFonts w:ascii="Sakkal Majalla" w:hAnsi="Sakkal Majalla" w:cs="Sakkal Majalla"/>
          <w:sz w:val="28"/>
          <w:szCs w:val="28"/>
        </w:rPr>
        <w:br/>
      </w:r>
      <w:r w:rsidRPr="003A2BBB">
        <w:rPr>
          <w:rFonts w:ascii="Sakkal Majalla" w:hAnsi="Sakkal Majalla" w:cs="Sakkal Majalla"/>
          <w:b/>
          <w:bCs/>
          <w:sz w:val="28"/>
          <w:szCs w:val="28"/>
        </w:rPr>
        <w:t>التحديات</w:t>
      </w:r>
      <w:r w:rsidR="00F6462E">
        <w:rPr>
          <w:rFonts w:ascii="Sakkal Majalla" w:hAnsi="Sakkal Majalla" w:cs="Sakkal Majalla" w:hint="cs"/>
          <w:b/>
          <w:bCs/>
          <w:sz w:val="28"/>
          <w:szCs w:val="28"/>
          <w:rtl/>
        </w:rPr>
        <w:t xml:space="preserve"> في البيئة الرقمية </w:t>
      </w:r>
      <w:r w:rsidR="00F76281">
        <w:rPr>
          <w:rFonts w:ascii="Sakkal Majalla" w:hAnsi="Sakkal Majalla" w:cs="Sakkal Majalla" w:hint="cs"/>
          <w:sz w:val="28"/>
          <w:szCs w:val="28"/>
          <w:rtl/>
        </w:rPr>
        <w:t xml:space="preserve">: </w:t>
      </w:r>
      <w:r w:rsidRPr="00F730D3">
        <w:rPr>
          <w:rFonts w:ascii="Sakkal Majalla" w:hAnsi="Sakkal Majalla" w:cs="Sakkal Majalla"/>
          <w:sz w:val="28"/>
          <w:szCs w:val="28"/>
        </w:rPr>
        <w:t xml:space="preserve"> تواجه الشركات تحديات عديدة في البيئة الرقمية، مثل الأمان السيبراني، الخصوصية، وإدارة البيانات. تساعد هذه الدراسة الشركات على فهم هذه التحديات وتقديم حلول للتغلب عليها، مما يضمن استدامة عملياتها التجارية في البيئة الرقمية.</w:t>
      </w:r>
      <w:r w:rsidRPr="00F730D3">
        <w:rPr>
          <w:rFonts w:ascii="Sakkal Majalla" w:hAnsi="Sakkal Majalla" w:cs="Sakkal Majalla"/>
          <w:sz w:val="28"/>
          <w:szCs w:val="28"/>
        </w:rPr>
        <w:br/>
      </w:r>
      <w:r w:rsidRPr="00F730D3">
        <w:rPr>
          <w:rFonts w:ascii="Sakkal Majalla" w:hAnsi="Sakkal Majalla" w:cs="Sakkal Majalla"/>
          <w:sz w:val="28"/>
          <w:szCs w:val="28"/>
        </w:rPr>
        <w:br/>
      </w:r>
    </w:p>
    <w:p w14:paraId="62D82482" w14:textId="77777777" w:rsidR="00150709" w:rsidRDefault="00150709" w:rsidP="00150709">
      <w:pPr>
        <w:bidi/>
        <w:spacing w:line="360" w:lineRule="auto"/>
        <w:rPr>
          <w:rFonts w:ascii="Sakkal Majalla" w:hAnsi="Sakkal Majalla" w:cs="Sakkal Majalla"/>
          <w:sz w:val="28"/>
          <w:szCs w:val="28"/>
        </w:rPr>
      </w:pPr>
    </w:p>
    <w:p w14:paraId="22A9B22E" w14:textId="77777777" w:rsidR="00F76281" w:rsidRDefault="00F76281" w:rsidP="00F76281">
      <w:pPr>
        <w:bidi/>
        <w:spacing w:line="360" w:lineRule="auto"/>
        <w:rPr>
          <w:rFonts w:ascii="Sakkal Majalla" w:hAnsi="Sakkal Majalla" w:cs="Sakkal Majalla"/>
          <w:sz w:val="28"/>
          <w:szCs w:val="28"/>
          <w:rtl/>
        </w:rPr>
      </w:pPr>
    </w:p>
    <w:p w14:paraId="2761712F" w14:textId="77777777" w:rsidR="0041436E" w:rsidRDefault="0041436E" w:rsidP="0041436E">
      <w:pPr>
        <w:bidi/>
        <w:spacing w:line="360" w:lineRule="auto"/>
        <w:rPr>
          <w:rFonts w:ascii="Sakkal Majalla" w:hAnsi="Sakkal Majalla" w:cs="Sakkal Majalla"/>
          <w:sz w:val="28"/>
          <w:szCs w:val="28"/>
          <w:rtl/>
        </w:rPr>
      </w:pPr>
    </w:p>
    <w:p w14:paraId="0BB58349" w14:textId="77777777" w:rsidR="0041436E" w:rsidRPr="00F730D3" w:rsidRDefault="0041436E" w:rsidP="0041436E">
      <w:pPr>
        <w:bidi/>
        <w:spacing w:line="360" w:lineRule="auto"/>
        <w:rPr>
          <w:rFonts w:ascii="Sakkal Majalla" w:hAnsi="Sakkal Majalla" w:cs="Sakkal Majalla"/>
          <w:sz w:val="28"/>
          <w:szCs w:val="28"/>
        </w:rPr>
      </w:pPr>
    </w:p>
    <w:p w14:paraId="2982704A" w14:textId="66C82855" w:rsidR="00660B90" w:rsidRDefault="00F730D3" w:rsidP="001525A4">
      <w:pPr>
        <w:spacing w:line="360" w:lineRule="auto"/>
        <w:jc w:val="right"/>
        <w:rPr>
          <w:rFonts w:ascii="Sakkal Majalla" w:hAnsi="Sakkal Majalla" w:cs="Sakkal Majalla"/>
          <w:b/>
          <w:bCs/>
          <w:sz w:val="36"/>
          <w:szCs w:val="36"/>
          <w:rtl/>
        </w:rPr>
      </w:pPr>
      <w:r>
        <w:rPr>
          <w:rFonts w:ascii="Sakkal Majalla" w:hAnsi="Sakkal Majalla" w:cs="Sakkal Majalla" w:hint="cs"/>
          <w:b/>
          <w:bCs/>
          <w:sz w:val="36"/>
          <w:szCs w:val="36"/>
          <w:rtl/>
        </w:rPr>
        <w:t>أهداف الدراسة:</w:t>
      </w:r>
    </w:p>
    <w:p w14:paraId="1B06FB08" w14:textId="40ACD561" w:rsidR="002419DF" w:rsidRPr="002419DF" w:rsidRDefault="002419DF" w:rsidP="00F730D3">
      <w:pPr>
        <w:spacing w:line="360" w:lineRule="auto"/>
        <w:jc w:val="right"/>
        <w:rPr>
          <w:rFonts w:ascii="Sakkal Majalla" w:hAnsi="Sakkal Majalla" w:cs="Sakkal Majalla"/>
          <w:sz w:val="32"/>
          <w:szCs w:val="32"/>
          <w:rtl/>
        </w:rPr>
      </w:pPr>
      <w:r w:rsidRPr="002419DF">
        <w:rPr>
          <w:rFonts w:ascii="Sakkal Majalla" w:hAnsi="Sakkal Majalla" w:cs="Sakkal Majalla" w:hint="cs"/>
          <w:b/>
          <w:bCs/>
          <w:sz w:val="32"/>
          <w:szCs w:val="32"/>
          <w:rtl/>
        </w:rPr>
        <w:t>تهدف الدراسة الى :</w:t>
      </w:r>
    </w:p>
    <w:p w14:paraId="5703147F" w14:textId="64AE356D" w:rsidR="00660B90" w:rsidRDefault="00000000" w:rsidP="00660B90">
      <w:pPr>
        <w:pStyle w:val="aa"/>
        <w:numPr>
          <w:ilvl w:val="0"/>
          <w:numId w:val="47"/>
        </w:numPr>
        <w:bidi/>
        <w:spacing w:line="360" w:lineRule="auto"/>
        <w:rPr>
          <w:rFonts w:ascii="Sakkal Majalla" w:hAnsi="Sakkal Majalla" w:cs="Sakkal Majalla"/>
          <w:sz w:val="28"/>
          <w:szCs w:val="28"/>
        </w:rPr>
      </w:pPr>
      <w:r w:rsidRPr="00660B90">
        <w:rPr>
          <w:rFonts w:ascii="Sakkal Majalla" w:hAnsi="Sakkal Majalla" w:cs="Sakkal Majalla"/>
          <w:sz w:val="28"/>
          <w:szCs w:val="28"/>
        </w:rPr>
        <w:t xml:space="preserve">توضيح دور الإعلام الرقمي </w:t>
      </w:r>
      <w:r w:rsidR="0041436E">
        <w:rPr>
          <w:rFonts w:ascii="Sakkal Majalla" w:hAnsi="Sakkal Majalla" w:cs="Sakkal Majalla" w:hint="cs"/>
          <w:sz w:val="28"/>
          <w:szCs w:val="28"/>
          <w:rtl/>
        </w:rPr>
        <w:t xml:space="preserve"> وأدواته</w:t>
      </w:r>
      <w:r w:rsidRPr="00660B90">
        <w:rPr>
          <w:rFonts w:ascii="Sakkal Majalla" w:hAnsi="Sakkal Majalla" w:cs="Sakkal Majalla"/>
          <w:sz w:val="28"/>
          <w:szCs w:val="28"/>
        </w:rPr>
        <w:t xml:space="preserve">في </w:t>
      </w:r>
      <w:r w:rsidR="009041E6" w:rsidRPr="00660B90">
        <w:rPr>
          <w:rFonts w:ascii="Sakkal Majalla" w:hAnsi="Sakkal Majalla" w:cs="Sakkal Majalla" w:hint="cs"/>
          <w:sz w:val="28"/>
          <w:szCs w:val="28"/>
          <w:rtl/>
        </w:rPr>
        <w:t xml:space="preserve"> نمو</w:t>
      </w:r>
      <w:r w:rsidRPr="00660B90">
        <w:rPr>
          <w:rFonts w:ascii="Sakkal Majalla" w:hAnsi="Sakkal Majalla" w:cs="Sakkal Majalla"/>
          <w:sz w:val="28"/>
          <w:szCs w:val="28"/>
        </w:rPr>
        <w:t xml:space="preserve">القطاع التجاري </w:t>
      </w:r>
      <w:r w:rsidR="009041E6" w:rsidRPr="00660B90">
        <w:rPr>
          <w:rFonts w:ascii="Sakkal Majalla" w:hAnsi="Sakkal Majalla" w:cs="Sakkal Majalla" w:hint="cs"/>
          <w:sz w:val="28"/>
          <w:szCs w:val="28"/>
          <w:rtl/>
        </w:rPr>
        <w:t xml:space="preserve"> </w:t>
      </w:r>
      <w:r w:rsidR="0041436E">
        <w:rPr>
          <w:rFonts w:ascii="Sakkal Majalla" w:hAnsi="Sakkal Majalla" w:cs="Sakkal Majalla" w:hint="cs"/>
          <w:sz w:val="28"/>
          <w:szCs w:val="28"/>
          <w:rtl/>
        </w:rPr>
        <w:t xml:space="preserve">من شركات ومؤسسات </w:t>
      </w:r>
      <w:r w:rsidR="009041E6" w:rsidRPr="00660B90">
        <w:rPr>
          <w:rFonts w:ascii="Sakkal Majalla" w:hAnsi="Sakkal Majalla" w:cs="Sakkal Majalla" w:hint="cs"/>
          <w:sz w:val="28"/>
          <w:szCs w:val="28"/>
          <w:rtl/>
        </w:rPr>
        <w:t xml:space="preserve">مع </w:t>
      </w:r>
      <w:r w:rsidR="003A2BBB">
        <w:rPr>
          <w:rFonts w:ascii="Sakkal Majalla" w:hAnsi="Sakkal Majalla" w:cs="Sakkal Majalla" w:hint="cs"/>
          <w:sz w:val="28"/>
          <w:szCs w:val="28"/>
          <w:rtl/>
        </w:rPr>
        <w:t>دراسة حالة</w:t>
      </w:r>
      <w:r w:rsidR="009041E6" w:rsidRPr="00660B90">
        <w:rPr>
          <w:rFonts w:ascii="Sakkal Majalla" w:hAnsi="Sakkal Majalla" w:cs="Sakkal Majalla" w:hint="cs"/>
          <w:sz w:val="28"/>
          <w:szCs w:val="28"/>
          <w:rtl/>
        </w:rPr>
        <w:t xml:space="preserve"> لإحدى الشركات التي ساهم الإعلام الرقمي في نموها  </w:t>
      </w:r>
    </w:p>
    <w:p w14:paraId="61E4C1AA" w14:textId="3BC7159F" w:rsidR="00660B90" w:rsidRDefault="00F76281" w:rsidP="00660B90">
      <w:pPr>
        <w:pStyle w:val="aa"/>
        <w:numPr>
          <w:ilvl w:val="0"/>
          <w:numId w:val="47"/>
        </w:numPr>
        <w:bidi/>
        <w:spacing w:line="360" w:lineRule="auto"/>
        <w:rPr>
          <w:rFonts w:ascii="Sakkal Majalla" w:hAnsi="Sakkal Majalla" w:cs="Sakkal Majalla"/>
          <w:sz w:val="28"/>
          <w:szCs w:val="28"/>
        </w:rPr>
      </w:pPr>
      <w:r w:rsidRPr="00660B90">
        <w:rPr>
          <w:rFonts w:ascii="Sakkal Majalla" w:hAnsi="Sakkal Majalla" w:cs="Sakkal Majalla" w:hint="cs"/>
          <w:sz w:val="28"/>
          <w:szCs w:val="28"/>
          <w:rtl/>
        </w:rPr>
        <w:t>مقارنة</w:t>
      </w:r>
      <w:r w:rsidR="009041E6" w:rsidRPr="00660B90">
        <w:rPr>
          <w:rFonts w:ascii="Sakkal Majalla" w:hAnsi="Sakkal Majalla" w:cs="Sakkal Majalla" w:hint="cs"/>
          <w:sz w:val="28"/>
          <w:szCs w:val="28"/>
          <w:rtl/>
        </w:rPr>
        <w:t xml:space="preserve"> </w:t>
      </w:r>
      <w:r w:rsidR="0041436E">
        <w:rPr>
          <w:rFonts w:ascii="Sakkal Majalla" w:hAnsi="Sakkal Majalla" w:cs="Sakkal Majalla" w:hint="cs"/>
          <w:sz w:val="28"/>
          <w:szCs w:val="28"/>
          <w:rtl/>
        </w:rPr>
        <w:t>أوجه الإختلاف بين</w:t>
      </w:r>
      <w:r w:rsidRPr="00660B90">
        <w:rPr>
          <w:rFonts w:ascii="Sakkal Majalla" w:hAnsi="Sakkal Majalla" w:cs="Sakkal Majalla" w:hint="cs"/>
          <w:sz w:val="28"/>
          <w:szCs w:val="28"/>
          <w:rtl/>
        </w:rPr>
        <w:t xml:space="preserve"> </w:t>
      </w:r>
      <w:r w:rsidR="009041E6" w:rsidRPr="00660B90">
        <w:rPr>
          <w:rFonts w:ascii="Sakkal Majalla" w:hAnsi="Sakkal Majalla" w:cs="Sakkal Majalla" w:hint="cs"/>
          <w:sz w:val="28"/>
          <w:szCs w:val="28"/>
          <w:rtl/>
        </w:rPr>
        <w:t>استخدامات أدوات الإعلام الرقمي و الإعلام التقليدي في القطاع التجاري</w:t>
      </w:r>
      <w:r w:rsidRPr="00660B90">
        <w:rPr>
          <w:rFonts w:ascii="Sakkal Majalla" w:hAnsi="Sakkal Majalla" w:cs="Sakkal Majalla"/>
          <w:sz w:val="28"/>
          <w:szCs w:val="28"/>
        </w:rPr>
        <w:t>.</w:t>
      </w:r>
    </w:p>
    <w:p w14:paraId="0943D0A2" w14:textId="77777777" w:rsidR="003A2BBB" w:rsidRDefault="00000000" w:rsidP="00660B90">
      <w:pPr>
        <w:pStyle w:val="aa"/>
        <w:numPr>
          <w:ilvl w:val="0"/>
          <w:numId w:val="47"/>
        </w:numPr>
        <w:bidi/>
        <w:spacing w:line="360" w:lineRule="auto"/>
        <w:rPr>
          <w:rFonts w:ascii="Sakkal Majalla" w:hAnsi="Sakkal Majalla" w:cs="Sakkal Majalla"/>
          <w:sz w:val="28"/>
          <w:szCs w:val="28"/>
        </w:rPr>
      </w:pPr>
      <w:r w:rsidRPr="00660B90">
        <w:rPr>
          <w:rFonts w:ascii="Sakkal Majalla" w:hAnsi="Sakkal Majalla" w:cs="Sakkal Majalla"/>
          <w:sz w:val="28"/>
          <w:szCs w:val="28"/>
        </w:rPr>
        <w:t>تحديد التحديات والفرص التي تواجه الشركات في استخدام الإعلام الرقمي</w:t>
      </w:r>
    </w:p>
    <w:p w14:paraId="09A77ABF" w14:textId="77777777" w:rsidR="003A2BBB" w:rsidRDefault="003A2BBB" w:rsidP="003A2BBB">
      <w:pPr>
        <w:pStyle w:val="aa"/>
        <w:numPr>
          <w:ilvl w:val="0"/>
          <w:numId w:val="47"/>
        </w:numPr>
        <w:bidi/>
        <w:spacing w:line="360" w:lineRule="auto"/>
        <w:rPr>
          <w:rFonts w:ascii="Sakkal Majalla" w:hAnsi="Sakkal Majalla" w:cs="Sakkal Majalla"/>
          <w:sz w:val="28"/>
          <w:szCs w:val="28"/>
        </w:rPr>
      </w:pPr>
      <w:r w:rsidRPr="00660B90">
        <w:rPr>
          <w:rFonts w:ascii="Sakkal Majalla" w:hAnsi="Sakkal Majalla" w:cs="Sakkal Majalla"/>
          <w:sz w:val="28"/>
          <w:szCs w:val="28"/>
        </w:rPr>
        <w:t>تحليل تأثير الإعلام الرقمي على استراتيجيات التسويق والمبيعات</w:t>
      </w:r>
    </w:p>
    <w:p w14:paraId="5AF62391" w14:textId="6DEAB6B7" w:rsidR="003A2BBB" w:rsidRDefault="003A2BBB" w:rsidP="003A2BBB">
      <w:pPr>
        <w:pStyle w:val="aa"/>
        <w:numPr>
          <w:ilvl w:val="0"/>
          <w:numId w:val="47"/>
        </w:numPr>
        <w:bidi/>
        <w:spacing w:line="360" w:lineRule="auto"/>
        <w:rPr>
          <w:rFonts w:ascii="Sakkal Majalla" w:hAnsi="Sakkal Majalla" w:cs="Sakkal Majalla"/>
          <w:sz w:val="28"/>
          <w:szCs w:val="28"/>
        </w:rPr>
      </w:pPr>
      <w:r>
        <w:rPr>
          <w:rFonts w:ascii="Sakkal Majalla" w:hAnsi="Sakkal Majalla" w:cs="Sakkal Majalla" w:hint="cs"/>
          <w:sz w:val="28"/>
          <w:szCs w:val="28"/>
          <w:rtl/>
        </w:rPr>
        <w:t>فهم كيفية الإستخدام الأمثل لأدوات الإعلام الرقمي في الشركات التجارية</w:t>
      </w:r>
    </w:p>
    <w:p w14:paraId="1BDF40B4" w14:textId="73A48308" w:rsidR="00B63FC4" w:rsidRPr="00660B90" w:rsidRDefault="00000000" w:rsidP="003A2BBB">
      <w:pPr>
        <w:pStyle w:val="aa"/>
        <w:bidi/>
        <w:spacing w:line="360" w:lineRule="auto"/>
        <w:rPr>
          <w:rFonts w:ascii="Sakkal Majalla" w:hAnsi="Sakkal Majalla" w:cs="Sakkal Majalla"/>
          <w:sz w:val="28"/>
          <w:szCs w:val="28"/>
        </w:rPr>
      </w:pPr>
      <w:r w:rsidRPr="00660B90">
        <w:rPr>
          <w:rFonts w:ascii="Sakkal Majalla" w:hAnsi="Sakkal Majalla" w:cs="Sakkal Majalla"/>
          <w:sz w:val="28"/>
          <w:szCs w:val="28"/>
        </w:rPr>
        <w:br/>
      </w:r>
    </w:p>
    <w:p w14:paraId="086A682B" w14:textId="77777777" w:rsidR="003A2BBB" w:rsidRDefault="003A2BBB" w:rsidP="00F730D3">
      <w:pPr>
        <w:spacing w:line="360" w:lineRule="auto"/>
        <w:rPr>
          <w:rFonts w:ascii="Sakkal Majalla" w:hAnsi="Sakkal Majalla" w:cs="Sakkal Majalla"/>
          <w:sz w:val="28"/>
          <w:szCs w:val="28"/>
          <w:rtl/>
        </w:rPr>
      </w:pPr>
    </w:p>
    <w:p w14:paraId="27A0BB8A" w14:textId="77777777" w:rsidR="001525A4" w:rsidRDefault="001525A4" w:rsidP="001525A4">
      <w:pPr>
        <w:bidi/>
        <w:spacing w:line="360" w:lineRule="auto"/>
        <w:rPr>
          <w:rFonts w:ascii="Sakkal Majalla" w:hAnsi="Sakkal Majalla" w:cs="Sakkal Majalla"/>
          <w:sz w:val="28"/>
          <w:szCs w:val="28"/>
          <w:rtl/>
        </w:rPr>
      </w:pPr>
    </w:p>
    <w:p w14:paraId="2AF48513" w14:textId="381F66D1" w:rsidR="008745F2" w:rsidRDefault="008745F2" w:rsidP="00264C52">
      <w:pPr>
        <w:spacing w:line="360" w:lineRule="auto"/>
        <w:jc w:val="right"/>
        <w:rPr>
          <w:rFonts w:ascii="Sakkal Majalla" w:hAnsi="Sakkal Majalla" w:cs="Sakkal Majalla"/>
          <w:b/>
          <w:bCs/>
          <w:sz w:val="36"/>
          <w:szCs w:val="36"/>
          <w:rtl/>
        </w:rPr>
      </w:pPr>
      <w:r w:rsidRPr="008745F2">
        <w:rPr>
          <w:rFonts w:ascii="Sakkal Majalla" w:hAnsi="Sakkal Majalla" w:cs="Sakkal Majalla" w:hint="cs"/>
          <w:b/>
          <w:bCs/>
          <w:sz w:val="36"/>
          <w:szCs w:val="36"/>
          <w:rtl/>
        </w:rPr>
        <w:t>التعليق على الدراسات السابقة :</w:t>
      </w:r>
    </w:p>
    <w:p w14:paraId="08A18EBC" w14:textId="17E856BA" w:rsidR="008745F2" w:rsidRPr="00E26D25" w:rsidRDefault="00E26D25" w:rsidP="00E26D25">
      <w:pPr>
        <w:spacing w:line="360" w:lineRule="auto"/>
        <w:jc w:val="right"/>
        <w:rPr>
          <w:rFonts w:ascii="Sakkal Majalla" w:hAnsi="Sakkal Majalla" w:cs="Sakkal Majalla"/>
          <w:b/>
          <w:bCs/>
          <w:sz w:val="32"/>
          <w:szCs w:val="32"/>
          <w:rtl/>
        </w:rPr>
      </w:pPr>
      <w:r w:rsidRPr="00E26D25">
        <w:rPr>
          <w:rFonts w:ascii="Sakkal Majalla" w:hAnsi="Sakkal Majalla" w:cs="Sakkal Majalla" w:hint="cs"/>
          <w:b/>
          <w:bCs/>
          <w:sz w:val="32"/>
          <w:szCs w:val="32"/>
          <w:rtl/>
        </w:rPr>
        <w:t xml:space="preserve">من خلال الدراسات التي سبق عرضها وتلخيصها نستنتج بعض النقاط من أهمها : </w:t>
      </w:r>
    </w:p>
    <w:p w14:paraId="07CC2A1E" w14:textId="77777777" w:rsidR="008745F2" w:rsidRPr="008745F2" w:rsidRDefault="008745F2" w:rsidP="008745F2">
      <w:pPr>
        <w:pStyle w:val="aa"/>
        <w:numPr>
          <w:ilvl w:val="0"/>
          <w:numId w:val="13"/>
        </w:numPr>
        <w:spacing w:line="360" w:lineRule="auto"/>
        <w:jc w:val="right"/>
        <w:rPr>
          <w:rFonts w:ascii="Sakkal Majalla" w:hAnsi="Sakkal Majalla" w:cs="Sakkal Majalla"/>
          <w:b/>
          <w:bCs/>
          <w:vanish/>
          <w:sz w:val="36"/>
          <w:szCs w:val="36"/>
        </w:rPr>
      </w:pPr>
    </w:p>
    <w:p w14:paraId="6993A6DE" w14:textId="77777777" w:rsidR="00264C52" w:rsidRPr="00264C52" w:rsidRDefault="00264C52" w:rsidP="00264C52">
      <w:pPr>
        <w:spacing w:line="360" w:lineRule="auto"/>
        <w:jc w:val="right"/>
        <w:rPr>
          <w:rFonts w:ascii="Sakkal Majalla" w:hAnsi="Sakkal Majalla" w:cs="Sakkal Majalla"/>
          <w:vanish/>
          <w:sz w:val="28"/>
          <w:szCs w:val="28"/>
        </w:rPr>
      </w:pPr>
      <w:r w:rsidRPr="00264C52">
        <w:rPr>
          <w:rFonts w:ascii="Sakkal Majalla" w:hAnsi="Sakkal Majalla" w:cs="Sakkal Majalla"/>
          <w:vanish/>
          <w:sz w:val="28"/>
          <w:szCs w:val="28"/>
          <w:rtl/>
        </w:rPr>
        <w:t>أسفل النموذج</w:t>
      </w:r>
    </w:p>
    <w:p w14:paraId="1760AD06" w14:textId="29B039C7" w:rsidR="00B63FC4" w:rsidRDefault="008745F2" w:rsidP="008745F2">
      <w:pPr>
        <w:spacing w:line="360" w:lineRule="auto"/>
        <w:ind w:left="720"/>
        <w:jc w:val="right"/>
        <w:rPr>
          <w:rFonts w:ascii="Sakkal Majalla" w:hAnsi="Sakkal Majalla" w:cs="Sakkal Majalla"/>
          <w:sz w:val="28"/>
          <w:szCs w:val="28"/>
          <w:rtl/>
        </w:rPr>
      </w:pPr>
      <w:r>
        <w:rPr>
          <w:rFonts w:ascii="Sakkal Majalla" w:hAnsi="Sakkal Majalla" w:cs="Sakkal Majalla" w:hint="cs"/>
          <w:sz w:val="28"/>
          <w:szCs w:val="28"/>
          <w:rtl/>
        </w:rPr>
        <w:t xml:space="preserve">يتضح لنا من خلال الدراسات السابقة أهمية الإعلام الرقمي ودوره الفعّال في تحسين العمليات التجارية والتوسع والإنتشار </w:t>
      </w:r>
    </w:p>
    <w:p w14:paraId="0E4F8718" w14:textId="31D55EE7" w:rsidR="008745F2" w:rsidRDefault="009553B3" w:rsidP="008745F2">
      <w:pPr>
        <w:spacing w:line="360" w:lineRule="auto"/>
        <w:ind w:left="720"/>
        <w:jc w:val="right"/>
        <w:rPr>
          <w:rFonts w:ascii="Sakkal Majalla" w:hAnsi="Sakkal Majalla" w:cs="Sakkal Majalla"/>
          <w:sz w:val="28"/>
          <w:szCs w:val="28"/>
          <w:rtl/>
        </w:rPr>
      </w:pPr>
      <w:r>
        <w:rPr>
          <w:rFonts w:ascii="Sakkal Majalla" w:hAnsi="Sakkal Majalla" w:cs="Sakkal Majalla" w:hint="cs"/>
          <w:sz w:val="28"/>
          <w:szCs w:val="28"/>
          <w:rtl/>
        </w:rPr>
        <w:lastRenderedPageBreak/>
        <w:t xml:space="preserve">استخدام الوسائل والأدوات الرقمية في </w:t>
      </w:r>
      <w:r w:rsidR="00784E24">
        <w:rPr>
          <w:rFonts w:ascii="Sakkal Majalla" w:hAnsi="Sakkal Majalla" w:cs="Sakkal Majalla" w:hint="cs"/>
          <w:sz w:val="28"/>
          <w:szCs w:val="28"/>
          <w:rtl/>
        </w:rPr>
        <w:t>الشركات والمؤسسات التجارية يزيد الإنتاجية ويحفز الإبتكار</w:t>
      </w:r>
    </w:p>
    <w:p w14:paraId="71E36CC8" w14:textId="5E84143E" w:rsidR="009553B3" w:rsidRDefault="009553B3" w:rsidP="008745F2">
      <w:pPr>
        <w:spacing w:line="360" w:lineRule="auto"/>
        <w:ind w:left="720"/>
        <w:jc w:val="right"/>
        <w:rPr>
          <w:rFonts w:ascii="Sakkal Majalla" w:hAnsi="Sakkal Majalla" w:cs="Sakkal Majalla"/>
          <w:sz w:val="28"/>
          <w:szCs w:val="28"/>
          <w:rtl/>
        </w:rPr>
      </w:pPr>
      <w:r>
        <w:rPr>
          <w:rFonts w:ascii="Sakkal Majalla" w:hAnsi="Sakkal Majalla" w:cs="Sakkal Majalla" w:hint="cs"/>
          <w:sz w:val="28"/>
          <w:szCs w:val="28"/>
          <w:rtl/>
        </w:rPr>
        <w:t xml:space="preserve">ساعدت </w:t>
      </w:r>
      <w:r w:rsidR="00784E24">
        <w:rPr>
          <w:rFonts w:ascii="Sakkal Majalla" w:hAnsi="Sakkal Majalla" w:cs="Sakkal Majalla" w:hint="cs"/>
          <w:sz w:val="28"/>
          <w:szCs w:val="28"/>
          <w:rtl/>
        </w:rPr>
        <w:t xml:space="preserve">الأدوات الرقمية في خلق مفهوم التجارة الإلكترونية وبالتالي النمو الاقتصادي في الأعمال التجارية </w:t>
      </w:r>
    </w:p>
    <w:p w14:paraId="53F4F17E" w14:textId="6CFB9EF8" w:rsidR="003308A4" w:rsidRDefault="00784E24" w:rsidP="008745F2">
      <w:pPr>
        <w:spacing w:line="360" w:lineRule="auto"/>
        <w:ind w:left="720"/>
        <w:jc w:val="right"/>
        <w:rPr>
          <w:rFonts w:ascii="Sakkal Majalla" w:hAnsi="Sakkal Majalla" w:cs="Sakkal Majalla"/>
          <w:sz w:val="28"/>
          <w:szCs w:val="28"/>
          <w:rtl/>
        </w:rPr>
      </w:pPr>
      <w:r>
        <w:rPr>
          <w:rFonts w:ascii="Sakkal Majalla" w:hAnsi="Sakkal Majalla" w:cs="Sakkal Majalla" w:hint="cs"/>
          <w:sz w:val="28"/>
          <w:szCs w:val="28"/>
          <w:rtl/>
        </w:rPr>
        <w:t xml:space="preserve">إستخدام منصات التواصل الأجتماعي الرقمية في تحليل البيانات وفهم سلوك العملاء أدى الى تحسين كبير في أداء الأعمال التجارية </w:t>
      </w:r>
    </w:p>
    <w:p w14:paraId="342C9096" w14:textId="3964215E" w:rsidR="00E26D25" w:rsidRDefault="00E26D25" w:rsidP="008745F2">
      <w:pPr>
        <w:spacing w:line="360" w:lineRule="auto"/>
        <w:ind w:left="720"/>
        <w:jc w:val="right"/>
        <w:rPr>
          <w:rFonts w:ascii="Sakkal Majalla" w:hAnsi="Sakkal Majalla" w:cs="Sakkal Majalla"/>
          <w:sz w:val="28"/>
          <w:szCs w:val="28"/>
          <w:rtl/>
        </w:rPr>
      </w:pPr>
      <w:r>
        <w:rPr>
          <w:rFonts w:ascii="Sakkal Majalla" w:hAnsi="Sakkal Majalla" w:cs="Sakkal Majalla" w:hint="cs"/>
          <w:sz w:val="28"/>
          <w:szCs w:val="28"/>
          <w:rtl/>
        </w:rPr>
        <w:t xml:space="preserve">الهواتف الذكية المتصلة بالأنترنت أصبحت في متناول الجميع , وهذا يعني ضرورة التركيز على تحسين تجربة العملاء من خلال تخصيص حملات ملائمة </w:t>
      </w:r>
    </w:p>
    <w:p w14:paraId="14C20C03" w14:textId="06A5BDC6" w:rsidR="00E26D25" w:rsidRDefault="00784E24" w:rsidP="008745F2">
      <w:pPr>
        <w:spacing w:line="360" w:lineRule="auto"/>
        <w:ind w:left="720"/>
        <w:jc w:val="right"/>
        <w:rPr>
          <w:rFonts w:ascii="Sakkal Majalla" w:hAnsi="Sakkal Majalla" w:cs="Sakkal Majalla"/>
          <w:sz w:val="28"/>
          <w:szCs w:val="28"/>
          <w:rtl/>
        </w:rPr>
      </w:pPr>
      <w:r>
        <w:rPr>
          <w:rFonts w:ascii="Sakkal Majalla" w:hAnsi="Sakkal Majalla" w:cs="Sakkal Majalla" w:hint="cs"/>
          <w:sz w:val="28"/>
          <w:szCs w:val="28"/>
          <w:rtl/>
        </w:rPr>
        <w:t xml:space="preserve">التواجد الرقمي للعلامات التجارية أصبح من المسّلمات في عصرنا الرقمي </w:t>
      </w:r>
    </w:p>
    <w:p w14:paraId="2D3F82E8" w14:textId="1DCB0AD2" w:rsidR="00E26D25" w:rsidRDefault="00E26D25" w:rsidP="008745F2">
      <w:pPr>
        <w:spacing w:line="360" w:lineRule="auto"/>
        <w:ind w:left="720"/>
        <w:jc w:val="right"/>
        <w:rPr>
          <w:rFonts w:ascii="Sakkal Majalla" w:hAnsi="Sakkal Majalla" w:cs="Sakkal Majalla"/>
          <w:sz w:val="28"/>
          <w:szCs w:val="28"/>
          <w:rtl/>
        </w:rPr>
      </w:pPr>
      <w:r>
        <w:rPr>
          <w:rFonts w:ascii="Sakkal Majalla" w:hAnsi="Sakkal Majalla" w:cs="Sakkal Majalla" w:hint="cs"/>
          <w:sz w:val="28"/>
          <w:szCs w:val="28"/>
          <w:rtl/>
        </w:rPr>
        <w:t>الآراء والمراجعات عبر الأنترنت تؤثر بشكل كبير سلباً او إيج</w:t>
      </w:r>
      <w:r w:rsidR="009E56BD">
        <w:rPr>
          <w:rFonts w:ascii="Sakkal Majalla" w:hAnsi="Sakkal Majalla" w:cs="Sakkal Majalla" w:hint="cs"/>
          <w:sz w:val="28"/>
          <w:szCs w:val="28"/>
          <w:rtl/>
        </w:rPr>
        <w:t>اباً</w:t>
      </w:r>
      <w:r>
        <w:rPr>
          <w:rFonts w:ascii="Sakkal Majalla" w:hAnsi="Sakkal Majalla" w:cs="Sakkal Majalla" w:hint="cs"/>
          <w:sz w:val="28"/>
          <w:szCs w:val="28"/>
          <w:rtl/>
        </w:rPr>
        <w:t xml:space="preserve"> في قرارات الشراء </w:t>
      </w:r>
    </w:p>
    <w:p w14:paraId="3FC3E787" w14:textId="77777777" w:rsidR="00784E24" w:rsidRDefault="00784E24" w:rsidP="008745F2">
      <w:pPr>
        <w:spacing w:line="360" w:lineRule="auto"/>
        <w:ind w:left="720"/>
        <w:jc w:val="right"/>
        <w:rPr>
          <w:rFonts w:ascii="Sakkal Majalla" w:hAnsi="Sakkal Majalla" w:cs="Sakkal Majalla"/>
          <w:sz w:val="28"/>
          <w:szCs w:val="28"/>
          <w:rtl/>
        </w:rPr>
      </w:pPr>
      <w:r>
        <w:rPr>
          <w:rFonts w:ascii="Sakkal Majalla" w:hAnsi="Sakkal Majalla" w:cs="Sakkal Majalla" w:hint="cs"/>
          <w:sz w:val="28"/>
          <w:szCs w:val="28"/>
          <w:rtl/>
        </w:rPr>
        <w:t xml:space="preserve">التحول الرقمي في الأعمال التجارية صنع قيمة تنافسية عالية </w:t>
      </w:r>
    </w:p>
    <w:p w14:paraId="688E04DF" w14:textId="047ADD32" w:rsidR="00E26D25" w:rsidRDefault="00784E24" w:rsidP="008745F2">
      <w:pPr>
        <w:spacing w:line="360" w:lineRule="auto"/>
        <w:ind w:left="720"/>
        <w:jc w:val="right"/>
        <w:rPr>
          <w:rFonts w:ascii="Sakkal Majalla" w:hAnsi="Sakkal Majalla" w:cs="Sakkal Majalla"/>
          <w:sz w:val="28"/>
          <w:szCs w:val="28"/>
          <w:rtl/>
        </w:rPr>
      </w:pPr>
      <w:r>
        <w:rPr>
          <w:rFonts w:ascii="Sakkal Majalla" w:hAnsi="Sakkal Majalla" w:cs="Sakkal Majalla" w:hint="cs"/>
          <w:sz w:val="28"/>
          <w:szCs w:val="28"/>
          <w:rtl/>
        </w:rPr>
        <w:t xml:space="preserve">ريادة الأعمال الرقمية تقدم فرص واعدة وتعزز الكفاءة التشغيلية </w:t>
      </w:r>
      <w:r w:rsidR="00E26D25">
        <w:rPr>
          <w:rFonts w:ascii="Sakkal Majalla" w:hAnsi="Sakkal Majalla" w:cs="Sakkal Majalla" w:hint="cs"/>
          <w:sz w:val="28"/>
          <w:szCs w:val="28"/>
          <w:rtl/>
        </w:rPr>
        <w:t xml:space="preserve"> </w:t>
      </w:r>
    </w:p>
    <w:p w14:paraId="639629C2" w14:textId="1AD8EA81" w:rsidR="00E26D25" w:rsidRDefault="00E26D25" w:rsidP="008745F2">
      <w:pPr>
        <w:spacing w:line="360" w:lineRule="auto"/>
        <w:ind w:left="720"/>
        <w:jc w:val="right"/>
        <w:rPr>
          <w:rFonts w:ascii="Sakkal Majalla" w:hAnsi="Sakkal Majalla" w:cs="Sakkal Majalla"/>
          <w:sz w:val="28"/>
          <w:szCs w:val="28"/>
          <w:rtl/>
        </w:rPr>
      </w:pPr>
    </w:p>
    <w:p w14:paraId="76DE50AC" w14:textId="77777777" w:rsidR="00FB6DC5" w:rsidRDefault="00FB6DC5" w:rsidP="001525A4">
      <w:pPr>
        <w:spacing w:line="360" w:lineRule="auto"/>
        <w:rPr>
          <w:rFonts w:ascii="Sakkal Majalla" w:hAnsi="Sakkal Majalla" w:cs="Sakkal Majalla"/>
          <w:sz w:val="28"/>
          <w:szCs w:val="28"/>
          <w:rtl/>
        </w:rPr>
      </w:pPr>
    </w:p>
    <w:p w14:paraId="7FE3A55F" w14:textId="77777777" w:rsidR="0041436E" w:rsidRDefault="0041436E" w:rsidP="001525A4">
      <w:pPr>
        <w:spacing w:line="360" w:lineRule="auto"/>
        <w:rPr>
          <w:rFonts w:ascii="Sakkal Majalla" w:hAnsi="Sakkal Majalla" w:cs="Sakkal Majalla"/>
          <w:sz w:val="28"/>
          <w:szCs w:val="28"/>
          <w:rtl/>
        </w:rPr>
      </w:pPr>
    </w:p>
    <w:p w14:paraId="11B3F790" w14:textId="77777777" w:rsidR="0041436E" w:rsidRDefault="0041436E" w:rsidP="001525A4">
      <w:pPr>
        <w:spacing w:line="360" w:lineRule="auto"/>
        <w:rPr>
          <w:rFonts w:ascii="Sakkal Majalla" w:hAnsi="Sakkal Majalla" w:cs="Sakkal Majalla"/>
          <w:sz w:val="28"/>
          <w:szCs w:val="28"/>
          <w:rtl/>
        </w:rPr>
      </w:pPr>
    </w:p>
    <w:p w14:paraId="19F62F60" w14:textId="77777777" w:rsidR="0041436E" w:rsidRDefault="0041436E" w:rsidP="001525A4">
      <w:pPr>
        <w:spacing w:line="360" w:lineRule="auto"/>
        <w:rPr>
          <w:rFonts w:ascii="Sakkal Majalla" w:hAnsi="Sakkal Majalla" w:cs="Sakkal Majalla"/>
          <w:sz w:val="28"/>
          <w:szCs w:val="28"/>
          <w:rtl/>
        </w:rPr>
      </w:pPr>
    </w:p>
    <w:p w14:paraId="309A2C2F" w14:textId="77777777" w:rsidR="0041436E" w:rsidRDefault="0041436E" w:rsidP="001525A4">
      <w:pPr>
        <w:spacing w:line="360" w:lineRule="auto"/>
        <w:rPr>
          <w:rFonts w:ascii="Sakkal Majalla" w:hAnsi="Sakkal Majalla" w:cs="Sakkal Majalla"/>
          <w:sz w:val="28"/>
          <w:szCs w:val="28"/>
          <w:rtl/>
        </w:rPr>
      </w:pPr>
    </w:p>
    <w:p w14:paraId="319147CC" w14:textId="77777777" w:rsidR="0041436E" w:rsidRDefault="0041436E" w:rsidP="001525A4">
      <w:pPr>
        <w:spacing w:line="360" w:lineRule="auto"/>
        <w:rPr>
          <w:rFonts w:ascii="Sakkal Majalla" w:hAnsi="Sakkal Majalla" w:cs="Sakkal Majalla"/>
          <w:sz w:val="28"/>
          <w:szCs w:val="28"/>
          <w:rtl/>
        </w:rPr>
      </w:pPr>
    </w:p>
    <w:p w14:paraId="1694BF02" w14:textId="799B4AC2" w:rsidR="00445FFB" w:rsidRPr="00761103" w:rsidRDefault="00FB6DC5" w:rsidP="00445FFB">
      <w:pPr>
        <w:spacing w:line="360" w:lineRule="auto"/>
        <w:ind w:left="720"/>
        <w:jc w:val="right"/>
        <w:rPr>
          <w:rFonts w:ascii="Sakkal Majalla" w:hAnsi="Sakkal Majalla" w:cs="Sakkal Majalla"/>
          <w:b/>
          <w:bCs/>
          <w:sz w:val="36"/>
          <w:szCs w:val="36"/>
          <w:rtl/>
        </w:rPr>
      </w:pPr>
      <w:r w:rsidRPr="00761103">
        <w:rPr>
          <w:rFonts w:ascii="Sakkal Majalla" w:hAnsi="Sakkal Majalla" w:cs="Sakkal Majalla" w:hint="cs"/>
          <w:b/>
          <w:bCs/>
          <w:sz w:val="36"/>
          <w:szCs w:val="36"/>
          <w:rtl/>
        </w:rPr>
        <w:t>مشكلة الدراسة :</w:t>
      </w:r>
    </w:p>
    <w:p w14:paraId="6387D4AB" w14:textId="5C92D902" w:rsidR="00150709" w:rsidRPr="00150709" w:rsidRDefault="00150709" w:rsidP="00150709">
      <w:pPr>
        <w:spacing w:line="360" w:lineRule="auto"/>
        <w:jc w:val="right"/>
        <w:rPr>
          <w:rFonts w:ascii="Sakkal Majalla" w:hAnsi="Sakkal Majalla" w:cs="Sakkal Majalla"/>
          <w:sz w:val="28"/>
          <w:szCs w:val="28"/>
        </w:rPr>
      </w:pPr>
      <w:r w:rsidRPr="00150709">
        <w:rPr>
          <w:rFonts w:ascii="Sakkal Majalla" w:hAnsi="Sakkal Majalla" w:cs="Sakkal Majalla"/>
          <w:sz w:val="28"/>
          <w:szCs w:val="28"/>
          <w:rtl/>
        </w:rPr>
        <w:t>مع تقدم التكنولوجيا الرقمية</w:t>
      </w:r>
      <w:r w:rsidR="0041436E">
        <w:rPr>
          <w:rFonts w:ascii="Sakkal Majalla" w:hAnsi="Sakkal Majalla" w:cs="Sakkal Majalla" w:hint="cs"/>
          <w:sz w:val="28"/>
          <w:szCs w:val="28"/>
          <w:rtl/>
        </w:rPr>
        <w:t xml:space="preserve"> والوسائ</w:t>
      </w:r>
      <w:r w:rsidR="00B42D46">
        <w:rPr>
          <w:rFonts w:ascii="Sakkal Majalla" w:hAnsi="Sakkal Majalla" w:cs="Sakkal Majalla" w:hint="cs"/>
          <w:sz w:val="28"/>
          <w:szCs w:val="28"/>
          <w:rtl/>
        </w:rPr>
        <w:t>ط</w:t>
      </w:r>
      <w:r w:rsidR="0041436E">
        <w:rPr>
          <w:rFonts w:ascii="Sakkal Majalla" w:hAnsi="Sakkal Majalla" w:cs="Sakkal Majalla" w:hint="cs"/>
          <w:sz w:val="28"/>
          <w:szCs w:val="28"/>
          <w:rtl/>
        </w:rPr>
        <w:t xml:space="preserve"> الرقمية</w:t>
      </w:r>
      <w:r w:rsidRPr="00150709">
        <w:rPr>
          <w:rFonts w:ascii="Sakkal Majalla" w:hAnsi="Sakkal Majalla" w:cs="Sakkal Majalla"/>
          <w:sz w:val="28"/>
          <w:szCs w:val="28"/>
          <w:rtl/>
        </w:rPr>
        <w:t xml:space="preserve"> وانتشار استخدام الإنترنت، أصبح الإعلام الرقمي أساسًا لنمو </w:t>
      </w:r>
      <w:r w:rsidR="0041436E">
        <w:rPr>
          <w:rFonts w:ascii="Sakkal Majalla" w:hAnsi="Sakkal Majalla" w:cs="Sakkal Majalla" w:hint="cs"/>
          <w:sz w:val="28"/>
          <w:szCs w:val="28"/>
          <w:rtl/>
        </w:rPr>
        <w:t xml:space="preserve">على الصعيد </w:t>
      </w:r>
      <w:r w:rsidRPr="00150709">
        <w:rPr>
          <w:rFonts w:ascii="Sakkal Majalla" w:hAnsi="Sakkal Majalla" w:cs="Sakkal Majalla"/>
          <w:sz w:val="28"/>
          <w:szCs w:val="28"/>
          <w:rtl/>
        </w:rPr>
        <w:t>الاقتصاد</w:t>
      </w:r>
      <w:r w:rsidR="0041436E">
        <w:rPr>
          <w:rFonts w:ascii="Sakkal Majalla" w:hAnsi="Sakkal Majalla" w:cs="Sakkal Majalla" w:hint="cs"/>
          <w:sz w:val="28"/>
          <w:szCs w:val="28"/>
          <w:rtl/>
        </w:rPr>
        <w:t>ي</w:t>
      </w:r>
      <w:r w:rsidRPr="00150709">
        <w:rPr>
          <w:rFonts w:ascii="Sakkal Majalla" w:hAnsi="Sakkal Majalla" w:cs="Sakkal Majalla"/>
          <w:sz w:val="28"/>
          <w:szCs w:val="28"/>
          <w:rtl/>
        </w:rPr>
        <w:t xml:space="preserve"> وزيادة المبيعات وتوسيع قاعدة ال</w:t>
      </w:r>
      <w:r w:rsidR="0041436E">
        <w:rPr>
          <w:rFonts w:ascii="Sakkal Majalla" w:hAnsi="Sakkal Majalla" w:cs="Sakkal Majalla" w:hint="cs"/>
          <w:sz w:val="28"/>
          <w:szCs w:val="28"/>
          <w:rtl/>
        </w:rPr>
        <w:t xml:space="preserve">جمهور او العملاء </w:t>
      </w:r>
      <w:r w:rsidRPr="00150709">
        <w:rPr>
          <w:rFonts w:ascii="Sakkal Majalla" w:hAnsi="Sakkal Majalla" w:cs="Sakkal Majalla"/>
          <w:sz w:val="28"/>
          <w:szCs w:val="28"/>
          <w:rtl/>
        </w:rPr>
        <w:t xml:space="preserve">. </w:t>
      </w:r>
      <w:r w:rsidR="0041436E">
        <w:rPr>
          <w:rFonts w:ascii="Sakkal Majalla" w:hAnsi="Sakkal Majalla" w:cs="Sakkal Majalla" w:hint="cs"/>
          <w:sz w:val="28"/>
          <w:szCs w:val="28"/>
          <w:rtl/>
        </w:rPr>
        <w:t>ولكن و</w:t>
      </w:r>
      <w:r w:rsidRPr="00150709">
        <w:rPr>
          <w:rFonts w:ascii="Sakkal Majalla" w:hAnsi="Sakkal Majalla" w:cs="Sakkal Majalla"/>
          <w:sz w:val="28"/>
          <w:szCs w:val="28"/>
          <w:rtl/>
        </w:rPr>
        <w:t xml:space="preserve">على الرغم من الفوائد الكبيرة التي يمكن أن </w:t>
      </w:r>
      <w:r w:rsidR="0041436E">
        <w:rPr>
          <w:rFonts w:ascii="Sakkal Majalla" w:hAnsi="Sakkal Majalla" w:cs="Sakkal Majalla" w:hint="cs"/>
          <w:sz w:val="28"/>
          <w:szCs w:val="28"/>
          <w:rtl/>
        </w:rPr>
        <w:t>ت</w:t>
      </w:r>
      <w:r w:rsidRPr="00150709">
        <w:rPr>
          <w:rFonts w:ascii="Sakkal Majalla" w:hAnsi="Sakkal Majalla" w:cs="Sakkal Majalla"/>
          <w:sz w:val="28"/>
          <w:szCs w:val="28"/>
          <w:rtl/>
        </w:rPr>
        <w:t>جنيها القطاع</w:t>
      </w:r>
      <w:r w:rsidR="0041436E">
        <w:rPr>
          <w:rFonts w:ascii="Sakkal Majalla" w:hAnsi="Sakkal Majalla" w:cs="Sakkal Majalla" w:hint="cs"/>
          <w:sz w:val="28"/>
          <w:szCs w:val="28"/>
          <w:rtl/>
        </w:rPr>
        <w:t>ات</w:t>
      </w:r>
      <w:r w:rsidRPr="00150709">
        <w:rPr>
          <w:rFonts w:ascii="Sakkal Majalla" w:hAnsi="Sakkal Majalla" w:cs="Sakkal Majalla"/>
          <w:sz w:val="28"/>
          <w:szCs w:val="28"/>
          <w:rtl/>
        </w:rPr>
        <w:t xml:space="preserve"> التجاري</w:t>
      </w:r>
      <w:r w:rsidR="0041436E">
        <w:rPr>
          <w:rFonts w:ascii="Sakkal Majalla" w:hAnsi="Sakkal Majalla" w:cs="Sakkal Majalla" w:hint="cs"/>
          <w:sz w:val="28"/>
          <w:szCs w:val="28"/>
          <w:rtl/>
        </w:rPr>
        <w:t>ة</w:t>
      </w:r>
      <w:r w:rsidRPr="00150709">
        <w:rPr>
          <w:rFonts w:ascii="Sakkal Majalla" w:hAnsi="Sakkal Majalla" w:cs="Sakkal Majalla"/>
          <w:sz w:val="28"/>
          <w:szCs w:val="28"/>
          <w:rtl/>
        </w:rPr>
        <w:t xml:space="preserve"> من تبني استراتيجيات الإعلام الرقمي</w:t>
      </w:r>
      <w:r w:rsidR="0041436E">
        <w:rPr>
          <w:rFonts w:ascii="Sakkal Majalla" w:hAnsi="Sakkal Majalla" w:cs="Sakkal Majalla" w:hint="cs"/>
          <w:sz w:val="28"/>
          <w:szCs w:val="28"/>
          <w:rtl/>
        </w:rPr>
        <w:t xml:space="preserve"> او الوسائط الرقمية</w:t>
      </w:r>
      <w:r w:rsidRPr="00150709">
        <w:rPr>
          <w:rFonts w:ascii="Sakkal Majalla" w:hAnsi="Sakkal Majalla" w:cs="Sakkal Majalla"/>
          <w:sz w:val="28"/>
          <w:szCs w:val="28"/>
          <w:rtl/>
        </w:rPr>
        <w:t xml:space="preserve">، </w:t>
      </w:r>
      <w:r>
        <w:rPr>
          <w:rFonts w:ascii="Sakkal Majalla" w:hAnsi="Sakkal Majalla" w:cs="Sakkal Majalla" w:hint="cs"/>
          <w:sz w:val="28"/>
          <w:szCs w:val="28"/>
          <w:rtl/>
        </w:rPr>
        <w:t>لازالت</w:t>
      </w:r>
      <w:r w:rsidRPr="00150709">
        <w:rPr>
          <w:rFonts w:ascii="Sakkal Majalla" w:hAnsi="Sakkal Majalla" w:cs="Sakkal Majalla"/>
          <w:sz w:val="28"/>
          <w:szCs w:val="28"/>
          <w:rtl/>
        </w:rPr>
        <w:t xml:space="preserve"> الشركات </w:t>
      </w:r>
      <w:r>
        <w:rPr>
          <w:rFonts w:ascii="Sakkal Majalla" w:hAnsi="Sakkal Majalla" w:cs="Sakkal Majalla" w:hint="cs"/>
          <w:sz w:val="28"/>
          <w:szCs w:val="28"/>
          <w:rtl/>
        </w:rPr>
        <w:t xml:space="preserve">تواجه </w:t>
      </w:r>
      <w:r w:rsidRPr="00150709">
        <w:rPr>
          <w:rFonts w:ascii="Sakkal Majalla" w:hAnsi="Sakkal Majalla" w:cs="Sakkal Majalla"/>
          <w:sz w:val="28"/>
          <w:szCs w:val="28"/>
          <w:rtl/>
        </w:rPr>
        <w:t>العديد من ال</w:t>
      </w:r>
      <w:r w:rsidR="0041436E">
        <w:rPr>
          <w:rFonts w:ascii="Sakkal Majalla" w:hAnsi="Sakkal Majalla" w:cs="Sakkal Majalla" w:hint="cs"/>
          <w:sz w:val="28"/>
          <w:szCs w:val="28"/>
          <w:rtl/>
        </w:rPr>
        <w:t xml:space="preserve">عقبات </w:t>
      </w:r>
      <w:r w:rsidRPr="00150709">
        <w:rPr>
          <w:rFonts w:ascii="Sakkal Majalla" w:hAnsi="Sakkal Majalla" w:cs="Sakkal Majalla"/>
          <w:sz w:val="28"/>
          <w:szCs w:val="28"/>
          <w:rtl/>
        </w:rPr>
        <w:t>والمشكلات في هذا السياق</w:t>
      </w:r>
      <w:r>
        <w:rPr>
          <w:rFonts w:ascii="Sakkal Majalla" w:hAnsi="Sakkal Majalla" w:cs="Sakkal Majalla" w:hint="cs"/>
          <w:sz w:val="28"/>
          <w:szCs w:val="28"/>
          <w:rtl/>
        </w:rPr>
        <w:t xml:space="preserve"> , </w:t>
      </w:r>
      <w:r w:rsidRPr="00150709">
        <w:rPr>
          <w:rFonts w:ascii="Sakkal Majalla" w:hAnsi="Sakkal Majalla" w:cs="Sakkal Majalla"/>
          <w:sz w:val="28"/>
          <w:szCs w:val="28"/>
          <w:rtl/>
        </w:rPr>
        <w:t xml:space="preserve">تنبع مشكلة </w:t>
      </w:r>
      <w:r w:rsidR="0041436E">
        <w:rPr>
          <w:rFonts w:ascii="Sakkal Majalla" w:hAnsi="Sakkal Majalla" w:cs="Sakkal Majalla" w:hint="cs"/>
          <w:sz w:val="28"/>
          <w:szCs w:val="28"/>
          <w:rtl/>
        </w:rPr>
        <w:t xml:space="preserve">هذه </w:t>
      </w:r>
      <w:r w:rsidRPr="00150709">
        <w:rPr>
          <w:rFonts w:ascii="Sakkal Majalla" w:hAnsi="Sakkal Majalla" w:cs="Sakkal Majalla"/>
          <w:sz w:val="28"/>
          <w:szCs w:val="28"/>
          <w:rtl/>
        </w:rPr>
        <w:t xml:space="preserve">الدراسة من الحاجة إلى فهم أعمق لكيفية الاستفادة الفعّالة من </w:t>
      </w:r>
      <w:r w:rsidR="0041436E">
        <w:rPr>
          <w:rFonts w:ascii="Sakkal Majalla" w:hAnsi="Sakkal Majalla" w:cs="Sakkal Majalla" w:hint="cs"/>
          <w:sz w:val="28"/>
          <w:szCs w:val="28"/>
          <w:rtl/>
        </w:rPr>
        <w:t xml:space="preserve">الوسائط الرقمية </w:t>
      </w:r>
      <w:r w:rsidRPr="00150709">
        <w:rPr>
          <w:rFonts w:ascii="Sakkal Majalla" w:hAnsi="Sakkal Majalla" w:cs="Sakkal Majalla"/>
          <w:sz w:val="28"/>
          <w:szCs w:val="28"/>
          <w:rtl/>
        </w:rPr>
        <w:t xml:space="preserve"> لتحقيق النمو في القطاع</w:t>
      </w:r>
      <w:r w:rsidR="0041436E">
        <w:rPr>
          <w:rFonts w:ascii="Sakkal Majalla" w:hAnsi="Sakkal Majalla" w:cs="Sakkal Majalla" w:hint="cs"/>
          <w:sz w:val="28"/>
          <w:szCs w:val="28"/>
          <w:rtl/>
        </w:rPr>
        <w:t>ات</w:t>
      </w:r>
      <w:r w:rsidRPr="00150709">
        <w:rPr>
          <w:rFonts w:ascii="Sakkal Majalla" w:hAnsi="Sakkal Majalla" w:cs="Sakkal Majalla"/>
          <w:sz w:val="28"/>
          <w:szCs w:val="28"/>
          <w:rtl/>
        </w:rPr>
        <w:t xml:space="preserve"> التجاري</w:t>
      </w:r>
      <w:r w:rsidR="0041436E">
        <w:rPr>
          <w:rFonts w:ascii="Sakkal Majalla" w:hAnsi="Sakkal Majalla" w:cs="Sakkal Majalla" w:hint="cs"/>
          <w:sz w:val="28"/>
          <w:szCs w:val="28"/>
          <w:rtl/>
        </w:rPr>
        <w:t>ة</w:t>
      </w:r>
      <w:r w:rsidRPr="00150709">
        <w:rPr>
          <w:rFonts w:ascii="Sakkal Majalla" w:hAnsi="Sakkal Majalla" w:cs="Sakkal Majalla"/>
          <w:sz w:val="28"/>
          <w:szCs w:val="28"/>
          <w:rtl/>
        </w:rPr>
        <w:t>، بالإضافة إلى مواكبة التحديثات المستمرة وإدارة وتحليل البيانات بشكل فعّال وآمن</w:t>
      </w:r>
      <w:r w:rsidR="0041436E">
        <w:rPr>
          <w:rFonts w:ascii="Sakkal Majalla" w:hAnsi="Sakkal Majalla" w:cs="Sakkal Majalla" w:hint="cs"/>
          <w:sz w:val="28"/>
          <w:szCs w:val="28"/>
          <w:rtl/>
        </w:rPr>
        <w:t xml:space="preserve"> .</w:t>
      </w:r>
    </w:p>
    <w:p w14:paraId="6CF68B72" w14:textId="77777777" w:rsidR="00150709" w:rsidRPr="00150709" w:rsidRDefault="00150709" w:rsidP="00150709">
      <w:pPr>
        <w:spacing w:line="360" w:lineRule="auto"/>
        <w:jc w:val="right"/>
        <w:rPr>
          <w:rFonts w:ascii="Sakkal Majalla" w:hAnsi="Sakkal Majalla" w:cs="Sakkal Majalla"/>
          <w:vanish/>
          <w:sz w:val="28"/>
          <w:szCs w:val="28"/>
        </w:rPr>
      </w:pPr>
      <w:r w:rsidRPr="00150709">
        <w:rPr>
          <w:rFonts w:ascii="Sakkal Majalla" w:hAnsi="Sakkal Majalla" w:cs="Sakkal Majalla"/>
          <w:vanish/>
          <w:sz w:val="28"/>
          <w:szCs w:val="28"/>
          <w:rtl/>
        </w:rPr>
        <w:t>أعلى النموذج</w:t>
      </w:r>
    </w:p>
    <w:p w14:paraId="495080C3" w14:textId="77777777" w:rsidR="00150709" w:rsidRPr="00150709" w:rsidRDefault="00150709" w:rsidP="00150709">
      <w:pPr>
        <w:spacing w:line="360" w:lineRule="auto"/>
        <w:jc w:val="right"/>
        <w:rPr>
          <w:rFonts w:ascii="Sakkal Majalla" w:hAnsi="Sakkal Majalla" w:cs="Sakkal Majalla"/>
          <w:vanish/>
          <w:sz w:val="28"/>
          <w:szCs w:val="28"/>
        </w:rPr>
      </w:pPr>
      <w:r w:rsidRPr="00150709">
        <w:rPr>
          <w:rFonts w:ascii="Sakkal Majalla" w:hAnsi="Sakkal Majalla" w:cs="Sakkal Majalla"/>
          <w:vanish/>
          <w:sz w:val="28"/>
          <w:szCs w:val="28"/>
          <w:rtl/>
        </w:rPr>
        <w:t>أسفل النموذج</w:t>
      </w:r>
    </w:p>
    <w:p w14:paraId="5FA18F24" w14:textId="77777777" w:rsidR="008745F2" w:rsidRDefault="008745F2" w:rsidP="00DB17E9">
      <w:pPr>
        <w:spacing w:line="360" w:lineRule="auto"/>
        <w:jc w:val="right"/>
        <w:rPr>
          <w:rFonts w:ascii="Sakkal Majalla" w:hAnsi="Sakkal Majalla" w:cs="Sakkal Majalla"/>
          <w:sz w:val="28"/>
          <w:szCs w:val="28"/>
          <w:rtl/>
        </w:rPr>
      </w:pPr>
    </w:p>
    <w:p w14:paraId="52A45408" w14:textId="158EE46D" w:rsidR="00761103" w:rsidRDefault="00761103" w:rsidP="00DB17E9">
      <w:pPr>
        <w:spacing w:line="360" w:lineRule="auto"/>
        <w:jc w:val="right"/>
        <w:rPr>
          <w:rFonts w:ascii="Sakkal Majalla" w:hAnsi="Sakkal Majalla" w:cs="Sakkal Majalla"/>
          <w:b/>
          <w:bCs/>
          <w:sz w:val="36"/>
          <w:szCs w:val="36"/>
          <w:rtl/>
        </w:rPr>
      </w:pPr>
      <w:r w:rsidRPr="00761103">
        <w:rPr>
          <w:rFonts w:ascii="Sakkal Majalla" w:hAnsi="Sakkal Majalla" w:cs="Sakkal Majalla" w:hint="cs"/>
          <w:b/>
          <w:bCs/>
          <w:sz w:val="36"/>
          <w:szCs w:val="36"/>
          <w:rtl/>
        </w:rPr>
        <w:t>تساؤلات الدراسة :</w:t>
      </w:r>
    </w:p>
    <w:p w14:paraId="26754145" w14:textId="2F091D3C" w:rsidR="00761103" w:rsidRPr="00C37581" w:rsidRDefault="00FB268E" w:rsidP="00DB17E9">
      <w:pPr>
        <w:spacing w:line="360" w:lineRule="auto"/>
        <w:jc w:val="right"/>
        <w:rPr>
          <w:rFonts w:ascii="Sakkal Majalla" w:hAnsi="Sakkal Majalla" w:cs="Sakkal Majalla"/>
          <w:sz w:val="28"/>
          <w:szCs w:val="28"/>
          <w:rtl/>
        </w:rPr>
      </w:pPr>
      <w:r w:rsidRPr="00C37581">
        <w:rPr>
          <w:rFonts w:ascii="Sakkal Majalla" w:hAnsi="Sakkal Majalla" w:cs="Sakkal Majalla" w:hint="cs"/>
          <w:sz w:val="28"/>
          <w:szCs w:val="28"/>
          <w:rtl/>
        </w:rPr>
        <w:t>توجد العديد من التساؤلات الهامة التي تنبثق من مشكلة الدراسة التي توضح علاقة الإعلام الرقمي المركزية في النمو التجاري في عصرنا الحالي ,وهي كالتالي :</w:t>
      </w:r>
    </w:p>
    <w:p w14:paraId="79DFF248" w14:textId="77777777" w:rsidR="00FB268E" w:rsidRPr="00C37581" w:rsidRDefault="00FB268E" w:rsidP="00DB17E9">
      <w:pPr>
        <w:spacing w:line="360" w:lineRule="auto"/>
        <w:jc w:val="right"/>
        <w:rPr>
          <w:rFonts w:ascii="Sakkal Majalla" w:hAnsi="Sakkal Majalla" w:cs="Sakkal Majalla"/>
          <w:sz w:val="28"/>
          <w:szCs w:val="28"/>
          <w:rtl/>
        </w:rPr>
      </w:pPr>
    </w:p>
    <w:p w14:paraId="0FCF7872" w14:textId="3C287162" w:rsidR="00FB268E" w:rsidRPr="00C37581" w:rsidRDefault="00FB268E" w:rsidP="00DB17E9">
      <w:pPr>
        <w:spacing w:line="360" w:lineRule="auto"/>
        <w:jc w:val="right"/>
        <w:rPr>
          <w:rFonts w:ascii="Sakkal Majalla" w:hAnsi="Sakkal Majalla" w:cs="Sakkal Majalla"/>
          <w:sz w:val="28"/>
          <w:szCs w:val="28"/>
          <w:rtl/>
        </w:rPr>
      </w:pPr>
      <w:r w:rsidRPr="00C37581">
        <w:rPr>
          <w:rFonts w:ascii="Sakkal Majalla" w:hAnsi="Sakkal Majalla" w:cs="Sakkal Majalla" w:hint="cs"/>
          <w:sz w:val="28"/>
          <w:szCs w:val="28"/>
          <w:rtl/>
        </w:rPr>
        <w:t xml:space="preserve">1-كيف يلعب الإعلام الرقمي واستراتيجياته </w:t>
      </w:r>
      <w:r w:rsidR="006F70E3" w:rsidRPr="00C37581">
        <w:rPr>
          <w:rFonts w:ascii="Sakkal Majalla" w:hAnsi="Sakkal Majalla" w:cs="Sakkal Majalla" w:hint="cs"/>
          <w:sz w:val="28"/>
          <w:szCs w:val="28"/>
          <w:rtl/>
        </w:rPr>
        <w:t xml:space="preserve">الدور الحقيقي في نمو الشركات والمؤسسات </w:t>
      </w:r>
    </w:p>
    <w:p w14:paraId="234E190F" w14:textId="6AB851D6" w:rsidR="006F70E3" w:rsidRPr="00C37581" w:rsidRDefault="006F70E3" w:rsidP="00DB17E9">
      <w:pPr>
        <w:spacing w:line="360" w:lineRule="auto"/>
        <w:jc w:val="right"/>
        <w:rPr>
          <w:rFonts w:ascii="Sakkal Majalla" w:hAnsi="Sakkal Majalla" w:cs="Sakkal Majalla"/>
          <w:sz w:val="28"/>
          <w:szCs w:val="28"/>
          <w:rtl/>
        </w:rPr>
      </w:pPr>
      <w:r w:rsidRPr="00C37581">
        <w:rPr>
          <w:rFonts w:ascii="Sakkal Majalla" w:hAnsi="Sakkal Majalla" w:cs="Sakkal Majalla" w:hint="cs"/>
          <w:sz w:val="28"/>
          <w:szCs w:val="28"/>
          <w:rtl/>
        </w:rPr>
        <w:t xml:space="preserve">2- أين تكمن الفروقات الجوهرية بين أدوات الإعلام الرقمي والإعلام التقليدي فيما يتعلق في دعم نمو الأعمال التجارية </w:t>
      </w:r>
      <w:r w:rsidR="00E731F1">
        <w:rPr>
          <w:rFonts w:ascii="Sakkal Majalla" w:hAnsi="Sakkal Majalla" w:cs="Sakkal Majalla" w:hint="cs"/>
          <w:sz w:val="28"/>
          <w:szCs w:val="28"/>
          <w:rtl/>
        </w:rPr>
        <w:t xml:space="preserve"> في العصر الرقمي</w:t>
      </w:r>
    </w:p>
    <w:p w14:paraId="1DD258DC" w14:textId="0A4A9EDE" w:rsidR="006F70E3" w:rsidRPr="00C37581" w:rsidRDefault="006F70E3" w:rsidP="00DB17E9">
      <w:pPr>
        <w:spacing w:line="360" w:lineRule="auto"/>
        <w:jc w:val="right"/>
        <w:rPr>
          <w:rFonts w:ascii="Sakkal Majalla" w:hAnsi="Sakkal Majalla" w:cs="Sakkal Majalla"/>
          <w:sz w:val="28"/>
          <w:szCs w:val="28"/>
          <w:rtl/>
        </w:rPr>
      </w:pPr>
      <w:r w:rsidRPr="00C37581">
        <w:rPr>
          <w:rFonts w:ascii="Sakkal Majalla" w:hAnsi="Sakkal Majalla" w:cs="Sakkal Majalla" w:hint="cs"/>
          <w:sz w:val="28"/>
          <w:szCs w:val="28"/>
          <w:rtl/>
        </w:rPr>
        <w:t xml:space="preserve">3- ماهي أبرز التحديات التي تواجه القطاع التجاري في البيئة الرقمية </w:t>
      </w:r>
    </w:p>
    <w:p w14:paraId="12136CDE" w14:textId="4AB7DA9D" w:rsidR="006F70E3" w:rsidRPr="00C37581" w:rsidRDefault="006F70E3" w:rsidP="00DB17E9">
      <w:pPr>
        <w:spacing w:line="360" w:lineRule="auto"/>
        <w:jc w:val="right"/>
        <w:rPr>
          <w:rFonts w:ascii="Sakkal Majalla" w:hAnsi="Sakkal Majalla" w:cs="Sakkal Majalla"/>
          <w:sz w:val="28"/>
          <w:szCs w:val="28"/>
          <w:rtl/>
        </w:rPr>
      </w:pPr>
      <w:r w:rsidRPr="00C37581">
        <w:rPr>
          <w:rFonts w:ascii="Sakkal Majalla" w:hAnsi="Sakkal Majalla" w:cs="Sakkal Majalla" w:hint="cs"/>
          <w:sz w:val="28"/>
          <w:szCs w:val="28"/>
          <w:rtl/>
        </w:rPr>
        <w:t xml:space="preserve">4- كيف يمكن التكيّف مع التغيرات التكنولوجية السريعة في البيئة الرقمية </w:t>
      </w:r>
    </w:p>
    <w:p w14:paraId="74980CFB" w14:textId="113EA325" w:rsidR="006F70E3" w:rsidRDefault="006F70E3" w:rsidP="00713E18">
      <w:pPr>
        <w:bidi/>
        <w:spacing w:line="360" w:lineRule="auto"/>
        <w:rPr>
          <w:rFonts w:ascii="Sakkal Majalla" w:hAnsi="Sakkal Majalla" w:cs="Sakkal Majalla"/>
          <w:sz w:val="28"/>
          <w:szCs w:val="28"/>
          <w:rtl/>
        </w:rPr>
      </w:pPr>
      <w:r w:rsidRPr="00C37581">
        <w:rPr>
          <w:rFonts w:ascii="Sakkal Majalla" w:hAnsi="Sakkal Majalla" w:cs="Sakkal Majalla" w:hint="cs"/>
          <w:sz w:val="28"/>
          <w:szCs w:val="28"/>
          <w:rtl/>
        </w:rPr>
        <w:lastRenderedPageBreak/>
        <w:t xml:space="preserve">5- </w:t>
      </w:r>
      <w:r w:rsidR="004E7CFE">
        <w:rPr>
          <w:rFonts w:ascii="Sakkal Majalla" w:hAnsi="Sakkal Majalla" w:cs="Sakkal Majalla" w:hint="cs"/>
          <w:sz w:val="28"/>
          <w:szCs w:val="28"/>
          <w:rtl/>
        </w:rPr>
        <w:t>ماهي الإستراتيجيات</w:t>
      </w:r>
      <w:r w:rsidR="00713E18">
        <w:rPr>
          <w:rFonts w:ascii="Sakkal Majalla" w:hAnsi="Sakkal Majalla" w:cs="Sakkal Majalla" w:hint="cs"/>
          <w:sz w:val="28"/>
          <w:szCs w:val="28"/>
          <w:rtl/>
        </w:rPr>
        <w:t xml:space="preserve"> التسويقية</w:t>
      </w:r>
      <w:r w:rsidR="0058114C">
        <w:rPr>
          <w:rFonts w:ascii="Sakkal Majalla" w:hAnsi="Sakkal Majalla" w:cs="Sakkal Majalla" w:hint="cs"/>
          <w:sz w:val="28"/>
          <w:szCs w:val="28"/>
          <w:rtl/>
        </w:rPr>
        <w:t xml:space="preserve"> عبر الوسائط</w:t>
      </w:r>
      <w:r w:rsidR="004E7CFE">
        <w:rPr>
          <w:rFonts w:ascii="Sakkal Majalla" w:hAnsi="Sakkal Majalla" w:cs="Sakkal Majalla" w:hint="cs"/>
          <w:sz w:val="28"/>
          <w:szCs w:val="28"/>
          <w:rtl/>
        </w:rPr>
        <w:t xml:space="preserve"> الرقمية </w:t>
      </w:r>
      <w:r w:rsidR="00713E18">
        <w:rPr>
          <w:rFonts w:ascii="Sakkal Majalla" w:hAnsi="Sakkal Majalla" w:cs="Sakkal Majalla" w:hint="cs"/>
          <w:sz w:val="28"/>
          <w:szCs w:val="28"/>
          <w:rtl/>
        </w:rPr>
        <w:t xml:space="preserve">الأفضل </w:t>
      </w:r>
      <w:r w:rsidR="004E7CFE">
        <w:rPr>
          <w:rFonts w:ascii="Sakkal Majalla" w:hAnsi="Sakkal Majalla" w:cs="Sakkal Majalla" w:hint="cs"/>
          <w:sz w:val="28"/>
          <w:szCs w:val="28"/>
          <w:rtl/>
        </w:rPr>
        <w:t xml:space="preserve">تحقيقاً </w:t>
      </w:r>
      <w:r w:rsidR="00713E18">
        <w:rPr>
          <w:rFonts w:ascii="Sakkal Majalla" w:hAnsi="Sakkal Majalla" w:cs="Sakkal Majalla" w:hint="cs"/>
          <w:sz w:val="28"/>
          <w:szCs w:val="28"/>
          <w:rtl/>
        </w:rPr>
        <w:t xml:space="preserve">للعائد على الإستثمار </w:t>
      </w:r>
    </w:p>
    <w:p w14:paraId="2FDBF59A" w14:textId="7E63337A" w:rsidR="004E7CFE" w:rsidRDefault="004E7CFE" w:rsidP="00DB17E9">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6- </w:t>
      </w:r>
      <w:r w:rsidRPr="00C37581">
        <w:rPr>
          <w:rFonts w:ascii="Sakkal Majalla" w:hAnsi="Sakkal Majalla" w:cs="Sakkal Majalla" w:hint="cs"/>
          <w:sz w:val="28"/>
          <w:szCs w:val="28"/>
          <w:rtl/>
        </w:rPr>
        <w:t xml:space="preserve">ما هي </w:t>
      </w:r>
      <w:r w:rsidR="00713E18">
        <w:rPr>
          <w:rFonts w:ascii="Sakkal Majalla" w:hAnsi="Sakkal Majalla" w:cs="Sakkal Majalla" w:hint="cs"/>
          <w:sz w:val="28"/>
          <w:szCs w:val="28"/>
          <w:rtl/>
        </w:rPr>
        <w:t>منصات وسائل التواصل الإجتماعي</w:t>
      </w:r>
      <w:r w:rsidRPr="00C37581">
        <w:rPr>
          <w:rFonts w:ascii="Sakkal Majalla" w:hAnsi="Sakkal Majalla" w:cs="Sakkal Majalla" w:hint="cs"/>
          <w:sz w:val="28"/>
          <w:szCs w:val="28"/>
          <w:rtl/>
        </w:rPr>
        <w:t xml:space="preserve"> الأكثر فاعلية في</w:t>
      </w:r>
      <w:r w:rsidR="00713E18">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C37581">
        <w:rPr>
          <w:rFonts w:ascii="Sakkal Majalla" w:hAnsi="Sakkal Majalla" w:cs="Sakkal Majalla" w:hint="cs"/>
          <w:sz w:val="28"/>
          <w:szCs w:val="28"/>
          <w:rtl/>
        </w:rPr>
        <w:t xml:space="preserve"> كسب العملاء </w:t>
      </w:r>
      <w:r>
        <w:rPr>
          <w:rFonts w:ascii="Sakkal Majalla" w:hAnsi="Sakkal Majalla" w:cs="Sakkal Majalla"/>
          <w:sz w:val="28"/>
          <w:szCs w:val="28"/>
          <w:rtl/>
        </w:rPr>
        <w:t>–</w:t>
      </w:r>
      <w:r>
        <w:rPr>
          <w:rFonts w:ascii="Sakkal Majalla" w:hAnsi="Sakkal Majalla" w:cs="Sakkal Majalla" w:hint="cs"/>
          <w:sz w:val="28"/>
          <w:szCs w:val="28"/>
          <w:rtl/>
        </w:rPr>
        <w:t xml:space="preserve"> زيادة الوعي بالعلامة التجارية </w:t>
      </w:r>
      <w:r>
        <w:rPr>
          <w:rFonts w:ascii="Sakkal Majalla" w:hAnsi="Sakkal Majalla" w:cs="Sakkal Majalla"/>
          <w:sz w:val="28"/>
          <w:szCs w:val="28"/>
          <w:rtl/>
        </w:rPr>
        <w:t>–</w:t>
      </w:r>
      <w:r>
        <w:rPr>
          <w:rFonts w:ascii="Sakkal Majalla" w:hAnsi="Sakkal Majalla" w:cs="Sakkal Majalla" w:hint="cs"/>
          <w:sz w:val="28"/>
          <w:szCs w:val="28"/>
          <w:rtl/>
        </w:rPr>
        <w:t xml:space="preserve"> زيادة المبيعات </w:t>
      </w:r>
      <w:r>
        <w:rPr>
          <w:rFonts w:ascii="Sakkal Majalla" w:hAnsi="Sakkal Majalla" w:cs="Sakkal Majalla"/>
          <w:sz w:val="28"/>
          <w:szCs w:val="28"/>
          <w:rtl/>
        </w:rPr>
        <w:t>–</w:t>
      </w:r>
      <w:r>
        <w:rPr>
          <w:rFonts w:ascii="Sakkal Majalla" w:hAnsi="Sakkal Majalla" w:cs="Sakkal Majalla" w:hint="cs"/>
          <w:sz w:val="28"/>
          <w:szCs w:val="28"/>
          <w:rtl/>
        </w:rPr>
        <w:t xml:space="preserve"> خدمة العملاء)</w:t>
      </w:r>
    </w:p>
    <w:p w14:paraId="1FC678B5" w14:textId="4500CF0E" w:rsidR="00713E18" w:rsidRDefault="00713E18" w:rsidP="00DB17E9">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7- هل المتاجر الرقمية </w:t>
      </w:r>
      <w:r w:rsidR="0058114C">
        <w:rPr>
          <w:rFonts w:ascii="Sakkal Majalla" w:hAnsi="Sakkal Majalla" w:cs="Sakkal Majalla" w:hint="cs"/>
          <w:sz w:val="28"/>
          <w:szCs w:val="28"/>
          <w:rtl/>
        </w:rPr>
        <w:t xml:space="preserve">أصبحت تتفوق في النمو مقارنةً بالمتاجر التقليدية في الوقت الحالي </w:t>
      </w:r>
    </w:p>
    <w:p w14:paraId="5B0BD646" w14:textId="77777777" w:rsidR="00836149" w:rsidRDefault="00836149" w:rsidP="00836149">
      <w:pPr>
        <w:bidi/>
        <w:spacing w:line="360" w:lineRule="auto"/>
        <w:rPr>
          <w:rFonts w:ascii="Sakkal Majalla" w:hAnsi="Sakkal Majalla" w:cs="Sakkal Majalla"/>
          <w:b/>
          <w:bCs/>
          <w:sz w:val="36"/>
          <w:szCs w:val="36"/>
        </w:rPr>
      </w:pPr>
    </w:p>
    <w:p w14:paraId="702813D8" w14:textId="77777777" w:rsidR="00836149" w:rsidRDefault="00836149" w:rsidP="00836149">
      <w:pPr>
        <w:bidi/>
        <w:spacing w:line="360" w:lineRule="auto"/>
        <w:rPr>
          <w:rFonts w:ascii="Sakkal Majalla" w:hAnsi="Sakkal Majalla" w:cs="Sakkal Majalla"/>
          <w:sz w:val="28"/>
          <w:szCs w:val="28"/>
          <w:rtl/>
        </w:rPr>
      </w:pPr>
      <w:r w:rsidRPr="001A42A5">
        <w:rPr>
          <w:rFonts w:ascii="Sakkal Majalla" w:hAnsi="Sakkal Majalla" w:cs="Sakkal Majalla" w:hint="cs"/>
          <w:b/>
          <w:bCs/>
          <w:sz w:val="36"/>
          <w:szCs w:val="36"/>
          <w:rtl/>
        </w:rPr>
        <w:t>مفاهيم الدراسة :</w:t>
      </w:r>
    </w:p>
    <w:p w14:paraId="4C8E2C32" w14:textId="5BFC10CD" w:rsidR="00836149" w:rsidRPr="001A42A5" w:rsidRDefault="00836149" w:rsidP="00836149">
      <w:pPr>
        <w:bidi/>
        <w:spacing w:line="360" w:lineRule="auto"/>
        <w:rPr>
          <w:rFonts w:ascii="Sakkal Majalla" w:hAnsi="Sakkal Majalla" w:cs="Sakkal Majalla"/>
          <w:b/>
          <w:bCs/>
          <w:sz w:val="32"/>
          <w:szCs w:val="32"/>
          <w:rtl/>
        </w:rPr>
      </w:pPr>
      <w:r w:rsidRPr="001A42A5">
        <w:rPr>
          <w:rFonts w:ascii="Sakkal Majalla" w:hAnsi="Sakkal Majalla" w:cs="Sakkal Majalla" w:hint="cs"/>
          <w:b/>
          <w:bCs/>
          <w:sz w:val="32"/>
          <w:szCs w:val="32"/>
          <w:rtl/>
        </w:rPr>
        <w:t>الإعلام الرقمي</w:t>
      </w:r>
      <w:r w:rsidR="0041436E">
        <w:rPr>
          <w:rFonts w:ascii="Sakkal Majalla" w:hAnsi="Sakkal Majalla" w:cs="Sakkal Majalla" w:hint="cs"/>
          <w:b/>
          <w:bCs/>
          <w:sz w:val="32"/>
          <w:szCs w:val="32"/>
          <w:rtl/>
        </w:rPr>
        <w:t xml:space="preserve"> / الوسائط الرقمية</w:t>
      </w:r>
      <w:r w:rsidRPr="001A42A5">
        <w:rPr>
          <w:rFonts w:ascii="Sakkal Majalla" w:hAnsi="Sakkal Majalla" w:cs="Sakkal Majalla" w:hint="cs"/>
          <w:b/>
          <w:bCs/>
          <w:sz w:val="32"/>
          <w:szCs w:val="32"/>
          <w:rtl/>
        </w:rPr>
        <w:t xml:space="preserve"> : </w:t>
      </w:r>
    </w:p>
    <w:p w14:paraId="05425535" w14:textId="4430C290" w:rsidR="00836149" w:rsidRPr="001A42A5" w:rsidRDefault="00836149" w:rsidP="00836149">
      <w:pPr>
        <w:bidi/>
        <w:spacing w:line="360" w:lineRule="auto"/>
        <w:rPr>
          <w:rFonts w:ascii="Sakkal Majalla" w:hAnsi="Sakkal Majalla" w:cs="Sakkal Majalla"/>
          <w:sz w:val="28"/>
          <w:szCs w:val="28"/>
        </w:rPr>
      </w:pPr>
      <w:r>
        <w:rPr>
          <w:rFonts w:ascii="Sakkal Majalla" w:hAnsi="Sakkal Majalla" w:cs="Sakkal Majalla" w:hint="cs"/>
          <w:sz w:val="28"/>
          <w:szCs w:val="28"/>
          <w:rtl/>
        </w:rPr>
        <w:t>هو مصطلح ي</w:t>
      </w:r>
      <w:r w:rsidR="0041436E">
        <w:rPr>
          <w:rFonts w:ascii="Sakkal Majalla" w:hAnsi="Sakkal Majalla" w:cs="Sakkal Majalla" w:hint="cs"/>
          <w:sz w:val="28"/>
          <w:szCs w:val="28"/>
          <w:rtl/>
        </w:rPr>
        <w:t>عني ويشير الى</w:t>
      </w:r>
      <w:r w:rsidRPr="001A42A5">
        <w:rPr>
          <w:rFonts w:ascii="Sakkal Majalla" w:hAnsi="Sakkal Majalla" w:cs="Sakkal Majalla"/>
          <w:sz w:val="28"/>
          <w:szCs w:val="28"/>
          <w:rtl/>
        </w:rPr>
        <w:t xml:space="preserve"> أي نوع من محتوى الوسائط الذي يتم تخزينه ونقله في شكل رقمي. على عكس الوسائط التقليدية التي اعتمدت تقنيات الأشكال الفيزيائية مثل الورق المطبوع، أو الأفلام، أو الأسطوانات البلاستيكية، تتواجد الوسائط الرقمية في شكل بيانات ثنائية تتكون من تسلسلات من </w:t>
      </w:r>
      <w:r>
        <w:rPr>
          <w:rFonts w:ascii="Sakkal Majalla" w:hAnsi="Sakkal Majalla" w:cs="Sakkal Majalla" w:hint="cs"/>
          <w:sz w:val="28"/>
          <w:szCs w:val="28"/>
          <w:rtl/>
        </w:rPr>
        <w:t>الصفر والواحد والتي</w:t>
      </w:r>
      <w:r w:rsidRPr="001A42A5">
        <w:rPr>
          <w:rFonts w:ascii="Sakkal Majalla" w:hAnsi="Sakkal Majalla" w:cs="Sakkal Majalla"/>
          <w:sz w:val="28"/>
          <w:szCs w:val="28"/>
          <w:rtl/>
        </w:rPr>
        <w:t xml:space="preserve"> يمكن معالجتها و</w:t>
      </w:r>
      <w:r w:rsidR="00B42D46">
        <w:rPr>
          <w:rFonts w:ascii="Sakkal Majalla" w:hAnsi="Sakkal Majalla" w:cs="Sakkal Majalla" w:hint="cs"/>
          <w:sz w:val="28"/>
          <w:szCs w:val="28"/>
          <w:rtl/>
        </w:rPr>
        <w:t>قراءتها</w:t>
      </w:r>
      <w:r w:rsidRPr="001A42A5">
        <w:rPr>
          <w:rFonts w:ascii="Sakkal Majalla" w:hAnsi="Sakkal Majalla" w:cs="Sakkal Majalla"/>
          <w:sz w:val="28"/>
          <w:szCs w:val="28"/>
          <w:rtl/>
        </w:rPr>
        <w:t xml:space="preserve"> عبر الحواسيب والأجهزة الرقمية الأخرى</w:t>
      </w:r>
      <w:r w:rsidRPr="001A42A5">
        <w:rPr>
          <w:rFonts w:ascii="Sakkal Majalla" w:hAnsi="Sakkal Majalla" w:cs="Sakkal Majalla"/>
          <w:sz w:val="28"/>
          <w:szCs w:val="28"/>
        </w:rPr>
        <w:t>.</w:t>
      </w:r>
    </w:p>
    <w:p w14:paraId="5CCB79F7" w14:textId="1DA4F68A" w:rsidR="00836149" w:rsidRPr="001A42A5" w:rsidRDefault="00836149" w:rsidP="00836149">
      <w:pPr>
        <w:bidi/>
        <w:spacing w:line="360" w:lineRule="auto"/>
        <w:rPr>
          <w:rFonts w:ascii="Sakkal Majalla" w:hAnsi="Sakkal Majalla" w:cs="Sakkal Majalla"/>
          <w:sz w:val="28"/>
          <w:szCs w:val="28"/>
        </w:rPr>
      </w:pPr>
      <w:r w:rsidRPr="001A42A5">
        <w:rPr>
          <w:rFonts w:ascii="Sakkal Majalla" w:hAnsi="Sakkal Majalla" w:cs="Sakkal Majalla"/>
          <w:sz w:val="28"/>
          <w:szCs w:val="28"/>
        </w:rPr>
        <w:t>.</w:t>
      </w:r>
    </w:p>
    <w:p w14:paraId="7105B760" w14:textId="77777777" w:rsidR="003527BE" w:rsidRDefault="003527BE" w:rsidP="00836149">
      <w:pPr>
        <w:bidi/>
        <w:spacing w:line="360" w:lineRule="auto"/>
        <w:rPr>
          <w:rFonts w:ascii="Sakkal Majalla" w:hAnsi="Sakkal Majalla" w:cs="Sakkal Majalla"/>
          <w:b/>
          <w:bCs/>
          <w:sz w:val="32"/>
          <w:szCs w:val="32"/>
          <w:rtl/>
        </w:rPr>
      </w:pPr>
    </w:p>
    <w:p w14:paraId="0B69FFC4" w14:textId="77777777" w:rsidR="0041436E" w:rsidRDefault="0041436E" w:rsidP="003527BE">
      <w:pPr>
        <w:bidi/>
        <w:spacing w:line="360" w:lineRule="auto"/>
        <w:rPr>
          <w:rFonts w:ascii="Sakkal Majalla" w:hAnsi="Sakkal Majalla" w:cs="Sakkal Majalla"/>
          <w:b/>
          <w:bCs/>
          <w:sz w:val="32"/>
          <w:szCs w:val="32"/>
          <w:rtl/>
        </w:rPr>
      </w:pPr>
    </w:p>
    <w:p w14:paraId="319A5A3F" w14:textId="77777777" w:rsidR="0041436E" w:rsidRDefault="0041436E" w:rsidP="0041436E">
      <w:pPr>
        <w:bidi/>
        <w:spacing w:line="360" w:lineRule="auto"/>
        <w:rPr>
          <w:rFonts w:ascii="Sakkal Majalla" w:hAnsi="Sakkal Majalla" w:cs="Sakkal Majalla"/>
          <w:b/>
          <w:bCs/>
          <w:sz w:val="32"/>
          <w:szCs w:val="32"/>
          <w:rtl/>
        </w:rPr>
      </w:pPr>
    </w:p>
    <w:p w14:paraId="0512DCEA" w14:textId="7C85BC6B" w:rsidR="00836149" w:rsidRPr="001525A4" w:rsidRDefault="00836149" w:rsidP="0041436E">
      <w:pPr>
        <w:bidi/>
        <w:spacing w:line="360" w:lineRule="auto"/>
        <w:rPr>
          <w:rFonts w:ascii="Sakkal Majalla" w:hAnsi="Sakkal Majalla" w:cs="Sakkal Majalla"/>
          <w:b/>
          <w:bCs/>
          <w:sz w:val="32"/>
          <w:szCs w:val="32"/>
          <w:rtl/>
        </w:rPr>
      </w:pPr>
      <w:r w:rsidRPr="001525A4">
        <w:rPr>
          <w:rFonts w:ascii="Sakkal Majalla" w:hAnsi="Sakkal Majalla" w:cs="Sakkal Majalla" w:hint="cs"/>
          <w:b/>
          <w:bCs/>
          <w:sz w:val="32"/>
          <w:szCs w:val="32"/>
          <w:rtl/>
        </w:rPr>
        <w:t xml:space="preserve">القطاع التجاري : </w:t>
      </w:r>
    </w:p>
    <w:p w14:paraId="2C23C2B6" w14:textId="38618C64" w:rsidR="00E27A82" w:rsidRDefault="00750BF7" w:rsidP="00E27A82">
      <w:pPr>
        <w:bidi/>
        <w:spacing w:line="360" w:lineRule="auto"/>
        <w:rPr>
          <w:rFonts w:ascii="Sakkal Majalla" w:hAnsi="Sakkal Majalla" w:cs="Sakkal Majalla"/>
          <w:sz w:val="28"/>
          <w:szCs w:val="28"/>
          <w:rtl/>
        </w:rPr>
      </w:pPr>
      <w:r w:rsidRPr="00750BF7">
        <w:rPr>
          <w:rFonts w:ascii="Sakkal Majalla" w:hAnsi="Sakkal Majalla" w:cs="Sakkal Majalla" w:hint="cs"/>
          <w:sz w:val="28"/>
          <w:szCs w:val="28"/>
          <w:rtl/>
        </w:rPr>
        <w:lastRenderedPageBreak/>
        <w:t>يعد</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القطاع</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التجاري</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جزءاً</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أساسياً</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من</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الاقتصاد</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ويتكون</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من</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شركات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ومؤسسات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مختلفة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تعمل</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على</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إنتاج</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وتوزيع</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السلع</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والخدمات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بهدف</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w:t>
      </w:r>
      <w:r>
        <w:rPr>
          <w:rFonts w:ascii="Sakkal Majalla" w:hAnsi="Sakkal Majalla" w:cs="Sakkal Majalla" w:hint="cs"/>
          <w:sz w:val="28"/>
          <w:szCs w:val="28"/>
          <w:rtl/>
        </w:rPr>
        <w:t xml:space="preserve">تربّح </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ويشمل</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هذا</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القطاع</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كافة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الأنشطة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الاقتصادية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التجارية،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من</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الشركات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الصغيرة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والمتوسطة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التي</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تعمل</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محلياً</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إلى</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الشركات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الكبرى</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متعددة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الجنسيات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التي</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تعمل</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في</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جميع</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أنحاء</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العالم</w:t>
      </w:r>
      <w:r>
        <w:rPr>
          <w:rFonts w:ascii="Sakkal Majalla" w:hAnsi="Sakkal Majalla" w:cs="Sakkal Majalla" w:hint="cs"/>
          <w:sz w:val="28"/>
          <w:szCs w:val="28"/>
          <w:rtl/>
        </w:rPr>
        <w:t xml:space="preserve"> , </w:t>
      </w:r>
      <w:r w:rsidRPr="00750BF7">
        <w:rPr>
          <w:rFonts w:ascii="Sakkal Majalla" w:hAnsi="Sakkal Majalla" w:cs="Sakkal Majalla" w:hint="cs"/>
          <w:sz w:val="28"/>
          <w:szCs w:val="28"/>
          <w:rtl/>
        </w:rPr>
        <w:t>وتتنوع</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أنشطة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القطاع</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التجاري</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بشكل</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كبير</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وتشمل</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إنتاج</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المنتجات،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وتقديم</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الخدمات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المالية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والمهنية،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وتوزيع</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السلع،</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والتجارة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الإلكترونية،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والنقل</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والشحن،</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والضيافة</w:t>
      </w:r>
      <w:r>
        <w:rPr>
          <w:rFonts w:ascii="Sakkal Majalla" w:hAnsi="Sakkal Majalla" w:cs="Sakkal Majalla" w:hint="cs"/>
          <w:sz w:val="28"/>
          <w:szCs w:val="28"/>
          <w:rtl/>
        </w:rPr>
        <w:t>/</w:t>
      </w:r>
      <w:r w:rsidRPr="00750BF7">
        <w:rPr>
          <w:rFonts w:ascii="Sakkal Majalla" w:hAnsi="Sakkal Majalla" w:cs="Sakkal Majalla" w:hint="cs"/>
          <w:sz w:val="28"/>
          <w:szCs w:val="28"/>
          <w:rtl/>
        </w:rPr>
        <w:t>السياحة،</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فضلاً</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عن</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القطاعات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الأخرى</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التي</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تلبي</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احتياجات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المستهلكين</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والشركات</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على</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حد</w:t>
      </w:r>
      <w:r w:rsidRPr="00750BF7">
        <w:rPr>
          <w:rFonts w:ascii="Sakkal Majalla" w:hAnsi="Sakkal Majalla" w:cs="Sakkal Majalla"/>
          <w:sz w:val="28"/>
          <w:szCs w:val="28"/>
          <w:rtl/>
        </w:rPr>
        <w:t xml:space="preserve"> </w:t>
      </w:r>
      <w:r w:rsidRPr="00750BF7">
        <w:rPr>
          <w:rFonts w:ascii="Sakkal Majalla" w:hAnsi="Sakkal Majalla" w:cs="Sakkal Majalla" w:hint="cs"/>
          <w:sz w:val="28"/>
          <w:szCs w:val="28"/>
          <w:rtl/>
        </w:rPr>
        <w:t>سواء</w:t>
      </w:r>
      <w:r w:rsidRPr="00750BF7">
        <w:rPr>
          <w:rFonts w:ascii="Sakkal Majalla" w:hAnsi="Sakkal Majalla" w:cs="Sakkal Majalla"/>
          <w:sz w:val="28"/>
          <w:szCs w:val="28"/>
          <w:rtl/>
        </w:rPr>
        <w:t>.</w:t>
      </w:r>
      <w:r w:rsidR="00E27A82" w:rsidRPr="00E27A82">
        <w:rPr>
          <w:rFonts w:ascii="Sakkal Majalla" w:hAnsi="Sakkal Majalla" w:cs="Sakkal Majalla"/>
          <w:vanish/>
          <w:sz w:val="28"/>
          <w:szCs w:val="28"/>
          <w:rtl/>
        </w:rPr>
        <w:t>أعلى النموذج</w:t>
      </w:r>
    </w:p>
    <w:p w14:paraId="09A34949" w14:textId="77777777" w:rsidR="00750BF7" w:rsidRPr="00E27A82" w:rsidRDefault="00750BF7" w:rsidP="00750BF7">
      <w:pPr>
        <w:bidi/>
        <w:spacing w:line="360" w:lineRule="auto"/>
        <w:rPr>
          <w:rFonts w:ascii="Sakkal Majalla" w:hAnsi="Sakkal Majalla" w:cs="Sakkal Majalla"/>
          <w:vanish/>
          <w:sz w:val="28"/>
          <w:szCs w:val="28"/>
        </w:rPr>
      </w:pPr>
    </w:p>
    <w:p w14:paraId="72F18AD1" w14:textId="77777777" w:rsidR="00E27A82" w:rsidRPr="00E27A82" w:rsidRDefault="00E27A82" w:rsidP="00E27A82">
      <w:pPr>
        <w:bidi/>
        <w:spacing w:line="360" w:lineRule="auto"/>
        <w:rPr>
          <w:rFonts w:ascii="Sakkal Majalla" w:hAnsi="Sakkal Majalla" w:cs="Sakkal Majalla"/>
          <w:vanish/>
          <w:sz w:val="28"/>
          <w:szCs w:val="28"/>
        </w:rPr>
      </w:pPr>
      <w:r w:rsidRPr="00E27A82">
        <w:rPr>
          <w:rFonts w:ascii="Sakkal Majalla" w:hAnsi="Sakkal Majalla" w:cs="Sakkal Majalla"/>
          <w:vanish/>
          <w:sz w:val="28"/>
          <w:szCs w:val="28"/>
          <w:rtl/>
        </w:rPr>
        <w:t>أسفل النموذج</w:t>
      </w:r>
    </w:p>
    <w:p w14:paraId="5186A46F" w14:textId="77777777" w:rsidR="00836149" w:rsidRDefault="00836149" w:rsidP="00836149">
      <w:pPr>
        <w:bidi/>
        <w:spacing w:line="360" w:lineRule="auto"/>
        <w:rPr>
          <w:rFonts w:ascii="Sakkal Majalla" w:hAnsi="Sakkal Majalla" w:cs="Sakkal Majalla"/>
          <w:sz w:val="28"/>
          <w:szCs w:val="28"/>
          <w:rtl/>
        </w:rPr>
      </w:pPr>
    </w:p>
    <w:p w14:paraId="355F0ED1" w14:textId="77777777" w:rsidR="00836149" w:rsidRPr="001525A4" w:rsidRDefault="00836149" w:rsidP="00836149">
      <w:pPr>
        <w:bidi/>
        <w:spacing w:line="360" w:lineRule="auto"/>
        <w:rPr>
          <w:rFonts w:ascii="Sakkal Majalla" w:hAnsi="Sakkal Majalla" w:cs="Sakkal Majalla"/>
          <w:b/>
          <w:bCs/>
          <w:sz w:val="32"/>
          <w:szCs w:val="32"/>
          <w:rtl/>
        </w:rPr>
      </w:pPr>
      <w:r w:rsidRPr="001525A4">
        <w:rPr>
          <w:rFonts w:ascii="Sakkal Majalla" w:hAnsi="Sakkal Majalla" w:cs="Sakkal Majalla" w:hint="cs"/>
          <w:b/>
          <w:bCs/>
          <w:sz w:val="32"/>
          <w:szCs w:val="32"/>
          <w:rtl/>
        </w:rPr>
        <w:t xml:space="preserve">النمو </w:t>
      </w:r>
      <w:r w:rsidRPr="001525A4">
        <w:rPr>
          <w:rFonts w:ascii="Sakkal Majalla" w:hAnsi="Sakkal Majalla" w:cs="Sakkal Majalla"/>
          <w:b/>
          <w:bCs/>
          <w:sz w:val="32"/>
          <w:szCs w:val="32"/>
        </w:rPr>
        <w:t xml:space="preserve"> </w:t>
      </w:r>
      <w:r w:rsidRPr="001525A4">
        <w:rPr>
          <w:rFonts w:ascii="Sakkal Majalla" w:hAnsi="Sakkal Majalla" w:cs="Sakkal Majalla" w:hint="cs"/>
          <w:b/>
          <w:bCs/>
          <w:sz w:val="32"/>
          <w:szCs w:val="32"/>
          <w:rtl/>
        </w:rPr>
        <w:t xml:space="preserve">والتطور في القطاع التجاري : </w:t>
      </w:r>
    </w:p>
    <w:p w14:paraId="1AC82F43" w14:textId="181C54BC" w:rsidR="00836149" w:rsidRPr="00E220FE" w:rsidRDefault="00836149" w:rsidP="00836149">
      <w:pPr>
        <w:bidi/>
        <w:spacing w:line="360" w:lineRule="auto"/>
        <w:rPr>
          <w:rFonts w:ascii="Sakkal Majalla" w:hAnsi="Sakkal Majalla" w:cs="Sakkal Majalla"/>
          <w:sz w:val="28"/>
          <w:szCs w:val="28"/>
        </w:rPr>
      </w:pPr>
      <w:r w:rsidRPr="00E220FE">
        <w:rPr>
          <w:rFonts w:ascii="Sakkal Majalla" w:hAnsi="Sakkal Majalla" w:cs="Sakkal Majalla"/>
          <w:sz w:val="28"/>
          <w:szCs w:val="28"/>
          <w:rtl/>
        </w:rPr>
        <w:t xml:space="preserve">النمو </w:t>
      </w:r>
      <w:r>
        <w:rPr>
          <w:rFonts w:ascii="Sakkal Majalla" w:hAnsi="Sakkal Majalla" w:cs="Sakkal Majalla" w:hint="cs"/>
          <w:sz w:val="28"/>
          <w:szCs w:val="28"/>
          <w:rtl/>
        </w:rPr>
        <w:t xml:space="preserve">و التطور </w:t>
      </w:r>
      <w:r w:rsidRPr="00E220FE">
        <w:rPr>
          <w:rFonts w:ascii="Sakkal Majalla" w:hAnsi="Sakkal Majalla" w:cs="Sakkal Majalla"/>
          <w:sz w:val="28"/>
          <w:szCs w:val="28"/>
          <w:rtl/>
        </w:rPr>
        <w:t xml:space="preserve">في القطاع التجاري يعني </w:t>
      </w:r>
      <w:r w:rsidR="00750BF7">
        <w:rPr>
          <w:rFonts w:ascii="Sakkal Majalla" w:hAnsi="Sakkal Majalla" w:cs="Sakkal Majalla" w:hint="cs"/>
          <w:sz w:val="28"/>
          <w:szCs w:val="28"/>
          <w:rtl/>
        </w:rPr>
        <w:t xml:space="preserve">ذلك </w:t>
      </w:r>
      <w:r w:rsidRPr="00E220FE">
        <w:rPr>
          <w:rFonts w:ascii="Sakkal Majalla" w:hAnsi="Sakkal Majalla" w:cs="Sakkal Majalla"/>
          <w:sz w:val="28"/>
          <w:szCs w:val="28"/>
          <w:rtl/>
        </w:rPr>
        <w:t>زيادة في حجم الأنشطة والأرباح التي تحققها الشركات والمؤسسات التجارية</w:t>
      </w:r>
      <w:r>
        <w:rPr>
          <w:rFonts w:ascii="Sakkal Majalla" w:hAnsi="Sakkal Majalla" w:cs="Sakkal Majalla" w:hint="cs"/>
          <w:sz w:val="28"/>
          <w:szCs w:val="28"/>
          <w:rtl/>
        </w:rPr>
        <w:t xml:space="preserve"> و</w:t>
      </w:r>
      <w:r w:rsidRPr="00E220FE">
        <w:rPr>
          <w:rFonts w:ascii="Sakkal Majalla" w:hAnsi="Sakkal Majalla" w:cs="Sakkal Majalla"/>
          <w:sz w:val="28"/>
          <w:szCs w:val="28"/>
          <w:rtl/>
        </w:rPr>
        <w:t xml:space="preserve"> يمكن أن يتحقق من خلال عدة مؤشرات</w:t>
      </w:r>
      <w:r w:rsidRPr="00E220FE">
        <w:rPr>
          <w:rFonts w:ascii="Sakkal Majalla" w:hAnsi="Sakkal Majalla" w:cs="Sakkal Majalla"/>
          <w:sz w:val="28"/>
          <w:szCs w:val="28"/>
        </w:rPr>
        <w:t>:</w:t>
      </w:r>
    </w:p>
    <w:p w14:paraId="0CC9CDD2" w14:textId="2E55678F" w:rsidR="00836149" w:rsidRPr="00E220FE" w:rsidRDefault="00836149" w:rsidP="00836149">
      <w:pPr>
        <w:numPr>
          <w:ilvl w:val="0"/>
          <w:numId w:val="44"/>
        </w:numPr>
        <w:bidi/>
        <w:spacing w:line="360" w:lineRule="auto"/>
        <w:rPr>
          <w:rFonts w:ascii="Sakkal Majalla" w:hAnsi="Sakkal Majalla" w:cs="Sakkal Majalla"/>
          <w:sz w:val="28"/>
          <w:szCs w:val="28"/>
        </w:rPr>
      </w:pPr>
      <w:r w:rsidRPr="00E220FE">
        <w:rPr>
          <w:rFonts w:ascii="Sakkal Majalla" w:hAnsi="Sakkal Majalla" w:cs="Sakkal Majalla"/>
          <w:sz w:val="28"/>
          <w:szCs w:val="28"/>
          <w:rtl/>
        </w:rPr>
        <w:t>زيادة  الإيراد</w:t>
      </w:r>
      <w:r w:rsidRPr="00E220FE">
        <w:rPr>
          <w:rFonts w:ascii="Sakkal Majalla" w:hAnsi="Sakkal Majalla" w:cs="Sakkal Majalla"/>
          <w:sz w:val="28"/>
          <w:szCs w:val="28"/>
        </w:rPr>
        <w:t xml:space="preserve">: </w:t>
      </w:r>
      <w:r w:rsidRPr="00E220FE">
        <w:rPr>
          <w:rFonts w:ascii="Sakkal Majalla" w:hAnsi="Sakkal Majalla" w:cs="Sakkal Majalla"/>
          <w:sz w:val="28"/>
          <w:szCs w:val="28"/>
          <w:rtl/>
        </w:rPr>
        <w:t>تعني زيادة الإيرادات أن الشركة</w:t>
      </w:r>
      <w:r w:rsidR="00750BF7">
        <w:rPr>
          <w:rFonts w:ascii="Sakkal Majalla" w:hAnsi="Sakkal Majalla" w:cs="Sakkal Majalla" w:hint="cs"/>
          <w:sz w:val="28"/>
          <w:szCs w:val="28"/>
          <w:rtl/>
        </w:rPr>
        <w:t>/</w:t>
      </w:r>
      <w:r w:rsidRPr="00E220FE">
        <w:rPr>
          <w:rFonts w:ascii="Sakkal Majalla" w:hAnsi="Sakkal Majalla" w:cs="Sakkal Majalla"/>
          <w:sz w:val="28"/>
          <w:szCs w:val="28"/>
          <w:rtl/>
        </w:rPr>
        <w:t>المؤسسة قد حققت مبيعات أك</w:t>
      </w:r>
      <w:r w:rsidR="00750BF7">
        <w:rPr>
          <w:rFonts w:ascii="Sakkal Majalla" w:hAnsi="Sakkal Majalla" w:cs="Sakkal Majalla" w:hint="cs"/>
          <w:sz w:val="28"/>
          <w:szCs w:val="28"/>
          <w:rtl/>
        </w:rPr>
        <w:t>ثر</w:t>
      </w:r>
      <w:r w:rsidRPr="00E220FE">
        <w:rPr>
          <w:rFonts w:ascii="Sakkal Majalla" w:hAnsi="Sakkal Majalla" w:cs="Sakkal Majalla"/>
          <w:sz w:val="28"/>
          <w:szCs w:val="28"/>
          <w:rtl/>
        </w:rPr>
        <w:t>، سواء</w:t>
      </w:r>
      <w:r w:rsidR="00750BF7">
        <w:rPr>
          <w:rFonts w:ascii="Sakkal Majalla" w:hAnsi="Sakkal Majalla" w:cs="Sakkal Majalla" w:hint="cs"/>
          <w:sz w:val="28"/>
          <w:szCs w:val="28"/>
          <w:rtl/>
        </w:rPr>
        <w:t>ً عن طريق</w:t>
      </w:r>
      <w:r w:rsidRPr="00E220FE">
        <w:rPr>
          <w:rFonts w:ascii="Sakkal Majalla" w:hAnsi="Sakkal Majalla" w:cs="Sakkal Majalla"/>
          <w:sz w:val="28"/>
          <w:szCs w:val="28"/>
          <w:rtl/>
        </w:rPr>
        <w:t xml:space="preserve"> زيادة حجم المبيعات </w:t>
      </w:r>
      <w:r w:rsidR="00750BF7">
        <w:rPr>
          <w:rFonts w:ascii="Sakkal Majalla" w:hAnsi="Sakkal Majalla" w:cs="Sakkal Majalla" w:hint="cs"/>
          <w:sz w:val="28"/>
          <w:szCs w:val="28"/>
          <w:rtl/>
        </w:rPr>
        <w:t xml:space="preserve">, </w:t>
      </w:r>
      <w:r w:rsidRPr="00E220FE">
        <w:rPr>
          <w:rFonts w:ascii="Sakkal Majalla" w:hAnsi="Sakkal Majalla" w:cs="Sakkal Majalla"/>
          <w:sz w:val="28"/>
          <w:szCs w:val="28"/>
          <w:rtl/>
        </w:rPr>
        <w:t xml:space="preserve">رفع الأسعار </w:t>
      </w:r>
      <w:r w:rsidR="00750BF7">
        <w:rPr>
          <w:rFonts w:ascii="Sakkal Majalla" w:hAnsi="Sakkal Majalla" w:cs="Sakkal Majalla" w:hint="cs"/>
          <w:sz w:val="28"/>
          <w:szCs w:val="28"/>
          <w:rtl/>
        </w:rPr>
        <w:t xml:space="preserve">, </w:t>
      </w:r>
      <w:r w:rsidRPr="00E220FE">
        <w:rPr>
          <w:rFonts w:ascii="Sakkal Majalla" w:hAnsi="Sakkal Majalla" w:cs="Sakkal Majalla"/>
          <w:sz w:val="28"/>
          <w:szCs w:val="28"/>
          <w:rtl/>
        </w:rPr>
        <w:t>أو توسيع نطاق الخدمات التي تقدمها</w:t>
      </w:r>
      <w:r w:rsidRPr="00E220FE">
        <w:rPr>
          <w:rFonts w:ascii="Sakkal Majalla" w:hAnsi="Sakkal Majalla" w:cs="Sakkal Majalla"/>
          <w:sz w:val="28"/>
          <w:szCs w:val="28"/>
        </w:rPr>
        <w:t>.</w:t>
      </w:r>
    </w:p>
    <w:p w14:paraId="34E9B8C6" w14:textId="5C095625" w:rsidR="00836149" w:rsidRPr="00E220FE" w:rsidRDefault="00750BF7" w:rsidP="00836149">
      <w:pPr>
        <w:numPr>
          <w:ilvl w:val="0"/>
          <w:numId w:val="44"/>
        </w:numPr>
        <w:bidi/>
        <w:spacing w:line="360" w:lineRule="auto"/>
        <w:rPr>
          <w:rFonts w:ascii="Sakkal Majalla" w:hAnsi="Sakkal Majalla" w:cs="Sakkal Majalla"/>
          <w:sz w:val="28"/>
          <w:szCs w:val="28"/>
        </w:rPr>
      </w:pPr>
      <w:r>
        <w:rPr>
          <w:rFonts w:ascii="Sakkal Majalla" w:hAnsi="Sakkal Majalla" w:cs="Sakkal Majalla" w:hint="cs"/>
          <w:sz w:val="28"/>
          <w:szCs w:val="28"/>
          <w:rtl/>
        </w:rPr>
        <w:t>التوسع السوقي:</w:t>
      </w:r>
      <w:r w:rsidR="00836149" w:rsidRPr="00E220FE">
        <w:rPr>
          <w:rFonts w:ascii="Sakkal Majalla" w:hAnsi="Sakkal Majalla" w:cs="Sakkal Majalla"/>
          <w:sz w:val="28"/>
          <w:szCs w:val="28"/>
        </w:rPr>
        <w:t xml:space="preserve"> </w:t>
      </w:r>
      <w:r w:rsidR="00836149" w:rsidRPr="00E220FE">
        <w:rPr>
          <w:rFonts w:ascii="Sakkal Majalla" w:hAnsi="Sakkal Majalla" w:cs="Sakkal Majalla"/>
          <w:sz w:val="28"/>
          <w:szCs w:val="28"/>
          <w:rtl/>
        </w:rPr>
        <w:t>يشير إلى توسيع الشرك</w:t>
      </w:r>
      <w:r>
        <w:rPr>
          <w:rFonts w:ascii="Sakkal Majalla" w:hAnsi="Sakkal Majalla" w:cs="Sakkal Majalla" w:hint="cs"/>
          <w:sz w:val="28"/>
          <w:szCs w:val="28"/>
          <w:rtl/>
        </w:rPr>
        <w:t>ة</w:t>
      </w:r>
      <w:r w:rsidR="00836149" w:rsidRPr="00E220FE">
        <w:rPr>
          <w:rFonts w:ascii="Sakkal Majalla" w:hAnsi="Sakkal Majalla" w:cs="Sakkal Majalla"/>
          <w:sz w:val="28"/>
          <w:szCs w:val="28"/>
          <w:rtl/>
        </w:rPr>
        <w:t xml:space="preserve"> نطاق عملياتها لتشمل </w:t>
      </w:r>
      <w:r>
        <w:rPr>
          <w:rFonts w:ascii="Sakkal Majalla" w:hAnsi="Sakkal Majalla" w:cs="Sakkal Majalla" w:hint="cs"/>
          <w:sz w:val="28"/>
          <w:szCs w:val="28"/>
          <w:rtl/>
        </w:rPr>
        <w:t>اماكن</w:t>
      </w:r>
      <w:r w:rsidR="00836149" w:rsidRPr="00E220FE">
        <w:rPr>
          <w:rFonts w:ascii="Sakkal Majalla" w:hAnsi="Sakkal Majalla" w:cs="Sakkal Majalla"/>
          <w:sz w:val="28"/>
          <w:szCs w:val="28"/>
          <w:rtl/>
        </w:rPr>
        <w:t xml:space="preserve"> أو أسواق جديدة، سواء داخل البلد نفسه أو عبر الحدود، مما يزيد من فرص النمو والتوسع</w:t>
      </w:r>
      <w:r w:rsidR="00836149" w:rsidRPr="00E220FE">
        <w:rPr>
          <w:rFonts w:ascii="Sakkal Majalla" w:hAnsi="Sakkal Majalla" w:cs="Sakkal Majalla"/>
          <w:sz w:val="28"/>
          <w:szCs w:val="28"/>
        </w:rPr>
        <w:t>.</w:t>
      </w:r>
    </w:p>
    <w:p w14:paraId="05624259" w14:textId="680D80D4" w:rsidR="00836149" w:rsidRPr="00E220FE" w:rsidRDefault="00836149" w:rsidP="00836149">
      <w:pPr>
        <w:numPr>
          <w:ilvl w:val="0"/>
          <w:numId w:val="44"/>
        </w:numPr>
        <w:bidi/>
        <w:spacing w:line="360" w:lineRule="auto"/>
        <w:rPr>
          <w:rFonts w:ascii="Sakkal Majalla" w:hAnsi="Sakkal Majalla" w:cs="Sakkal Majalla"/>
          <w:sz w:val="28"/>
          <w:szCs w:val="28"/>
        </w:rPr>
      </w:pPr>
      <w:r w:rsidRPr="00E220FE">
        <w:rPr>
          <w:rFonts w:ascii="Sakkal Majalla" w:hAnsi="Sakkal Majalla" w:cs="Sakkal Majalla"/>
          <w:sz w:val="28"/>
          <w:szCs w:val="28"/>
          <w:rtl/>
        </w:rPr>
        <w:t>زيادة</w:t>
      </w:r>
      <w:r w:rsidR="00750BF7">
        <w:rPr>
          <w:rFonts w:ascii="Sakkal Majalla" w:hAnsi="Sakkal Majalla" w:cs="Sakkal Majalla" w:hint="cs"/>
          <w:sz w:val="28"/>
          <w:szCs w:val="28"/>
          <w:rtl/>
        </w:rPr>
        <w:t xml:space="preserve"> حجم</w:t>
      </w:r>
      <w:r w:rsidRPr="00E220FE">
        <w:rPr>
          <w:rFonts w:ascii="Sakkal Majalla" w:hAnsi="Sakkal Majalla" w:cs="Sakkal Majalla"/>
          <w:sz w:val="28"/>
          <w:szCs w:val="28"/>
          <w:rtl/>
        </w:rPr>
        <w:t xml:space="preserve"> الإنتاجية</w:t>
      </w:r>
      <w:r w:rsidRPr="00E220FE">
        <w:rPr>
          <w:rFonts w:ascii="Sakkal Majalla" w:hAnsi="Sakkal Majalla" w:cs="Sakkal Majalla"/>
          <w:sz w:val="28"/>
          <w:szCs w:val="28"/>
        </w:rPr>
        <w:t xml:space="preserve">: </w:t>
      </w:r>
      <w:r w:rsidRPr="00E220FE">
        <w:rPr>
          <w:rFonts w:ascii="Sakkal Majalla" w:hAnsi="Sakkal Majalla" w:cs="Sakkal Majalla"/>
          <w:sz w:val="28"/>
          <w:szCs w:val="28"/>
          <w:rtl/>
        </w:rPr>
        <w:t>تحسين الكفاءة وزيادة الإنتاجية يؤدي إلى تحقيق نمو في الإنتاج وبالتالي زيادة الأرباح دون الحاجة إلى زيادة في التكاليف بنسبة مماثلة</w:t>
      </w:r>
      <w:r w:rsidRPr="00E220FE">
        <w:rPr>
          <w:rFonts w:ascii="Sakkal Majalla" w:hAnsi="Sakkal Majalla" w:cs="Sakkal Majalla"/>
          <w:sz w:val="28"/>
          <w:szCs w:val="28"/>
        </w:rPr>
        <w:t>.</w:t>
      </w:r>
    </w:p>
    <w:p w14:paraId="25980F93" w14:textId="769FDA32" w:rsidR="00836149" w:rsidRDefault="00836149" w:rsidP="00836149">
      <w:pPr>
        <w:numPr>
          <w:ilvl w:val="0"/>
          <w:numId w:val="44"/>
        </w:numPr>
        <w:bidi/>
        <w:spacing w:line="360" w:lineRule="auto"/>
        <w:rPr>
          <w:rFonts w:ascii="Sakkal Majalla" w:hAnsi="Sakkal Majalla" w:cs="Sakkal Majalla"/>
          <w:sz w:val="28"/>
          <w:szCs w:val="28"/>
        </w:rPr>
      </w:pPr>
      <w:r w:rsidRPr="00E220FE">
        <w:rPr>
          <w:rFonts w:ascii="Sakkal Majalla" w:hAnsi="Sakkal Majalla" w:cs="Sakkal Majalla"/>
          <w:sz w:val="28"/>
          <w:szCs w:val="28"/>
          <w:rtl/>
        </w:rPr>
        <w:t>الابتكار والتطوير</w:t>
      </w:r>
      <w:r w:rsidRPr="00E220FE">
        <w:rPr>
          <w:rFonts w:ascii="Sakkal Majalla" w:hAnsi="Sakkal Majalla" w:cs="Sakkal Majalla"/>
          <w:sz w:val="28"/>
          <w:szCs w:val="28"/>
        </w:rPr>
        <w:t xml:space="preserve">: </w:t>
      </w:r>
      <w:r w:rsidRPr="00E220FE">
        <w:rPr>
          <w:rFonts w:ascii="Sakkal Majalla" w:hAnsi="Sakkal Majalla" w:cs="Sakkal Majalla"/>
          <w:sz w:val="28"/>
          <w:szCs w:val="28"/>
          <w:rtl/>
        </w:rPr>
        <w:t>استثمار</w:t>
      </w:r>
      <w:r w:rsidR="00F153CB">
        <w:rPr>
          <w:rFonts w:ascii="Sakkal Majalla" w:hAnsi="Sakkal Majalla" w:cs="Sakkal Majalla" w:hint="cs"/>
          <w:sz w:val="28"/>
          <w:szCs w:val="28"/>
          <w:rtl/>
        </w:rPr>
        <w:t>ات</w:t>
      </w:r>
      <w:r w:rsidRPr="00E220FE">
        <w:rPr>
          <w:rFonts w:ascii="Sakkal Majalla" w:hAnsi="Sakkal Majalla" w:cs="Sakkal Majalla"/>
          <w:sz w:val="28"/>
          <w:szCs w:val="28"/>
          <w:rtl/>
        </w:rPr>
        <w:t xml:space="preserve"> الشركات في الابتكار والتطوير </w:t>
      </w:r>
      <w:r w:rsidR="00F153CB">
        <w:rPr>
          <w:rFonts w:ascii="Sakkal Majalla" w:hAnsi="Sakkal Majalla" w:cs="Sakkal Majalla" w:hint="cs"/>
          <w:sz w:val="28"/>
          <w:szCs w:val="28"/>
          <w:rtl/>
        </w:rPr>
        <w:t>ي</w:t>
      </w:r>
      <w:r w:rsidRPr="00E220FE">
        <w:rPr>
          <w:rFonts w:ascii="Sakkal Majalla" w:hAnsi="Sakkal Majalla" w:cs="Sakkal Majalla"/>
          <w:sz w:val="28"/>
          <w:szCs w:val="28"/>
          <w:rtl/>
        </w:rPr>
        <w:t>ؤدي إلى إطلاق منتجات جديدة أو تحسين</w:t>
      </w:r>
      <w:r w:rsidR="00F153CB">
        <w:rPr>
          <w:rFonts w:ascii="Sakkal Majalla" w:hAnsi="Sakkal Majalla" w:cs="Sakkal Majalla" w:hint="cs"/>
          <w:sz w:val="28"/>
          <w:szCs w:val="28"/>
          <w:rtl/>
        </w:rPr>
        <w:t xml:space="preserve"> جودة </w:t>
      </w:r>
      <w:r w:rsidRPr="00E220FE">
        <w:rPr>
          <w:rFonts w:ascii="Sakkal Majalla" w:hAnsi="Sakkal Majalla" w:cs="Sakkal Majalla"/>
          <w:sz w:val="28"/>
          <w:szCs w:val="28"/>
          <w:rtl/>
        </w:rPr>
        <w:t xml:space="preserve"> الخدمات المقدمة، مما </w:t>
      </w:r>
      <w:r w:rsidR="00F153CB">
        <w:rPr>
          <w:rFonts w:ascii="Sakkal Majalla" w:hAnsi="Sakkal Majalla" w:cs="Sakkal Majalla" w:hint="cs"/>
          <w:sz w:val="28"/>
          <w:szCs w:val="28"/>
          <w:rtl/>
        </w:rPr>
        <w:t xml:space="preserve">يساعد في </w:t>
      </w:r>
      <w:r w:rsidRPr="00E220FE">
        <w:rPr>
          <w:rFonts w:ascii="Sakkal Majalla" w:hAnsi="Sakkal Majalla" w:cs="Sakkal Majalla"/>
          <w:sz w:val="28"/>
          <w:szCs w:val="28"/>
          <w:rtl/>
        </w:rPr>
        <w:t>جذب المزيد من العملاء وزيادة الإيرادات</w:t>
      </w:r>
      <w:r w:rsidRPr="00E220FE">
        <w:rPr>
          <w:rFonts w:ascii="Sakkal Majalla" w:hAnsi="Sakkal Majalla" w:cs="Sakkal Majalla"/>
          <w:sz w:val="28"/>
          <w:szCs w:val="28"/>
        </w:rPr>
        <w:t>.</w:t>
      </w:r>
    </w:p>
    <w:p w14:paraId="6BDFCB8B" w14:textId="01BC27D1" w:rsidR="00E27A82" w:rsidRPr="00E27A82" w:rsidRDefault="00E27A82" w:rsidP="00E27A82">
      <w:pPr>
        <w:pStyle w:val="aa"/>
        <w:numPr>
          <w:ilvl w:val="0"/>
          <w:numId w:val="44"/>
        </w:numPr>
        <w:bidi/>
        <w:spacing w:line="360" w:lineRule="auto"/>
        <w:rPr>
          <w:rFonts w:ascii="Sakkal Majalla" w:hAnsi="Sakkal Majalla" w:cs="Sakkal Majalla"/>
          <w:sz w:val="28"/>
          <w:szCs w:val="28"/>
          <w:rtl/>
        </w:rPr>
      </w:pPr>
      <w:r w:rsidRPr="00E27A82">
        <w:rPr>
          <w:rFonts w:ascii="Sakkal Majalla" w:hAnsi="Sakkal Majalla" w:cs="Sakkal Majalla"/>
          <w:sz w:val="28"/>
          <w:szCs w:val="28"/>
          <w:rtl/>
        </w:rPr>
        <w:lastRenderedPageBreak/>
        <w:t>الاستثمارات</w:t>
      </w:r>
      <w:r w:rsidRPr="00E27A82">
        <w:rPr>
          <w:rFonts w:ascii="Sakkal Majalla" w:hAnsi="Sakkal Majalla" w:cs="Sakkal Majalla"/>
          <w:sz w:val="28"/>
          <w:szCs w:val="28"/>
        </w:rPr>
        <w:t xml:space="preserve">: </w:t>
      </w:r>
      <w:r w:rsidRPr="00E27A82">
        <w:rPr>
          <w:rFonts w:ascii="Sakkal Majalla" w:hAnsi="Sakkal Majalla" w:cs="Sakkal Majalla"/>
          <w:sz w:val="28"/>
          <w:szCs w:val="28"/>
          <w:rtl/>
        </w:rPr>
        <w:t xml:space="preserve">زيادة الاستثمارات </w:t>
      </w:r>
      <w:r w:rsidR="00F153CB">
        <w:rPr>
          <w:rFonts w:ascii="Sakkal Majalla" w:hAnsi="Sakkal Majalla" w:cs="Sakkal Majalla" w:hint="cs"/>
          <w:sz w:val="28"/>
          <w:szCs w:val="28"/>
          <w:rtl/>
        </w:rPr>
        <w:t>في الكوادر البشرية او الأدوات التقنية او التشغيلية يعزز من مكانة الشركة تجارياً ويزيد فرص التطور بشكل مستمر .</w:t>
      </w:r>
    </w:p>
    <w:p w14:paraId="41569C57" w14:textId="77777777" w:rsidR="00E27A82" w:rsidRPr="00E220FE" w:rsidRDefault="00E27A82" w:rsidP="00F153CB">
      <w:pPr>
        <w:bidi/>
        <w:spacing w:line="360" w:lineRule="auto"/>
        <w:ind w:left="720"/>
        <w:rPr>
          <w:rFonts w:ascii="Sakkal Majalla" w:hAnsi="Sakkal Majalla" w:cs="Sakkal Majalla"/>
          <w:sz w:val="28"/>
          <w:szCs w:val="28"/>
        </w:rPr>
      </w:pPr>
    </w:p>
    <w:p w14:paraId="51861E3E" w14:textId="77777777" w:rsidR="00EF6DA1" w:rsidRDefault="00EF6DA1" w:rsidP="00EF6DA1">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الإطار المعرفي للدراسة</w:t>
      </w:r>
      <w:r w:rsidRPr="001B5917">
        <w:rPr>
          <w:rFonts w:ascii="Sakkal Majalla" w:hAnsi="Sakkal Majalla" w:cs="Sakkal Majalla" w:hint="cs"/>
          <w:b/>
          <w:bCs/>
          <w:sz w:val="36"/>
          <w:szCs w:val="36"/>
          <w:rtl/>
        </w:rPr>
        <w:t xml:space="preserve"> :</w:t>
      </w:r>
    </w:p>
    <w:p w14:paraId="2143177A" w14:textId="77777777" w:rsidR="00EF6DA1" w:rsidRPr="00E220FE" w:rsidRDefault="00EF6DA1" w:rsidP="00EF6DA1">
      <w:pPr>
        <w:bidi/>
        <w:spacing w:line="360" w:lineRule="auto"/>
        <w:rPr>
          <w:rFonts w:ascii="Sakkal Majalla" w:hAnsi="Sakkal Majalla" w:cs="Sakkal Majalla"/>
          <w:sz w:val="32"/>
          <w:szCs w:val="32"/>
        </w:rPr>
      </w:pPr>
      <w:r w:rsidRPr="00E220FE">
        <w:rPr>
          <w:rFonts w:ascii="Sakkal Majalla" w:hAnsi="Sakkal Majalla" w:cs="Sakkal Majalla" w:hint="cs"/>
          <w:b/>
          <w:bCs/>
          <w:sz w:val="32"/>
          <w:szCs w:val="32"/>
          <w:rtl/>
        </w:rPr>
        <w:t>المحور الأول :</w:t>
      </w:r>
    </w:p>
    <w:p w14:paraId="25E86CD4" w14:textId="33A1491A" w:rsidR="00EF6DA1" w:rsidRPr="00F7622C" w:rsidRDefault="00EF6DA1" w:rsidP="00EF6DA1">
      <w:pPr>
        <w:spacing w:line="360" w:lineRule="auto"/>
        <w:jc w:val="right"/>
        <w:rPr>
          <w:rFonts w:ascii="Sakkal Majalla" w:hAnsi="Sakkal Majalla" w:cs="Sakkal Majalla"/>
          <w:b/>
          <w:bCs/>
          <w:sz w:val="32"/>
          <w:szCs w:val="32"/>
        </w:rPr>
      </w:pPr>
      <w:r w:rsidRPr="00F7622C">
        <w:rPr>
          <w:rFonts w:ascii="Sakkal Majalla" w:hAnsi="Sakkal Majalla" w:cs="Sakkal Majalla"/>
          <w:b/>
          <w:bCs/>
          <w:sz w:val="32"/>
          <w:szCs w:val="32"/>
          <w:rtl/>
        </w:rPr>
        <w:t>الإعلام</w:t>
      </w:r>
      <w:r w:rsidR="00F153CB">
        <w:rPr>
          <w:rFonts w:ascii="Sakkal Majalla" w:hAnsi="Sakkal Majalla" w:cs="Sakkal Majalla" w:hint="cs"/>
          <w:b/>
          <w:bCs/>
          <w:sz w:val="32"/>
          <w:szCs w:val="32"/>
          <w:rtl/>
        </w:rPr>
        <w:t>/ الوسائط</w:t>
      </w:r>
      <w:r w:rsidRPr="00F7622C">
        <w:rPr>
          <w:rFonts w:ascii="Sakkal Majalla" w:hAnsi="Sakkal Majalla" w:cs="Sakkal Majalla"/>
          <w:b/>
          <w:bCs/>
          <w:sz w:val="32"/>
          <w:szCs w:val="32"/>
          <w:rtl/>
        </w:rPr>
        <w:t xml:space="preserve"> الرقمي</w:t>
      </w:r>
      <w:r w:rsidR="00F153CB">
        <w:rPr>
          <w:rFonts w:ascii="Sakkal Majalla" w:hAnsi="Sakkal Majalla" w:cs="Sakkal Majalla" w:hint="cs"/>
          <w:b/>
          <w:bCs/>
          <w:sz w:val="32"/>
          <w:szCs w:val="32"/>
          <w:rtl/>
        </w:rPr>
        <w:t>ة</w:t>
      </w:r>
      <w:r w:rsidRPr="00F7622C">
        <w:rPr>
          <w:rFonts w:ascii="Sakkal Majalla" w:hAnsi="Sakkal Majalla" w:cs="Sakkal Majalla"/>
          <w:b/>
          <w:bCs/>
          <w:sz w:val="32"/>
          <w:szCs w:val="32"/>
          <w:rtl/>
        </w:rPr>
        <w:t xml:space="preserve"> وأد</w:t>
      </w:r>
      <w:r>
        <w:rPr>
          <w:rFonts w:ascii="Sakkal Majalla" w:hAnsi="Sakkal Majalla" w:cs="Sakkal Majalla" w:hint="cs"/>
          <w:b/>
          <w:bCs/>
          <w:sz w:val="32"/>
          <w:szCs w:val="32"/>
          <w:rtl/>
        </w:rPr>
        <w:t>و</w:t>
      </w:r>
      <w:r w:rsidRPr="00F7622C">
        <w:rPr>
          <w:rFonts w:ascii="Sakkal Majalla" w:hAnsi="Sakkal Majalla" w:cs="Sakkal Majalla"/>
          <w:b/>
          <w:bCs/>
          <w:sz w:val="32"/>
          <w:szCs w:val="32"/>
          <w:rtl/>
        </w:rPr>
        <w:t>ات</w:t>
      </w:r>
      <w:r w:rsidR="00F153CB">
        <w:rPr>
          <w:rFonts w:ascii="Sakkal Majalla" w:hAnsi="Sakkal Majalla" w:cs="Sakkal Majalla" w:hint="cs"/>
          <w:b/>
          <w:bCs/>
          <w:sz w:val="32"/>
          <w:szCs w:val="32"/>
          <w:rtl/>
        </w:rPr>
        <w:t>ها</w:t>
      </w:r>
      <w:r w:rsidRPr="00F7622C">
        <w:rPr>
          <w:rFonts w:ascii="Sakkal Majalla" w:hAnsi="Sakkal Majalla" w:cs="Sakkal Majalla"/>
          <w:b/>
          <w:bCs/>
          <w:sz w:val="32"/>
          <w:szCs w:val="32"/>
          <w:rtl/>
        </w:rPr>
        <w:t xml:space="preserve"> ودورها في نمو الشركات والمؤسسات</w:t>
      </w:r>
      <w:r>
        <w:rPr>
          <w:rFonts w:ascii="Sakkal Majalla" w:hAnsi="Sakkal Majalla" w:cs="Sakkal Majalla" w:hint="cs"/>
          <w:b/>
          <w:bCs/>
          <w:sz w:val="32"/>
          <w:szCs w:val="32"/>
          <w:rtl/>
        </w:rPr>
        <w:t xml:space="preserve"> التجارية :</w:t>
      </w:r>
    </w:p>
    <w:p w14:paraId="799B3D08" w14:textId="1D56560A" w:rsidR="004C7278" w:rsidRPr="004C7278" w:rsidRDefault="004C7278" w:rsidP="00F6462E">
      <w:pPr>
        <w:bidi/>
        <w:spacing w:line="360" w:lineRule="auto"/>
        <w:rPr>
          <w:rFonts w:ascii="Sakkal Majalla" w:hAnsi="Sakkal Majalla" w:cs="Sakkal Majalla"/>
          <w:sz w:val="28"/>
          <w:szCs w:val="28"/>
        </w:rPr>
      </w:pPr>
      <w:r w:rsidRPr="004C7278">
        <w:rPr>
          <w:rFonts w:ascii="Sakkal Majalla" w:hAnsi="Sakkal Majalla" w:cs="Sakkal Majalla"/>
          <w:sz w:val="28"/>
          <w:szCs w:val="28"/>
          <w:rtl/>
        </w:rPr>
        <w:t>الإعلام الرقمي يتضمن جميع الوسائط الرقمية المستخدمة في التواصل. من بين هذه الوسائط</w:t>
      </w:r>
      <w:r>
        <w:rPr>
          <w:rFonts w:ascii="Sakkal Majalla" w:hAnsi="Sakkal Majalla" w:cs="Sakkal Majalla" w:hint="cs"/>
          <w:sz w:val="28"/>
          <w:szCs w:val="28"/>
          <w:rtl/>
        </w:rPr>
        <w:t xml:space="preserve"> , </w:t>
      </w:r>
      <w:r w:rsidRPr="004C7278">
        <w:rPr>
          <w:rFonts w:ascii="Sakkal Majalla" w:hAnsi="Sakkal Majalla" w:cs="Sakkal Majalla"/>
          <w:sz w:val="28"/>
          <w:szCs w:val="28"/>
          <w:rtl/>
        </w:rPr>
        <w:t>المواقع الإلكترونية، وسائل التواصل الاجتماعي، البريد الإلكتروني، والتطبيقات على الحواسيب والهواتف المحمولة. هذه الأدوات تتيح للشركات والمؤسسات بناء حضور على الإنترنت، زيادة الوعي بالعلامة التجارية، والتفاعل مع العملاء. وهذا يوضح أنها ليست مجرد أدوات للتواصل الاجتماعي، بل تتجاوز ذلك بكثير</w:t>
      </w:r>
    </w:p>
    <w:p w14:paraId="53814ACD" w14:textId="77777777" w:rsidR="004C7278" w:rsidRPr="004C7278" w:rsidRDefault="004C7278" w:rsidP="004C7278">
      <w:pPr>
        <w:bidi/>
        <w:spacing w:line="360" w:lineRule="auto"/>
        <w:rPr>
          <w:rFonts w:ascii="Sakkal Majalla" w:hAnsi="Sakkal Majalla" w:cs="Sakkal Majalla"/>
          <w:vanish/>
          <w:sz w:val="28"/>
          <w:szCs w:val="28"/>
        </w:rPr>
      </w:pPr>
      <w:r w:rsidRPr="004C7278">
        <w:rPr>
          <w:rFonts w:ascii="Sakkal Majalla" w:hAnsi="Sakkal Majalla" w:cs="Sakkal Majalla"/>
          <w:vanish/>
          <w:sz w:val="28"/>
          <w:szCs w:val="28"/>
          <w:rtl/>
        </w:rPr>
        <w:t>أعلى النموذج</w:t>
      </w:r>
    </w:p>
    <w:p w14:paraId="221F6DB8" w14:textId="77777777" w:rsidR="004C7278" w:rsidRPr="004C7278" w:rsidRDefault="004C7278" w:rsidP="004C7278">
      <w:pPr>
        <w:bidi/>
        <w:spacing w:line="360" w:lineRule="auto"/>
        <w:rPr>
          <w:rFonts w:ascii="Sakkal Majalla" w:hAnsi="Sakkal Majalla" w:cs="Sakkal Majalla"/>
          <w:vanish/>
          <w:sz w:val="28"/>
          <w:szCs w:val="28"/>
        </w:rPr>
      </w:pPr>
      <w:r w:rsidRPr="004C7278">
        <w:rPr>
          <w:rFonts w:ascii="Sakkal Majalla" w:hAnsi="Sakkal Majalla" w:cs="Sakkal Majalla"/>
          <w:vanish/>
          <w:sz w:val="28"/>
          <w:szCs w:val="28"/>
          <w:rtl/>
        </w:rPr>
        <w:t>أسفل النموذج</w:t>
      </w:r>
    </w:p>
    <w:p w14:paraId="0466EAE8" w14:textId="77777777" w:rsidR="00EF6DA1" w:rsidRPr="00697F24" w:rsidRDefault="00EF6DA1" w:rsidP="00EF6DA1">
      <w:pPr>
        <w:bidi/>
        <w:spacing w:line="360" w:lineRule="auto"/>
        <w:rPr>
          <w:rFonts w:ascii="Sakkal Majalla" w:hAnsi="Sakkal Majalla" w:cs="Sakkal Majalla"/>
          <w:sz w:val="28"/>
          <w:szCs w:val="28"/>
        </w:rPr>
      </w:pPr>
      <w:r w:rsidRPr="00F7622C">
        <w:rPr>
          <w:rFonts w:ascii="Sakkal Majalla" w:hAnsi="Sakkal Majalla" w:cs="Sakkal Majalla"/>
          <w:b/>
          <w:bCs/>
          <w:sz w:val="32"/>
          <w:szCs w:val="32"/>
          <w:rtl/>
        </w:rPr>
        <w:t xml:space="preserve">الأدوات </w:t>
      </w:r>
      <w:r>
        <w:rPr>
          <w:rFonts w:ascii="Sakkal Majalla" w:hAnsi="Sakkal Majalla" w:cs="Sakkal Majalla" w:hint="cs"/>
          <w:b/>
          <w:bCs/>
          <w:sz w:val="32"/>
          <w:szCs w:val="32"/>
          <w:rtl/>
        </w:rPr>
        <w:t xml:space="preserve">الإعلامية </w:t>
      </w:r>
      <w:r w:rsidRPr="00F7622C">
        <w:rPr>
          <w:rFonts w:ascii="Sakkal Majalla" w:hAnsi="Sakkal Majalla" w:cs="Sakkal Majalla"/>
          <w:b/>
          <w:bCs/>
          <w:sz w:val="32"/>
          <w:szCs w:val="32"/>
          <w:rtl/>
        </w:rPr>
        <w:t>الرقمية</w:t>
      </w:r>
      <w:r w:rsidRPr="00F7622C">
        <w:rPr>
          <w:rFonts w:ascii="Sakkal Majalla" w:hAnsi="Sakkal Majalla" w:cs="Sakkal Majalla"/>
          <w:b/>
          <w:bCs/>
          <w:sz w:val="32"/>
          <w:szCs w:val="32"/>
        </w:rPr>
        <w:t>:</w:t>
      </w:r>
    </w:p>
    <w:p w14:paraId="7B4E6932" w14:textId="775F28CF" w:rsidR="00EF6DA1" w:rsidRPr="00F7622C" w:rsidRDefault="00EF6DA1" w:rsidP="00EF6DA1">
      <w:pPr>
        <w:numPr>
          <w:ilvl w:val="0"/>
          <w:numId w:val="15"/>
        </w:numPr>
        <w:bidi/>
        <w:rPr>
          <w:rFonts w:ascii="Sakkal Majalla" w:hAnsi="Sakkal Majalla" w:cs="Sakkal Majalla"/>
          <w:sz w:val="28"/>
          <w:szCs w:val="28"/>
        </w:rPr>
      </w:pPr>
      <w:r>
        <w:rPr>
          <w:rFonts w:ascii="Sakkal Majalla" w:hAnsi="Sakkal Majalla" w:cs="Sakkal Majalla" w:hint="cs"/>
          <w:b/>
          <w:bCs/>
          <w:sz w:val="28"/>
          <w:szCs w:val="28"/>
          <w:rtl/>
        </w:rPr>
        <w:t>المواقع الإلكترونية:</w:t>
      </w:r>
      <w:r w:rsidRPr="00F7622C">
        <w:rPr>
          <w:rFonts w:ascii="Sakkal Majalla" w:hAnsi="Sakkal Majalla" w:cs="Sakkal Majalla"/>
          <w:sz w:val="28"/>
          <w:szCs w:val="28"/>
        </w:rPr>
        <w:t xml:space="preserve"> </w:t>
      </w:r>
      <w:r w:rsidRPr="00F7622C">
        <w:rPr>
          <w:rFonts w:ascii="Sakkal Majalla" w:hAnsi="Sakkal Majalla" w:cs="Sakkal Majalla"/>
          <w:sz w:val="28"/>
          <w:szCs w:val="28"/>
          <w:rtl/>
        </w:rPr>
        <w:t>المنصة الأساسية</w:t>
      </w:r>
      <w:r w:rsidR="00F153CB">
        <w:rPr>
          <w:rFonts w:ascii="Sakkal Majalla" w:hAnsi="Sakkal Majalla" w:cs="Sakkal Majalla" w:hint="cs"/>
          <w:sz w:val="28"/>
          <w:szCs w:val="28"/>
          <w:rtl/>
        </w:rPr>
        <w:t xml:space="preserve"> عبر الويب</w:t>
      </w:r>
      <w:r w:rsidRPr="00F7622C">
        <w:rPr>
          <w:rFonts w:ascii="Sakkal Majalla" w:hAnsi="Sakkal Majalla" w:cs="Sakkal Majalla"/>
          <w:sz w:val="28"/>
          <w:szCs w:val="28"/>
          <w:rtl/>
        </w:rPr>
        <w:t xml:space="preserve"> لعرض المنتجات والخدمات وتوفير المعلومات للعملاء</w:t>
      </w:r>
      <w:r w:rsidRPr="00F7622C">
        <w:rPr>
          <w:rFonts w:ascii="Sakkal Majalla" w:hAnsi="Sakkal Majalla" w:cs="Sakkal Majalla"/>
          <w:sz w:val="28"/>
          <w:szCs w:val="28"/>
        </w:rPr>
        <w:t>.</w:t>
      </w:r>
    </w:p>
    <w:p w14:paraId="0A2695BC" w14:textId="77777777" w:rsidR="00EF6DA1" w:rsidRPr="00F7622C" w:rsidRDefault="00EF6DA1" w:rsidP="00EF6DA1">
      <w:pPr>
        <w:numPr>
          <w:ilvl w:val="0"/>
          <w:numId w:val="15"/>
        </w:numPr>
        <w:bidi/>
        <w:rPr>
          <w:rFonts w:ascii="Sakkal Majalla" w:hAnsi="Sakkal Majalla" w:cs="Sakkal Majalla"/>
          <w:sz w:val="28"/>
          <w:szCs w:val="28"/>
        </w:rPr>
      </w:pPr>
      <w:r w:rsidRPr="00F7622C">
        <w:rPr>
          <w:rFonts w:ascii="Sakkal Majalla" w:hAnsi="Sakkal Majalla" w:cs="Sakkal Majalla"/>
          <w:b/>
          <w:bCs/>
          <w:sz w:val="28"/>
          <w:szCs w:val="28"/>
          <w:rtl/>
        </w:rPr>
        <w:t>وسائل التواصل الاجتماعي</w:t>
      </w:r>
      <w:r w:rsidRPr="00F7622C">
        <w:rPr>
          <w:rFonts w:ascii="Sakkal Majalla" w:hAnsi="Sakkal Majalla" w:cs="Sakkal Majalla"/>
          <w:sz w:val="28"/>
          <w:szCs w:val="28"/>
        </w:rPr>
        <w:t xml:space="preserve">: </w:t>
      </w:r>
      <w:r>
        <w:rPr>
          <w:rFonts w:ascii="Sakkal Majalla" w:hAnsi="Sakkal Majalla" w:cs="Sakkal Majalla" w:hint="cs"/>
          <w:sz w:val="28"/>
          <w:szCs w:val="28"/>
          <w:rtl/>
        </w:rPr>
        <w:t>تيك توك</w:t>
      </w:r>
      <w:r w:rsidRPr="00F7622C">
        <w:rPr>
          <w:rFonts w:ascii="Sakkal Majalla" w:hAnsi="Sakkal Majalla" w:cs="Sakkal Majalla"/>
          <w:sz w:val="28"/>
          <w:szCs w:val="28"/>
          <w:rtl/>
        </w:rPr>
        <w:t>، تويتر، إنستجرام، ولينكدإن</w:t>
      </w:r>
      <w:r>
        <w:rPr>
          <w:rFonts w:ascii="Sakkal Majalla" w:hAnsi="Sakkal Majalla" w:cs="Sakkal Majalla" w:hint="cs"/>
          <w:sz w:val="28"/>
          <w:szCs w:val="28"/>
          <w:rtl/>
        </w:rPr>
        <w:t xml:space="preserve">  وغيرها .</w:t>
      </w:r>
    </w:p>
    <w:p w14:paraId="054AF670" w14:textId="77777777" w:rsidR="00EF6DA1" w:rsidRPr="00F7622C" w:rsidRDefault="00EF6DA1" w:rsidP="00EF6DA1">
      <w:pPr>
        <w:numPr>
          <w:ilvl w:val="0"/>
          <w:numId w:val="15"/>
        </w:numPr>
        <w:bidi/>
        <w:rPr>
          <w:rFonts w:ascii="Sakkal Majalla" w:hAnsi="Sakkal Majalla" w:cs="Sakkal Majalla"/>
          <w:sz w:val="28"/>
          <w:szCs w:val="28"/>
        </w:rPr>
      </w:pPr>
      <w:r w:rsidRPr="00F7622C">
        <w:rPr>
          <w:rFonts w:ascii="Sakkal Majalla" w:hAnsi="Sakkal Majalla" w:cs="Sakkal Majalla"/>
          <w:b/>
          <w:bCs/>
          <w:sz w:val="28"/>
          <w:szCs w:val="28"/>
          <w:rtl/>
        </w:rPr>
        <w:t>البريد الإلكتروني</w:t>
      </w:r>
      <w:r w:rsidRPr="00F7622C">
        <w:rPr>
          <w:rFonts w:ascii="Sakkal Majalla" w:hAnsi="Sakkal Majalla" w:cs="Sakkal Majalla"/>
          <w:sz w:val="28"/>
          <w:szCs w:val="28"/>
        </w:rPr>
        <w:t xml:space="preserve">: </w:t>
      </w:r>
      <w:r w:rsidRPr="00F7622C">
        <w:rPr>
          <w:rFonts w:ascii="Sakkal Majalla" w:hAnsi="Sakkal Majalla" w:cs="Sakkal Majalla"/>
          <w:sz w:val="28"/>
          <w:szCs w:val="28"/>
          <w:rtl/>
        </w:rPr>
        <w:t>وسيلة فعالة للتسويق المباشر والتواصل مع العملاء الحاليين والمحتملين</w:t>
      </w:r>
      <w:r w:rsidRPr="00F7622C">
        <w:rPr>
          <w:rFonts w:ascii="Sakkal Majalla" w:hAnsi="Sakkal Majalla" w:cs="Sakkal Majalla"/>
          <w:sz w:val="28"/>
          <w:szCs w:val="28"/>
        </w:rPr>
        <w:t>.</w:t>
      </w:r>
    </w:p>
    <w:p w14:paraId="27DCCF73" w14:textId="77777777" w:rsidR="00EF6DA1" w:rsidRPr="00F7622C" w:rsidRDefault="00EF6DA1" w:rsidP="00EF6DA1">
      <w:pPr>
        <w:numPr>
          <w:ilvl w:val="0"/>
          <w:numId w:val="15"/>
        </w:numPr>
        <w:bidi/>
        <w:rPr>
          <w:rFonts w:ascii="Sakkal Majalla" w:hAnsi="Sakkal Majalla" w:cs="Sakkal Majalla"/>
          <w:sz w:val="28"/>
          <w:szCs w:val="28"/>
        </w:rPr>
      </w:pPr>
      <w:r>
        <w:rPr>
          <w:rFonts w:ascii="Sakkal Majalla" w:hAnsi="Sakkal Majalla" w:cs="Sakkal Majalla" w:hint="cs"/>
          <w:b/>
          <w:bCs/>
          <w:sz w:val="28"/>
          <w:szCs w:val="28"/>
          <w:rtl/>
        </w:rPr>
        <w:t>التطبيقات على الأجهزة الإلكترونية :</w:t>
      </w:r>
      <w:r w:rsidRPr="00F7622C">
        <w:rPr>
          <w:rFonts w:ascii="Sakkal Majalla" w:hAnsi="Sakkal Majalla" w:cs="Sakkal Majalla"/>
          <w:sz w:val="28"/>
          <w:szCs w:val="28"/>
        </w:rPr>
        <w:t xml:space="preserve"> </w:t>
      </w:r>
      <w:r w:rsidRPr="00F7622C">
        <w:rPr>
          <w:rFonts w:ascii="Sakkal Majalla" w:hAnsi="Sakkal Majalla" w:cs="Sakkal Majalla"/>
          <w:sz w:val="28"/>
          <w:szCs w:val="28"/>
          <w:rtl/>
        </w:rPr>
        <w:t>تسهل الوصول إلى الخدمات والمنتجات بشكل أكثر تفاعلي</w:t>
      </w:r>
      <w:r w:rsidRPr="00F7622C">
        <w:rPr>
          <w:rFonts w:ascii="Sakkal Majalla" w:hAnsi="Sakkal Majalla" w:cs="Sakkal Majalla"/>
          <w:sz w:val="28"/>
          <w:szCs w:val="28"/>
        </w:rPr>
        <w:t>.</w:t>
      </w:r>
    </w:p>
    <w:p w14:paraId="6DD100A4" w14:textId="77777777" w:rsidR="00BF35B9" w:rsidRDefault="00BF35B9" w:rsidP="00BF35B9">
      <w:pPr>
        <w:bidi/>
        <w:spacing w:line="360" w:lineRule="auto"/>
        <w:rPr>
          <w:rFonts w:ascii="Sakkal Majalla" w:hAnsi="Sakkal Majalla" w:cs="Sakkal Majalla"/>
          <w:b/>
          <w:bCs/>
          <w:sz w:val="32"/>
          <w:szCs w:val="32"/>
          <w:rtl/>
        </w:rPr>
      </w:pPr>
    </w:p>
    <w:p w14:paraId="08FFD4AA" w14:textId="77777777" w:rsidR="00F6462E" w:rsidRDefault="00F6462E" w:rsidP="00F6462E">
      <w:pPr>
        <w:bidi/>
        <w:spacing w:line="360" w:lineRule="auto"/>
        <w:rPr>
          <w:rFonts w:ascii="Sakkal Majalla" w:hAnsi="Sakkal Majalla" w:cs="Sakkal Majalla"/>
          <w:b/>
          <w:bCs/>
          <w:sz w:val="32"/>
          <w:szCs w:val="32"/>
          <w:rtl/>
        </w:rPr>
      </w:pPr>
    </w:p>
    <w:p w14:paraId="3D461084" w14:textId="77777777" w:rsidR="00F6462E" w:rsidRPr="00EF6DA1" w:rsidRDefault="00F6462E" w:rsidP="00F6462E">
      <w:pPr>
        <w:bidi/>
        <w:spacing w:line="360" w:lineRule="auto"/>
        <w:rPr>
          <w:rFonts w:ascii="Sakkal Majalla" w:hAnsi="Sakkal Majalla" w:cs="Sakkal Majalla"/>
          <w:b/>
          <w:bCs/>
          <w:sz w:val="32"/>
          <w:szCs w:val="32"/>
        </w:rPr>
      </w:pPr>
    </w:p>
    <w:p w14:paraId="061286E6" w14:textId="439898EE" w:rsidR="00BF35B9" w:rsidRDefault="00BF35B9" w:rsidP="00BF35B9">
      <w:pPr>
        <w:bidi/>
        <w:spacing w:line="360" w:lineRule="auto"/>
        <w:rPr>
          <w:rFonts w:ascii="Sakkal Majalla" w:hAnsi="Sakkal Majalla" w:cs="Sakkal Majalla"/>
          <w:b/>
          <w:bCs/>
          <w:sz w:val="32"/>
          <w:szCs w:val="32"/>
          <w:rtl/>
        </w:rPr>
      </w:pPr>
      <w:r w:rsidRPr="000C0C47">
        <w:rPr>
          <w:rFonts w:ascii="Sakkal Majalla" w:hAnsi="Sakkal Majalla" w:cs="Sakkal Majalla" w:hint="cs"/>
          <w:b/>
          <w:bCs/>
          <w:sz w:val="32"/>
          <w:szCs w:val="32"/>
          <w:rtl/>
        </w:rPr>
        <w:t xml:space="preserve">دور </w:t>
      </w:r>
      <w:r>
        <w:rPr>
          <w:rFonts w:ascii="Sakkal Majalla" w:hAnsi="Sakkal Majalla" w:cs="Sakkal Majalla" w:hint="cs"/>
          <w:b/>
          <w:bCs/>
          <w:sz w:val="32"/>
          <w:szCs w:val="32"/>
          <w:rtl/>
        </w:rPr>
        <w:t>أدوات الإعلام الرقمي</w:t>
      </w:r>
      <w:r w:rsidRPr="000C0C47">
        <w:rPr>
          <w:rFonts w:ascii="Sakkal Majalla" w:hAnsi="Sakkal Majalla" w:cs="Sakkal Majalla" w:hint="cs"/>
          <w:b/>
          <w:bCs/>
          <w:sz w:val="32"/>
          <w:szCs w:val="32"/>
          <w:rtl/>
        </w:rPr>
        <w:t xml:space="preserve"> في نمو ال</w:t>
      </w:r>
      <w:r w:rsidR="00F153CB">
        <w:rPr>
          <w:rFonts w:ascii="Sakkal Majalla" w:hAnsi="Sakkal Majalla" w:cs="Sakkal Majalla" w:hint="cs"/>
          <w:b/>
          <w:bCs/>
          <w:sz w:val="32"/>
          <w:szCs w:val="32"/>
          <w:rtl/>
        </w:rPr>
        <w:t>قطاعات</w:t>
      </w:r>
      <w:r w:rsidRPr="000C0C47">
        <w:rPr>
          <w:rFonts w:ascii="Sakkal Majalla" w:hAnsi="Sakkal Majalla" w:cs="Sakkal Majalla" w:hint="cs"/>
          <w:b/>
          <w:bCs/>
          <w:sz w:val="32"/>
          <w:szCs w:val="32"/>
          <w:rtl/>
        </w:rPr>
        <w:t xml:space="preserve"> التجارية:</w:t>
      </w:r>
    </w:p>
    <w:p w14:paraId="45157D3A" w14:textId="27E93B3E" w:rsidR="00150709" w:rsidRPr="00150709" w:rsidRDefault="00150709" w:rsidP="00150709">
      <w:pPr>
        <w:numPr>
          <w:ilvl w:val="0"/>
          <w:numId w:val="53"/>
        </w:numPr>
        <w:bidi/>
        <w:spacing w:line="360" w:lineRule="auto"/>
        <w:rPr>
          <w:rFonts w:ascii="Sakkal Majalla" w:hAnsi="Sakkal Majalla" w:cs="Sakkal Majalla"/>
          <w:b/>
          <w:bCs/>
          <w:sz w:val="32"/>
          <w:szCs w:val="32"/>
        </w:rPr>
      </w:pPr>
      <w:r w:rsidRPr="00150709">
        <w:rPr>
          <w:rFonts w:ascii="Sakkal Majalla" w:hAnsi="Sakkal Majalla" w:cs="Sakkal Majalla"/>
          <w:b/>
          <w:bCs/>
          <w:sz w:val="32"/>
          <w:szCs w:val="32"/>
          <w:rtl/>
        </w:rPr>
        <w:t>الكفاءة</w:t>
      </w:r>
    </w:p>
    <w:p w14:paraId="6471E9CB" w14:textId="77777777" w:rsidR="00150709" w:rsidRPr="00150709" w:rsidRDefault="00150709" w:rsidP="00150709">
      <w:pPr>
        <w:numPr>
          <w:ilvl w:val="1"/>
          <w:numId w:val="53"/>
        </w:numPr>
        <w:bidi/>
        <w:spacing w:line="360" w:lineRule="auto"/>
        <w:rPr>
          <w:rFonts w:ascii="Sakkal Majalla" w:hAnsi="Sakkal Majalla" w:cs="Sakkal Majalla"/>
          <w:b/>
          <w:bCs/>
          <w:sz w:val="32"/>
          <w:szCs w:val="32"/>
          <w:rtl/>
        </w:rPr>
      </w:pPr>
      <w:r w:rsidRPr="00150709">
        <w:rPr>
          <w:rFonts w:ascii="Sakkal Majalla" w:hAnsi="Sakkal Majalla" w:cs="Sakkal Majalla"/>
          <w:b/>
          <w:bCs/>
          <w:sz w:val="32"/>
          <w:szCs w:val="32"/>
          <w:rtl/>
        </w:rPr>
        <w:t>التسويق الرقمي غالبًا ما يكون أقل تكلفة مقارنة بالإعلانات التقليدية</w:t>
      </w:r>
    </w:p>
    <w:p w14:paraId="0122F4C8" w14:textId="356249D3" w:rsidR="00150709" w:rsidRPr="00150709" w:rsidRDefault="00150709" w:rsidP="00150709">
      <w:pPr>
        <w:numPr>
          <w:ilvl w:val="1"/>
          <w:numId w:val="53"/>
        </w:numPr>
        <w:bidi/>
        <w:spacing w:line="360" w:lineRule="auto"/>
        <w:rPr>
          <w:rFonts w:ascii="Sakkal Majalla" w:hAnsi="Sakkal Majalla" w:cs="Sakkal Majalla"/>
          <w:b/>
          <w:bCs/>
          <w:sz w:val="32"/>
          <w:szCs w:val="32"/>
          <w:rtl/>
        </w:rPr>
      </w:pPr>
      <w:r w:rsidRPr="00150709">
        <w:rPr>
          <w:rFonts w:ascii="Sakkal Majalla" w:hAnsi="Sakkal Majalla" w:cs="Sakkal Majalla"/>
          <w:b/>
          <w:bCs/>
          <w:sz w:val="32"/>
          <w:szCs w:val="32"/>
          <w:rtl/>
        </w:rPr>
        <w:t>ال</w:t>
      </w:r>
      <w:r w:rsidR="00F153CB">
        <w:rPr>
          <w:rFonts w:ascii="Sakkal Majalla" w:hAnsi="Sakkal Majalla" w:cs="Sakkal Majalla" w:hint="cs"/>
          <w:b/>
          <w:bCs/>
          <w:sz w:val="32"/>
          <w:szCs w:val="32"/>
          <w:rtl/>
        </w:rPr>
        <w:t>م</w:t>
      </w:r>
      <w:r w:rsidRPr="00150709">
        <w:rPr>
          <w:rFonts w:ascii="Sakkal Majalla" w:hAnsi="Sakkal Majalla" w:cs="Sakkal Majalla"/>
          <w:b/>
          <w:bCs/>
          <w:sz w:val="32"/>
          <w:szCs w:val="32"/>
          <w:rtl/>
        </w:rPr>
        <w:t>قدرة على قياس</w:t>
      </w:r>
      <w:r w:rsidR="00F153CB">
        <w:rPr>
          <w:rFonts w:ascii="Sakkal Majalla" w:hAnsi="Sakkal Majalla" w:cs="Sakkal Majalla" w:hint="cs"/>
          <w:b/>
          <w:bCs/>
          <w:sz w:val="32"/>
          <w:szCs w:val="32"/>
          <w:rtl/>
        </w:rPr>
        <w:t xml:space="preserve"> وتحديد</w:t>
      </w:r>
      <w:r w:rsidRPr="00150709">
        <w:rPr>
          <w:rFonts w:ascii="Sakkal Majalla" w:hAnsi="Sakkal Majalla" w:cs="Sakkal Majalla"/>
          <w:b/>
          <w:bCs/>
          <w:sz w:val="32"/>
          <w:szCs w:val="32"/>
          <w:rtl/>
        </w:rPr>
        <w:t xml:space="preserve"> العائد على الاستثمار بدقة </w:t>
      </w:r>
      <w:r w:rsidR="00F153CB">
        <w:rPr>
          <w:rFonts w:ascii="Sakkal Majalla" w:hAnsi="Sakkal Majalla" w:cs="Sakkal Majalla" w:hint="cs"/>
          <w:b/>
          <w:bCs/>
          <w:sz w:val="32"/>
          <w:szCs w:val="32"/>
          <w:rtl/>
        </w:rPr>
        <w:t xml:space="preserve">والتي </w:t>
      </w:r>
      <w:r w:rsidRPr="00150709">
        <w:rPr>
          <w:rFonts w:ascii="Sakkal Majalla" w:hAnsi="Sakkal Majalla" w:cs="Sakkal Majalla"/>
          <w:b/>
          <w:bCs/>
          <w:sz w:val="32"/>
          <w:szCs w:val="32"/>
          <w:rtl/>
        </w:rPr>
        <w:t>تتيح للشركات تعديل حملاتها لتحقيق أقصى فائدة</w:t>
      </w:r>
    </w:p>
    <w:p w14:paraId="35153C94" w14:textId="77777777" w:rsidR="00150709" w:rsidRPr="00150709" w:rsidRDefault="00150709" w:rsidP="00150709">
      <w:pPr>
        <w:numPr>
          <w:ilvl w:val="0"/>
          <w:numId w:val="53"/>
        </w:numPr>
        <w:bidi/>
        <w:spacing w:line="360" w:lineRule="auto"/>
        <w:rPr>
          <w:rFonts w:ascii="Sakkal Majalla" w:hAnsi="Sakkal Majalla" w:cs="Sakkal Majalla"/>
          <w:b/>
          <w:bCs/>
          <w:sz w:val="32"/>
          <w:szCs w:val="32"/>
          <w:rtl/>
        </w:rPr>
      </w:pPr>
      <w:r w:rsidRPr="00150709">
        <w:rPr>
          <w:rFonts w:ascii="Sakkal Majalla" w:hAnsi="Sakkal Majalla" w:cs="Sakkal Majalla"/>
          <w:b/>
          <w:bCs/>
          <w:sz w:val="32"/>
          <w:szCs w:val="32"/>
          <w:rtl/>
        </w:rPr>
        <w:t>تحليل البيانات</w:t>
      </w:r>
    </w:p>
    <w:p w14:paraId="0AC1BBC8" w14:textId="77FCED03" w:rsidR="00150709" w:rsidRPr="00150709" w:rsidRDefault="00150709" w:rsidP="00150709">
      <w:pPr>
        <w:numPr>
          <w:ilvl w:val="1"/>
          <w:numId w:val="53"/>
        </w:numPr>
        <w:bidi/>
        <w:spacing w:line="360" w:lineRule="auto"/>
        <w:rPr>
          <w:rFonts w:ascii="Sakkal Majalla" w:hAnsi="Sakkal Majalla" w:cs="Sakkal Majalla"/>
          <w:b/>
          <w:bCs/>
          <w:sz w:val="32"/>
          <w:szCs w:val="32"/>
          <w:rtl/>
        </w:rPr>
      </w:pPr>
      <w:r w:rsidRPr="00150709">
        <w:rPr>
          <w:rFonts w:ascii="Sakkal Majalla" w:hAnsi="Sakkal Majalla" w:cs="Sakkal Majalla"/>
          <w:b/>
          <w:bCs/>
          <w:sz w:val="32"/>
          <w:szCs w:val="32"/>
          <w:rtl/>
        </w:rPr>
        <w:t>ا</w:t>
      </w:r>
      <w:r w:rsidR="00F153CB">
        <w:rPr>
          <w:rFonts w:ascii="Sakkal Majalla" w:hAnsi="Sakkal Majalla" w:cs="Sakkal Majalla" w:hint="cs"/>
          <w:b/>
          <w:bCs/>
          <w:sz w:val="32"/>
          <w:szCs w:val="32"/>
          <w:rtl/>
        </w:rPr>
        <w:t>لوسائط</w:t>
      </w:r>
      <w:r w:rsidRPr="00150709">
        <w:rPr>
          <w:rFonts w:ascii="Sakkal Majalla" w:hAnsi="Sakkal Majalla" w:cs="Sakkal Majalla"/>
          <w:b/>
          <w:bCs/>
          <w:sz w:val="32"/>
          <w:szCs w:val="32"/>
          <w:rtl/>
        </w:rPr>
        <w:t xml:space="preserve"> الرقمية </w:t>
      </w:r>
      <w:r w:rsidR="00F153CB">
        <w:rPr>
          <w:rFonts w:ascii="Sakkal Majalla" w:hAnsi="Sakkal Majalla" w:cs="Sakkal Majalla" w:hint="cs"/>
          <w:b/>
          <w:bCs/>
          <w:sz w:val="32"/>
          <w:szCs w:val="32"/>
          <w:rtl/>
        </w:rPr>
        <w:t xml:space="preserve">وأدواتها </w:t>
      </w:r>
      <w:r w:rsidRPr="00150709">
        <w:rPr>
          <w:rFonts w:ascii="Sakkal Majalla" w:hAnsi="Sakkal Majalla" w:cs="Sakkal Majalla"/>
          <w:b/>
          <w:bCs/>
          <w:sz w:val="32"/>
          <w:szCs w:val="32"/>
          <w:rtl/>
        </w:rPr>
        <w:t xml:space="preserve">توفر بيانات </w:t>
      </w:r>
      <w:r w:rsidR="00F153CB">
        <w:rPr>
          <w:rFonts w:ascii="Sakkal Majalla" w:hAnsi="Sakkal Majalla" w:cs="Sakkal Majalla" w:hint="cs"/>
          <w:b/>
          <w:bCs/>
          <w:sz w:val="32"/>
          <w:szCs w:val="32"/>
          <w:rtl/>
        </w:rPr>
        <w:t>كبيرة و</w:t>
      </w:r>
      <w:r w:rsidRPr="00150709">
        <w:rPr>
          <w:rFonts w:ascii="Sakkal Majalla" w:hAnsi="Sakkal Majalla" w:cs="Sakkal Majalla"/>
          <w:b/>
          <w:bCs/>
          <w:sz w:val="32"/>
          <w:szCs w:val="32"/>
          <w:rtl/>
        </w:rPr>
        <w:t>قي</w:t>
      </w:r>
      <w:r w:rsidR="00F153CB">
        <w:rPr>
          <w:rFonts w:ascii="Sakkal Majalla" w:hAnsi="Sakkal Majalla" w:cs="Sakkal Majalla" w:hint="cs"/>
          <w:b/>
          <w:bCs/>
          <w:sz w:val="32"/>
          <w:szCs w:val="32"/>
          <w:rtl/>
        </w:rPr>
        <w:t>ّ</w:t>
      </w:r>
      <w:r w:rsidRPr="00150709">
        <w:rPr>
          <w:rFonts w:ascii="Sakkal Majalla" w:hAnsi="Sakkal Majalla" w:cs="Sakkal Majalla"/>
          <w:b/>
          <w:bCs/>
          <w:sz w:val="32"/>
          <w:szCs w:val="32"/>
          <w:rtl/>
        </w:rPr>
        <w:t xml:space="preserve">مة حول سلوك العملاء من خلال </w:t>
      </w:r>
      <w:r w:rsidR="00F153CB">
        <w:rPr>
          <w:rFonts w:ascii="Sakkal Majalla" w:hAnsi="Sakkal Majalla" w:cs="Sakkal Majalla" w:hint="cs"/>
          <w:b/>
          <w:bCs/>
          <w:sz w:val="32"/>
          <w:szCs w:val="32"/>
          <w:rtl/>
        </w:rPr>
        <w:t xml:space="preserve">عمل </w:t>
      </w:r>
      <w:r w:rsidRPr="00150709">
        <w:rPr>
          <w:rFonts w:ascii="Sakkal Majalla" w:hAnsi="Sakkal Majalla" w:cs="Sakkal Majalla"/>
          <w:b/>
          <w:bCs/>
          <w:sz w:val="32"/>
          <w:szCs w:val="32"/>
          <w:rtl/>
        </w:rPr>
        <w:t xml:space="preserve">تحليلات </w:t>
      </w:r>
      <w:r w:rsidR="009E103C">
        <w:rPr>
          <w:rFonts w:ascii="Sakkal Majalla" w:hAnsi="Sakkal Majalla" w:cs="Sakkal Majalla" w:hint="cs"/>
          <w:b/>
          <w:bCs/>
          <w:sz w:val="32"/>
          <w:szCs w:val="32"/>
          <w:rtl/>
        </w:rPr>
        <w:t>تتبع في المنصات الاجتماعية والمواقع الإلكترونية .</w:t>
      </w:r>
    </w:p>
    <w:p w14:paraId="454DA79C" w14:textId="47E078FE" w:rsidR="00150709" w:rsidRPr="00150709" w:rsidRDefault="00150709" w:rsidP="00150709">
      <w:pPr>
        <w:numPr>
          <w:ilvl w:val="1"/>
          <w:numId w:val="53"/>
        </w:numPr>
        <w:bidi/>
        <w:spacing w:line="360" w:lineRule="auto"/>
        <w:rPr>
          <w:rFonts w:ascii="Sakkal Majalla" w:hAnsi="Sakkal Majalla" w:cs="Sakkal Majalla"/>
          <w:b/>
          <w:bCs/>
          <w:sz w:val="32"/>
          <w:szCs w:val="32"/>
          <w:rtl/>
        </w:rPr>
      </w:pPr>
      <w:r w:rsidRPr="00150709">
        <w:rPr>
          <w:rFonts w:ascii="Sakkal Majalla" w:hAnsi="Sakkal Majalla" w:cs="Sakkal Majalla"/>
          <w:b/>
          <w:bCs/>
          <w:sz w:val="32"/>
          <w:szCs w:val="32"/>
          <w:rtl/>
        </w:rPr>
        <w:t xml:space="preserve">يمكن استخدام البيانات </w:t>
      </w:r>
      <w:r w:rsidR="009E103C">
        <w:rPr>
          <w:rFonts w:ascii="Sakkal Majalla" w:hAnsi="Sakkal Majalla" w:cs="Sakkal Majalla" w:hint="cs"/>
          <w:b/>
          <w:bCs/>
          <w:sz w:val="32"/>
          <w:szCs w:val="32"/>
          <w:rtl/>
        </w:rPr>
        <w:t xml:space="preserve"> المتوفرة </w:t>
      </w:r>
      <w:r w:rsidRPr="00150709">
        <w:rPr>
          <w:rFonts w:ascii="Sakkal Majalla" w:hAnsi="Sakkal Majalla" w:cs="Sakkal Majalla"/>
          <w:b/>
          <w:bCs/>
          <w:sz w:val="32"/>
          <w:szCs w:val="32"/>
          <w:rtl/>
        </w:rPr>
        <w:t>لتحسين الاستراتيجيات التسويقية وتخصيص</w:t>
      </w:r>
      <w:r w:rsidR="009E103C">
        <w:rPr>
          <w:rFonts w:ascii="Sakkal Majalla" w:hAnsi="Sakkal Majalla" w:cs="Sakkal Majalla" w:hint="cs"/>
          <w:b/>
          <w:bCs/>
          <w:sz w:val="32"/>
          <w:szCs w:val="32"/>
          <w:rtl/>
        </w:rPr>
        <w:t>ها لإثراء تجربة العملاء.</w:t>
      </w:r>
    </w:p>
    <w:p w14:paraId="4F23D37D" w14:textId="2EC52C36" w:rsidR="00150709" w:rsidRPr="00150709" w:rsidRDefault="00150709" w:rsidP="00150709">
      <w:pPr>
        <w:numPr>
          <w:ilvl w:val="0"/>
          <w:numId w:val="53"/>
        </w:numPr>
        <w:bidi/>
        <w:spacing w:line="360" w:lineRule="auto"/>
        <w:rPr>
          <w:rFonts w:ascii="Sakkal Majalla" w:hAnsi="Sakkal Majalla" w:cs="Sakkal Majalla"/>
          <w:b/>
          <w:bCs/>
          <w:sz w:val="32"/>
          <w:szCs w:val="32"/>
          <w:rtl/>
        </w:rPr>
      </w:pPr>
      <w:r w:rsidRPr="00150709">
        <w:rPr>
          <w:rFonts w:ascii="Sakkal Majalla" w:hAnsi="Sakkal Majalla" w:cs="Sakkal Majalla"/>
          <w:b/>
          <w:bCs/>
          <w:sz w:val="32"/>
          <w:szCs w:val="32"/>
          <w:rtl/>
        </w:rPr>
        <w:t xml:space="preserve"> الوصول والتفاعل</w:t>
      </w:r>
    </w:p>
    <w:p w14:paraId="2C755367" w14:textId="1D1E2982" w:rsidR="00150709" w:rsidRPr="00150709" w:rsidRDefault="00150709" w:rsidP="00150709">
      <w:pPr>
        <w:numPr>
          <w:ilvl w:val="1"/>
          <w:numId w:val="53"/>
        </w:numPr>
        <w:bidi/>
        <w:spacing w:line="360" w:lineRule="auto"/>
        <w:rPr>
          <w:rFonts w:ascii="Sakkal Majalla" w:hAnsi="Sakkal Majalla" w:cs="Sakkal Majalla"/>
          <w:b/>
          <w:bCs/>
          <w:sz w:val="32"/>
          <w:szCs w:val="32"/>
          <w:rtl/>
        </w:rPr>
      </w:pPr>
      <w:r w:rsidRPr="00150709">
        <w:rPr>
          <w:rFonts w:ascii="Sakkal Majalla" w:hAnsi="Sakkal Majalla" w:cs="Sakkal Majalla"/>
          <w:b/>
          <w:bCs/>
          <w:sz w:val="32"/>
          <w:szCs w:val="32"/>
          <w:rtl/>
        </w:rPr>
        <w:t>وسائ</w:t>
      </w:r>
      <w:r w:rsidR="009E103C">
        <w:rPr>
          <w:rFonts w:ascii="Sakkal Majalla" w:hAnsi="Sakkal Majalla" w:cs="Sakkal Majalla" w:hint="cs"/>
          <w:b/>
          <w:bCs/>
          <w:sz w:val="32"/>
          <w:szCs w:val="32"/>
          <w:rtl/>
        </w:rPr>
        <w:t>ط</w:t>
      </w:r>
      <w:r w:rsidRPr="00150709">
        <w:rPr>
          <w:rFonts w:ascii="Sakkal Majalla" w:hAnsi="Sakkal Majalla" w:cs="Sakkal Majalla"/>
          <w:b/>
          <w:bCs/>
          <w:sz w:val="32"/>
          <w:szCs w:val="32"/>
          <w:rtl/>
        </w:rPr>
        <w:t xml:space="preserve"> الإعلام الرقمي تمكن الشركات</w:t>
      </w:r>
      <w:r w:rsidR="009E103C">
        <w:rPr>
          <w:rFonts w:ascii="Sakkal Majalla" w:hAnsi="Sakkal Majalla" w:cs="Sakkal Majalla" w:hint="cs"/>
          <w:b/>
          <w:bCs/>
          <w:sz w:val="32"/>
          <w:szCs w:val="32"/>
          <w:rtl/>
        </w:rPr>
        <w:t xml:space="preserve"> والمؤسسات</w:t>
      </w:r>
      <w:r w:rsidRPr="00150709">
        <w:rPr>
          <w:rFonts w:ascii="Sakkal Majalla" w:hAnsi="Sakkal Majalla" w:cs="Sakkal Majalla"/>
          <w:b/>
          <w:bCs/>
          <w:sz w:val="32"/>
          <w:szCs w:val="32"/>
          <w:rtl/>
        </w:rPr>
        <w:t xml:space="preserve"> من وصول </w:t>
      </w:r>
      <w:r w:rsidR="009E103C">
        <w:rPr>
          <w:rFonts w:ascii="Sakkal Majalla" w:hAnsi="Sakkal Majalla" w:cs="Sakkal Majalla" w:hint="cs"/>
          <w:b/>
          <w:bCs/>
          <w:sz w:val="32"/>
          <w:szCs w:val="32"/>
          <w:rtl/>
        </w:rPr>
        <w:t xml:space="preserve">اكبر </w:t>
      </w:r>
      <w:r w:rsidRPr="00150709">
        <w:rPr>
          <w:rFonts w:ascii="Sakkal Majalla" w:hAnsi="Sakkal Majalla" w:cs="Sakkal Majalla"/>
          <w:b/>
          <w:bCs/>
          <w:sz w:val="32"/>
          <w:szCs w:val="32"/>
          <w:rtl/>
        </w:rPr>
        <w:t>إلى جمهور أوسع من خلال الحملات الإعلانية الم</w:t>
      </w:r>
      <w:r w:rsidR="009E103C">
        <w:rPr>
          <w:rFonts w:ascii="Sakkal Majalla" w:hAnsi="Sakkal Majalla" w:cs="Sakkal Majalla" w:hint="cs"/>
          <w:b/>
          <w:bCs/>
          <w:sz w:val="32"/>
          <w:szCs w:val="32"/>
          <w:rtl/>
        </w:rPr>
        <w:t>خصصة .</w:t>
      </w:r>
    </w:p>
    <w:p w14:paraId="2C0D6CF6" w14:textId="3B716021" w:rsidR="00150709" w:rsidRPr="00150709" w:rsidRDefault="00150709" w:rsidP="00150709">
      <w:pPr>
        <w:numPr>
          <w:ilvl w:val="1"/>
          <w:numId w:val="53"/>
        </w:numPr>
        <w:bidi/>
        <w:spacing w:line="360" w:lineRule="auto"/>
        <w:rPr>
          <w:rFonts w:ascii="Sakkal Majalla" w:hAnsi="Sakkal Majalla" w:cs="Sakkal Majalla"/>
          <w:b/>
          <w:bCs/>
          <w:sz w:val="32"/>
          <w:szCs w:val="32"/>
          <w:rtl/>
        </w:rPr>
      </w:pPr>
      <w:r w:rsidRPr="00150709">
        <w:rPr>
          <w:rFonts w:ascii="Sakkal Majalla" w:hAnsi="Sakkal Majalla" w:cs="Sakkal Majalla"/>
          <w:b/>
          <w:bCs/>
          <w:sz w:val="32"/>
          <w:szCs w:val="32"/>
          <w:rtl/>
        </w:rPr>
        <w:t xml:space="preserve">التفاعل مع الجمهور </w:t>
      </w:r>
      <w:r w:rsidR="009E103C">
        <w:rPr>
          <w:rFonts w:ascii="Sakkal Majalla" w:hAnsi="Sakkal Majalla" w:cs="Sakkal Majalla" w:hint="cs"/>
          <w:b/>
          <w:bCs/>
          <w:sz w:val="32"/>
          <w:szCs w:val="32"/>
          <w:rtl/>
        </w:rPr>
        <w:t>من خلال ال</w:t>
      </w:r>
      <w:r w:rsidRPr="00150709">
        <w:rPr>
          <w:rFonts w:ascii="Sakkal Majalla" w:hAnsi="Sakkal Majalla" w:cs="Sakkal Majalla"/>
          <w:b/>
          <w:bCs/>
          <w:sz w:val="32"/>
          <w:szCs w:val="32"/>
          <w:rtl/>
        </w:rPr>
        <w:t xml:space="preserve">مشاركات </w:t>
      </w:r>
      <w:r w:rsidR="009E103C">
        <w:rPr>
          <w:rFonts w:ascii="Sakkal Majalla" w:hAnsi="Sakkal Majalla" w:cs="Sakkal Majalla" w:hint="cs"/>
          <w:b/>
          <w:bCs/>
          <w:sz w:val="32"/>
          <w:szCs w:val="32"/>
          <w:rtl/>
        </w:rPr>
        <w:t xml:space="preserve">وإضافة التعليقات </w:t>
      </w:r>
      <w:r w:rsidRPr="00150709">
        <w:rPr>
          <w:rFonts w:ascii="Sakkal Majalla" w:hAnsi="Sakkal Majalla" w:cs="Sakkal Majalla"/>
          <w:b/>
          <w:bCs/>
          <w:sz w:val="32"/>
          <w:szCs w:val="32"/>
          <w:rtl/>
        </w:rPr>
        <w:t>يعزز الارتباط بالعلامة التجارية</w:t>
      </w:r>
      <w:r w:rsidR="009E103C">
        <w:rPr>
          <w:rFonts w:ascii="Sakkal Majalla" w:hAnsi="Sakkal Majalla" w:cs="Sakkal Majalla" w:hint="cs"/>
          <w:b/>
          <w:bCs/>
          <w:sz w:val="32"/>
          <w:szCs w:val="32"/>
          <w:rtl/>
        </w:rPr>
        <w:t xml:space="preserve"> اكثر .</w:t>
      </w:r>
    </w:p>
    <w:p w14:paraId="0FCDC7A6" w14:textId="404BC504" w:rsidR="00BF35B9" w:rsidRPr="00697F24" w:rsidRDefault="00BF35B9" w:rsidP="00BF35B9">
      <w:pPr>
        <w:bidi/>
        <w:spacing w:line="360" w:lineRule="auto"/>
        <w:rPr>
          <w:rFonts w:ascii="Sakkal Majalla" w:hAnsi="Sakkal Majalla" w:cs="Sakkal Majalla"/>
          <w:b/>
          <w:bCs/>
          <w:sz w:val="32"/>
          <w:szCs w:val="32"/>
          <w:rtl/>
        </w:rPr>
      </w:pPr>
    </w:p>
    <w:p w14:paraId="6470F794" w14:textId="77777777" w:rsidR="00BF35B9" w:rsidRPr="004E5109" w:rsidRDefault="00BF35B9" w:rsidP="00BF35B9">
      <w:pPr>
        <w:bidi/>
        <w:spacing w:line="360" w:lineRule="auto"/>
        <w:ind w:left="720"/>
        <w:rPr>
          <w:rFonts w:ascii="Sakkal Majalla" w:hAnsi="Sakkal Majalla" w:cs="Sakkal Majalla"/>
          <w:b/>
          <w:bCs/>
          <w:sz w:val="32"/>
          <w:szCs w:val="32"/>
          <w:rtl/>
        </w:rPr>
      </w:pPr>
      <w:r w:rsidRPr="004E5109">
        <w:rPr>
          <w:rFonts w:ascii="Sakkal Majalla" w:hAnsi="Sakkal Majalla" w:cs="Sakkal Majalla" w:hint="cs"/>
          <w:b/>
          <w:bCs/>
          <w:sz w:val="32"/>
          <w:szCs w:val="32"/>
          <w:rtl/>
        </w:rPr>
        <w:t>الإستنتاج :</w:t>
      </w:r>
    </w:p>
    <w:p w14:paraId="3CF1889F" w14:textId="562EC404" w:rsidR="00BF35B9" w:rsidRDefault="009E103C" w:rsidP="00BF35B9">
      <w:pPr>
        <w:bidi/>
        <w:spacing w:line="360" w:lineRule="auto"/>
        <w:ind w:left="720"/>
        <w:rPr>
          <w:rFonts w:ascii="Sakkal Majalla" w:hAnsi="Sakkal Majalla" w:cs="Sakkal Majalla"/>
          <w:sz w:val="28"/>
          <w:szCs w:val="28"/>
        </w:rPr>
      </w:pPr>
      <w:r w:rsidRPr="009E103C">
        <w:rPr>
          <w:rFonts w:ascii="Sakkal Majalla" w:hAnsi="Sakkal Majalla" w:cs="Sakkal Majalla" w:hint="cs"/>
          <w:sz w:val="28"/>
          <w:szCs w:val="28"/>
          <w:rtl/>
        </w:rPr>
        <w:t>تلعب</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الوسائط</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الرقمية</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وأدواتها</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دورًا</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مهمًا</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في</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نمو</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الشركات</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والمؤسسات</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من</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خلال</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زيادة</w:t>
      </w:r>
      <w:r w:rsidRPr="009E103C">
        <w:rPr>
          <w:rFonts w:ascii="Sakkal Majalla" w:hAnsi="Sakkal Majalla" w:cs="Sakkal Majalla"/>
          <w:sz w:val="28"/>
          <w:szCs w:val="28"/>
          <w:rtl/>
        </w:rPr>
        <w:t xml:space="preserve"> </w:t>
      </w:r>
      <w:r>
        <w:rPr>
          <w:rFonts w:ascii="Sakkal Majalla" w:hAnsi="Sakkal Majalla" w:cs="Sakkal Majalla" w:hint="cs"/>
          <w:sz w:val="28"/>
          <w:szCs w:val="28"/>
          <w:rtl/>
        </w:rPr>
        <w:t xml:space="preserve">العملاء وأيضاً </w:t>
      </w:r>
      <w:r w:rsidRPr="009E103C">
        <w:rPr>
          <w:rFonts w:ascii="Sakkal Majalla" w:hAnsi="Sakkal Majalla" w:cs="Sakkal Majalla" w:hint="cs"/>
          <w:sz w:val="28"/>
          <w:szCs w:val="28"/>
          <w:rtl/>
        </w:rPr>
        <w:t>ولاء</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العملاء</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وتوفير</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بيانات</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قيمة</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لتطوير</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الاستراتيجيات</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وتحسين</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كفاءة</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الحملات</w:t>
      </w:r>
      <w:r w:rsidRPr="009E103C">
        <w:rPr>
          <w:rFonts w:ascii="Sakkal Majalla" w:hAnsi="Sakkal Majalla" w:cs="Sakkal Majalla"/>
          <w:sz w:val="28"/>
          <w:szCs w:val="28"/>
          <w:rtl/>
        </w:rPr>
        <w:t xml:space="preserve"> </w:t>
      </w:r>
      <w:r w:rsidRPr="009E103C">
        <w:rPr>
          <w:rFonts w:ascii="Sakkal Majalla" w:hAnsi="Sakkal Majalla" w:cs="Sakkal Majalla" w:hint="cs"/>
          <w:sz w:val="28"/>
          <w:szCs w:val="28"/>
          <w:rtl/>
        </w:rPr>
        <w:t>التسويقية</w:t>
      </w:r>
      <w:r w:rsidRPr="009E103C">
        <w:rPr>
          <w:rFonts w:ascii="Sakkal Majalla" w:hAnsi="Sakkal Majalla" w:cs="Sakkal Majalla"/>
          <w:sz w:val="28"/>
          <w:szCs w:val="28"/>
          <w:rtl/>
        </w:rPr>
        <w:t>.</w:t>
      </w:r>
      <w:r w:rsidR="00BF35B9" w:rsidRPr="00F7622C">
        <w:rPr>
          <w:rFonts w:ascii="Sakkal Majalla" w:hAnsi="Sakkal Majalla" w:cs="Sakkal Majalla"/>
          <w:sz w:val="28"/>
          <w:szCs w:val="28"/>
        </w:rPr>
        <w:t>.</w:t>
      </w:r>
    </w:p>
    <w:p w14:paraId="19131F1F" w14:textId="77777777" w:rsidR="00BF35B9" w:rsidRDefault="00BF35B9" w:rsidP="00BF35B9">
      <w:pPr>
        <w:bidi/>
        <w:spacing w:line="360" w:lineRule="auto"/>
        <w:rPr>
          <w:rFonts w:ascii="Sakkal Majalla" w:hAnsi="Sakkal Majalla" w:cs="Sakkal Majalla"/>
          <w:sz w:val="28"/>
          <w:szCs w:val="28"/>
          <w:rtl/>
        </w:rPr>
      </w:pPr>
    </w:p>
    <w:p w14:paraId="459F045A" w14:textId="77777777" w:rsidR="001525A4" w:rsidRDefault="001525A4" w:rsidP="001525A4">
      <w:pPr>
        <w:bidi/>
        <w:spacing w:line="360" w:lineRule="auto"/>
        <w:rPr>
          <w:rFonts w:ascii="Sakkal Majalla" w:hAnsi="Sakkal Majalla" w:cs="Sakkal Majalla"/>
          <w:sz w:val="28"/>
          <w:szCs w:val="28"/>
          <w:rtl/>
        </w:rPr>
      </w:pPr>
    </w:p>
    <w:p w14:paraId="0D9D9632" w14:textId="77777777" w:rsidR="00BF35B9" w:rsidRDefault="00BF35B9" w:rsidP="00BF35B9">
      <w:pPr>
        <w:bidi/>
        <w:spacing w:line="360" w:lineRule="auto"/>
        <w:rPr>
          <w:rFonts w:ascii="Sakkal Majalla" w:hAnsi="Sakkal Majalla" w:cs="Sakkal Majalla"/>
          <w:sz w:val="28"/>
          <w:szCs w:val="28"/>
          <w:rtl/>
        </w:rPr>
      </w:pPr>
    </w:p>
    <w:p w14:paraId="2ADF75BB" w14:textId="77777777" w:rsidR="00EF6DA1" w:rsidRPr="00E220FE" w:rsidRDefault="00EF6DA1" w:rsidP="00EF6DA1">
      <w:pPr>
        <w:bidi/>
        <w:spacing w:line="360" w:lineRule="auto"/>
        <w:rPr>
          <w:rFonts w:ascii="Sakkal Majalla" w:hAnsi="Sakkal Majalla" w:cs="Sakkal Majalla"/>
          <w:b/>
          <w:bCs/>
          <w:sz w:val="32"/>
          <w:szCs w:val="32"/>
          <w:rtl/>
        </w:rPr>
      </w:pPr>
      <w:r w:rsidRPr="00E220FE">
        <w:rPr>
          <w:rFonts w:ascii="Sakkal Majalla" w:hAnsi="Sakkal Majalla" w:cs="Sakkal Majalla" w:hint="cs"/>
          <w:b/>
          <w:bCs/>
          <w:sz w:val="32"/>
          <w:szCs w:val="32"/>
          <w:rtl/>
        </w:rPr>
        <w:t>المحور الثاني :</w:t>
      </w:r>
    </w:p>
    <w:p w14:paraId="59B452C3" w14:textId="77777777" w:rsidR="00EF6DA1" w:rsidRPr="00E220FE" w:rsidRDefault="00EF6DA1" w:rsidP="00EF6DA1">
      <w:pPr>
        <w:bidi/>
        <w:spacing w:line="360" w:lineRule="auto"/>
        <w:rPr>
          <w:rFonts w:ascii="Sakkal Majalla" w:hAnsi="Sakkal Majalla" w:cs="Sakkal Majalla"/>
          <w:b/>
          <w:bCs/>
          <w:sz w:val="32"/>
          <w:szCs w:val="32"/>
        </w:rPr>
      </w:pPr>
      <w:r w:rsidRPr="00E220FE">
        <w:rPr>
          <w:rFonts w:ascii="Sakkal Majalla" w:hAnsi="Sakkal Majalla" w:cs="Sakkal Majalla"/>
          <w:b/>
          <w:bCs/>
          <w:sz w:val="32"/>
          <w:szCs w:val="32"/>
          <w:rtl/>
        </w:rPr>
        <w:t>الفروقات الجوهرية بين أدوات الإعلام الرقمي والإعلام التقليدي فيما يتعلق بنمو الأعمال التجارية</w:t>
      </w:r>
      <w:r>
        <w:rPr>
          <w:rFonts w:ascii="Sakkal Majalla" w:hAnsi="Sakkal Majalla" w:cs="Sakkal Majalla" w:hint="cs"/>
          <w:b/>
          <w:bCs/>
          <w:sz w:val="32"/>
          <w:szCs w:val="32"/>
          <w:rtl/>
        </w:rPr>
        <w:t xml:space="preserve"> :</w:t>
      </w:r>
    </w:p>
    <w:p w14:paraId="75D7D5C8" w14:textId="77777777" w:rsidR="00EF6DA1" w:rsidRPr="00F7622C" w:rsidRDefault="00EF6DA1" w:rsidP="00EF6DA1">
      <w:pPr>
        <w:bidi/>
        <w:spacing w:line="360" w:lineRule="auto"/>
        <w:rPr>
          <w:rFonts w:ascii="Sakkal Majalla" w:hAnsi="Sakkal Majalla" w:cs="Sakkal Majalla"/>
          <w:sz w:val="28"/>
          <w:szCs w:val="28"/>
        </w:rPr>
      </w:pPr>
      <w:r w:rsidRPr="001525A4">
        <w:rPr>
          <w:rFonts w:ascii="Sakkal Majalla" w:hAnsi="Sakkal Majalla" w:cs="Sakkal Majalla"/>
          <w:b/>
          <w:bCs/>
          <w:sz w:val="28"/>
          <w:szCs w:val="28"/>
          <w:rtl/>
        </w:rPr>
        <w:t>الإعلام التقليدي</w:t>
      </w:r>
      <w:r>
        <w:rPr>
          <w:rFonts w:ascii="Sakkal Majalla" w:hAnsi="Sakkal Majalla" w:cs="Sakkal Majalla" w:hint="cs"/>
          <w:sz w:val="28"/>
          <w:szCs w:val="28"/>
          <w:rtl/>
        </w:rPr>
        <w:t>:</w:t>
      </w:r>
      <w:r w:rsidRPr="00F7622C">
        <w:rPr>
          <w:rFonts w:ascii="Sakkal Majalla" w:hAnsi="Sakkal Majalla" w:cs="Sakkal Majalla"/>
          <w:sz w:val="28"/>
          <w:szCs w:val="28"/>
          <w:rtl/>
        </w:rPr>
        <w:t xml:space="preserve"> </w:t>
      </w:r>
      <w:r>
        <w:rPr>
          <w:rFonts w:ascii="Sakkal Majalla" w:hAnsi="Sakkal Majalla" w:cs="Sakkal Majalla" w:hint="cs"/>
          <w:sz w:val="28"/>
          <w:szCs w:val="28"/>
          <w:rtl/>
        </w:rPr>
        <w:t xml:space="preserve">وسيلة تواصل أحادي الإتجاه , </w:t>
      </w:r>
      <w:r w:rsidRPr="00F7622C">
        <w:rPr>
          <w:rFonts w:ascii="Sakkal Majalla" w:hAnsi="Sakkal Majalla" w:cs="Sakkal Majalla"/>
          <w:sz w:val="28"/>
          <w:szCs w:val="28"/>
          <w:rtl/>
        </w:rPr>
        <w:t>مثل التلفزيون، الراديو، الصحف، والمجلات. تعتمد هذه الوسائل على بث المحتوى إلى جمهور واسع دون استهداف محدد</w:t>
      </w:r>
      <w:r>
        <w:rPr>
          <w:rFonts w:ascii="Sakkal Majalla" w:hAnsi="Sakkal Majalla" w:cs="Sakkal Majalla" w:hint="cs"/>
          <w:sz w:val="28"/>
          <w:szCs w:val="28"/>
          <w:rtl/>
        </w:rPr>
        <w:t xml:space="preserve"> .</w:t>
      </w:r>
    </w:p>
    <w:p w14:paraId="6388F14F" w14:textId="74315CC7" w:rsidR="00EF6DA1" w:rsidRDefault="00EF6DA1" w:rsidP="00EF6DA1">
      <w:pPr>
        <w:bidi/>
        <w:spacing w:line="360" w:lineRule="auto"/>
        <w:rPr>
          <w:rFonts w:ascii="Sakkal Majalla" w:hAnsi="Sakkal Majalla" w:cs="Sakkal Majalla"/>
          <w:sz w:val="28"/>
          <w:szCs w:val="28"/>
          <w:rtl/>
        </w:rPr>
      </w:pPr>
      <w:r w:rsidRPr="00F7622C">
        <w:rPr>
          <w:rFonts w:ascii="Sakkal Majalla" w:hAnsi="Sakkal Majalla" w:cs="Sakkal Majalla"/>
          <w:b/>
          <w:bCs/>
          <w:sz w:val="28"/>
          <w:szCs w:val="28"/>
          <w:rtl/>
        </w:rPr>
        <w:t>الإعلام الرقمي</w:t>
      </w:r>
      <w:r>
        <w:rPr>
          <w:rFonts w:ascii="Sakkal Majalla" w:hAnsi="Sakkal Majalla" w:cs="Sakkal Majalla" w:hint="cs"/>
          <w:sz w:val="28"/>
          <w:szCs w:val="28"/>
          <w:rtl/>
        </w:rPr>
        <w:t xml:space="preserve">: </w:t>
      </w:r>
      <w:r w:rsidRPr="00F7622C">
        <w:rPr>
          <w:rFonts w:ascii="Sakkal Majalla" w:hAnsi="Sakkal Majalla" w:cs="Sakkal Majalla"/>
          <w:sz w:val="28"/>
          <w:szCs w:val="28"/>
          <w:rtl/>
        </w:rPr>
        <w:t xml:space="preserve">يتضمن استخدام </w:t>
      </w:r>
      <w:r>
        <w:rPr>
          <w:rFonts w:ascii="Sakkal Majalla" w:hAnsi="Sakkal Majalla" w:cs="Sakkal Majalla" w:hint="cs"/>
          <w:sz w:val="28"/>
          <w:szCs w:val="28"/>
          <w:rtl/>
        </w:rPr>
        <w:t>التقنيات</w:t>
      </w:r>
      <w:r w:rsidRPr="00F7622C">
        <w:rPr>
          <w:rFonts w:ascii="Sakkal Majalla" w:hAnsi="Sakkal Majalla" w:cs="Sakkal Majalla"/>
          <w:sz w:val="28"/>
          <w:szCs w:val="28"/>
          <w:rtl/>
        </w:rPr>
        <w:t xml:space="preserve"> الرقمية لنشر المحتوى عبر مواقع الويب، وسائل التواصل الاجتماعي، </w:t>
      </w:r>
      <w:r>
        <w:rPr>
          <w:rFonts w:ascii="Sakkal Majalla" w:hAnsi="Sakkal Majalla" w:cs="Sakkal Majalla" w:hint="cs"/>
          <w:sz w:val="28"/>
          <w:szCs w:val="28"/>
          <w:rtl/>
        </w:rPr>
        <w:t xml:space="preserve">والشبكات الرقمية الأخرى </w:t>
      </w:r>
      <w:r w:rsidRPr="00F7622C">
        <w:rPr>
          <w:rFonts w:ascii="Sakkal Majalla" w:hAnsi="Sakkal Majalla" w:cs="Sakkal Majalla"/>
          <w:sz w:val="28"/>
          <w:szCs w:val="28"/>
          <w:rtl/>
        </w:rPr>
        <w:t>. يتميز الإعلام الرقمي بالقدرة على استهداف جمهور محدد والتفاعل الفوري مع المستخدمين</w:t>
      </w:r>
    </w:p>
    <w:p w14:paraId="2DBF9C64" w14:textId="77777777" w:rsidR="00EF6DA1" w:rsidRDefault="00EF6DA1" w:rsidP="00EF6DA1">
      <w:pPr>
        <w:bidi/>
        <w:spacing w:line="360" w:lineRule="auto"/>
        <w:rPr>
          <w:rFonts w:ascii="Sakkal Majalla" w:hAnsi="Sakkal Majalla" w:cs="Sakkal Majalla"/>
          <w:sz w:val="28"/>
          <w:szCs w:val="28"/>
          <w:rtl/>
        </w:rPr>
      </w:pPr>
    </w:p>
    <w:p w14:paraId="0368B6F6" w14:textId="77777777" w:rsidR="00150709" w:rsidRDefault="00150709" w:rsidP="00150709">
      <w:pPr>
        <w:bidi/>
        <w:spacing w:line="360" w:lineRule="auto"/>
        <w:rPr>
          <w:rFonts w:ascii="Sakkal Majalla" w:hAnsi="Sakkal Majalla" w:cs="Sakkal Majalla"/>
          <w:sz w:val="28"/>
          <w:szCs w:val="28"/>
          <w:rtl/>
        </w:rPr>
      </w:pPr>
    </w:p>
    <w:p w14:paraId="1A82C468" w14:textId="77777777" w:rsidR="00150709" w:rsidRPr="00F7622C" w:rsidRDefault="00150709" w:rsidP="00150709">
      <w:pPr>
        <w:bidi/>
        <w:spacing w:line="360" w:lineRule="auto"/>
        <w:rPr>
          <w:rFonts w:ascii="Sakkal Majalla" w:hAnsi="Sakkal Majalla" w:cs="Sakkal Majalla"/>
          <w:sz w:val="28"/>
          <w:szCs w:val="28"/>
        </w:rPr>
      </w:pPr>
    </w:p>
    <w:p w14:paraId="7064D409" w14:textId="48A578F5" w:rsidR="00BF35B9" w:rsidRDefault="00BF35B9" w:rsidP="00BF35B9">
      <w:pPr>
        <w:pStyle w:val="aa"/>
        <w:numPr>
          <w:ilvl w:val="0"/>
          <w:numId w:val="48"/>
        </w:numPr>
        <w:bidi/>
        <w:spacing w:line="360" w:lineRule="auto"/>
        <w:rPr>
          <w:rFonts w:ascii="Sakkal Majalla" w:hAnsi="Sakkal Majalla" w:cs="Sakkal Majalla"/>
          <w:b/>
          <w:bCs/>
          <w:sz w:val="28"/>
          <w:szCs w:val="28"/>
        </w:rPr>
      </w:pPr>
      <w:r w:rsidRPr="003D4701">
        <w:rPr>
          <w:rFonts w:ascii="Sakkal Majalla" w:hAnsi="Sakkal Majalla" w:cs="Sakkal Majalla" w:hint="cs"/>
          <w:b/>
          <w:bCs/>
          <w:sz w:val="28"/>
          <w:szCs w:val="28"/>
          <w:rtl/>
        </w:rPr>
        <w:t xml:space="preserve">- </w:t>
      </w:r>
      <w:r w:rsidRPr="003D4701">
        <w:rPr>
          <w:rFonts w:ascii="Sakkal Majalla" w:hAnsi="Sakkal Majalla" w:cs="Sakkal Majalla"/>
          <w:b/>
          <w:bCs/>
          <w:sz w:val="28"/>
          <w:szCs w:val="28"/>
          <w:rtl/>
        </w:rPr>
        <w:t xml:space="preserve">الوصول </w:t>
      </w:r>
      <w:r w:rsidR="009E103C">
        <w:rPr>
          <w:rFonts w:ascii="Sakkal Majalla" w:hAnsi="Sakkal Majalla" w:cs="Sakkal Majalla" w:hint="cs"/>
          <w:b/>
          <w:bCs/>
          <w:sz w:val="28"/>
          <w:szCs w:val="28"/>
          <w:rtl/>
        </w:rPr>
        <w:t>ل</w:t>
      </w:r>
      <w:r w:rsidRPr="003D4701">
        <w:rPr>
          <w:rFonts w:ascii="Sakkal Majalla" w:hAnsi="Sakkal Majalla" w:cs="Sakkal Majalla"/>
          <w:b/>
          <w:bCs/>
          <w:sz w:val="28"/>
          <w:szCs w:val="28"/>
          <w:rtl/>
        </w:rPr>
        <w:t>لجمهور المستهدف</w:t>
      </w:r>
      <w:r w:rsidRPr="003D4701">
        <w:rPr>
          <w:rFonts w:ascii="Sakkal Majalla" w:hAnsi="Sakkal Majalla" w:cs="Sakkal Majalla"/>
          <w:b/>
          <w:bCs/>
          <w:sz w:val="28"/>
          <w:szCs w:val="28"/>
        </w:rPr>
        <w:t>:</w:t>
      </w:r>
    </w:p>
    <w:p w14:paraId="507A868C" w14:textId="77777777" w:rsidR="00BF35B9" w:rsidRPr="00BF35B9" w:rsidRDefault="00BF35B9" w:rsidP="00BF35B9"/>
    <w:p w14:paraId="148316A9" w14:textId="4CF52C29" w:rsidR="00150709" w:rsidRPr="00150709" w:rsidRDefault="00150709" w:rsidP="00150709">
      <w:pPr>
        <w:numPr>
          <w:ilvl w:val="0"/>
          <w:numId w:val="54"/>
        </w:numPr>
        <w:bidi/>
        <w:spacing w:line="360" w:lineRule="auto"/>
        <w:rPr>
          <w:rFonts w:ascii="Sakkal Majalla" w:hAnsi="Sakkal Majalla" w:cs="Sakkal Majalla"/>
          <w:b/>
          <w:bCs/>
          <w:sz w:val="28"/>
          <w:szCs w:val="28"/>
        </w:rPr>
      </w:pPr>
      <w:r w:rsidRPr="00150709">
        <w:rPr>
          <w:rFonts w:ascii="Sakkal Majalla" w:hAnsi="Sakkal Majalla" w:cs="Sakkal Majalla"/>
          <w:b/>
          <w:bCs/>
          <w:sz w:val="28"/>
          <w:szCs w:val="28"/>
          <w:rtl/>
        </w:rPr>
        <w:t xml:space="preserve">الإعلام </w:t>
      </w:r>
      <w:r w:rsidR="009E103C">
        <w:rPr>
          <w:rFonts w:ascii="Sakkal Majalla" w:hAnsi="Sakkal Majalla" w:cs="Sakkal Majalla" w:hint="cs"/>
          <w:b/>
          <w:bCs/>
          <w:sz w:val="28"/>
          <w:szCs w:val="28"/>
          <w:rtl/>
        </w:rPr>
        <w:t xml:space="preserve">/الوسائط </w:t>
      </w:r>
      <w:r w:rsidRPr="00150709">
        <w:rPr>
          <w:rFonts w:ascii="Sakkal Majalla" w:hAnsi="Sakkal Majalla" w:cs="Sakkal Majalla"/>
          <w:b/>
          <w:bCs/>
          <w:sz w:val="28"/>
          <w:szCs w:val="28"/>
          <w:rtl/>
        </w:rPr>
        <w:t>التقليدي</w:t>
      </w:r>
      <w:r w:rsidR="009E103C">
        <w:rPr>
          <w:rFonts w:ascii="Sakkal Majalla" w:hAnsi="Sakkal Majalla" w:cs="Sakkal Majalla" w:hint="cs"/>
          <w:b/>
          <w:bCs/>
          <w:sz w:val="28"/>
          <w:szCs w:val="28"/>
          <w:rtl/>
        </w:rPr>
        <w:t>ة</w:t>
      </w:r>
    </w:p>
    <w:p w14:paraId="040911D6" w14:textId="3F85BD06" w:rsidR="00150709" w:rsidRPr="00150709" w:rsidRDefault="00150709" w:rsidP="00150709">
      <w:pPr>
        <w:numPr>
          <w:ilvl w:val="1"/>
          <w:numId w:val="54"/>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يصل إلى جمهور واسع ولكن</w:t>
      </w:r>
      <w:r w:rsidR="009E103C">
        <w:rPr>
          <w:rFonts w:ascii="Sakkal Majalla" w:hAnsi="Sakkal Majalla" w:cs="Sakkal Majalla" w:hint="cs"/>
          <w:b/>
          <w:bCs/>
          <w:sz w:val="28"/>
          <w:szCs w:val="28"/>
          <w:rtl/>
        </w:rPr>
        <w:t xml:space="preserve"> بشكل عشوائي</w:t>
      </w:r>
    </w:p>
    <w:p w14:paraId="6AFDFA4F" w14:textId="4FCA8B33" w:rsidR="00150709" w:rsidRPr="00150709" w:rsidRDefault="00150709" w:rsidP="00150709">
      <w:pPr>
        <w:numPr>
          <w:ilvl w:val="1"/>
          <w:numId w:val="54"/>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يفتقر إلى  تحديد الجمهور بدقة، مما يقلل من فعالية الإعلانات</w:t>
      </w:r>
    </w:p>
    <w:p w14:paraId="2C78920D" w14:textId="5099DD80" w:rsidR="00150709" w:rsidRPr="00150709" w:rsidRDefault="009E103C" w:rsidP="00150709">
      <w:pPr>
        <w:numPr>
          <w:ilvl w:val="0"/>
          <w:numId w:val="54"/>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 xml:space="preserve">الإعلام </w:t>
      </w:r>
      <w:r>
        <w:rPr>
          <w:rFonts w:ascii="Sakkal Majalla" w:hAnsi="Sakkal Majalla" w:cs="Sakkal Majalla" w:hint="cs"/>
          <w:b/>
          <w:bCs/>
          <w:sz w:val="28"/>
          <w:szCs w:val="28"/>
          <w:rtl/>
        </w:rPr>
        <w:t>/الوسائط</w:t>
      </w:r>
      <w:r w:rsidR="00150709" w:rsidRPr="00150709">
        <w:rPr>
          <w:rFonts w:ascii="Sakkal Majalla" w:hAnsi="Sakkal Majalla" w:cs="Sakkal Majalla"/>
          <w:b/>
          <w:bCs/>
          <w:sz w:val="28"/>
          <w:szCs w:val="28"/>
          <w:rtl/>
        </w:rPr>
        <w:t xml:space="preserve"> الرقمي</w:t>
      </w:r>
      <w:r>
        <w:rPr>
          <w:rFonts w:ascii="Sakkal Majalla" w:hAnsi="Sakkal Majalla" w:cs="Sakkal Majalla" w:hint="cs"/>
          <w:b/>
          <w:bCs/>
          <w:sz w:val="28"/>
          <w:szCs w:val="28"/>
          <w:rtl/>
        </w:rPr>
        <w:t>ة</w:t>
      </w:r>
    </w:p>
    <w:p w14:paraId="2887BF30" w14:textId="2A55FB12" w:rsidR="00150709" w:rsidRPr="00150709" w:rsidRDefault="00150709" w:rsidP="00150709">
      <w:pPr>
        <w:numPr>
          <w:ilvl w:val="1"/>
          <w:numId w:val="54"/>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 xml:space="preserve">يمكنه الوصول إلى جمهور </w:t>
      </w:r>
      <w:r w:rsidR="003C1097">
        <w:rPr>
          <w:rFonts w:ascii="Sakkal Majalla" w:hAnsi="Sakkal Majalla" w:cs="Sakkal Majalla" w:hint="cs"/>
          <w:b/>
          <w:bCs/>
          <w:sz w:val="28"/>
          <w:szCs w:val="28"/>
          <w:rtl/>
        </w:rPr>
        <w:t xml:space="preserve">كبير جداً </w:t>
      </w:r>
      <w:r w:rsidRPr="00150709">
        <w:rPr>
          <w:rFonts w:ascii="Sakkal Majalla" w:hAnsi="Sakkal Majalla" w:cs="Sakkal Majalla"/>
          <w:b/>
          <w:bCs/>
          <w:sz w:val="28"/>
          <w:szCs w:val="28"/>
          <w:rtl/>
        </w:rPr>
        <w:t>بسهولة</w:t>
      </w:r>
    </w:p>
    <w:p w14:paraId="7ABE4C55" w14:textId="1398C746" w:rsidR="00150709" w:rsidRPr="00150709" w:rsidRDefault="00150709" w:rsidP="00150709">
      <w:pPr>
        <w:numPr>
          <w:ilvl w:val="1"/>
          <w:numId w:val="54"/>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يمكن</w:t>
      </w:r>
      <w:r w:rsidR="003C1097">
        <w:rPr>
          <w:rFonts w:ascii="Sakkal Majalla" w:hAnsi="Sakkal Majalla" w:cs="Sakkal Majalla" w:hint="cs"/>
          <w:b/>
          <w:bCs/>
          <w:sz w:val="28"/>
          <w:szCs w:val="28"/>
          <w:rtl/>
        </w:rPr>
        <w:t>ه</w:t>
      </w:r>
      <w:r w:rsidRPr="00150709">
        <w:rPr>
          <w:rFonts w:ascii="Sakkal Majalla" w:hAnsi="Sakkal Majalla" w:cs="Sakkal Majalla"/>
          <w:b/>
          <w:bCs/>
          <w:sz w:val="28"/>
          <w:szCs w:val="28"/>
          <w:rtl/>
        </w:rPr>
        <w:t xml:space="preserve"> تحديد الجمهور بدقة </w:t>
      </w:r>
      <w:r w:rsidR="003C1097">
        <w:rPr>
          <w:rFonts w:ascii="Sakkal Majalla" w:hAnsi="Sakkal Majalla" w:cs="Sakkal Majalla" w:hint="cs"/>
          <w:b/>
          <w:bCs/>
          <w:sz w:val="28"/>
          <w:szCs w:val="28"/>
          <w:rtl/>
        </w:rPr>
        <w:t>من خلال</w:t>
      </w:r>
      <w:r w:rsidRPr="00150709">
        <w:rPr>
          <w:rFonts w:ascii="Sakkal Majalla" w:hAnsi="Sakkal Majalla" w:cs="Sakkal Majalla"/>
          <w:b/>
          <w:bCs/>
          <w:sz w:val="28"/>
          <w:szCs w:val="28"/>
          <w:rtl/>
        </w:rPr>
        <w:t xml:space="preserve"> البيانات والتحليلات، مما يزيد من فعالية الإعلانات</w:t>
      </w:r>
    </w:p>
    <w:p w14:paraId="129242F7" w14:textId="77777777" w:rsidR="00BF35B9" w:rsidRDefault="00BF35B9" w:rsidP="00150709">
      <w:pPr>
        <w:bidi/>
        <w:spacing w:line="360" w:lineRule="auto"/>
        <w:rPr>
          <w:rFonts w:ascii="Sakkal Majalla" w:hAnsi="Sakkal Majalla" w:cs="Sakkal Majalla"/>
          <w:b/>
          <w:bCs/>
          <w:sz w:val="28"/>
          <w:szCs w:val="28"/>
        </w:rPr>
      </w:pPr>
    </w:p>
    <w:p w14:paraId="101FB495" w14:textId="77777777" w:rsidR="00BF35B9" w:rsidRPr="00697F24" w:rsidRDefault="00BF35B9" w:rsidP="00BF35B9">
      <w:pPr>
        <w:bidi/>
        <w:spacing w:line="360" w:lineRule="auto"/>
        <w:ind w:left="360"/>
        <w:rPr>
          <w:rFonts w:ascii="Sakkal Majalla" w:hAnsi="Sakkal Majalla" w:cs="Sakkal Majalla"/>
          <w:sz w:val="28"/>
          <w:szCs w:val="28"/>
          <w:rtl/>
        </w:rPr>
      </w:pPr>
      <w:r>
        <w:rPr>
          <w:rFonts w:ascii="Sakkal Majalla" w:hAnsi="Sakkal Majalla" w:cs="Sakkal Majalla" w:hint="cs"/>
          <w:b/>
          <w:bCs/>
          <w:sz w:val="28"/>
          <w:szCs w:val="28"/>
          <w:rtl/>
        </w:rPr>
        <w:t>(ب)</w:t>
      </w:r>
      <w:r w:rsidRPr="00697F24">
        <w:rPr>
          <w:rFonts w:ascii="Sakkal Majalla" w:hAnsi="Sakkal Majalla" w:cs="Sakkal Majalla" w:hint="cs"/>
          <w:b/>
          <w:bCs/>
          <w:sz w:val="28"/>
          <w:szCs w:val="28"/>
          <w:rtl/>
        </w:rPr>
        <w:t xml:space="preserve">- </w:t>
      </w:r>
      <w:r w:rsidRPr="00697F24">
        <w:rPr>
          <w:rFonts w:ascii="Sakkal Majalla" w:hAnsi="Sakkal Majalla" w:cs="Sakkal Majalla"/>
          <w:b/>
          <w:bCs/>
          <w:sz w:val="28"/>
          <w:szCs w:val="28"/>
          <w:rtl/>
        </w:rPr>
        <w:t xml:space="preserve"> التفاعل والتواصل</w:t>
      </w:r>
      <w:r w:rsidRPr="00697F24">
        <w:rPr>
          <w:rFonts w:ascii="Sakkal Majalla" w:hAnsi="Sakkal Majalla" w:cs="Sakkal Majalla"/>
          <w:sz w:val="28"/>
          <w:szCs w:val="28"/>
        </w:rPr>
        <w:t>:</w:t>
      </w:r>
    </w:p>
    <w:p w14:paraId="47470189" w14:textId="0F34481F" w:rsidR="00150709" w:rsidRPr="00150709" w:rsidRDefault="009E103C" w:rsidP="00150709">
      <w:pPr>
        <w:numPr>
          <w:ilvl w:val="0"/>
          <w:numId w:val="55"/>
        </w:numPr>
        <w:bidi/>
        <w:spacing w:line="360" w:lineRule="auto"/>
        <w:rPr>
          <w:rFonts w:ascii="Sakkal Majalla" w:hAnsi="Sakkal Majalla" w:cs="Sakkal Majalla"/>
          <w:b/>
          <w:bCs/>
          <w:sz w:val="28"/>
          <w:szCs w:val="28"/>
        </w:rPr>
      </w:pPr>
      <w:r w:rsidRPr="00150709">
        <w:rPr>
          <w:rFonts w:ascii="Sakkal Majalla" w:hAnsi="Sakkal Majalla" w:cs="Sakkal Majalla"/>
          <w:b/>
          <w:bCs/>
          <w:sz w:val="28"/>
          <w:szCs w:val="28"/>
          <w:rtl/>
        </w:rPr>
        <w:t xml:space="preserve">الإعلام </w:t>
      </w:r>
      <w:r>
        <w:rPr>
          <w:rFonts w:ascii="Sakkal Majalla" w:hAnsi="Sakkal Majalla" w:cs="Sakkal Majalla" w:hint="cs"/>
          <w:b/>
          <w:bCs/>
          <w:sz w:val="28"/>
          <w:szCs w:val="28"/>
          <w:rtl/>
        </w:rPr>
        <w:t>/الوسائط</w:t>
      </w:r>
      <w:r w:rsidR="00150709" w:rsidRPr="00150709">
        <w:rPr>
          <w:rFonts w:ascii="Sakkal Majalla" w:hAnsi="Sakkal Majalla" w:cs="Sakkal Majalla"/>
          <w:b/>
          <w:bCs/>
          <w:sz w:val="28"/>
          <w:szCs w:val="28"/>
          <w:rtl/>
        </w:rPr>
        <w:t xml:space="preserve"> التقليدي</w:t>
      </w:r>
      <w:r>
        <w:rPr>
          <w:rFonts w:ascii="Sakkal Majalla" w:hAnsi="Sakkal Majalla" w:cs="Sakkal Majalla" w:hint="cs"/>
          <w:b/>
          <w:bCs/>
          <w:sz w:val="28"/>
          <w:szCs w:val="28"/>
          <w:rtl/>
        </w:rPr>
        <w:t>ة</w:t>
      </w:r>
    </w:p>
    <w:p w14:paraId="0A12CF3F" w14:textId="77A4A500" w:rsidR="00150709" w:rsidRPr="00150709" w:rsidRDefault="00150709" w:rsidP="00150709">
      <w:pPr>
        <w:numPr>
          <w:ilvl w:val="1"/>
          <w:numId w:val="55"/>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 xml:space="preserve">التفاعل محدود </w:t>
      </w:r>
      <w:r w:rsidR="003C1097">
        <w:rPr>
          <w:rFonts w:ascii="Sakkal Majalla" w:hAnsi="Sakkal Majalla" w:cs="Sakkal Majalla" w:hint="cs"/>
          <w:b/>
          <w:bCs/>
          <w:sz w:val="28"/>
          <w:szCs w:val="28"/>
          <w:rtl/>
        </w:rPr>
        <w:t>وهو تفاعل</w:t>
      </w:r>
      <w:r w:rsidRPr="00150709">
        <w:rPr>
          <w:rFonts w:ascii="Sakkal Majalla" w:hAnsi="Sakkal Majalla" w:cs="Sakkal Majalla"/>
          <w:b/>
          <w:bCs/>
          <w:sz w:val="28"/>
          <w:szCs w:val="28"/>
          <w:rtl/>
        </w:rPr>
        <w:t xml:space="preserve"> يكون أحادي الإتجاه</w:t>
      </w:r>
    </w:p>
    <w:p w14:paraId="0EA55BA3" w14:textId="2BB111C9" w:rsidR="00150709" w:rsidRPr="00150709" w:rsidRDefault="00150709" w:rsidP="00150709">
      <w:pPr>
        <w:numPr>
          <w:ilvl w:val="1"/>
          <w:numId w:val="55"/>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 xml:space="preserve">التواصل بطيء </w:t>
      </w:r>
      <w:r w:rsidR="003C1097">
        <w:rPr>
          <w:rFonts w:ascii="Sakkal Majalla" w:hAnsi="Sakkal Majalla" w:cs="Sakkal Majalla" w:hint="cs"/>
          <w:b/>
          <w:bCs/>
          <w:sz w:val="28"/>
          <w:szCs w:val="28"/>
          <w:rtl/>
        </w:rPr>
        <w:t xml:space="preserve">غالباً </w:t>
      </w:r>
      <w:r w:rsidRPr="00150709">
        <w:rPr>
          <w:rFonts w:ascii="Sakkal Majalla" w:hAnsi="Sakkal Majalla" w:cs="Sakkal Majalla"/>
          <w:b/>
          <w:bCs/>
          <w:sz w:val="28"/>
          <w:szCs w:val="28"/>
          <w:rtl/>
        </w:rPr>
        <w:t>ويتطلب وقتًا طويلًا للردود</w:t>
      </w:r>
    </w:p>
    <w:p w14:paraId="78B93515" w14:textId="1C306DCC" w:rsidR="00150709" w:rsidRPr="00150709" w:rsidRDefault="009E103C" w:rsidP="00150709">
      <w:pPr>
        <w:numPr>
          <w:ilvl w:val="0"/>
          <w:numId w:val="55"/>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 xml:space="preserve">الإعلام </w:t>
      </w:r>
      <w:r>
        <w:rPr>
          <w:rFonts w:ascii="Sakkal Majalla" w:hAnsi="Sakkal Majalla" w:cs="Sakkal Majalla" w:hint="cs"/>
          <w:b/>
          <w:bCs/>
          <w:sz w:val="28"/>
          <w:szCs w:val="28"/>
          <w:rtl/>
        </w:rPr>
        <w:t xml:space="preserve">/الوسائط </w:t>
      </w:r>
      <w:r w:rsidR="00150709" w:rsidRPr="00150709">
        <w:rPr>
          <w:rFonts w:ascii="Sakkal Majalla" w:hAnsi="Sakkal Majalla" w:cs="Sakkal Majalla"/>
          <w:b/>
          <w:bCs/>
          <w:sz w:val="28"/>
          <w:szCs w:val="28"/>
          <w:rtl/>
        </w:rPr>
        <w:t>الرقمي</w:t>
      </w:r>
      <w:r>
        <w:rPr>
          <w:rFonts w:ascii="Sakkal Majalla" w:hAnsi="Sakkal Majalla" w:cs="Sakkal Majalla" w:hint="cs"/>
          <w:b/>
          <w:bCs/>
          <w:sz w:val="28"/>
          <w:szCs w:val="28"/>
          <w:rtl/>
        </w:rPr>
        <w:t>ة</w:t>
      </w:r>
    </w:p>
    <w:p w14:paraId="743661A9" w14:textId="75B96F22" w:rsidR="00150709" w:rsidRPr="00150709" w:rsidRDefault="00150709" w:rsidP="00150709">
      <w:pPr>
        <w:numPr>
          <w:ilvl w:val="1"/>
          <w:numId w:val="55"/>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يسمح بالتفاعل الفوري مع الجمهور من خلال التعليقات، الإعجابات</w:t>
      </w:r>
      <w:r w:rsidR="003C1097">
        <w:rPr>
          <w:rFonts w:ascii="Sakkal Majalla" w:hAnsi="Sakkal Majalla" w:cs="Sakkal Majalla" w:hint="cs"/>
          <w:b/>
          <w:bCs/>
          <w:sz w:val="28"/>
          <w:szCs w:val="28"/>
          <w:rtl/>
        </w:rPr>
        <w:t>.</w:t>
      </w:r>
    </w:p>
    <w:p w14:paraId="654D741F" w14:textId="57BB5BA3" w:rsidR="00150709" w:rsidRPr="00150709" w:rsidRDefault="00150709" w:rsidP="00150709">
      <w:pPr>
        <w:numPr>
          <w:ilvl w:val="1"/>
          <w:numId w:val="55"/>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التواصل سريع وفوري، مما يسهل الردود ال</w:t>
      </w:r>
      <w:r w:rsidR="003C1097">
        <w:rPr>
          <w:rFonts w:ascii="Sakkal Majalla" w:hAnsi="Sakkal Majalla" w:cs="Sakkal Majalla" w:hint="cs"/>
          <w:b/>
          <w:bCs/>
          <w:sz w:val="28"/>
          <w:szCs w:val="28"/>
          <w:rtl/>
        </w:rPr>
        <w:t>لحظية</w:t>
      </w:r>
      <w:r w:rsidRPr="00150709">
        <w:rPr>
          <w:rFonts w:ascii="Sakkal Majalla" w:hAnsi="Sakkal Majalla" w:cs="Sakkal Majalla"/>
          <w:b/>
          <w:bCs/>
          <w:sz w:val="28"/>
          <w:szCs w:val="28"/>
          <w:rtl/>
        </w:rPr>
        <w:t xml:space="preserve"> على استفسارات العملاء</w:t>
      </w:r>
    </w:p>
    <w:p w14:paraId="2B5F6A1C" w14:textId="408F2AD1" w:rsidR="00BF35B9" w:rsidRDefault="00BF35B9" w:rsidP="00BF35B9">
      <w:pPr>
        <w:bidi/>
        <w:spacing w:line="360" w:lineRule="auto"/>
        <w:rPr>
          <w:rFonts w:ascii="Sakkal Majalla" w:hAnsi="Sakkal Majalla" w:cs="Sakkal Majalla"/>
          <w:sz w:val="28"/>
          <w:szCs w:val="28"/>
          <w:rtl/>
        </w:rPr>
      </w:pPr>
    </w:p>
    <w:p w14:paraId="085632C3" w14:textId="77777777" w:rsidR="00BF35B9" w:rsidRPr="001F3EE1" w:rsidRDefault="00BF35B9" w:rsidP="00BF35B9">
      <w:pPr>
        <w:bidi/>
        <w:spacing w:line="360" w:lineRule="auto"/>
        <w:rPr>
          <w:rFonts w:ascii="Sakkal Majalla" w:hAnsi="Sakkal Majalla" w:cs="Sakkal Majalla"/>
          <w:sz w:val="28"/>
          <w:szCs w:val="28"/>
        </w:rPr>
      </w:pPr>
    </w:p>
    <w:p w14:paraId="6DE62992" w14:textId="77777777" w:rsidR="00BF35B9" w:rsidRDefault="00BF35B9" w:rsidP="00BF35B9">
      <w:pPr>
        <w:bidi/>
        <w:spacing w:line="360" w:lineRule="auto"/>
        <w:rPr>
          <w:rFonts w:ascii="Sakkal Majalla" w:hAnsi="Sakkal Majalla" w:cs="Sakkal Majalla"/>
          <w:sz w:val="28"/>
          <w:szCs w:val="28"/>
          <w:rtl/>
        </w:rPr>
      </w:pPr>
      <w:r>
        <w:rPr>
          <w:rFonts w:ascii="Sakkal Majalla" w:hAnsi="Sakkal Majalla" w:cs="Sakkal Majalla" w:hint="cs"/>
          <w:b/>
          <w:bCs/>
          <w:sz w:val="28"/>
          <w:szCs w:val="28"/>
          <w:rtl/>
        </w:rPr>
        <w:t xml:space="preserve">(ج) - </w:t>
      </w:r>
      <w:r w:rsidRPr="00F7622C">
        <w:rPr>
          <w:rFonts w:ascii="Sakkal Majalla" w:hAnsi="Sakkal Majalla" w:cs="Sakkal Majalla"/>
          <w:b/>
          <w:bCs/>
          <w:sz w:val="28"/>
          <w:szCs w:val="28"/>
          <w:rtl/>
        </w:rPr>
        <w:t>التحليل والقياس</w:t>
      </w:r>
      <w:r w:rsidRPr="00F7622C">
        <w:rPr>
          <w:rFonts w:ascii="Sakkal Majalla" w:hAnsi="Sakkal Majalla" w:cs="Sakkal Majalla"/>
          <w:sz w:val="28"/>
          <w:szCs w:val="28"/>
        </w:rPr>
        <w:t>:</w:t>
      </w:r>
    </w:p>
    <w:p w14:paraId="566AE99E" w14:textId="2CEDD344" w:rsidR="00150709" w:rsidRPr="00150709" w:rsidRDefault="009E103C" w:rsidP="00150709">
      <w:pPr>
        <w:numPr>
          <w:ilvl w:val="0"/>
          <w:numId w:val="56"/>
        </w:numPr>
        <w:bidi/>
        <w:spacing w:line="360" w:lineRule="auto"/>
        <w:rPr>
          <w:rFonts w:ascii="Sakkal Majalla" w:hAnsi="Sakkal Majalla" w:cs="Sakkal Majalla"/>
          <w:b/>
          <w:bCs/>
          <w:sz w:val="28"/>
          <w:szCs w:val="28"/>
        </w:rPr>
      </w:pPr>
      <w:r w:rsidRPr="00150709">
        <w:rPr>
          <w:rFonts w:ascii="Sakkal Majalla" w:hAnsi="Sakkal Majalla" w:cs="Sakkal Majalla"/>
          <w:b/>
          <w:bCs/>
          <w:sz w:val="28"/>
          <w:szCs w:val="28"/>
          <w:rtl/>
        </w:rPr>
        <w:t xml:space="preserve">الإعلام </w:t>
      </w:r>
      <w:r>
        <w:rPr>
          <w:rFonts w:ascii="Sakkal Majalla" w:hAnsi="Sakkal Majalla" w:cs="Sakkal Majalla" w:hint="cs"/>
          <w:b/>
          <w:bCs/>
          <w:sz w:val="28"/>
          <w:szCs w:val="28"/>
          <w:rtl/>
        </w:rPr>
        <w:t xml:space="preserve">/الوسائط </w:t>
      </w:r>
      <w:r w:rsidR="00150709" w:rsidRPr="00150709">
        <w:rPr>
          <w:rFonts w:ascii="Sakkal Majalla" w:hAnsi="Sakkal Majalla" w:cs="Sakkal Majalla"/>
          <w:b/>
          <w:bCs/>
          <w:sz w:val="28"/>
          <w:szCs w:val="28"/>
          <w:rtl/>
        </w:rPr>
        <w:t>التقليدي</w:t>
      </w:r>
      <w:r>
        <w:rPr>
          <w:rFonts w:ascii="Sakkal Majalla" w:hAnsi="Sakkal Majalla" w:cs="Sakkal Majalla" w:hint="cs"/>
          <w:b/>
          <w:bCs/>
          <w:sz w:val="28"/>
          <w:szCs w:val="28"/>
          <w:rtl/>
        </w:rPr>
        <w:t>ة</w:t>
      </w:r>
    </w:p>
    <w:p w14:paraId="5E912DF6" w14:textId="1813BE3B" w:rsidR="00150709" w:rsidRPr="00150709" w:rsidRDefault="00150709" w:rsidP="00150709">
      <w:pPr>
        <w:numPr>
          <w:ilvl w:val="1"/>
          <w:numId w:val="56"/>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التحليل</w:t>
      </w:r>
      <w:r w:rsidRPr="00150709">
        <w:rPr>
          <w:rFonts w:ascii="Sakkal Majalla" w:hAnsi="Sakkal Majalla" w:cs="Sakkal Majalla"/>
          <w:b/>
          <w:bCs/>
          <w:sz w:val="28"/>
          <w:szCs w:val="28"/>
        </w:rPr>
        <w:t xml:space="preserve">: </w:t>
      </w:r>
      <w:r w:rsidRPr="00150709">
        <w:rPr>
          <w:rFonts w:ascii="Sakkal Majalla" w:hAnsi="Sakkal Majalla" w:cs="Sakkal Majalla"/>
          <w:b/>
          <w:bCs/>
          <w:sz w:val="28"/>
          <w:szCs w:val="28"/>
          <w:rtl/>
        </w:rPr>
        <w:t xml:space="preserve"> محدود ويعتمد على التقديرات </w:t>
      </w:r>
      <w:r w:rsidR="003C1097">
        <w:rPr>
          <w:rFonts w:ascii="Sakkal Majalla" w:hAnsi="Sakkal Majalla" w:cs="Sakkal Majalla" w:hint="cs"/>
          <w:b/>
          <w:bCs/>
          <w:sz w:val="28"/>
          <w:szCs w:val="28"/>
          <w:rtl/>
        </w:rPr>
        <w:t xml:space="preserve">الشخصية </w:t>
      </w:r>
      <w:r w:rsidRPr="00150709">
        <w:rPr>
          <w:rFonts w:ascii="Sakkal Majalla" w:hAnsi="Sakkal Majalla" w:cs="Sakkal Majalla"/>
          <w:b/>
          <w:bCs/>
          <w:sz w:val="28"/>
          <w:szCs w:val="28"/>
          <w:rtl/>
        </w:rPr>
        <w:t>والاستطلاعات</w:t>
      </w:r>
    </w:p>
    <w:p w14:paraId="029D0EDD" w14:textId="0FF1214E" w:rsidR="00150709" w:rsidRPr="00150709" w:rsidRDefault="00150709" w:rsidP="00150709">
      <w:pPr>
        <w:numPr>
          <w:ilvl w:val="1"/>
          <w:numId w:val="56"/>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القياس</w:t>
      </w:r>
      <w:r w:rsidRPr="00150709">
        <w:rPr>
          <w:rFonts w:ascii="Sakkal Majalla" w:hAnsi="Sakkal Majalla" w:cs="Sakkal Majalla"/>
          <w:b/>
          <w:bCs/>
          <w:sz w:val="28"/>
          <w:szCs w:val="28"/>
        </w:rPr>
        <w:t xml:space="preserve">: </w:t>
      </w:r>
      <w:r w:rsidRPr="00150709">
        <w:rPr>
          <w:rFonts w:ascii="Sakkal Majalla" w:hAnsi="Sakkal Majalla" w:cs="Sakkal Majalla"/>
          <w:b/>
          <w:bCs/>
          <w:sz w:val="28"/>
          <w:szCs w:val="28"/>
          <w:rtl/>
        </w:rPr>
        <w:t xml:space="preserve"> صع</w:t>
      </w:r>
      <w:r w:rsidR="003C1097">
        <w:rPr>
          <w:rFonts w:ascii="Sakkal Majalla" w:hAnsi="Sakkal Majalla" w:cs="Sakkal Majalla" w:hint="cs"/>
          <w:b/>
          <w:bCs/>
          <w:sz w:val="28"/>
          <w:szCs w:val="28"/>
          <w:rtl/>
        </w:rPr>
        <w:t xml:space="preserve">وبة </w:t>
      </w:r>
      <w:r w:rsidRPr="00150709">
        <w:rPr>
          <w:rFonts w:ascii="Sakkal Majalla" w:hAnsi="Sakkal Majalla" w:cs="Sakkal Majalla"/>
          <w:b/>
          <w:bCs/>
          <w:sz w:val="28"/>
          <w:szCs w:val="28"/>
          <w:rtl/>
        </w:rPr>
        <w:t>الحصول على بيانات دقيقة لفعالية الإعلانات</w:t>
      </w:r>
    </w:p>
    <w:p w14:paraId="5E4FD541" w14:textId="5F47BBFF" w:rsidR="00150709" w:rsidRPr="00150709" w:rsidRDefault="009E103C" w:rsidP="00150709">
      <w:pPr>
        <w:numPr>
          <w:ilvl w:val="0"/>
          <w:numId w:val="56"/>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 xml:space="preserve">الإعلام </w:t>
      </w:r>
      <w:r>
        <w:rPr>
          <w:rFonts w:ascii="Sakkal Majalla" w:hAnsi="Sakkal Majalla" w:cs="Sakkal Majalla" w:hint="cs"/>
          <w:b/>
          <w:bCs/>
          <w:sz w:val="28"/>
          <w:szCs w:val="28"/>
          <w:rtl/>
        </w:rPr>
        <w:t>/الوسائط</w:t>
      </w:r>
      <w:r w:rsidR="00150709" w:rsidRPr="00150709">
        <w:rPr>
          <w:rFonts w:ascii="Sakkal Majalla" w:hAnsi="Sakkal Majalla" w:cs="Sakkal Majalla"/>
          <w:b/>
          <w:bCs/>
          <w:sz w:val="28"/>
          <w:szCs w:val="28"/>
          <w:rtl/>
        </w:rPr>
        <w:t xml:space="preserve"> الرقمي</w:t>
      </w:r>
      <w:r>
        <w:rPr>
          <w:rFonts w:ascii="Sakkal Majalla" w:hAnsi="Sakkal Majalla" w:cs="Sakkal Majalla" w:hint="cs"/>
          <w:b/>
          <w:bCs/>
          <w:sz w:val="28"/>
          <w:szCs w:val="28"/>
          <w:rtl/>
        </w:rPr>
        <w:t>ة</w:t>
      </w:r>
    </w:p>
    <w:p w14:paraId="37B4F575" w14:textId="2967DD32" w:rsidR="00150709" w:rsidRPr="00150709" w:rsidRDefault="00150709" w:rsidP="00150709">
      <w:pPr>
        <w:numPr>
          <w:ilvl w:val="1"/>
          <w:numId w:val="56"/>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التحليل</w:t>
      </w:r>
      <w:r w:rsidRPr="00150709">
        <w:rPr>
          <w:rFonts w:ascii="Sakkal Majalla" w:hAnsi="Sakkal Majalla" w:cs="Sakkal Majalla"/>
          <w:b/>
          <w:bCs/>
          <w:sz w:val="28"/>
          <w:szCs w:val="28"/>
        </w:rPr>
        <w:t xml:space="preserve">: </w:t>
      </w:r>
      <w:r w:rsidRPr="00150709">
        <w:rPr>
          <w:rFonts w:ascii="Sakkal Majalla" w:hAnsi="Sakkal Majalla" w:cs="Sakkal Majalla"/>
          <w:b/>
          <w:bCs/>
          <w:sz w:val="28"/>
          <w:szCs w:val="28"/>
          <w:rtl/>
        </w:rPr>
        <w:t xml:space="preserve"> يوفر أدوات تحليل دقيقة</w:t>
      </w:r>
      <w:r w:rsidR="003C1097">
        <w:rPr>
          <w:rFonts w:ascii="Sakkal Majalla" w:hAnsi="Sakkal Majalla" w:cs="Sakkal Majalla" w:hint="cs"/>
          <w:b/>
          <w:bCs/>
          <w:sz w:val="28"/>
          <w:szCs w:val="28"/>
          <w:rtl/>
        </w:rPr>
        <w:t xml:space="preserve"> ومتنوعة</w:t>
      </w:r>
      <w:r w:rsidRPr="00150709">
        <w:rPr>
          <w:rFonts w:ascii="Sakkal Majalla" w:hAnsi="Sakkal Majalla" w:cs="Sakkal Majalla"/>
          <w:b/>
          <w:bCs/>
          <w:sz w:val="28"/>
          <w:szCs w:val="28"/>
          <w:rtl/>
        </w:rPr>
        <w:t xml:space="preserve"> تمكن من تتبع أداء الحملات ب</w:t>
      </w:r>
      <w:r w:rsidR="003C1097">
        <w:rPr>
          <w:rFonts w:ascii="Sakkal Majalla" w:hAnsi="Sakkal Majalla" w:cs="Sakkal Majalla" w:hint="cs"/>
          <w:b/>
          <w:bCs/>
          <w:sz w:val="28"/>
          <w:szCs w:val="28"/>
          <w:rtl/>
        </w:rPr>
        <w:t xml:space="preserve">شكل </w:t>
      </w:r>
      <w:r w:rsidRPr="00150709">
        <w:rPr>
          <w:rFonts w:ascii="Sakkal Majalla" w:hAnsi="Sakkal Majalla" w:cs="Sakkal Majalla"/>
          <w:b/>
          <w:bCs/>
          <w:sz w:val="28"/>
          <w:szCs w:val="28"/>
          <w:rtl/>
        </w:rPr>
        <w:t>تفصيل</w:t>
      </w:r>
      <w:r w:rsidR="003C1097">
        <w:rPr>
          <w:rFonts w:ascii="Sakkal Majalla" w:hAnsi="Sakkal Majalla" w:cs="Sakkal Majalla" w:hint="cs"/>
          <w:b/>
          <w:bCs/>
          <w:sz w:val="28"/>
          <w:szCs w:val="28"/>
          <w:rtl/>
        </w:rPr>
        <w:t>ي</w:t>
      </w:r>
    </w:p>
    <w:p w14:paraId="31D5B1DD" w14:textId="13DA9700" w:rsidR="00BF35B9" w:rsidRPr="00150709" w:rsidRDefault="00150709" w:rsidP="00150709">
      <w:pPr>
        <w:numPr>
          <w:ilvl w:val="1"/>
          <w:numId w:val="56"/>
        </w:numPr>
        <w:bidi/>
        <w:spacing w:line="360" w:lineRule="auto"/>
        <w:rPr>
          <w:rFonts w:ascii="Sakkal Majalla" w:hAnsi="Sakkal Majalla" w:cs="Sakkal Majalla"/>
          <w:b/>
          <w:bCs/>
          <w:sz w:val="28"/>
          <w:szCs w:val="28"/>
        </w:rPr>
      </w:pPr>
      <w:r w:rsidRPr="00150709">
        <w:rPr>
          <w:rFonts w:ascii="Sakkal Majalla" w:hAnsi="Sakkal Majalla" w:cs="Sakkal Majalla"/>
          <w:b/>
          <w:bCs/>
          <w:sz w:val="28"/>
          <w:szCs w:val="28"/>
          <w:rtl/>
        </w:rPr>
        <w:t>القياس</w:t>
      </w:r>
      <w:r w:rsidRPr="00150709">
        <w:rPr>
          <w:rFonts w:ascii="Sakkal Majalla" w:hAnsi="Sakkal Majalla" w:cs="Sakkal Majalla"/>
          <w:b/>
          <w:bCs/>
          <w:sz w:val="28"/>
          <w:szCs w:val="28"/>
        </w:rPr>
        <w:t xml:space="preserve">: </w:t>
      </w:r>
      <w:r w:rsidRPr="00150709">
        <w:rPr>
          <w:rFonts w:ascii="Sakkal Majalla" w:hAnsi="Sakkal Majalla" w:cs="Sakkal Majalla"/>
          <w:b/>
          <w:bCs/>
          <w:sz w:val="28"/>
          <w:szCs w:val="28"/>
          <w:rtl/>
        </w:rPr>
        <w:t xml:space="preserve"> قياس العائد على الاستثمار بدقة باستخدام بيانات مثل عدد النقرات</w:t>
      </w:r>
      <w:r w:rsidR="003C1097">
        <w:rPr>
          <w:rFonts w:ascii="Sakkal Majalla" w:hAnsi="Sakkal Majalla" w:cs="Sakkal Majalla" w:hint="cs"/>
          <w:b/>
          <w:bCs/>
          <w:sz w:val="28"/>
          <w:szCs w:val="28"/>
          <w:rtl/>
        </w:rPr>
        <w:t xml:space="preserve"> او معدلات التحويل او معدل تكلفة إستقطاب العميل</w:t>
      </w:r>
    </w:p>
    <w:p w14:paraId="6E152D72" w14:textId="77777777" w:rsidR="00BF35B9" w:rsidRDefault="00BF35B9" w:rsidP="00BF35B9">
      <w:pPr>
        <w:bidi/>
        <w:spacing w:line="360" w:lineRule="auto"/>
        <w:rPr>
          <w:rFonts w:ascii="Sakkal Majalla" w:hAnsi="Sakkal Majalla" w:cs="Sakkal Majalla"/>
          <w:b/>
          <w:bCs/>
          <w:sz w:val="28"/>
          <w:szCs w:val="28"/>
          <w:rtl/>
        </w:rPr>
      </w:pPr>
    </w:p>
    <w:p w14:paraId="3D7D572A" w14:textId="77777777" w:rsidR="00BF35B9" w:rsidRDefault="00BF35B9" w:rsidP="00BF35B9">
      <w:pPr>
        <w:bidi/>
        <w:spacing w:line="360" w:lineRule="auto"/>
        <w:rPr>
          <w:rFonts w:ascii="Sakkal Majalla" w:hAnsi="Sakkal Majalla" w:cs="Sakkal Majalla"/>
          <w:b/>
          <w:bCs/>
          <w:sz w:val="28"/>
          <w:szCs w:val="28"/>
          <w:rtl/>
        </w:rPr>
      </w:pPr>
    </w:p>
    <w:p w14:paraId="0C85BDB4" w14:textId="77777777" w:rsidR="00BF35B9" w:rsidRDefault="00BF35B9" w:rsidP="00BF35B9">
      <w:pPr>
        <w:bidi/>
        <w:spacing w:line="360" w:lineRule="auto"/>
        <w:rPr>
          <w:rFonts w:ascii="Sakkal Majalla" w:hAnsi="Sakkal Majalla" w:cs="Sakkal Majalla"/>
          <w:sz w:val="28"/>
          <w:szCs w:val="28"/>
          <w:rtl/>
        </w:rPr>
      </w:pPr>
      <w:bookmarkStart w:id="0" w:name="_Hlk171517587"/>
      <w:r>
        <w:rPr>
          <w:rFonts w:ascii="Sakkal Majalla" w:hAnsi="Sakkal Majalla" w:cs="Sakkal Majalla" w:hint="cs"/>
          <w:b/>
          <w:bCs/>
          <w:sz w:val="28"/>
          <w:szCs w:val="28"/>
          <w:rtl/>
        </w:rPr>
        <w:t>(</w:t>
      </w:r>
      <w:r w:rsidRPr="00F7622C">
        <w:rPr>
          <w:rFonts w:ascii="Sakkal Majalla" w:hAnsi="Sakkal Majalla" w:cs="Sakkal Majalla"/>
          <w:b/>
          <w:bCs/>
          <w:sz w:val="28"/>
          <w:szCs w:val="28"/>
          <w:rtl/>
        </w:rPr>
        <w:t>د</w:t>
      </w:r>
      <w:r>
        <w:rPr>
          <w:rFonts w:ascii="Sakkal Majalla" w:hAnsi="Sakkal Majalla" w:cs="Sakkal Majalla" w:hint="cs"/>
          <w:b/>
          <w:bCs/>
          <w:sz w:val="28"/>
          <w:szCs w:val="28"/>
          <w:rtl/>
        </w:rPr>
        <w:t>)-</w:t>
      </w:r>
      <w:r w:rsidRPr="00F7622C">
        <w:rPr>
          <w:rFonts w:ascii="Sakkal Majalla" w:hAnsi="Sakkal Majalla" w:cs="Sakkal Majalla"/>
          <w:b/>
          <w:bCs/>
          <w:sz w:val="28"/>
          <w:szCs w:val="28"/>
          <w:rtl/>
        </w:rPr>
        <w:t>التكلفة والفعالية</w:t>
      </w:r>
      <w:r w:rsidRPr="00F7622C">
        <w:rPr>
          <w:rFonts w:ascii="Sakkal Majalla" w:hAnsi="Sakkal Majalla" w:cs="Sakkal Majalla"/>
          <w:sz w:val="28"/>
          <w:szCs w:val="28"/>
        </w:rPr>
        <w:t>:</w:t>
      </w:r>
    </w:p>
    <w:p w14:paraId="4B6042D0" w14:textId="772E0A9D" w:rsidR="00150709" w:rsidRPr="00150709" w:rsidRDefault="009E103C" w:rsidP="00150709">
      <w:pPr>
        <w:numPr>
          <w:ilvl w:val="0"/>
          <w:numId w:val="57"/>
        </w:numPr>
        <w:bidi/>
        <w:spacing w:line="360" w:lineRule="auto"/>
        <w:rPr>
          <w:rFonts w:ascii="Sakkal Majalla" w:hAnsi="Sakkal Majalla" w:cs="Sakkal Majalla"/>
          <w:b/>
          <w:bCs/>
          <w:sz w:val="28"/>
          <w:szCs w:val="28"/>
        </w:rPr>
      </w:pPr>
      <w:r w:rsidRPr="00150709">
        <w:rPr>
          <w:rFonts w:ascii="Sakkal Majalla" w:hAnsi="Sakkal Majalla" w:cs="Sakkal Majalla"/>
          <w:b/>
          <w:bCs/>
          <w:sz w:val="28"/>
          <w:szCs w:val="28"/>
          <w:rtl/>
        </w:rPr>
        <w:t xml:space="preserve">الإعلام </w:t>
      </w:r>
      <w:r>
        <w:rPr>
          <w:rFonts w:ascii="Sakkal Majalla" w:hAnsi="Sakkal Majalla" w:cs="Sakkal Majalla" w:hint="cs"/>
          <w:b/>
          <w:bCs/>
          <w:sz w:val="28"/>
          <w:szCs w:val="28"/>
          <w:rtl/>
        </w:rPr>
        <w:t>/الوسائط</w:t>
      </w:r>
      <w:r w:rsidR="00150709" w:rsidRPr="00150709">
        <w:rPr>
          <w:rFonts w:ascii="Sakkal Majalla" w:hAnsi="Sakkal Majalla" w:cs="Sakkal Majalla"/>
          <w:b/>
          <w:bCs/>
          <w:sz w:val="28"/>
          <w:szCs w:val="28"/>
          <w:rtl/>
        </w:rPr>
        <w:t xml:space="preserve"> التقليدي</w:t>
      </w:r>
      <w:r>
        <w:rPr>
          <w:rFonts w:ascii="Sakkal Majalla" w:hAnsi="Sakkal Majalla" w:cs="Sakkal Majalla" w:hint="cs"/>
          <w:b/>
          <w:bCs/>
          <w:sz w:val="28"/>
          <w:szCs w:val="28"/>
          <w:rtl/>
        </w:rPr>
        <w:t>ة</w:t>
      </w:r>
    </w:p>
    <w:p w14:paraId="46F0149B" w14:textId="43DF91D9" w:rsidR="00150709" w:rsidRPr="00150709" w:rsidRDefault="00150709" w:rsidP="00150709">
      <w:pPr>
        <w:numPr>
          <w:ilvl w:val="1"/>
          <w:numId w:val="57"/>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التكلفة</w:t>
      </w:r>
      <w:r w:rsidRPr="00150709">
        <w:rPr>
          <w:rFonts w:ascii="Sakkal Majalla" w:hAnsi="Sakkal Majalla" w:cs="Sakkal Majalla"/>
          <w:b/>
          <w:bCs/>
          <w:sz w:val="28"/>
          <w:szCs w:val="28"/>
        </w:rPr>
        <w:t xml:space="preserve">: </w:t>
      </w:r>
      <w:r w:rsidRPr="00150709">
        <w:rPr>
          <w:rFonts w:ascii="Sakkal Majalla" w:hAnsi="Sakkal Majalla" w:cs="Sakkal Majalla"/>
          <w:b/>
          <w:bCs/>
          <w:sz w:val="28"/>
          <w:szCs w:val="28"/>
          <w:rtl/>
        </w:rPr>
        <w:t xml:space="preserve"> غالبًا مرتفعة، خاصة في التلفزيون والصحف ذات الانتشار الواسع</w:t>
      </w:r>
    </w:p>
    <w:p w14:paraId="03535F7F" w14:textId="72EB0A2B" w:rsidR="00150709" w:rsidRPr="00150709" w:rsidRDefault="00150709" w:rsidP="00150709">
      <w:pPr>
        <w:numPr>
          <w:ilvl w:val="1"/>
          <w:numId w:val="57"/>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الفعالية</w:t>
      </w:r>
      <w:r w:rsidRPr="00150709">
        <w:rPr>
          <w:rFonts w:ascii="Sakkal Majalla" w:hAnsi="Sakkal Majalla" w:cs="Sakkal Majalla"/>
          <w:b/>
          <w:bCs/>
          <w:sz w:val="28"/>
          <w:szCs w:val="28"/>
        </w:rPr>
        <w:t xml:space="preserve">: </w:t>
      </w:r>
      <w:r w:rsidRPr="00150709">
        <w:rPr>
          <w:rFonts w:ascii="Sakkal Majalla" w:hAnsi="Sakkal Majalla" w:cs="Sakkal Majalla"/>
          <w:b/>
          <w:bCs/>
          <w:sz w:val="28"/>
          <w:szCs w:val="28"/>
          <w:rtl/>
        </w:rPr>
        <w:t xml:space="preserve"> أقل بسبب عدم القدرة على استهداف الجمهور بدقة</w:t>
      </w:r>
    </w:p>
    <w:p w14:paraId="30832ECE" w14:textId="52D2E259" w:rsidR="00150709" w:rsidRPr="00150709" w:rsidRDefault="009E103C" w:rsidP="00150709">
      <w:pPr>
        <w:numPr>
          <w:ilvl w:val="0"/>
          <w:numId w:val="57"/>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 xml:space="preserve">الإعلام </w:t>
      </w:r>
      <w:r>
        <w:rPr>
          <w:rFonts w:ascii="Sakkal Majalla" w:hAnsi="Sakkal Majalla" w:cs="Sakkal Majalla" w:hint="cs"/>
          <w:b/>
          <w:bCs/>
          <w:sz w:val="28"/>
          <w:szCs w:val="28"/>
          <w:rtl/>
        </w:rPr>
        <w:t>/الوسائط</w:t>
      </w:r>
      <w:r w:rsidR="00150709" w:rsidRPr="00150709">
        <w:rPr>
          <w:rFonts w:ascii="Sakkal Majalla" w:hAnsi="Sakkal Majalla" w:cs="Sakkal Majalla"/>
          <w:b/>
          <w:bCs/>
          <w:sz w:val="28"/>
          <w:szCs w:val="28"/>
          <w:rtl/>
        </w:rPr>
        <w:t xml:space="preserve"> الرقمي</w:t>
      </w:r>
      <w:r>
        <w:rPr>
          <w:rFonts w:ascii="Sakkal Majalla" w:hAnsi="Sakkal Majalla" w:cs="Sakkal Majalla" w:hint="cs"/>
          <w:b/>
          <w:bCs/>
          <w:sz w:val="28"/>
          <w:szCs w:val="28"/>
          <w:rtl/>
        </w:rPr>
        <w:t>ة</w:t>
      </w:r>
    </w:p>
    <w:p w14:paraId="33A75A00" w14:textId="147385FE" w:rsidR="00150709" w:rsidRPr="00150709" w:rsidRDefault="00150709" w:rsidP="00150709">
      <w:pPr>
        <w:numPr>
          <w:ilvl w:val="1"/>
          <w:numId w:val="57"/>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lastRenderedPageBreak/>
        <w:t>التكلفة</w:t>
      </w:r>
      <w:r w:rsidRPr="00150709">
        <w:rPr>
          <w:rFonts w:ascii="Sakkal Majalla" w:hAnsi="Sakkal Majalla" w:cs="Sakkal Majalla"/>
          <w:b/>
          <w:bCs/>
          <w:sz w:val="28"/>
          <w:szCs w:val="28"/>
        </w:rPr>
        <w:t xml:space="preserve">: </w:t>
      </w:r>
      <w:r w:rsidRPr="00150709">
        <w:rPr>
          <w:rFonts w:ascii="Sakkal Majalla" w:hAnsi="Sakkal Majalla" w:cs="Sakkal Majalla"/>
          <w:b/>
          <w:bCs/>
          <w:sz w:val="28"/>
          <w:szCs w:val="28"/>
          <w:rtl/>
        </w:rPr>
        <w:t xml:space="preserve"> عادة</w:t>
      </w:r>
      <w:r w:rsidR="003C1097">
        <w:rPr>
          <w:rFonts w:ascii="Sakkal Majalla" w:hAnsi="Sakkal Majalla" w:cs="Sakkal Majalla" w:hint="cs"/>
          <w:b/>
          <w:bCs/>
          <w:sz w:val="28"/>
          <w:szCs w:val="28"/>
          <w:rtl/>
        </w:rPr>
        <w:t>ً</w:t>
      </w:r>
      <w:r w:rsidRPr="00150709">
        <w:rPr>
          <w:rFonts w:ascii="Sakkal Majalla" w:hAnsi="Sakkal Majalla" w:cs="Sakkal Majalla"/>
          <w:b/>
          <w:bCs/>
          <w:sz w:val="28"/>
          <w:szCs w:val="28"/>
          <w:rtl/>
        </w:rPr>
        <w:t xml:space="preserve"> تكون أقل ويمكن</w:t>
      </w:r>
      <w:r w:rsidR="003C1097">
        <w:rPr>
          <w:rFonts w:ascii="Sakkal Majalla" w:hAnsi="Sakkal Majalla" w:cs="Sakkal Majalla" w:hint="cs"/>
          <w:b/>
          <w:bCs/>
          <w:sz w:val="28"/>
          <w:szCs w:val="28"/>
          <w:rtl/>
        </w:rPr>
        <w:t xml:space="preserve"> كذلك</w:t>
      </w:r>
      <w:r w:rsidRPr="00150709">
        <w:rPr>
          <w:rFonts w:ascii="Sakkal Majalla" w:hAnsi="Sakkal Majalla" w:cs="Sakkal Majalla"/>
          <w:b/>
          <w:bCs/>
          <w:sz w:val="28"/>
          <w:szCs w:val="28"/>
          <w:rtl/>
        </w:rPr>
        <w:t xml:space="preserve"> تخصيص الميزانيات </w:t>
      </w:r>
      <w:r w:rsidR="003C1097">
        <w:rPr>
          <w:rFonts w:ascii="Sakkal Majalla" w:hAnsi="Sakkal Majalla" w:cs="Sakkal Majalla" w:hint="cs"/>
          <w:b/>
          <w:bCs/>
          <w:sz w:val="28"/>
          <w:szCs w:val="28"/>
          <w:rtl/>
        </w:rPr>
        <w:t>حسب</w:t>
      </w:r>
      <w:r w:rsidRPr="00150709">
        <w:rPr>
          <w:rFonts w:ascii="Sakkal Majalla" w:hAnsi="Sakkal Majalla" w:cs="Sakkal Majalla"/>
          <w:b/>
          <w:bCs/>
          <w:sz w:val="28"/>
          <w:szCs w:val="28"/>
          <w:rtl/>
        </w:rPr>
        <w:t xml:space="preserve"> الحاجة</w:t>
      </w:r>
    </w:p>
    <w:p w14:paraId="36346F38" w14:textId="61713715" w:rsidR="00150709" w:rsidRPr="00150709" w:rsidRDefault="00150709" w:rsidP="00150709">
      <w:pPr>
        <w:numPr>
          <w:ilvl w:val="1"/>
          <w:numId w:val="57"/>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الفعالية</w:t>
      </w:r>
      <w:r w:rsidRPr="00150709">
        <w:rPr>
          <w:rFonts w:ascii="Sakkal Majalla" w:hAnsi="Sakkal Majalla" w:cs="Sakkal Majalla"/>
          <w:b/>
          <w:bCs/>
          <w:sz w:val="28"/>
          <w:szCs w:val="28"/>
        </w:rPr>
        <w:t xml:space="preserve">: </w:t>
      </w:r>
      <w:r w:rsidRPr="00150709">
        <w:rPr>
          <w:rFonts w:ascii="Sakkal Majalla" w:hAnsi="Sakkal Majalla" w:cs="Sakkal Majalla"/>
          <w:b/>
          <w:bCs/>
          <w:sz w:val="28"/>
          <w:szCs w:val="28"/>
          <w:rtl/>
        </w:rPr>
        <w:t xml:space="preserve"> فعالية أعلى بفضل الاستهداف الدقيق و</w:t>
      </w:r>
      <w:r w:rsidR="003C1097">
        <w:rPr>
          <w:rFonts w:ascii="Sakkal Majalla" w:hAnsi="Sakkal Majalla" w:cs="Sakkal Majalla" w:hint="cs"/>
          <w:b/>
          <w:bCs/>
          <w:sz w:val="28"/>
          <w:szCs w:val="28"/>
          <w:rtl/>
        </w:rPr>
        <w:t>أدوات التتبيع</w:t>
      </w:r>
    </w:p>
    <w:p w14:paraId="70849900" w14:textId="470DA708" w:rsidR="00BF35B9" w:rsidRDefault="00BF35B9" w:rsidP="00BF35B9">
      <w:pPr>
        <w:bidi/>
        <w:spacing w:line="360" w:lineRule="auto"/>
        <w:rPr>
          <w:rFonts w:ascii="Sakkal Majalla" w:hAnsi="Sakkal Majalla" w:cs="Sakkal Majalla"/>
          <w:sz w:val="28"/>
          <w:szCs w:val="28"/>
          <w:rtl/>
        </w:rPr>
      </w:pPr>
    </w:p>
    <w:p w14:paraId="29EE7D9B" w14:textId="77777777" w:rsidR="00BF35B9" w:rsidRPr="00F7622C" w:rsidRDefault="00BF35B9" w:rsidP="00BF35B9">
      <w:pPr>
        <w:bidi/>
        <w:spacing w:line="360" w:lineRule="auto"/>
        <w:rPr>
          <w:rFonts w:ascii="Sakkal Majalla" w:hAnsi="Sakkal Majalla" w:cs="Sakkal Majalla"/>
          <w:sz w:val="28"/>
          <w:szCs w:val="28"/>
        </w:rPr>
      </w:pPr>
    </w:p>
    <w:p w14:paraId="3D555D61" w14:textId="77777777" w:rsidR="00BF35B9" w:rsidRPr="00CF57E7" w:rsidRDefault="00BF35B9" w:rsidP="00BF35B9">
      <w:pPr>
        <w:bidi/>
        <w:spacing w:line="360" w:lineRule="auto"/>
        <w:rPr>
          <w:rFonts w:ascii="Sakkal Majalla" w:hAnsi="Sakkal Majalla" w:cs="Sakkal Majalla"/>
          <w:sz w:val="28"/>
          <w:szCs w:val="28"/>
          <w:rtl/>
        </w:rPr>
      </w:pPr>
      <w:r>
        <w:rPr>
          <w:rFonts w:ascii="Sakkal Majalla" w:hAnsi="Sakkal Majalla" w:cs="Sakkal Majalla" w:hint="cs"/>
          <w:b/>
          <w:bCs/>
          <w:sz w:val="28"/>
          <w:szCs w:val="28"/>
          <w:rtl/>
        </w:rPr>
        <w:t>(</w:t>
      </w:r>
      <w:r w:rsidRPr="00F7622C">
        <w:rPr>
          <w:rFonts w:ascii="Sakkal Majalla" w:hAnsi="Sakkal Majalla" w:cs="Sakkal Majalla"/>
          <w:b/>
          <w:bCs/>
          <w:sz w:val="28"/>
          <w:szCs w:val="28"/>
          <w:rtl/>
        </w:rPr>
        <w:t>هـ.</w:t>
      </w:r>
      <w:r>
        <w:rPr>
          <w:rFonts w:ascii="Sakkal Majalla" w:hAnsi="Sakkal Majalla" w:cs="Sakkal Majalla" w:hint="cs"/>
          <w:b/>
          <w:bCs/>
          <w:sz w:val="28"/>
          <w:szCs w:val="28"/>
          <w:rtl/>
        </w:rPr>
        <w:t>)-</w:t>
      </w:r>
      <w:r w:rsidRPr="00F7622C">
        <w:rPr>
          <w:rFonts w:ascii="Sakkal Majalla" w:hAnsi="Sakkal Majalla" w:cs="Sakkal Majalla"/>
          <w:b/>
          <w:bCs/>
          <w:sz w:val="28"/>
          <w:szCs w:val="28"/>
          <w:rtl/>
        </w:rPr>
        <w:t>المرونة والتعديل</w:t>
      </w:r>
      <w:r w:rsidRPr="00F7622C">
        <w:rPr>
          <w:rFonts w:ascii="Sakkal Majalla" w:hAnsi="Sakkal Majalla" w:cs="Sakkal Majalla"/>
          <w:sz w:val="28"/>
          <w:szCs w:val="28"/>
        </w:rPr>
        <w:t>:</w:t>
      </w:r>
      <w:bookmarkEnd w:id="0"/>
    </w:p>
    <w:p w14:paraId="2D66D351" w14:textId="7A5BFB20" w:rsidR="00150709" w:rsidRPr="00150709" w:rsidRDefault="009E103C" w:rsidP="00150709">
      <w:pPr>
        <w:numPr>
          <w:ilvl w:val="0"/>
          <w:numId w:val="58"/>
        </w:numPr>
        <w:bidi/>
        <w:spacing w:line="360" w:lineRule="auto"/>
        <w:rPr>
          <w:rFonts w:ascii="Sakkal Majalla" w:hAnsi="Sakkal Majalla" w:cs="Sakkal Majalla"/>
          <w:b/>
          <w:bCs/>
          <w:sz w:val="28"/>
          <w:szCs w:val="28"/>
        </w:rPr>
      </w:pPr>
      <w:r w:rsidRPr="00150709">
        <w:rPr>
          <w:rFonts w:ascii="Sakkal Majalla" w:hAnsi="Sakkal Majalla" w:cs="Sakkal Majalla"/>
          <w:b/>
          <w:bCs/>
          <w:sz w:val="28"/>
          <w:szCs w:val="28"/>
          <w:rtl/>
        </w:rPr>
        <w:t xml:space="preserve">الإعلام </w:t>
      </w:r>
      <w:r>
        <w:rPr>
          <w:rFonts w:ascii="Sakkal Majalla" w:hAnsi="Sakkal Majalla" w:cs="Sakkal Majalla" w:hint="cs"/>
          <w:b/>
          <w:bCs/>
          <w:sz w:val="28"/>
          <w:szCs w:val="28"/>
          <w:rtl/>
        </w:rPr>
        <w:t xml:space="preserve">/الوسائط </w:t>
      </w:r>
      <w:r w:rsidR="00150709" w:rsidRPr="00150709">
        <w:rPr>
          <w:rFonts w:ascii="Sakkal Majalla" w:hAnsi="Sakkal Majalla" w:cs="Sakkal Majalla"/>
          <w:b/>
          <w:bCs/>
          <w:sz w:val="28"/>
          <w:szCs w:val="28"/>
          <w:rtl/>
        </w:rPr>
        <w:t>التقليدي</w:t>
      </w:r>
      <w:r>
        <w:rPr>
          <w:rFonts w:ascii="Sakkal Majalla" w:hAnsi="Sakkal Majalla" w:cs="Sakkal Majalla" w:hint="cs"/>
          <w:b/>
          <w:bCs/>
          <w:sz w:val="28"/>
          <w:szCs w:val="28"/>
          <w:rtl/>
        </w:rPr>
        <w:t>ة</w:t>
      </w:r>
    </w:p>
    <w:p w14:paraId="5CC58DEF" w14:textId="6506C661" w:rsidR="00150709" w:rsidRPr="00150709" w:rsidRDefault="00150709" w:rsidP="00150709">
      <w:pPr>
        <w:numPr>
          <w:ilvl w:val="1"/>
          <w:numId w:val="58"/>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 xml:space="preserve">تعديل الإعلانات بعد إطلاقها صعب </w:t>
      </w:r>
      <w:r w:rsidR="003C1097">
        <w:rPr>
          <w:rFonts w:ascii="Sakkal Majalla" w:hAnsi="Sakkal Majalla" w:cs="Sakkal Majalla" w:hint="cs"/>
          <w:b/>
          <w:bCs/>
          <w:sz w:val="28"/>
          <w:szCs w:val="28"/>
          <w:rtl/>
        </w:rPr>
        <w:t xml:space="preserve">جداً </w:t>
      </w:r>
      <w:r w:rsidRPr="00150709">
        <w:rPr>
          <w:rFonts w:ascii="Sakkal Majalla" w:hAnsi="Sakkal Majalla" w:cs="Sakkal Majalla"/>
          <w:b/>
          <w:bCs/>
          <w:sz w:val="28"/>
          <w:szCs w:val="28"/>
          <w:rtl/>
        </w:rPr>
        <w:t>ومكلف</w:t>
      </w:r>
    </w:p>
    <w:p w14:paraId="21E2FCEB" w14:textId="330C9724" w:rsidR="00150709" w:rsidRPr="00150709" w:rsidRDefault="00150709" w:rsidP="00150709">
      <w:pPr>
        <w:numPr>
          <w:ilvl w:val="1"/>
          <w:numId w:val="58"/>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يحتاج وقتًا طويلًا للتخطيط والتنفيذ</w:t>
      </w:r>
      <w:r w:rsidR="003C1097">
        <w:rPr>
          <w:rFonts w:ascii="Sakkal Majalla" w:hAnsi="Sakkal Majalla" w:cs="Sakkal Majalla" w:hint="cs"/>
          <w:b/>
          <w:bCs/>
          <w:sz w:val="28"/>
          <w:szCs w:val="28"/>
          <w:rtl/>
        </w:rPr>
        <w:t xml:space="preserve"> والتعديل </w:t>
      </w:r>
    </w:p>
    <w:p w14:paraId="1C0D76D9" w14:textId="6730E77C" w:rsidR="00150709" w:rsidRPr="00150709" w:rsidRDefault="009E103C" w:rsidP="00150709">
      <w:pPr>
        <w:numPr>
          <w:ilvl w:val="0"/>
          <w:numId w:val="58"/>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 xml:space="preserve">الإعلام </w:t>
      </w:r>
      <w:r>
        <w:rPr>
          <w:rFonts w:ascii="Sakkal Majalla" w:hAnsi="Sakkal Majalla" w:cs="Sakkal Majalla" w:hint="cs"/>
          <w:b/>
          <w:bCs/>
          <w:sz w:val="28"/>
          <w:szCs w:val="28"/>
          <w:rtl/>
        </w:rPr>
        <w:t>/الوسائط</w:t>
      </w:r>
      <w:r w:rsidR="00150709" w:rsidRPr="00150709">
        <w:rPr>
          <w:rFonts w:ascii="Sakkal Majalla" w:hAnsi="Sakkal Majalla" w:cs="Sakkal Majalla"/>
          <w:b/>
          <w:bCs/>
          <w:sz w:val="28"/>
          <w:szCs w:val="28"/>
          <w:rtl/>
        </w:rPr>
        <w:t xml:space="preserve"> الرقمي</w:t>
      </w:r>
      <w:r>
        <w:rPr>
          <w:rFonts w:ascii="Sakkal Majalla" w:hAnsi="Sakkal Majalla" w:cs="Sakkal Majalla" w:hint="cs"/>
          <w:b/>
          <w:bCs/>
          <w:sz w:val="28"/>
          <w:szCs w:val="28"/>
          <w:rtl/>
        </w:rPr>
        <w:t>ة</w:t>
      </w:r>
    </w:p>
    <w:p w14:paraId="4B953481" w14:textId="77777777" w:rsidR="00150709" w:rsidRPr="00150709" w:rsidRDefault="00150709" w:rsidP="00150709">
      <w:pPr>
        <w:numPr>
          <w:ilvl w:val="1"/>
          <w:numId w:val="58"/>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يمكن التعديل الفوري في الوقت الفعلي بناءً على ردود الفعل</w:t>
      </w:r>
    </w:p>
    <w:p w14:paraId="360C1241" w14:textId="77777777" w:rsidR="00150709" w:rsidRPr="00150709" w:rsidRDefault="00150709" w:rsidP="00150709">
      <w:pPr>
        <w:numPr>
          <w:ilvl w:val="1"/>
          <w:numId w:val="58"/>
        </w:numPr>
        <w:bidi/>
        <w:spacing w:line="360" w:lineRule="auto"/>
        <w:rPr>
          <w:rFonts w:ascii="Sakkal Majalla" w:hAnsi="Sakkal Majalla" w:cs="Sakkal Majalla"/>
          <w:b/>
          <w:bCs/>
          <w:sz w:val="28"/>
          <w:szCs w:val="28"/>
          <w:rtl/>
        </w:rPr>
      </w:pPr>
      <w:r w:rsidRPr="00150709">
        <w:rPr>
          <w:rFonts w:ascii="Sakkal Majalla" w:hAnsi="Sakkal Majalla" w:cs="Sakkal Majalla"/>
          <w:b/>
          <w:bCs/>
          <w:sz w:val="28"/>
          <w:szCs w:val="28"/>
          <w:rtl/>
        </w:rPr>
        <w:t>الإطلاق والتنفيذ سريع ويمكن التكّيف السريع مع تغيرات السوق</w:t>
      </w:r>
    </w:p>
    <w:p w14:paraId="14137C12" w14:textId="77777777" w:rsidR="00BF35B9" w:rsidRDefault="00BF35B9" w:rsidP="00BF35B9">
      <w:pPr>
        <w:bidi/>
        <w:spacing w:line="360" w:lineRule="auto"/>
        <w:rPr>
          <w:rFonts w:ascii="Sakkal Majalla" w:hAnsi="Sakkal Majalla" w:cs="Sakkal Majalla"/>
          <w:b/>
          <w:bCs/>
          <w:sz w:val="28"/>
          <w:szCs w:val="28"/>
          <w:rtl/>
        </w:rPr>
      </w:pPr>
    </w:p>
    <w:p w14:paraId="4A8B875E" w14:textId="77777777" w:rsidR="00BF35B9" w:rsidRPr="00DE519C" w:rsidRDefault="00BF35B9" w:rsidP="00BF35B9">
      <w:pPr>
        <w:bidi/>
        <w:spacing w:line="360" w:lineRule="auto"/>
        <w:rPr>
          <w:rFonts w:ascii="Sakkal Majalla" w:hAnsi="Sakkal Majalla" w:cs="Sakkal Majalla"/>
          <w:b/>
          <w:bCs/>
          <w:sz w:val="32"/>
          <w:szCs w:val="32"/>
        </w:rPr>
      </w:pPr>
      <w:r w:rsidRPr="00DE519C">
        <w:rPr>
          <w:rFonts w:ascii="Sakkal Majalla" w:hAnsi="Sakkal Majalla" w:cs="Sakkal Majalla"/>
          <w:b/>
          <w:bCs/>
          <w:sz w:val="32"/>
          <w:szCs w:val="32"/>
          <w:rtl/>
        </w:rPr>
        <w:t>الاستنتاج</w:t>
      </w:r>
      <w:r w:rsidRPr="00DE519C">
        <w:rPr>
          <w:rFonts w:ascii="Sakkal Majalla" w:hAnsi="Sakkal Majalla" w:cs="Sakkal Majalla"/>
          <w:b/>
          <w:bCs/>
          <w:sz w:val="32"/>
          <w:szCs w:val="32"/>
        </w:rPr>
        <w:t>:</w:t>
      </w:r>
    </w:p>
    <w:p w14:paraId="0FC402C3" w14:textId="6B39E0AD" w:rsidR="004C7278" w:rsidRDefault="003C1097" w:rsidP="004C7278">
      <w:pPr>
        <w:bidi/>
        <w:spacing w:line="360" w:lineRule="auto"/>
        <w:rPr>
          <w:rFonts w:ascii="Sakkal Majalla" w:hAnsi="Sakkal Majalla" w:cs="Sakkal Majalla"/>
          <w:sz w:val="28"/>
          <w:szCs w:val="28"/>
          <w:rtl/>
        </w:rPr>
      </w:pPr>
      <w:r w:rsidRPr="003C1097">
        <w:rPr>
          <w:rFonts w:ascii="Sakkal Majalla" w:hAnsi="Sakkal Majalla" w:cs="Sakkal Majalla" w:hint="cs"/>
          <w:sz w:val="28"/>
          <w:szCs w:val="28"/>
          <w:rtl/>
        </w:rPr>
        <w:t>توفر</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الوسائط</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الرقمية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مزايا</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كبيرة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تدفع</w:t>
      </w:r>
      <w:r w:rsidRPr="003C1097">
        <w:rPr>
          <w:rFonts w:ascii="Sakkal Majalla" w:hAnsi="Sakkal Majalla" w:cs="Sakkal Majalla"/>
          <w:sz w:val="28"/>
          <w:szCs w:val="28"/>
          <w:rtl/>
        </w:rPr>
        <w:t xml:space="preserve"> </w:t>
      </w:r>
      <w:r>
        <w:rPr>
          <w:rFonts w:ascii="Sakkal Majalla" w:hAnsi="Sakkal Majalla" w:cs="Sakkal Majalla" w:hint="cs"/>
          <w:sz w:val="28"/>
          <w:szCs w:val="28"/>
          <w:rtl/>
        </w:rPr>
        <w:t>ل</w:t>
      </w:r>
      <w:r w:rsidRPr="003C1097">
        <w:rPr>
          <w:rFonts w:ascii="Sakkal Majalla" w:hAnsi="Sakkal Majalla" w:cs="Sakkal Majalla" w:hint="cs"/>
          <w:sz w:val="28"/>
          <w:szCs w:val="28"/>
          <w:rtl/>
        </w:rPr>
        <w:t>نمو</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الأعمال</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بشكل</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أكثر</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فعالية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من</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الوسائط</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التقليدية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وتشمل</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هذه</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المزايا</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الوصول</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المستهدف</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والتفاعل</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المباشر</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والقياس</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الدقيق</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والكفاءة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من</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حيث</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التكلفة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والمرونة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العالية</w:t>
      </w:r>
      <w:r>
        <w:rPr>
          <w:rFonts w:ascii="Sakkal Majalla" w:hAnsi="Sakkal Majalla" w:cs="Sakkal Majalla" w:hint="cs"/>
          <w:sz w:val="28"/>
          <w:szCs w:val="28"/>
          <w:rtl/>
        </w:rPr>
        <w:t xml:space="preserve"> </w:t>
      </w:r>
      <w:r w:rsidRPr="003C1097">
        <w:rPr>
          <w:rFonts w:ascii="Sakkal Majalla" w:hAnsi="Sakkal Majalla" w:cs="Sakkal Majalla" w:hint="cs"/>
          <w:sz w:val="28"/>
          <w:szCs w:val="28"/>
          <w:rtl/>
        </w:rPr>
        <w:t>تجعل</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هذه</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العوامل</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الوسائط</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الرقمية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أداة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قوية</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للشركات</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التي</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تتطلع</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إلى</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التوسع</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والنمو</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في</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السوق</w:t>
      </w:r>
      <w:r w:rsidRPr="003C1097">
        <w:rPr>
          <w:rFonts w:ascii="Sakkal Majalla" w:hAnsi="Sakkal Majalla" w:cs="Sakkal Majalla"/>
          <w:sz w:val="28"/>
          <w:szCs w:val="28"/>
          <w:rtl/>
        </w:rPr>
        <w:t xml:space="preserve"> </w:t>
      </w:r>
      <w:r w:rsidRPr="003C1097">
        <w:rPr>
          <w:rFonts w:ascii="Sakkal Majalla" w:hAnsi="Sakkal Majalla" w:cs="Sakkal Majalla" w:hint="cs"/>
          <w:sz w:val="28"/>
          <w:szCs w:val="28"/>
          <w:rtl/>
        </w:rPr>
        <w:t>الحديثة</w:t>
      </w:r>
      <w:r w:rsidRPr="003C1097">
        <w:rPr>
          <w:rFonts w:ascii="Sakkal Majalla" w:hAnsi="Sakkal Majalla" w:cs="Sakkal Majalla"/>
          <w:sz w:val="28"/>
          <w:szCs w:val="28"/>
          <w:rtl/>
        </w:rPr>
        <w:t>.</w:t>
      </w:r>
      <w:r w:rsidR="004C7278" w:rsidRPr="004C7278">
        <w:rPr>
          <w:rFonts w:ascii="Sakkal Majalla" w:hAnsi="Sakkal Majalla" w:cs="Sakkal Majalla"/>
          <w:vanish/>
          <w:sz w:val="28"/>
          <w:szCs w:val="28"/>
          <w:rtl/>
        </w:rPr>
        <w:t>أعلى النموذج</w:t>
      </w:r>
    </w:p>
    <w:p w14:paraId="00055483" w14:textId="77777777" w:rsidR="00150709" w:rsidRPr="004C7278" w:rsidRDefault="00150709" w:rsidP="00150709">
      <w:pPr>
        <w:bidi/>
        <w:spacing w:line="360" w:lineRule="auto"/>
        <w:rPr>
          <w:rFonts w:ascii="Sakkal Majalla" w:hAnsi="Sakkal Majalla" w:cs="Sakkal Majalla"/>
          <w:vanish/>
          <w:sz w:val="28"/>
          <w:szCs w:val="28"/>
        </w:rPr>
      </w:pPr>
    </w:p>
    <w:p w14:paraId="6DAABF90" w14:textId="77777777" w:rsidR="004C7278" w:rsidRPr="004C7278" w:rsidRDefault="004C7278" w:rsidP="004C7278">
      <w:pPr>
        <w:bidi/>
        <w:spacing w:line="360" w:lineRule="auto"/>
        <w:rPr>
          <w:rFonts w:ascii="Sakkal Majalla" w:hAnsi="Sakkal Majalla" w:cs="Sakkal Majalla"/>
          <w:vanish/>
          <w:sz w:val="28"/>
          <w:szCs w:val="28"/>
        </w:rPr>
      </w:pPr>
      <w:r w:rsidRPr="004C7278">
        <w:rPr>
          <w:rFonts w:ascii="Sakkal Majalla" w:hAnsi="Sakkal Majalla" w:cs="Sakkal Majalla"/>
          <w:vanish/>
          <w:sz w:val="28"/>
          <w:szCs w:val="28"/>
          <w:rtl/>
        </w:rPr>
        <w:t>أسفل النموذج</w:t>
      </w:r>
    </w:p>
    <w:p w14:paraId="39DDE8DB" w14:textId="77777777" w:rsidR="00BF35B9" w:rsidRDefault="00BF35B9" w:rsidP="00BF35B9">
      <w:pPr>
        <w:bidi/>
        <w:spacing w:line="360" w:lineRule="auto"/>
        <w:rPr>
          <w:rFonts w:ascii="Sakkal Majalla" w:hAnsi="Sakkal Majalla" w:cs="Sakkal Majalla"/>
          <w:sz w:val="28"/>
          <w:szCs w:val="28"/>
          <w:rtl/>
        </w:rPr>
      </w:pPr>
    </w:p>
    <w:p w14:paraId="04CDEB75" w14:textId="77777777" w:rsidR="00EF6DA1" w:rsidRPr="007B5A67" w:rsidRDefault="00EF6DA1" w:rsidP="00EF6DA1">
      <w:pPr>
        <w:bidi/>
        <w:spacing w:line="360" w:lineRule="auto"/>
        <w:rPr>
          <w:rFonts w:ascii="Sakkal Majalla" w:hAnsi="Sakkal Majalla" w:cs="Sakkal Majalla"/>
          <w:b/>
          <w:bCs/>
          <w:sz w:val="32"/>
          <w:szCs w:val="32"/>
        </w:rPr>
      </w:pPr>
      <w:r w:rsidRPr="007B5A67">
        <w:rPr>
          <w:rFonts w:ascii="Sakkal Majalla" w:hAnsi="Sakkal Majalla" w:cs="Sakkal Majalla" w:hint="cs"/>
          <w:b/>
          <w:bCs/>
          <w:sz w:val="32"/>
          <w:szCs w:val="32"/>
          <w:rtl/>
        </w:rPr>
        <w:lastRenderedPageBreak/>
        <w:t>المحور الثالث:</w:t>
      </w:r>
    </w:p>
    <w:p w14:paraId="6ACE9522" w14:textId="77777777" w:rsidR="00EF6DA1" w:rsidRPr="007B5A67" w:rsidRDefault="00EF6DA1" w:rsidP="00EF6DA1">
      <w:pPr>
        <w:bidi/>
        <w:spacing w:line="360" w:lineRule="auto"/>
        <w:rPr>
          <w:rFonts w:ascii="Sakkal Majalla" w:hAnsi="Sakkal Majalla" w:cs="Sakkal Majalla"/>
          <w:sz w:val="32"/>
          <w:szCs w:val="32"/>
          <w:rtl/>
        </w:rPr>
      </w:pPr>
      <w:r w:rsidRPr="007B5A67">
        <w:rPr>
          <w:rFonts w:ascii="Sakkal Majalla" w:hAnsi="Sakkal Majalla" w:cs="Sakkal Majalla"/>
          <w:b/>
          <w:bCs/>
          <w:sz w:val="32"/>
          <w:szCs w:val="32"/>
          <w:rtl/>
        </w:rPr>
        <w:t>أبرز التحديات التي تواجه الأعمال التجارية في البيئة الرقمية</w:t>
      </w:r>
      <w:r w:rsidRPr="007B5A67">
        <w:rPr>
          <w:rFonts w:ascii="Sakkal Majalla" w:hAnsi="Sakkal Majalla" w:cs="Sakkal Majalla" w:hint="cs"/>
          <w:sz w:val="32"/>
          <w:szCs w:val="32"/>
          <w:rtl/>
        </w:rPr>
        <w:t>:</w:t>
      </w:r>
    </w:p>
    <w:p w14:paraId="123C2AF2" w14:textId="77777777" w:rsidR="00EF6DA1" w:rsidRPr="00264C86" w:rsidRDefault="00EF6DA1" w:rsidP="00EF6DA1">
      <w:p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(أ)- </w:t>
      </w:r>
      <w:r w:rsidRPr="00264C86">
        <w:rPr>
          <w:rFonts w:ascii="Sakkal Majalla" w:hAnsi="Sakkal Majalla" w:cs="Sakkal Majalla" w:hint="cs"/>
          <w:b/>
          <w:bCs/>
          <w:sz w:val="28"/>
          <w:szCs w:val="28"/>
          <w:rtl/>
        </w:rPr>
        <w:t>الأم</w:t>
      </w:r>
      <w:r>
        <w:rPr>
          <w:rFonts w:ascii="Sakkal Majalla" w:hAnsi="Sakkal Majalla" w:cs="Sakkal Majalla" w:hint="cs"/>
          <w:b/>
          <w:bCs/>
          <w:sz w:val="28"/>
          <w:szCs w:val="28"/>
          <w:rtl/>
        </w:rPr>
        <w:t>ن السيبراني:</w:t>
      </w:r>
    </w:p>
    <w:p w14:paraId="124C7551" w14:textId="77777777" w:rsidR="004C7278" w:rsidRPr="004C7278" w:rsidRDefault="004C7278" w:rsidP="004C7278">
      <w:pPr>
        <w:bidi/>
        <w:spacing w:line="360" w:lineRule="auto"/>
        <w:rPr>
          <w:rFonts w:ascii="Sakkal Majalla" w:hAnsi="Sakkal Majalla" w:cs="Sakkal Majalla"/>
          <w:sz w:val="28"/>
          <w:szCs w:val="28"/>
        </w:rPr>
      </w:pPr>
      <w:r w:rsidRPr="004C7278">
        <w:rPr>
          <w:rFonts w:ascii="Sakkal Majalla" w:hAnsi="Sakkal Majalla" w:cs="Sakkal Majalla"/>
          <w:sz w:val="28"/>
          <w:szCs w:val="28"/>
          <w:rtl/>
        </w:rPr>
        <w:t>تواجه الشركات تهديدات سيبرانية تهدد بياناتها وبيانات عملائها، حيث يمكن أن تؤدي الهجمات الإلكترونية إلى خسائر مالية كبيرة وفقدان ثقة العملاء. لذا، من الضروري أن تستثمر الشركات في تقنيات الأمان السيبراني لحماية نفسها من هذه المخاطر</w:t>
      </w:r>
      <w:r w:rsidRPr="004C7278">
        <w:rPr>
          <w:rFonts w:ascii="Sakkal Majalla" w:hAnsi="Sakkal Majalla" w:cs="Sakkal Majalla"/>
          <w:sz w:val="28"/>
          <w:szCs w:val="28"/>
        </w:rPr>
        <w:t>.</w:t>
      </w:r>
    </w:p>
    <w:p w14:paraId="1A3D6564" w14:textId="77777777" w:rsidR="004C7278" w:rsidRPr="004C7278" w:rsidRDefault="004C7278" w:rsidP="004C7278">
      <w:pPr>
        <w:bidi/>
        <w:spacing w:line="360" w:lineRule="auto"/>
        <w:rPr>
          <w:rFonts w:ascii="Sakkal Majalla" w:hAnsi="Sakkal Majalla" w:cs="Sakkal Majalla"/>
          <w:vanish/>
          <w:sz w:val="28"/>
          <w:szCs w:val="28"/>
        </w:rPr>
      </w:pPr>
      <w:r w:rsidRPr="004C7278">
        <w:rPr>
          <w:rFonts w:ascii="Sakkal Majalla" w:hAnsi="Sakkal Majalla" w:cs="Sakkal Majalla"/>
          <w:vanish/>
          <w:sz w:val="28"/>
          <w:szCs w:val="28"/>
          <w:rtl/>
        </w:rPr>
        <w:t>أعلى النموذج</w:t>
      </w:r>
    </w:p>
    <w:p w14:paraId="40677350" w14:textId="77777777" w:rsidR="004C7278" w:rsidRPr="004C7278" w:rsidRDefault="004C7278" w:rsidP="004C7278">
      <w:pPr>
        <w:bidi/>
        <w:spacing w:line="360" w:lineRule="auto"/>
        <w:rPr>
          <w:rFonts w:ascii="Sakkal Majalla" w:hAnsi="Sakkal Majalla" w:cs="Sakkal Majalla"/>
          <w:vanish/>
          <w:sz w:val="28"/>
          <w:szCs w:val="28"/>
        </w:rPr>
      </w:pPr>
      <w:r w:rsidRPr="004C7278">
        <w:rPr>
          <w:rFonts w:ascii="Sakkal Majalla" w:hAnsi="Sakkal Majalla" w:cs="Sakkal Majalla"/>
          <w:vanish/>
          <w:sz w:val="28"/>
          <w:szCs w:val="28"/>
          <w:rtl/>
        </w:rPr>
        <w:t>أسفل النموذج</w:t>
      </w:r>
    </w:p>
    <w:p w14:paraId="54EAEAB0" w14:textId="77777777" w:rsidR="00EF6DA1" w:rsidRPr="00F7622C"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F7622C">
        <w:rPr>
          <w:rFonts w:ascii="Sakkal Majalla" w:hAnsi="Sakkal Majalla" w:cs="Sakkal Majalla"/>
          <w:b/>
          <w:bCs/>
          <w:sz w:val="28"/>
          <w:szCs w:val="28"/>
          <w:rtl/>
        </w:rPr>
        <w:t>ب</w:t>
      </w:r>
      <w:r>
        <w:rPr>
          <w:rFonts w:ascii="Sakkal Majalla" w:hAnsi="Sakkal Majalla" w:cs="Sakkal Majalla" w:hint="cs"/>
          <w:b/>
          <w:bCs/>
          <w:sz w:val="28"/>
          <w:szCs w:val="28"/>
          <w:rtl/>
        </w:rPr>
        <w:t xml:space="preserve">)- </w:t>
      </w:r>
      <w:r w:rsidRPr="00F7622C">
        <w:rPr>
          <w:rFonts w:ascii="Sakkal Majalla" w:hAnsi="Sakkal Majalla" w:cs="Sakkal Majalla"/>
          <w:b/>
          <w:bCs/>
          <w:sz w:val="28"/>
          <w:szCs w:val="28"/>
          <w:rtl/>
        </w:rPr>
        <w:t xml:space="preserve"> الخصوصية</w:t>
      </w:r>
      <w:r w:rsidRPr="00F7622C">
        <w:rPr>
          <w:rFonts w:ascii="Sakkal Majalla" w:hAnsi="Sakkal Majalla" w:cs="Sakkal Majalla"/>
          <w:sz w:val="28"/>
          <w:szCs w:val="28"/>
        </w:rPr>
        <w:t>:</w:t>
      </w:r>
    </w:p>
    <w:p w14:paraId="45007721" w14:textId="77777777" w:rsidR="00B84896" w:rsidRPr="00B84896" w:rsidRDefault="00B84896" w:rsidP="00B84896">
      <w:pPr>
        <w:bidi/>
        <w:spacing w:line="360" w:lineRule="auto"/>
        <w:ind w:left="360"/>
        <w:rPr>
          <w:rFonts w:ascii="Sakkal Majalla" w:hAnsi="Sakkal Majalla" w:cs="Sakkal Majalla"/>
          <w:sz w:val="28"/>
          <w:szCs w:val="28"/>
        </w:rPr>
      </w:pPr>
      <w:r w:rsidRPr="00B84896">
        <w:rPr>
          <w:rFonts w:ascii="Sakkal Majalla" w:hAnsi="Sakkal Majalla" w:cs="Sakkal Majalla"/>
          <w:sz w:val="28"/>
          <w:szCs w:val="28"/>
          <w:rtl/>
        </w:rPr>
        <w:t>إدارة بيانات العملاء بما يتماشى مع قوانين الخصوصية، مثل قانون</w:t>
      </w:r>
      <w:r w:rsidRPr="00B84896">
        <w:rPr>
          <w:rFonts w:ascii="Sakkal Majalla" w:hAnsi="Sakkal Majalla" w:cs="Sakkal Majalla"/>
          <w:sz w:val="28"/>
          <w:szCs w:val="28"/>
        </w:rPr>
        <w:t xml:space="preserve"> GDPR </w:t>
      </w:r>
      <w:r w:rsidRPr="00B84896">
        <w:rPr>
          <w:rFonts w:ascii="Sakkal Majalla" w:hAnsi="Sakkal Majalla" w:cs="Sakkal Majalla"/>
          <w:sz w:val="28"/>
          <w:szCs w:val="28"/>
          <w:rtl/>
        </w:rPr>
        <w:t>في أوروبا، هو أمر ضروري. ينص هذا القانون على قيود صارمة بشأن جمع واستخدام البيانات الشخصية. يجب على الشركات التأكد من التزامها بهذه القوانين لتفادي الغرامات وحماية سمعتها</w:t>
      </w:r>
      <w:r w:rsidRPr="00B84896">
        <w:rPr>
          <w:rFonts w:ascii="Sakkal Majalla" w:hAnsi="Sakkal Majalla" w:cs="Sakkal Majalla"/>
          <w:sz w:val="28"/>
          <w:szCs w:val="28"/>
        </w:rPr>
        <w:t>.</w:t>
      </w:r>
    </w:p>
    <w:p w14:paraId="3DE71836" w14:textId="77777777" w:rsidR="00B84896" w:rsidRPr="00B84896" w:rsidRDefault="00B84896" w:rsidP="00B84896">
      <w:pPr>
        <w:bidi/>
        <w:spacing w:line="360" w:lineRule="auto"/>
        <w:ind w:left="360"/>
        <w:rPr>
          <w:rFonts w:ascii="Sakkal Majalla" w:hAnsi="Sakkal Majalla" w:cs="Sakkal Majalla"/>
          <w:vanish/>
          <w:sz w:val="28"/>
          <w:szCs w:val="28"/>
        </w:rPr>
      </w:pPr>
      <w:r w:rsidRPr="00B84896">
        <w:rPr>
          <w:rFonts w:ascii="Sakkal Majalla" w:hAnsi="Sakkal Majalla" w:cs="Sakkal Majalla"/>
          <w:vanish/>
          <w:sz w:val="28"/>
          <w:szCs w:val="28"/>
          <w:rtl/>
        </w:rPr>
        <w:t>أعلى النموذج</w:t>
      </w:r>
    </w:p>
    <w:p w14:paraId="6598A6AF" w14:textId="77777777" w:rsidR="00B84896" w:rsidRPr="00B84896" w:rsidRDefault="00B84896" w:rsidP="00B84896">
      <w:pPr>
        <w:bidi/>
        <w:spacing w:line="360" w:lineRule="auto"/>
        <w:ind w:left="360"/>
        <w:rPr>
          <w:rFonts w:ascii="Sakkal Majalla" w:hAnsi="Sakkal Majalla" w:cs="Sakkal Majalla"/>
          <w:vanish/>
          <w:sz w:val="28"/>
          <w:szCs w:val="28"/>
        </w:rPr>
      </w:pPr>
      <w:r w:rsidRPr="00B84896">
        <w:rPr>
          <w:rFonts w:ascii="Sakkal Majalla" w:hAnsi="Sakkal Majalla" w:cs="Sakkal Majalla"/>
          <w:vanish/>
          <w:sz w:val="28"/>
          <w:szCs w:val="28"/>
          <w:rtl/>
        </w:rPr>
        <w:t>أسفل النموذج</w:t>
      </w:r>
    </w:p>
    <w:p w14:paraId="7AE360AC" w14:textId="77777777" w:rsidR="00EF6DA1" w:rsidRDefault="00EF6DA1" w:rsidP="00EF6DA1">
      <w:pPr>
        <w:bidi/>
        <w:spacing w:line="360" w:lineRule="auto"/>
        <w:rPr>
          <w:rFonts w:ascii="Sakkal Majalla" w:hAnsi="Sakkal Majalla" w:cs="Sakkal Majalla"/>
          <w:b/>
          <w:bCs/>
          <w:sz w:val="28"/>
          <w:szCs w:val="28"/>
          <w:rtl/>
        </w:rPr>
      </w:pPr>
    </w:p>
    <w:p w14:paraId="00008EB7" w14:textId="77777777" w:rsidR="00EF6DA1" w:rsidRDefault="00EF6DA1" w:rsidP="00EF6DA1">
      <w:pPr>
        <w:bidi/>
        <w:spacing w:line="360" w:lineRule="auto"/>
        <w:rPr>
          <w:rFonts w:ascii="Sakkal Majalla" w:hAnsi="Sakkal Majalla" w:cs="Sakkal Majalla"/>
          <w:b/>
          <w:bCs/>
          <w:sz w:val="28"/>
          <w:szCs w:val="28"/>
          <w:rtl/>
        </w:rPr>
      </w:pPr>
    </w:p>
    <w:p w14:paraId="306FA912" w14:textId="77777777" w:rsidR="00EF6DA1" w:rsidRDefault="00EF6DA1" w:rsidP="00EF6DA1">
      <w:pPr>
        <w:bidi/>
        <w:spacing w:line="360" w:lineRule="auto"/>
        <w:rPr>
          <w:rFonts w:ascii="Sakkal Majalla" w:hAnsi="Sakkal Majalla" w:cs="Sakkal Majalla"/>
          <w:sz w:val="28"/>
          <w:szCs w:val="28"/>
          <w:rtl/>
        </w:rPr>
      </w:pPr>
      <w:r>
        <w:rPr>
          <w:rFonts w:ascii="Sakkal Majalla" w:hAnsi="Sakkal Majalla" w:cs="Sakkal Majalla" w:hint="cs"/>
          <w:b/>
          <w:bCs/>
          <w:sz w:val="28"/>
          <w:szCs w:val="28"/>
          <w:rtl/>
        </w:rPr>
        <w:t>(</w:t>
      </w:r>
      <w:r w:rsidRPr="00F7622C">
        <w:rPr>
          <w:rFonts w:ascii="Sakkal Majalla" w:hAnsi="Sakkal Majalla" w:cs="Sakkal Majalla"/>
          <w:b/>
          <w:bCs/>
          <w:sz w:val="28"/>
          <w:szCs w:val="28"/>
          <w:rtl/>
        </w:rPr>
        <w:t>ج</w:t>
      </w:r>
      <w:r>
        <w:rPr>
          <w:rFonts w:ascii="Sakkal Majalla" w:hAnsi="Sakkal Majalla" w:cs="Sakkal Majalla" w:hint="cs"/>
          <w:b/>
          <w:bCs/>
          <w:sz w:val="28"/>
          <w:szCs w:val="28"/>
          <w:rtl/>
        </w:rPr>
        <w:t>)</w:t>
      </w:r>
      <w:r w:rsidRPr="00F7622C">
        <w:rPr>
          <w:rFonts w:ascii="Sakkal Majalla" w:hAnsi="Sakkal Majalla" w:cs="Sakkal Majalla"/>
          <w:b/>
          <w:bCs/>
          <w:sz w:val="28"/>
          <w:szCs w:val="28"/>
          <w:rtl/>
        </w:rPr>
        <w:t xml:space="preserve"> </w:t>
      </w:r>
      <w:r>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F7622C">
        <w:rPr>
          <w:rFonts w:ascii="Sakkal Majalla" w:hAnsi="Sakkal Majalla" w:cs="Sakkal Majalla"/>
          <w:b/>
          <w:bCs/>
          <w:sz w:val="28"/>
          <w:szCs w:val="28"/>
          <w:rtl/>
        </w:rPr>
        <w:t>التغ</w:t>
      </w:r>
      <w:r>
        <w:rPr>
          <w:rFonts w:ascii="Sakkal Majalla" w:hAnsi="Sakkal Majalla" w:cs="Sakkal Majalla" w:hint="cs"/>
          <w:b/>
          <w:bCs/>
          <w:sz w:val="28"/>
          <w:szCs w:val="28"/>
          <w:rtl/>
        </w:rPr>
        <w:t xml:space="preserve">يرات التقنية السريعة </w:t>
      </w:r>
      <w:r w:rsidRPr="00F7622C">
        <w:rPr>
          <w:rFonts w:ascii="Sakkal Majalla" w:hAnsi="Sakkal Majalla" w:cs="Sakkal Majalla"/>
          <w:sz w:val="28"/>
          <w:szCs w:val="28"/>
        </w:rPr>
        <w:t>:</w:t>
      </w:r>
    </w:p>
    <w:p w14:paraId="4C8D3BFA" w14:textId="358DC79F" w:rsidR="00B84896" w:rsidRPr="00B84896" w:rsidRDefault="00367961" w:rsidP="00B84896">
      <w:pPr>
        <w:bidi/>
        <w:spacing w:line="360" w:lineRule="auto"/>
        <w:rPr>
          <w:rFonts w:ascii="Sakkal Majalla" w:hAnsi="Sakkal Majalla" w:cs="Sakkal Majalla"/>
          <w:vanish/>
          <w:sz w:val="28"/>
          <w:szCs w:val="28"/>
        </w:rPr>
      </w:pPr>
      <w:r w:rsidRPr="00367961">
        <w:rPr>
          <w:rFonts w:ascii="Sakkal Majalla" w:hAnsi="Sakkal Majalla" w:cs="Sakkal Majalla" w:hint="cs"/>
          <w:sz w:val="28"/>
          <w:szCs w:val="28"/>
          <w:rtl/>
        </w:rPr>
        <w:t>من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الأهمية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بمكان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مواكبة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التطورات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التكنولوجية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السريعة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تتطلب</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استثمارات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كبيرة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التكنولوجيا</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والتدريب</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وتحديث</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الأنظمة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بانتظام</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فالشركات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لا</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تتكيف</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مع</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هذه</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التغييرات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تخاطر</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بفقدان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ميزتها</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التنافسية</w:t>
      </w:r>
      <w:r w:rsidRPr="00367961">
        <w:rPr>
          <w:rFonts w:ascii="Sakkal Majalla" w:hAnsi="Sakkal Majalla" w:cs="Sakkal Majalla"/>
          <w:sz w:val="28"/>
          <w:szCs w:val="28"/>
          <w:rtl/>
        </w:rPr>
        <w:t>.</w:t>
      </w:r>
      <w:r w:rsidR="00B84896" w:rsidRPr="00B84896">
        <w:rPr>
          <w:rFonts w:ascii="Sakkal Majalla" w:hAnsi="Sakkal Majalla" w:cs="Sakkal Majalla"/>
          <w:vanish/>
          <w:sz w:val="28"/>
          <w:szCs w:val="28"/>
          <w:rtl/>
        </w:rPr>
        <w:t>أعلى النموذج</w:t>
      </w:r>
    </w:p>
    <w:p w14:paraId="6142D709" w14:textId="77777777" w:rsidR="00B84896" w:rsidRPr="00B84896" w:rsidRDefault="00B84896" w:rsidP="00B84896">
      <w:pPr>
        <w:bidi/>
        <w:spacing w:line="360" w:lineRule="auto"/>
        <w:rPr>
          <w:rFonts w:ascii="Sakkal Majalla" w:hAnsi="Sakkal Majalla" w:cs="Sakkal Majalla"/>
          <w:vanish/>
          <w:sz w:val="28"/>
          <w:szCs w:val="28"/>
        </w:rPr>
      </w:pPr>
      <w:r w:rsidRPr="00B84896">
        <w:rPr>
          <w:rFonts w:ascii="Sakkal Majalla" w:hAnsi="Sakkal Majalla" w:cs="Sakkal Majalla"/>
          <w:vanish/>
          <w:sz w:val="28"/>
          <w:szCs w:val="28"/>
          <w:rtl/>
        </w:rPr>
        <w:t>أسفل النموذج</w:t>
      </w:r>
    </w:p>
    <w:p w14:paraId="1D68D722" w14:textId="77777777" w:rsidR="00EF6DA1" w:rsidRDefault="00EF6DA1" w:rsidP="00EF6DA1">
      <w:pPr>
        <w:bidi/>
        <w:spacing w:line="360" w:lineRule="auto"/>
        <w:rPr>
          <w:rFonts w:ascii="Sakkal Majalla" w:hAnsi="Sakkal Majalla" w:cs="Sakkal Majalla"/>
          <w:b/>
          <w:bCs/>
          <w:sz w:val="28"/>
          <w:szCs w:val="28"/>
          <w:rtl/>
        </w:rPr>
      </w:pPr>
    </w:p>
    <w:p w14:paraId="5A120639" w14:textId="77777777" w:rsidR="00EF6DA1" w:rsidRPr="00F7622C"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F7622C">
        <w:rPr>
          <w:rFonts w:ascii="Sakkal Majalla" w:hAnsi="Sakkal Majalla" w:cs="Sakkal Majalla"/>
          <w:b/>
          <w:bCs/>
          <w:sz w:val="28"/>
          <w:szCs w:val="28"/>
          <w:rtl/>
        </w:rPr>
        <w:t>د</w:t>
      </w:r>
      <w:r>
        <w:rPr>
          <w:rFonts w:ascii="Sakkal Majalla" w:hAnsi="Sakkal Majalla" w:cs="Sakkal Majalla" w:hint="cs"/>
          <w:b/>
          <w:bCs/>
          <w:sz w:val="28"/>
          <w:szCs w:val="28"/>
          <w:rtl/>
        </w:rPr>
        <w:t xml:space="preserve">)- </w:t>
      </w:r>
      <w:r w:rsidRPr="00F7622C">
        <w:rPr>
          <w:rFonts w:ascii="Sakkal Majalla" w:hAnsi="Sakkal Majalla" w:cs="Sakkal Majalla"/>
          <w:b/>
          <w:bCs/>
          <w:sz w:val="28"/>
          <w:szCs w:val="28"/>
          <w:rtl/>
        </w:rPr>
        <w:t>المنافسة العالية</w:t>
      </w:r>
      <w:r w:rsidRPr="00F7622C">
        <w:rPr>
          <w:rFonts w:ascii="Sakkal Majalla" w:hAnsi="Sakkal Majalla" w:cs="Sakkal Majalla"/>
          <w:sz w:val="28"/>
          <w:szCs w:val="28"/>
        </w:rPr>
        <w:t>:</w:t>
      </w:r>
    </w:p>
    <w:p w14:paraId="08FE15BA" w14:textId="77777777" w:rsidR="00B84896" w:rsidRPr="00B84896" w:rsidRDefault="00B84896" w:rsidP="00B84896">
      <w:pPr>
        <w:bidi/>
        <w:spacing w:line="360" w:lineRule="auto"/>
        <w:rPr>
          <w:rFonts w:ascii="Sakkal Majalla" w:hAnsi="Sakkal Majalla" w:cs="Sakkal Majalla"/>
          <w:sz w:val="28"/>
          <w:szCs w:val="28"/>
        </w:rPr>
      </w:pPr>
      <w:r w:rsidRPr="00B84896">
        <w:rPr>
          <w:rFonts w:ascii="Sakkal Majalla" w:hAnsi="Sakkal Majalla" w:cs="Sakkal Majalla"/>
          <w:sz w:val="28"/>
          <w:szCs w:val="28"/>
          <w:rtl/>
        </w:rPr>
        <w:lastRenderedPageBreak/>
        <w:t>التنافس المستمر مع عدد كبير من الشركات الأخرى، بالإضافة إلى أن البيئة الرقمية تسهل دخول المنافسين الجدد إلى السوق، يزيد من حدة المنافسة. لذا، يجب على الشركات التميز عبر تقديم قيمة فريدة وتطوير استراتيجيات فعالة</w:t>
      </w:r>
      <w:r w:rsidRPr="00B84896">
        <w:rPr>
          <w:rFonts w:ascii="Sakkal Majalla" w:hAnsi="Sakkal Majalla" w:cs="Sakkal Majalla"/>
          <w:sz w:val="28"/>
          <w:szCs w:val="28"/>
        </w:rPr>
        <w:t>.</w:t>
      </w:r>
    </w:p>
    <w:p w14:paraId="1694389F" w14:textId="77777777" w:rsidR="00B84896" w:rsidRPr="00B84896" w:rsidRDefault="00B84896" w:rsidP="00B84896">
      <w:pPr>
        <w:bidi/>
        <w:spacing w:line="360" w:lineRule="auto"/>
        <w:rPr>
          <w:rFonts w:ascii="Sakkal Majalla" w:hAnsi="Sakkal Majalla" w:cs="Sakkal Majalla"/>
          <w:vanish/>
          <w:sz w:val="28"/>
          <w:szCs w:val="28"/>
        </w:rPr>
      </w:pPr>
      <w:r w:rsidRPr="00B84896">
        <w:rPr>
          <w:rFonts w:ascii="Sakkal Majalla" w:hAnsi="Sakkal Majalla" w:cs="Sakkal Majalla"/>
          <w:vanish/>
          <w:sz w:val="28"/>
          <w:szCs w:val="28"/>
          <w:rtl/>
        </w:rPr>
        <w:t>أعلى النموذج</w:t>
      </w:r>
    </w:p>
    <w:p w14:paraId="4F4CDA24" w14:textId="77777777" w:rsidR="00B84896" w:rsidRPr="00B84896" w:rsidRDefault="00B84896" w:rsidP="00B84896">
      <w:pPr>
        <w:bidi/>
        <w:spacing w:line="360" w:lineRule="auto"/>
        <w:rPr>
          <w:rFonts w:ascii="Sakkal Majalla" w:hAnsi="Sakkal Majalla" w:cs="Sakkal Majalla"/>
          <w:vanish/>
          <w:sz w:val="28"/>
          <w:szCs w:val="28"/>
        </w:rPr>
      </w:pPr>
      <w:r w:rsidRPr="00B84896">
        <w:rPr>
          <w:rFonts w:ascii="Sakkal Majalla" w:hAnsi="Sakkal Majalla" w:cs="Sakkal Majalla"/>
          <w:vanish/>
          <w:sz w:val="28"/>
          <w:szCs w:val="28"/>
          <w:rtl/>
        </w:rPr>
        <w:t>أسفل النموذج</w:t>
      </w:r>
    </w:p>
    <w:p w14:paraId="1EB89D84" w14:textId="77777777" w:rsidR="00EF6DA1" w:rsidRPr="00F7622C"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F7622C">
        <w:rPr>
          <w:rFonts w:ascii="Sakkal Majalla" w:hAnsi="Sakkal Majalla" w:cs="Sakkal Majalla"/>
          <w:b/>
          <w:bCs/>
          <w:sz w:val="28"/>
          <w:szCs w:val="28"/>
          <w:rtl/>
        </w:rPr>
        <w:t>هـ.</w:t>
      </w:r>
      <w:r>
        <w:rPr>
          <w:rFonts w:ascii="Sakkal Majalla" w:hAnsi="Sakkal Majalla" w:cs="Sakkal Majalla" w:hint="cs"/>
          <w:b/>
          <w:bCs/>
          <w:sz w:val="28"/>
          <w:szCs w:val="28"/>
          <w:rtl/>
        </w:rPr>
        <w:t xml:space="preserve">)- </w:t>
      </w:r>
      <w:r w:rsidRPr="00F7622C">
        <w:rPr>
          <w:rFonts w:ascii="Sakkal Majalla" w:hAnsi="Sakkal Majalla" w:cs="Sakkal Majalla"/>
          <w:b/>
          <w:bCs/>
          <w:sz w:val="28"/>
          <w:szCs w:val="28"/>
          <w:rtl/>
        </w:rPr>
        <w:t>التسويق الرقمي</w:t>
      </w:r>
      <w:r w:rsidRPr="00F7622C">
        <w:rPr>
          <w:rFonts w:ascii="Sakkal Majalla" w:hAnsi="Sakkal Majalla" w:cs="Sakkal Majalla"/>
          <w:sz w:val="28"/>
          <w:szCs w:val="28"/>
        </w:rPr>
        <w:t>:</w:t>
      </w:r>
    </w:p>
    <w:p w14:paraId="2B7FA2B4" w14:textId="77777777" w:rsidR="00EF6DA1" w:rsidRPr="00F7622C" w:rsidRDefault="00EF6DA1" w:rsidP="00EF6DA1">
      <w:pPr>
        <w:bidi/>
        <w:spacing w:line="360" w:lineRule="auto"/>
        <w:ind w:left="360"/>
        <w:rPr>
          <w:rFonts w:ascii="Sakkal Majalla" w:hAnsi="Sakkal Majalla" w:cs="Sakkal Majalla"/>
          <w:sz w:val="28"/>
          <w:szCs w:val="28"/>
        </w:rPr>
      </w:pPr>
      <w:r w:rsidRPr="00F7622C">
        <w:rPr>
          <w:rFonts w:ascii="Sakkal Majalla" w:hAnsi="Sakkal Majalla" w:cs="Sakkal Majalla"/>
          <w:sz w:val="28"/>
          <w:szCs w:val="28"/>
          <w:rtl/>
        </w:rPr>
        <w:t>تنفيذ استراتيجيات تسويق رقمية فعال</w:t>
      </w:r>
      <w:r>
        <w:rPr>
          <w:rFonts w:ascii="Sakkal Majalla" w:hAnsi="Sakkal Majalla" w:cs="Sakkal Majalla" w:hint="cs"/>
          <w:sz w:val="28"/>
          <w:szCs w:val="28"/>
          <w:rtl/>
        </w:rPr>
        <w:t>ة يتطلب مواكبة السوق المستهدفة والحرص على التطوير المستمر ومراقبة المنافسين وعمل دراسات مستمرة على الأحداث التي قد تطرأ وتتأثر من خلالها طرق التسويق وفاعليتها .</w:t>
      </w:r>
    </w:p>
    <w:p w14:paraId="5A9198E3" w14:textId="77777777" w:rsidR="00EF6DA1" w:rsidRPr="00F7622C"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F7622C">
        <w:rPr>
          <w:rFonts w:ascii="Sakkal Majalla" w:hAnsi="Sakkal Majalla" w:cs="Sakkal Majalla"/>
          <w:b/>
          <w:bCs/>
          <w:sz w:val="28"/>
          <w:szCs w:val="28"/>
          <w:rtl/>
        </w:rPr>
        <w:t>و</w:t>
      </w:r>
      <w:r>
        <w:rPr>
          <w:rFonts w:ascii="Sakkal Majalla" w:hAnsi="Sakkal Majalla" w:cs="Sakkal Majalla" w:hint="cs"/>
          <w:b/>
          <w:bCs/>
          <w:sz w:val="28"/>
          <w:szCs w:val="28"/>
          <w:rtl/>
        </w:rPr>
        <w:t>)</w:t>
      </w:r>
      <w:r w:rsidRPr="00F7622C">
        <w:rPr>
          <w:rFonts w:ascii="Sakkal Majalla" w:hAnsi="Sakkal Majalla" w:cs="Sakkal Majalla"/>
          <w:b/>
          <w:bCs/>
          <w:sz w:val="28"/>
          <w:szCs w:val="28"/>
          <w:rtl/>
        </w:rPr>
        <w:t xml:space="preserve"> </w:t>
      </w:r>
      <w:r>
        <w:rPr>
          <w:rFonts w:ascii="Sakkal Majalla" w:hAnsi="Sakkal Majalla" w:cs="Sakkal Majalla" w:hint="cs"/>
          <w:b/>
          <w:bCs/>
          <w:sz w:val="28"/>
          <w:szCs w:val="28"/>
          <w:rtl/>
        </w:rPr>
        <w:t>-</w:t>
      </w:r>
      <w:r w:rsidRPr="00F7622C">
        <w:rPr>
          <w:rFonts w:ascii="Sakkal Majalla" w:hAnsi="Sakkal Majalla" w:cs="Sakkal Majalla"/>
          <w:b/>
          <w:bCs/>
          <w:sz w:val="28"/>
          <w:szCs w:val="28"/>
          <w:rtl/>
        </w:rPr>
        <w:t>إدارة تجربة العملاء</w:t>
      </w:r>
      <w:r w:rsidRPr="00F7622C">
        <w:rPr>
          <w:rFonts w:ascii="Sakkal Majalla" w:hAnsi="Sakkal Majalla" w:cs="Sakkal Majalla"/>
          <w:sz w:val="28"/>
          <w:szCs w:val="28"/>
        </w:rPr>
        <w:t>:</w:t>
      </w:r>
    </w:p>
    <w:p w14:paraId="1EA31538" w14:textId="77777777" w:rsidR="00EF6DA1" w:rsidRPr="00711B46" w:rsidRDefault="00EF6DA1" w:rsidP="00EF6DA1">
      <w:pPr>
        <w:bidi/>
        <w:spacing w:line="360" w:lineRule="auto"/>
        <w:ind w:left="360"/>
        <w:rPr>
          <w:rFonts w:ascii="Sakkal Majalla" w:hAnsi="Sakkal Majalla" w:cs="Sakkal Majalla"/>
          <w:sz w:val="28"/>
          <w:szCs w:val="28"/>
          <w:rtl/>
        </w:rPr>
      </w:pPr>
      <w:r w:rsidRPr="00F7622C">
        <w:rPr>
          <w:rFonts w:ascii="Sakkal Majalla" w:hAnsi="Sakkal Majalla" w:cs="Sakkal Majalla"/>
          <w:sz w:val="28"/>
          <w:szCs w:val="28"/>
          <w:rtl/>
        </w:rPr>
        <w:t xml:space="preserve">تقديم تجربة مستخدم </w:t>
      </w:r>
      <w:r>
        <w:rPr>
          <w:rFonts w:ascii="Sakkal Majalla" w:hAnsi="Sakkal Majalla" w:cs="Sakkal Majalla" w:hint="cs"/>
          <w:sz w:val="28"/>
          <w:szCs w:val="28"/>
          <w:rtl/>
        </w:rPr>
        <w:t xml:space="preserve">فريدة من نوعها </w:t>
      </w:r>
      <w:r w:rsidRPr="00F7622C">
        <w:rPr>
          <w:rFonts w:ascii="Sakkal Majalla" w:hAnsi="Sakkal Majalla" w:cs="Sakkal Majalla"/>
          <w:sz w:val="28"/>
          <w:szCs w:val="28"/>
          <w:rtl/>
        </w:rPr>
        <w:t>على المنصات الرقمية</w:t>
      </w:r>
      <w:r w:rsidRPr="00F7622C">
        <w:rPr>
          <w:rFonts w:ascii="Sakkal Majalla" w:hAnsi="Sakkal Majalla" w:cs="Sakkal Majalla"/>
          <w:sz w:val="28"/>
          <w:szCs w:val="28"/>
        </w:rPr>
        <w:t xml:space="preserve"> </w:t>
      </w:r>
      <w:r>
        <w:rPr>
          <w:rFonts w:ascii="Sakkal Majalla" w:hAnsi="Sakkal Majalla" w:cs="Sakkal Majalla" w:hint="cs"/>
          <w:sz w:val="28"/>
          <w:szCs w:val="28"/>
          <w:rtl/>
        </w:rPr>
        <w:t>مثل</w:t>
      </w:r>
      <w:r w:rsidRPr="00F7622C">
        <w:rPr>
          <w:rFonts w:ascii="Sakkal Majalla" w:hAnsi="Sakkal Majalla" w:cs="Sakkal Majalla"/>
          <w:sz w:val="28"/>
          <w:szCs w:val="28"/>
          <w:rtl/>
        </w:rPr>
        <w:t xml:space="preserve"> سهولة الاستخدام، السرعة، والتفاعل. </w:t>
      </w:r>
      <w:r>
        <w:rPr>
          <w:rFonts w:ascii="Sakkal Majalla" w:hAnsi="Sakkal Majalla" w:cs="Sakkal Majalla" w:hint="cs"/>
          <w:sz w:val="28"/>
          <w:szCs w:val="28"/>
          <w:rtl/>
        </w:rPr>
        <w:t>الاهتمام بتحسين</w:t>
      </w:r>
      <w:r w:rsidRPr="00F7622C">
        <w:rPr>
          <w:rFonts w:ascii="Sakkal Majalla" w:hAnsi="Sakkal Majalla" w:cs="Sakkal Majalla"/>
          <w:sz w:val="28"/>
          <w:szCs w:val="28"/>
          <w:rtl/>
        </w:rPr>
        <w:t xml:space="preserve"> تجربة المستخدم </w:t>
      </w:r>
      <w:r>
        <w:rPr>
          <w:rFonts w:ascii="Sakkal Majalla" w:hAnsi="Sakkal Majalla" w:cs="Sakkal Majalla" w:hint="cs"/>
          <w:sz w:val="28"/>
          <w:szCs w:val="28"/>
          <w:rtl/>
        </w:rPr>
        <w:t>يزي</w:t>
      </w:r>
      <w:r w:rsidRPr="00F7622C">
        <w:rPr>
          <w:rFonts w:ascii="Sakkal Majalla" w:hAnsi="Sakkal Majalla" w:cs="Sakkal Majalla"/>
          <w:sz w:val="28"/>
          <w:szCs w:val="28"/>
          <w:rtl/>
        </w:rPr>
        <w:t xml:space="preserve">د من رضا العملاء </w:t>
      </w:r>
      <w:r>
        <w:rPr>
          <w:rFonts w:ascii="Sakkal Majalla" w:hAnsi="Sakkal Majalla" w:cs="Sakkal Majalla" w:hint="cs"/>
          <w:sz w:val="28"/>
          <w:szCs w:val="28"/>
          <w:rtl/>
        </w:rPr>
        <w:t>ويعمل على إستدامة الشركات .</w:t>
      </w:r>
    </w:p>
    <w:p w14:paraId="7171D1EB" w14:textId="77777777" w:rsidR="00EF6DA1" w:rsidRDefault="00EF6DA1" w:rsidP="00EF6DA1">
      <w:pPr>
        <w:bidi/>
        <w:spacing w:line="360" w:lineRule="auto"/>
        <w:rPr>
          <w:rFonts w:ascii="Sakkal Majalla" w:hAnsi="Sakkal Majalla" w:cs="Sakkal Majalla"/>
          <w:b/>
          <w:bCs/>
          <w:sz w:val="28"/>
          <w:szCs w:val="28"/>
          <w:rtl/>
        </w:rPr>
      </w:pPr>
    </w:p>
    <w:p w14:paraId="27605B86" w14:textId="77777777" w:rsidR="00B84896" w:rsidRDefault="00B84896" w:rsidP="00B84896">
      <w:pPr>
        <w:bidi/>
        <w:spacing w:line="360" w:lineRule="auto"/>
        <w:rPr>
          <w:rFonts w:ascii="Sakkal Majalla" w:hAnsi="Sakkal Majalla" w:cs="Sakkal Majalla"/>
          <w:b/>
          <w:bCs/>
          <w:sz w:val="28"/>
          <w:szCs w:val="28"/>
          <w:rtl/>
        </w:rPr>
      </w:pPr>
    </w:p>
    <w:p w14:paraId="368F16A3" w14:textId="77777777" w:rsidR="00EF6DA1" w:rsidRPr="00F7622C"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F7622C">
        <w:rPr>
          <w:rFonts w:ascii="Sakkal Majalla" w:hAnsi="Sakkal Majalla" w:cs="Sakkal Majalla"/>
          <w:b/>
          <w:bCs/>
          <w:sz w:val="28"/>
          <w:szCs w:val="28"/>
          <w:rtl/>
        </w:rPr>
        <w:t>ز</w:t>
      </w:r>
      <w:r>
        <w:rPr>
          <w:rFonts w:ascii="Sakkal Majalla" w:hAnsi="Sakkal Majalla" w:cs="Sakkal Majalla" w:hint="cs"/>
          <w:b/>
          <w:bCs/>
          <w:sz w:val="28"/>
          <w:szCs w:val="28"/>
          <w:rtl/>
        </w:rPr>
        <w:t>)</w:t>
      </w:r>
      <w:r w:rsidRPr="00F7622C">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 </w:t>
      </w:r>
      <w:r w:rsidRPr="00F7622C">
        <w:rPr>
          <w:rFonts w:ascii="Sakkal Majalla" w:hAnsi="Sakkal Majalla" w:cs="Sakkal Majalla"/>
          <w:b/>
          <w:bCs/>
          <w:sz w:val="28"/>
          <w:szCs w:val="28"/>
          <w:rtl/>
        </w:rPr>
        <w:t>الالتزام بالقوانين واللوائح</w:t>
      </w:r>
      <w:r w:rsidRPr="00F7622C">
        <w:rPr>
          <w:rFonts w:ascii="Sakkal Majalla" w:hAnsi="Sakkal Majalla" w:cs="Sakkal Majalla"/>
          <w:sz w:val="28"/>
          <w:szCs w:val="28"/>
        </w:rPr>
        <w:t>:</w:t>
      </w:r>
    </w:p>
    <w:p w14:paraId="2A644535" w14:textId="77777777" w:rsidR="00EF6DA1" w:rsidRPr="00F7622C" w:rsidRDefault="00EF6DA1" w:rsidP="00EF6DA1">
      <w:pPr>
        <w:bidi/>
        <w:spacing w:line="360" w:lineRule="auto"/>
        <w:ind w:left="360"/>
        <w:rPr>
          <w:rFonts w:ascii="Sakkal Majalla" w:hAnsi="Sakkal Majalla" w:cs="Sakkal Majalla"/>
          <w:sz w:val="28"/>
          <w:szCs w:val="28"/>
        </w:rPr>
      </w:pPr>
      <w:r w:rsidRPr="00F7622C">
        <w:rPr>
          <w:rFonts w:ascii="Sakkal Majalla" w:hAnsi="Sakkal Majalla" w:cs="Sakkal Majalla"/>
          <w:sz w:val="28"/>
          <w:szCs w:val="28"/>
          <w:rtl/>
        </w:rPr>
        <w:t xml:space="preserve">الامتثال للقوانين </w:t>
      </w:r>
      <w:r>
        <w:rPr>
          <w:rFonts w:ascii="Sakkal Majalla" w:hAnsi="Sakkal Majalla" w:cs="Sakkal Majalla" w:hint="cs"/>
          <w:sz w:val="28"/>
          <w:szCs w:val="28"/>
          <w:rtl/>
        </w:rPr>
        <w:t>الرقمية</w:t>
      </w:r>
      <w:r w:rsidRPr="00F7622C">
        <w:rPr>
          <w:rFonts w:ascii="Sakkal Majalla" w:hAnsi="Sakkal Majalla" w:cs="Sakkal Majalla"/>
          <w:sz w:val="28"/>
          <w:szCs w:val="28"/>
          <w:rtl/>
        </w:rPr>
        <w:t xml:space="preserve"> في البيئة الرقمية</w:t>
      </w:r>
      <w:r>
        <w:rPr>
          <w:rFonts w:ascii="Sakkal Majalla" w:hAnsi="Sakkal Majalla" w:cs="Sakkal Majalla" w:hint="cs"/>
          <w:sz w:val="28"/>
          <w:szCs w:val="28"/>
          <w:rtl/>
        </w:rPr>
        <w:t xml:space="preserve"> و</w:t>
      </w:r>
      <w:r w:rsidRPr="00F7622C">
        <w:rPr>
          <w:rFonts w:ascii="Sakkal Majalla" w:hAnsi="Sakkal Majalla" w:cs="Sakkal Majalla"/>
          <w:sz w:val="28"/>
          <w:szCs w:val="28"/>
          <w:rtl/>
        </w:rPr>
        <w:t>البيئة القانونية تتغير باستمرار، خاصة فيما يتعلق بالخصوصية والأمان. يجب على الشركات متابعة التغييرات وال</w:t>
      </w:r>
      <w:r>
        <w:rPr>
          <w:rFonts w:ascii="Sakkal Majalla" w:hAnsi="Sakkal Majalla" w:cs="Sakkal Majalla" w:hint="cs"/>
          <w:sz w:val="28"/>
          <w:szCs w:val="28"/>
          <w:rtl/>
        </w:rPr>
        <w:t>حرص على</w:t>
      </w:r>
      <w:r w:rsidRPr="00F7622C">
        <w:rPr>
          <w:rFonts w:ascii="Sakkal Majalla" w:hAnsi="Sakkal Majalla" w:cs="Sakkal Majalla"/>
          <w:sz w:val="28"/>
          <w:szCs w:val="28"/>
          <w:rtl/>
        </w:rPr>
        <w:t xml:space="preserve"> التزامها لت</w:t>
      </w:r>
      <w:r>
        <w:rPr>
          <w:rFonts w:ascii="Sakkal Majalla" w:hAnsi="Sakkal Majalla" w:cs="Sakkal Majalla" w:hint="cs"/>
          <w:sz w:val="28"/>
          <w:szCs w:val="28"/>
          <w:rtl/>
        </w:rPr>
        <w:t xml:space="preserve">فادي العقّبات </w:t>
      </w:r>
      <w:r w:rsidRPr="00F7622C">
        <w:rPr>
          <w:rFonts w:ascii="Sakkal Majalla" w:hAnsi="Sakkal Majalla" w:cs="Sakkal Majalla"/>
          <w:sz w:val="28"/>
          <w:szCs w:val="28"/>
          <w:rtl/>
        </w:rPr>
        <w:t>القانونية</w:t>
      </w:r>
      <w:r w:rsidRPr="00F7622C">
        <w:rPr>
          <w:rFonts w:ascii="Sakkal Majalla" w:hAnsi="Sakkal Majalla" w:cs="Sakkal Majalla"/>
          <w:sz w:val="28"/>
          <w:szCs w:val="28"/>
        </w:rPr>
        <w:t>.</w:t>
      </w:r>
    </w:p>
    <w:p w14:paraId="63BFBB7F" w14:textId="77777777" w:rsidR="00EF6DA1" w:rsidRPr="00F7622C" w:rsidRDefault="00EF6DA1" w:rsidP="00EF6DA1">
      <w:pPr>
        <w:bidi/>
        <w:spacing w:line="360" w:lineRule="auto"/>
        <w:rPr>
          <w:rFonts w:ascii="Sakkal Majalla" w:hAnsi="Sakkal Majalla" w:cs="Sakkal Majalla"/>
          <w:b/>
          <w:bCs/>
          <w:sz w:val="28"/>
          <w:szCs w:val="28"/>
        </w:rPr>
      </w:pPr>
      <w:r w:rsidRPr="00F7622C">
        <w:rPr>
          <w:rFonts w:ascii="Sakkal Majalla" w:hAnsi="Sakkal Majalla" w:cs="Sakkal Majalla"/>
          <w:b/>
          <w:bCs/>
          <w:sz w:val="28"/>
          <w:szCs w:val="28"/>
          <w:rtl/>
        </w:rPr>
        <w:t>الاستنتاج</w:t>
      </w:r>
      <w:r w:rsidRPr="00F7622C">
        <w:rPr>
          <w:rFonts w:ascii="Sakkal Majalla" w:hAnsi="Sakkal Majalla" w:cs="Sakkal Majalla"/>
          <w:b/>
          <w:bCs/>
          <w:sz w:val="28"/>
          <w:szCs w:val="28"/>
        </w:rPr>
        <w:t>:</w:t>
      </w:r>
    </w:p>
    <w:p w14:paraId="1FA68DD1" w14:textId="3A4583A7" w:rsidR="00BF35B9" w:rsidRDefault="00367961" w:rsidP="00BF35B9">
      <w:pPr>
        <w:spacing w:line="360" w:lineRule="auto"/>
        <w:jc w:val="right"/>
        <w:rPr>
          <w:rFonts w:ascii="Sakkal Majalla" w:hAnsi="Sakkal Majalla" w:cs="Sakkal Majalla"/>
          <w:sz w:val="28"/>
          <w:szCs w:val="28"/>
          <w:rtl/>
        </w:rPr>
      </w:pPr>
      <w:r w:rsidRPr="00367961">
        <w:rPr>
          <w:rFonts w:ascii="Sakkal Majalla" w:hAnsi="Sakkal Majalla" w:cs="Sakkal Majalla" w:hint="cs"/>
          <w:sz w:val="28"/>
          <w:szCs w:val="28"/>
          <w:rtl/>
        </w:rPr>
        <w:t>تواجه</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الشركات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البيئة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الرقمية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عددًا</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من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التحديات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تتطلب</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استراتيجيات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فعالة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للتغلب</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عليها</w:t>
      </w:r>
      <w:r>
        <w:rPr>
          <w:rFonts w:ascii="Sakkal Majalla" w:hAnsi="Sakkal Majalla" w:cs="Sakkal Majalla" w:hint="cs"/>
          <w:sz w:val="28"/>
          <w:szCs w:val="28"/>
          <w:rtl/>
        </w:rPr>
        <w:t xml:space="preserve">, </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يعد</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الأمن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السيبراني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وخصوصية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البيانات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والتغيير</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التكنولوجي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والمنافسة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القوية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والتسويق</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الرقمي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وإدارة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تجربة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العملاء</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lastRenderedPageBreak/>
        <w:t>والامتثال</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التنظيمي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من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بين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أكبر</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التحديات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من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خلال</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فهم</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هذه</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التحديات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والاستثمار</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الحلول</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المناسبة،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يمكن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للشركات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زيادة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فرص</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نجاحها</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السوق</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الرقمية</w:t>
      </w:r>
      <w:r>
        <w:rPr>
          <w:rFonts w:ascii="Sakkal Majalla" w:hAnsi="Sakkal Majalla" w:cs="Sakkal Majalla" w:hint="cs"/>
          <w:sz w:val="28"/>
          <w:szCs w:val="28"/>
          <w:rtl/>
        </w:rPr>
        <w:t xml:space="preserve"> اليوم .</w:t>
      </w:r>
      <w:r w:rsidRPr="00367961">
        <w:rPr>
          <w:rFonts w:ascii="Sakkal Majalla" w:hAnsi="Sakkal Majalla" w:cs="Sakkal Majalla"/>
          <w:sz w:val="28"/>
          <w:szCs w:val="28"/>
        </w:rPr>
        <w:t>.</w:t>
      </w:r>
    </w:p>
    <w:p w14:paraId="1495C205" w14:textId="77777777" w:rsidR="00EF6DA1" w:rsidRDefault="00EF6DA1" w:rsidP="00EF6DA1">
      <w:pPr>
        <w:spacing w:line="360" w:lineRule="auto"/>
        <w:jc w:val="right"/>
        <w:rPr>
          <w:rFonts w:ascii="Sakkal Majalla" w:hAnsi="Sakkal Majalla" w:cs="Sakkal Majalla"/>
          <w:sz w:val="28"/>
          <w:szCs w:val="28"/>
          <w:rtl/>
        </w:rPr>
      </w:pPr>
    </w:p>
    <w:p w14:paraId="5040FC6D" w14:textId="77777777" w:rsidR="00EF6DA1" w:rsidRPr="006D308E" w:rsidRDefault="00EF6DA1" w:rsidP="00EF6DA1">
      <w:pPr>
        <w:spacing w:line="360" w:lineRule="auto"/>
        <w:jc w:val="right"/>
        <w:rPr>
          <w:rFonts w:ascii="Sakkal Majalla" w:hAnsi="Sakkal Majalla" w:cs="Sakkal Majalla"/>
          <w:b/>
          <w:bCs/>
          <w:sz w:val="32"/>
          <w:szCs w:val="32"/>
          <w:rtl/>
        </w:rPr>
      </w:pPr>
      <w:r w:rsidRPr="006D308E">
        <w:rPr>
          <w:rFonts w:ascii="Sakkal Majalla" w:hAnsi="Sakkal Majalla" w:cs="Sakkal Majalla" w:hint="cs"/>
          <w:b/>
          <w:bCs/>
          <w:sz w:val="32"/>
          <w:szCs w:val="32"/>
          <w:rtl/>
        </w:rPr>
        <w:t xml:space="preserve">المحور الرابع : </w:t>
      </w:r>
    </w:p>
    <w:p w14:paraId="6820CDCB" w14:textId="77777777" w:rsidR="00EF6DA1" w:rsidRPr="00B84896" w:rsidRDefault="00EF6DA1" w:rsidP="00EF6DA1">
      <w:pPr>
        <w:spacing w:line="360" w:lineRule="auto"/>
        <w:jc w:val="right"/>
        <w:rPr>
          <w:rFonts w:ascii="Sakkal Majalla" w:hAnsi="Sakkal Majalla" w:cs="Sakkal Majalla"/>
          <w:b/>
          <w:bCs/>
          <w:sz w:val="32"/>
          <w:szCs w:val="32"/>
        </w:rPr>
      </w:pPr>
      <w:r w:rsidRPr="00B84896">
        <w:rPr>
          <w:rFonts w:ascii="Sakkal Majalla" w:hAnsi="Sakkal Majalla" w:cs="Sakkal Majalla"/>
          <w:b/>
          <w:bCs/>
          <w:sz w:val="32"/>
          <w:szCs w:val="32"/>
          <w:rtl/>
        </w:rPr>
        <w:t>كيفية تك</w:t>
      </w:r>
      <w:r w:rsidRPr="00B84896">
        <w:rPr>
          <w:rFonts w:ascii="Sakkal Majalla" w:hAnsi="Sakkal Majalla" w:cs="Sakkal Majalla" w:hint="cs"/>
          <w:b/>
          <w:bCs/>
          <w:sz w:val="32"/>
          <w:szCs w:val="32"/>
          <w:rtl/>
        </w:rPr>
        <w:t>ّ</w:t>
      </w:r>
      <w:r w:rsidRPr="00B84896">
        <w:rPr>
          <w:rFonts w:ascii="Sakkal Majalla" w:hAnsi="Sakkal Majalla" w:cs="Sakkal Majalla"/>
          <w:b/>
          <w:bCs/>
          <w:sz w:val="32"/>
          <w:szCs w:val="32"/>
          <w:rtl/>
        </w:rPr>
        <w:t>يف الأعمال التجارية مع التغيرات السريعة في البيئة الرقمية</w:t>
      </w:r>
      <w:r w:rsidRPr="00B84896">
        <w:rPr>
          <w:rFonts w:ascii="Sakkal Majalla" w:hAnsi="Sakkal Majalla" w:cs="Sakkal Majalla" w:hint="cs"/>
          <w:b/>
          <w:bCs/>
          <w:sz w:val="32"/>
          <w:szCs w:val="32"/>
          <w:rtl/>
        </w:rPr>
        <w:t xml:space="preserve"> :</w:t>
      </w:r>
    </w:p>
    <w:p w14:paraId="56894767" w14:textId="5FEE0567" w:rsidR="00B84896" w:rsidRPr="00B84896" w:rsidRDefault="00B84896" w:rsidP="00B84896">
      <w:pPr>
        <w:spacing w:line="360" w:lineRule="auto"/>
        <w:jc w:val="right"/>
        <w:rPr>
          <w:rFonts w:ascii="Sakkal Majalla" w:hAnsi="Sakkal Majalla" w:cs="Sakkal Majalla"/>
          <w:sz w:val="28"/>
          <w:szCs w:val="28"/>
        </w:rPr>
      </w:pPr>
      <w:r w:rsidRPr="00B84896">
        <w:rPr>
          <w:rFonts w:ascii="Sakkal Majalla" w:hAnsi="Sakkal Majalla" w:cs="Sakkal Majalla"/>
          <w:sz w:val="28"/>
          <w:szCs w:val="28"/>
          <w:rtl/>
        </w:rPr>
        <w:t>ت</w:t>
      </w:r>
      <w:r w:rsidR="00367961">
        <w:rPr>
          <w:rFonts w:ascii="Sakkal Majalla" w:hAnsi="Sakkal Majalla" w:cs="Sakkal Majalla" w:hint="cs"/>
          <w:sz w:val="28"/>
          <w:szCs w:val="28"/>
          <w:rtl/>
        </w:rPr>
        <w:t>متاز</w:t>
      </w:r>
      <w:r w:rsidRPr="00B84896">
        <w:rPr>
          <w:rFonts w:ascii="Sakkal Majalla" w:hAnsi="Sakkal Majalla" w:cs="Sakkal Majalla"/>
          <w:sz w:val="28"/>
          <w:szCs w:val="28"/>
          <w:rtl/>
        </w:rPr>
        <w:t xml:space="preserve"> البيئة الرقمية بسرعة التغير والت</w:t>
      </w:r>
      <w:r w:rsidR="00367961">
        <w:rPr>
          <w:rFonts w:ascii="Sakkal Majalla" w:hAnsi="Sakkal Majalla" w:cs="Sakkal Majalla" w:hint="cs"/>
          <w:sz w:val="28"/>
          <w:szCs w:val="28"/>
          <w:rtl/>
        </w:rPr>
        <w:t>حديث</w:t>
      </w:r>
      <w:r w:rsidRPr="00B84896">
        <w:rPr>
          <w:rFonts w:ascii="Sakkal Majalla" w:hAnsi="Sakkal Majalla" w:cs="Sakkal Majalla"/>
          <w:sz w:val="28"/>
          <w:szCs w:val="28"/>
          <w:rtl/>
        </w:rPr>
        <w:t>، مما يستدعي من الشركات التكيف السريع للحفاظ على تنافسيتها يتضمن ذلك تبني التقنيات الجديدة، تحسين العمليات، وتطوير استراتيجيات مستدامة للنمو</w:t>
      </w:r>
      <w:r>
        <w:rPr>
          <w:rFonts w:ascii="Sakkal Majalla" w:hAnsi="Sakkal Majalla" w:cs="Sakkal Majalla" w:hint="cs"/>
          <w:sz w:val="28"/>
          <w:szCs w:val="28"/>
          <w:rtl/>
        </w:rPr>
        <w:t>.</w:t>
      </w:r>
      <w:r w:rsidRPr="00B84896">
        <w:rPr>
          <w:rFonts w:ascii="Sakkal Majalla" w:hAnsi="Sakkal Majalla" w:cs="Sakkal Majalla"/>
          <w:vanish/>
          <w:sz w:val="28"/>
          <w:szCs w:val="28"/>
          <w:rtl/>
        </w:rPr>
        <w:t xml:space="preserve"> أعلى النموذجأسفل النموذج</w:t>
      </w:r>
    </w:p>
    <w:p w14:paraId="4D83C9AD" w14:textId="0964131E" w:rsidR="00EF6DA1" w:rsidRPr="00843D5B" w:rsidRDefault="00EF6DA1" w:rsidP="00B84896">
      <w:pPr>
        <w:spacing w:line="360" w:lineRule="auto"/>
        <w:rPr>
          <w:rFonts w:ascii="Sakkal Majalla" w:hAnsi="Sakkal Majalla" w:cs="Sakkal Majalla"/>
          <w:sz w:val="28"/>
          <w:szCs w:val="28"/>
        </w:rPr>
      </w:pPr>
    </w:p>
    <w:p w14:paraId="53DCBF06" w14:textId="77777777" w:rsidR="00EF6DA1" w:rsidRPr="00843D5B"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843D5B">
        <w:rPr>
          <w:rFonts w:ascii="Sakkal Majalla" w:hAnsi="Sakkal Majalla" w:cs="Sakkal Majalla"/>
          <w:b/>
          <w:bCs/>
          <w:sz w:val="28"/>
          <w:szCs w:val="28"/>
          <w:rtl/>
        </w:rPr>
        <w:t>أ</w:t>
      </w:r>
      <w:r>
        <w:rPr>
          <w:rFonts w:ascii="Sakkal Majalla" w:hAnsi="Sakkal Majalla" w:cs="Sakkal Majalla" w:hint="cs"/>
          <w:b/>
          <w:bCs/>
          <w:sz w:val="28"/>
          <w:szCs w:val="28"/>
          <w:rtl/>
        </w:rPr>
        <w:t xml:space="preserve">)- </w:t>
      </w:r>
      <w:r w:rsidRPr="00843D5B">
        <w:rPr>
          <w:rFonts w:ascii="Sakkal Majalla" w:hAnsi="Sakkal Majalla" w:cs="Sakkal Majalla"/>
          <w:b/>
          <w:bCs/>
          <w:sz w:val="28"/>
          <w:szCs w:val="28"/>
          <w:rtl/>
        </w:rPr>
        <w:t>الاستثمار في الت</w:t>
      </w:r>
      <w:r>
        <w:rPr>
          <w:rFonts w:ascii="Sakkal Majalla" w:hAnsi="Sakkal Majalla" w:cs="Sakkal Majalla" w:hint="cs"/>
          <w:b/>
          <w:bCs/>
          <w:sz w:val="28"/>
          <w:szCs w:val="28"/>
          <w:rtl/>
        </w:rPr>
        <w:t xml:space="preserve">قنيات </w:t>
      </w:r>
      <w:r w:rsidRPr="00843D5B">
        <w:rPr>
          <w:rFonts w:ascii="Sakkal Majalla" w:hAnsi="Sakkal Majalla" w:cs="Sakkal Majalla"/>
          <w:sz w:val="28"/>
          <w:szCs w:val="28"/>
        </w:rPr>
        <w:t>:</w:t>
      </w:r>
    </w:p>
    <w:p w14:paraId="56992677" w14:textId="77777777" w:rsidR="00EF6DA1" w:rsidRPr="00711B46" w:rsidRDefault="00EF6DA1" w:rsidP="00EF6DA1">
      <w:pPr>
        <w:bidi/>
        <w:spacing w:line="360" w:lineRule="auto"/>
        <w:ind w:left="360"/>
        <w:rPr>
          <w:rFonts w:ascii="Sakkal Majalla" w:hAnsi="Sakkal Majalla" w:cs="Sakkal Majalla"/>
          <w:sz w:val="28"/>
          <w:szCs w:val="28"/>
          <w:rtl/>
        </w:rPr>
      </w:pPr>
      <w:r w:rsidRPr="00843D5B">
        <w:rPr>
          <w:rFonts w:ascii="Sakkal Majalla" w:hAnsi="Sakkal Majalla" w:cs="Sakkal Majalla"/>
          <w:sz w:val="28"/>
          <w:szCs w:val="28"/>
          <w:rtl/>
        </w:rPr>
        <w:t xml:space="preserve">على الشركات الاستثمار في أحدث التقنيات والبنية التحتية الرقمية لتحسين الكفاءة وتعزيز القدرة التنافسية. </w:t>
      </w:r>
    </w:p>
    <w:p w14:paraId="022935DD" w14:textId="77777777" w:rsidR="00EF6DA1" w:rsidRDefault="00EF6DA1" w:rsidP="00EF6DA1">
      <w:pPr>
        <w:bidi/>
        <w:spacing w:line="360" w:lineRule="auto"/>
        <w:rPr>
          <w:rFonts w:ascii="Sakkal Majalla" w:hAnsi="Sakkal Majalla" w:cs="Sakkal Majalla"/>
          <w:b/>
          <w:bCs/>
          <w:sz w:val="28"/>
          <w:szCs w:val="28"/>
          <w:rtl/>
        </w:rPr>
      </w:pPr>
    </w:p>
    <w:p w14:paraId="4C65828A" w14:textId="5712AAA4" w:rsidR="00EF6DA1" w:rsidRPr="00843D5B"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843D5B">
        <w:rPr>
          <w:rFonts w:ascii="Sakkal Majalla" w:hAnsi="Sakkal Majalla" w:cs="Sakkal Majalla"/>
          <w:b/>
          <w:bCs/>
          <w:sz w:val="28"/>
          <w:szCs w:val="28"/>
          <w:rtl/>
        </w:rPr>
        <w:t>ب</w:t>
      </w:r>
      <w:r>
        <w:rPr>
          <w:rFonts w:ascii="Sakkal Majalla" w:hAnsi="Sakkal Majalla" w:cs="Sakkal Majalla" w:hint="cs"/>
          <w:b/>
          <w:bCs/>
          <w:sz w:val="28"/>
          <w:szCs w:val="28"/>
          <w:rtl/>
        </w:rPr>
        <w:t xml:space="preserve">)- </w:t>
      </w:r>
      <w:r w:rsidRPr="00843D5B">
        <w:rPr>
          <w:rFonts w:ascii="Sakkal Majalla" w:hAnsi="Sakkal Majalla" w:cs="Sakkal Majalla"/>
          <w:b/>
          <w:bCs/>
          <w:sz w:val="28"/>
          <w:szCs w:val="28"/>
          <w:rtl/>
        </w:rPr>
        <w:t>تدريب الموظفين وتطوير مهاراتهم</w:t>
      </w:r>
      <w:r w:rsidRPr="00843D5B">
        <w:rPr>
          <w:rFonts w:ascii="Sakkal Majalla" w:hAnsi="Sakkal Majalla" w:cs="Sakkal Majalla"/>
          <w:sz w:val="28"/>
          <w:szCs w:val="28"/>
        </w:rPr>
        <w:t>:</w:t>
      </w:r>
    </w:p>
    <w:p w14:paraId="4E4A181A" w14:textId="77777777" w:rsidR="00B84896" w:rsidRPr="00B84896" w:rsidRDefault="00B84896" w:rsidP="00B84896">
      <w:pPr>
        <w:bidi/>
        <w:spacing w:line="360" w:lineRule="auto"/>
        <w:rPr>
          <w:rFonts w:ascii="Sakkal Majalla" w:hAnsi="Sakkal Majalla" w:cs="Sakkal Majalla"/>
          <w:sz w:val="28"/>
          <w:szCs w:val="28"/>
        </w:rPr>
      </w:pPr>
      <w:r w:rsidRPr="00B84896">
        <w:rPr>
          <w:rFonts w:ascii="Sakkal Majalla" w:hAnsi="Sakkal Majalla" w:cs="Sakkal Majalla"/>
          <w:sz w:val="28"/>
          <w:szCs w:val="28"/>
          <w:rtl/>
        </w:rPr>
        <w:t>من الضروري التأكد من أن الموظفين يمتلكون المهارات اللازمة للتعامل مع التقنيات الجديدة من خلال التدريب المستمر وتطوير المهارات الرقمية. يساعد ذلك في تعزيز الإنتاجية وتبني التقنيات الجديدة بسرعة أكبر. يمكن أن تشمل برامج التدريب التعليم الإلكتروني، ورش العمل، والدورات المتخصصة</w:t>
      </w:r>
      <w:r w:rsidRPr="00B84896">
        <w:rPr>
          <w:rFonts w:ascii="Sakkal Majalla" w:hAnsi="Sakkal Majalla" w:cs="Sakkal Majalla"/>
          <w:sz w:val="28"/>
          <w:szCs w:val="28"/>
        </w:rPr>
        <w:t>.</w:t>
      </w:r>
    </w:p>
    <w:p w14:paraId="0B8B76FD" w14:textId="77777777" w:rsidR="00B84896" w:rsidRPr="00B84896" w:rsidRDefault="00B84896" w:rsidP="00B84896">
      <w:pPr>
        <w:bidi/>
        <w:spacing w:line="360" w:lineRule="auto"/>
        <w:rPr>
          <w:rFonts w:ascii="Sakkal Majalla" w:hAnsi="Sakkal Majalla" w:cs="Sakkal Majalla"/>
          <w:b/>
          <w:bCs/>
          <w:vanish/>
          <w:sz w:val="28"/>
          <w:szCs w:val="28"/>
        </w:rPr>
      </w:pPr>
      <w:r w:rsidRPr="00B84896">
        <w:rPr>
          <w:rFonts w:ascii="Sakkal Majalla" w:hAnsi="Sakkal Majalla" w:cs="Sakkal Majalla"/>
          <w:b/>
          <w:bCs/>
          <w:vanish/>
          <w:sz w:val="28"/>
          <w:szCs w:val="28"/>
          <w:rtl/>
        </w:rPr>
        <w:t>أعلى النموذج</w:t>
      </w:r>
    </w:p>
    <w:p w14:paraId="00607DB6" w14:textId="77777777" w:rsidR="00B84896" w:rsidRPr="00B84896" w:rsidRDefault="00B84896" w:rsidP="00B84896">
      <w:pPr>
        <w:bidi/>
        <w:spacing w:line="360" w:lineRule="auto"/>
        <w:rPr>
          <w:rFonts w:ascii="Sakkal Majalla" w:hAnsi="Sakkal Majalla" w:cs="Sakkal Majalla"/>
          <w:b/>
          <w:bCs/>
          <w:vanish/>
          <w:sz w:val="28"/>
          <w:szCs w:val="28"/>
        </w:rPr>
      </w:pPr>
      <w:r w:rsidRPr="00B84896">
        <w:rPr>
          <w:rFonts w:ascii="Sakkal Majalla" w:hAnsi="Sakkal Majalla" w:cs="Sakkal Majalla"/>
          <w:b/>
          <w:bCs/>
          <w:vanish/>
          <w:sz w:val="28"/>
          <w:szCs w:val="28"/>
          <w:rtl/>
        </w:rPr>
        <w:t>أسفل النموذج</w:t>
      </w:r>
    </w:p>
    <w:p w14:paraId="5B5C3C06" w14:textId="77777777" w:rsidR="00EF6DA1" w:rsidRPr="00843D5B"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843D5B">
        <w:rPr>
          <w:rFonts w:ascii="Sakkal Majalla" w:hAnsi="Sakkal Majalla" w:cs="Sakkal Majalla"/>
          <w:b/>
          <w:bCs/>
          <w:sz w:val="28"/>
          <w:szCs w:val="28"/>
          <w:rtl/>
        </w:rPr>
        <w:t>ج</w:t>
      </w:r>
      <w:r>
        <w:rPr>
          <w:rFonts w:ascii="Sakkal Majalla" w:hAnsi="Sakkal Majalla" w:cs="Sakkal Majalla" w:hint="cs"/>
          <w:b/>
          <w:bCs/>
          <w:sz w:val="28"/>
          <w:szCs w:val="28"/>
          <w:rtl/>
        </w:rPr>
        <w:t>)</w:t>
      </w:r>
      <w:r w:rsidRPr="00843D5B">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 </w:t>
      </w:r>
      <w:r w:rsidRPr="00843D5B">
        <w:rPr>
          <w:rFonts w:ascii="Sakkal Majalla" w:hAnsi="Sakkal Majalla" w:cs="Sakkal Majalla"/>
          <w:b/>
          <w:bCs/>
          <w:sz w:val="28"/>
          <w:szCs w:val="28"/>
          <w:rtl/>
        </w:rPr>
        <w:t>تعزيز الابتكار</w:t>
      </w:r>
      <w:r w:rsidRPr="00843D5B">
        <w:rPr>
          <w:rFonts w:ascii="Sakkal Majalla" w:hAnsi="Sakkal Majalla" w:cs="Sakkal Majalla"/>
          <w:sz w:val="28"/>
          <w:szCs w:val="28"/>
        </w:rPr>
        <w:t>:</w:t>
      </w:r>
    </w:p>
    <w:p w14:paraId="7F9196BE" w14:textId="77777777" w:rsidR="00B84896" w:rsidRPr="00B84896" w:rsidRDefault="00B84896" w:rsidP="00B84896">
      <w:pPr>
        <w:bidi/>
        <w:spacing w:line="360" w:lineRule="auto"/>
        <w:rPr>
          <w:rFonts w:ascii="Sakkal Majalla" w:hAnsi="Sakkal Majalla" w:cs="Sakkal Majalla"/>
          <w:sz w:val="28"/>
          <w:szCs w:val="28"/>
        </w:rPr>
      </w:pPr>
      <w:r w:rsidRPr="00B84896">
        <w:rPr>
          <w:rFonts w:ascii="Sakkal Majalla" w:hAnsi="Sakkal Majalla" w:cs="Sakkal Majalla"/>
          <w:sz w:val="28"/>
          <w:szCs w:val="28"/>
          <w:rtl/>
        </w:rPr>
        <w:lastRenderedPageBreak/>
        <w:t>يتطلب الابتكار المستمر لتلبية احتياجات السوق المتغيرة من الشركات تشجيع ثقافة الابتكار عبر توفير بيئة عمل تحفز وتدعم الأفكار الجديدة. يمكن أن تشمل استراتيجيات الابتكار البحث والتطوير، التعاون مع الشركات الناشئة، وتبني نهج التحسين المستمر</w:t>
      </w:r>
      <w:r w:rsidRPr="00B84896">
        <w:rPr>
          <w:rFonts w:ascii="Sakkal Majalla" w:hAnsi="Sakkal Majalla" w:cs="Sakkal Majalla"/>
          <w:sz w:val="28"/>
          <w:szCs w:val="28"/>
        </w:rPr>
        <w:t>.</w:t>
      </w:r>
    </w:p>
    <w:p w14:paraId="0F510697" w14:textId="77777777" w:rsidR="00B84896" w:rsidRPr="00B84896" w:rsidRDefault="00B84896" w:rsidP="00B84896">
      <w:pPr>
        <w:bidi/>
        <w:spacing w:line="360" w:lineRule="auto"/>
        <w:rPr>
          <w:rFonts w:ascii="Sakkal Majalla" w:hAnsi="Sakkal Majalla" w:cs="Sakkal Majalla"/>
          <w:vanish/>
          <w:sz w:val="28"/>
          <w:szCs w:val="28"/>
        </w:rPr>
      </w:pPr>
      <w:r w:rsidRPr="00B84896">
        <w:rPr>
          <w:rFonts w:ascii="Sakkal Majalla" w:hAnsi="Sakkal Majalla" w:cs="Sakkal Majalla"/>
          <w:vanish/>
          <w:sz w:val="28"/>
          <w:szCs w:val="28"/>
          <w:rtl/>
        </w:rPr>
        <w:t>أعلى النموذج</w:t>
      </w:r>
    </w:p>
    <w:p w14:paraId="3276833B" w14:textId="77777777" w:rsidR="00B84896" w:rsidRPr="00B84896" w:rsidRDefault="00B84896" w:rsidP="00B84896">
      <w:pPr>
        <w:bidi/>
        <w:spacing w:line="360" w:lineRule="auto"/>
        <w:rPr>
          <w:rFonts w:ascii="Sakkal Majalla" w:hAnsi="Sakkal Majalla" w:cs="Sakkal Majalla"/>
          <w:vanish/>
          <w:sz w:val="28"/>
          <w:szCs w:val="28"/>
        </w:rPr>
      </w:pPr>
      <w:r w:rsidRPr="00B84896">
        <w:rPr>
          <w:rFonts w:ascii="Sakkal Majalla" w:hAnsi="Sakkal Majalla" w:cs="Sakkal Majalla"/>
          <w:vanish/>
          <w:sz w:val="28"/>
          <w:szCs w:val="28"/>
          <w:rtl/>
        </w:rPr>
        <w:t>أسفل النموذج</w:t>
      </w:r>
    </w:p>
    <w:p w14:paraId="13A4D213" w14:textId="77777777" w:rsidR="00EF6DA1" w:rsidRPr="00843D5B"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843D5B">
        <w:rPr>
          <w:rFonts w:ascii="Sakkal Majalla" w:hAnsi="Sakkal Majalla" w:cs="Sakkal Majalla"/>
          <w:b/>
          <w:bCs/>
          <w:sz w:val="28"/>
          <w:szCs w:val="28"/>
          <w:rtl/>
        </w:rPr>
        <w:t>د</w:t>
      </w:r>
      <w:r>
        <w:rPr>
          <w:rFonts w:ascii="Sakkal Majalla" w:hAnsi="Sakkal Majalla" w:cs="Sakkal Majalla" w:hint="cs"/>
          <w:b/>
          <w:bCs/>
          <w:sz w:val="28"/>
          <w:szCs w:val="28"/>
          <w:rtl/>
        </w:rPr>
        <w:t xml:space="preserve">)- </w:t>
      </w:r>
      <w:r w:rsidRPr="00843D5B">
        <w:rPr>
          <w:rFonts w:ascii="Sakkal Majalla" w:hAnsi="Sakkal Majalla" w:cs="Sakkal Majalla"/>
          <w:b/>
          <w:bCs/>
          <w:sz w:val="28"/>
          <w:szCs w:val="28"/>
          <w:rtl/>
        </w:rPr>
        <w:t xml:space="preserve">المرونة </w:t>
      </w:r>
      <w:r w:rsidRPr="00843D5B">
        <w:rPr>
          <w:rFonts w:ascii="Sakkal Majalla" w:hAnsi="Sakkal Majalla" w:cs="Sakkal Majalla"/>
          <w:sz w:val="28"/>
          <w:szCs w:val="28"/>
        </w:rPr>
        <w:t>:</w:t>
      </w:r>
    </w:p>
    <w:p w14:paraId="351BDEC5" w14:textId="77777777" w:rsidR="00EF6DA1" w:rsidRPr="00843D5B" w:rsidRDefault="00EF6DA1" w:rsidP="00EF6DA1">
      <w:pPr>
        <w:bidi/>
        <w:spacing w:line="360" w:lineRule="auto"/>
        <w:ind w:left="360"/>
        <w:rPr>
          <w:rFonts w:ascii="Sakkal Majalla" w:hAnsi="Sakkal Majalla" w:cs="Sakkal Majalla"/>
          <w:sz w:val="28"/>
          <w:szCs w:val="28"/>
        </w:rPr>
      </w:pPr>
      <w:r w:rsidRPr="00843D5B">
        <w:rPr>
          <w:rFonts w:ascii="Sakkal Majalla" w:hAnsi="Sakkal Majalla" w:cs="Sakkal Majalla"/>
          <w:sz w:val="28"/>
          <w:szCs w:val="28"/>
          <w:rtl/>
        </w:rPr>
        <w:t>يجب على الشركات تبني نماذج عمل مرنة تمكنها من التكيف بسرعة مع التغيرات</w:t>
      </w:r>
      <w:r>
        <w:rPr>
          <w:rFonts w:ascii="Sakkal Majalla" w:hAnsi="Sakkal Majalla" w:cs="Sakkal Majalla" w:hint="cs"/>
          <w:sz w:val="28"/>
          <w:szCs w:val="28"/>
          <w:rtl/>
        </w:rPr>
        <w:t xml:space="preserve"> السريعة والتي تكون احياناً غير متوقعة,</w:t>
      </w:r>
      <w:r w:rsidRPr="00843D5B">
        <w:rPr>
          <w:rFonts w:ascii="Sakkal Majalla" w:hAnsi="Sakkal Majalla" w:cs="Sakkal Majalla"/>
          <w:sz w:val="28"/>
          <w:szCs w:val="28"/>
          <w:rtl/>
        </w:rPr>
        <w:t xml:space="preserve"> </w:t>
      </w:r>
      <w:r>
        <w:rPr>
          <w:rFonts w:ascii="Sakkal Majalla" w:hAnsi="Sakkal Majalla" w:cs="Sakkal Majalla" w:hint="cs"/>
          <w:sz w:val="28"/>
          <w:szCs w:val="28"/>
          <w:rtl/>
        </w:rPr>
        <w:t>و</w:t>
      </w:r>
      <w:r w:rsidRPr="00843D5B">
        <w:rPr>
          <w:rFonts w:ascii="Sakkal Majalla" w:hAnsi="Sakkal Majalla" w:cs="Sakkal Majalla"/>
          <w:sz w:val="28"/>
          <w:szCs w:val="28"/>
          <w:rtl/>
        </w:rPr>
        <w:t>اعتماد استراتيجيات إدارة المشاريع المرنة</w:t>
      </w:r>
      <w:r w:rsidRPr="00843D5B">
        <w:rPr>
          <w:rFonts w:ascii="Sakkal Majalla" w:hAnsi="Sakkal Majalla" w:cs="Sakkal Majalla"/>
          <w:sz w:val="28"/>
          <w:szCs w:val="28"/>
        </w:rPr>
        <w:t xml:space="preserve"> </w:t>
      </w:r>
      <w:r>
        <w:rPr>
          <w:rFonts w:ascii="Sakkal Majalla" w:hAnsi="Sakkal Majalla" w:cs="Sakkal Majalla" w:hint="cs"/>
          <w:sz w:val="28"/>
          <w:szCs w:val="28"/>
          <w:rtl/>
        </w:rPr>
        <w:t xml:space="preserve">مثل </w:t>
      </w:r>
      <w:r w:rsidRPr="00843D5B">
        <w:rPr>
          <w:rFonts w:ascii="Sakkal Majalla" w:hAnsi="Sakkal Majalla" w:cs="Sakkal Majalla"/>
          <w:sz w:val="28"/>
          <w:szCs w:val="28"/>
        </w:rPr>
        <w:t>(Agile)</w:t>
      </w:r>
      <w:r w:rsidRPr="00843D5B">
        <w:rPr>
          <w:rFonts w:ascii="Sakkal Majalla" w:hAnsi="Sakkal Majalla" w:cs="Sakkal Majalla"/>
          <w:sz w:val="28"/>
          <w:szCs w:val="28"/>
          <w:rtl/>
        </w:rPr>
        <w:t>، وتحسين العمليات الداخلية لتكون أكثر استجابة وفعالية</w:t>
      </w:r>
      <w:r w:rsidRPr="00843D5B">
        <w:rPr>
          <w:rFonts w:ascii="Sakkal Majalla" w:hAnsi="Sakkal Majalla" w:cs="Sakkal Majalla"/>
          <w:sz w:val="28"/>
          <w:szCs w:val="28"/>
        </w:rPr>
        <w:t>.</w:t>
      </w:r>
    </w:p>
    <w:p w14:paraId="093E0A6E" w14:textId="77777777" w:rsidR="00EF6DA1" w:rsidRPr="00843D5B" w:rsidRDefault="00EF6DA1" w:rsidP="00EF6DA1">
      <w:pPr>
        <w:bidi/>
        <w:spacing w:line="360" w:lineRule="auto"/>
        <w:rPr>
          <w:rFonts w:ascii="Sakkal Majalla" w:hAnsi="Sakkal Majalla" w:cs="Sakkal Majalla"/>
          <w:sz w:val="28"/>
          <w:szCs w:val="28"/>
        </w:rPr>
      </w:pPr>
      <w:r w:rsidRPr="00843D5B">
        <w:rPr>
          <w:rFonts w:ascii="Sakkal Majalla" w:hAnsi="Sakkal Majalla" w:cs="Sakkal Majalla"/>
          <w:b/>
          <w:bCs/>
          <w:sz w:val="28"/>
          <w:szCs w:val="28"/>
          <w:rtl/>
        </w:rPr>
        <w:t>هـ. استخدام البيانات والتحليلات</w:t>
      </w:r>
      <w:r w:rsidRPr="00843D5B">
        <w:rPr>
          <w:rFonts w:ascii="Sakkal Majalla" w:hAnsi="Sakkal Majalla" w:cs="Sakkal Majalla"/>
          <w:sz w:val="28"/>
          <w:szCs w:val="28"/>
        </w:rPr>
        <w:t>:</w:t>
      </w:r>
    </w:p>
    <w:p w14:paraId="2C22CFCA" w14:textId="77777777" w:rsidR="00EF6DA1" w:rsidRPr="00843D5B" w:rsidRDefault="00EF6DA1" w:rsidP="00EF6DA1">
      <w:pPr>
        <w:bidi/>
        <w:spacing w:line="360" w:lineRule="auto"/>
        <w:ind w:left="360"/>
        <w:rPr>
          <w:rFonts w:ascii="Sakkal Majalla" w:hAnsi="Sakkal Majalla" w:cs="Sakkal Majalla"/>
          <w:sz w:val="28"/>
          <w:szCs w:val="28"/>
        </w:rPr>
      </w:pPr>
      <w:r w:rsidRPr="00843D5B">
        <w:rPr>
          <w:rFonts w:ascii="Sakkal Majalla" w:hAnsi="Sakkal Majalla" w:cs="Sakkal Majalla"/>
          <w:sz w:val="28"/>
          <w:szCs w:val="28"/>
          <w:rtl/>
        </w:rPr>
        <w:t>اتخاذ قرارات م</w:t>
      </w:r>
      <w:r>
        <w:rPr>
          <w:rFonts w:ascii="Sakkal Majalla" w:hAnsi="Sakkal Majalla" w:cs="Sakkal Majalla" w:hint="cs"/>
          <w:sz w:val="28"/>
          <w:szCs w:val="28"/>
          <w:rtl/>
        </w:rPr>
        <w:t xml:space="preserve">دروسة </w:t>
      </w:r>
      <w:r w:rsidRPr="00843D5B">
        <w:rPr>
          <w:rFonts w:ascii="Sakkal Majalla" w:hAnsi="Sakkal Majalla" w:cs="Sakkal Majalla"/>
          <w:sz w:val="28"/>
          <w:szCs w:val="28"/>
          <w:rtl/>
        </w:rPr>
        <w:t xml:space="preserve">بناءً على </w:t>
      </w:r>
      <w:r>
        <w:rPr>
          <w:rFonts w:ascii="Sakkal Majalla" w:hAnsi="Sakkal Majalla" w:cs="Sakkal Majalla" w:hint="cs"/>
          <w:sz w:val="28"/>
          <w:szCs w:val="28"/>
          <w:rtl/>
        </w:rPr>
        <w:t xml:space="preserve"> تحليل </w:t>
      </w:r>
      <w:r w:rsidRPr="00843D5B">
        <w:rPr>
          <w:rFonts w:ascii="Sakkal Majalla" w:hAnsi="Sakkal Majalla" w:cs="Sakkal Majalla"/>
          <w:sz w:val="28"/>
          <w:szCs w:val="28"/>
          <w:rtl/>
        </w:rPr>
        <w:t>البيانات</w:t>
      </w:r>
      <w:r>
        <w:rPr>
          <w:rFonts w:ascii="Sakkal Majalla" w:hAnsi="Sakkal Majalla" w:cs="Sakkal Majalla" w:hint="cs"/>
          <w:sz w:val="28"/>
          <w:szCs w:val="28"/>
          <w:rtl/>
        </w:rPr>
        <w:t xml:space="preserve"> و</w:t>
      </w:r>
      <w:r w:rsidRPr="00843D5B">
        <w:rPr>
          <w:rFonts w:ascii="Sakkal Majalla" w:hAnsi="Sakkal Majalla" w:cs="Sakkal Majalla"/>
          <w:sz w:val="28"/>
          <w:szCs w:val="28"/>
          <w:rtl/>
        </w:rPr>
        <w:t xml:space="preserve"> توفير </w:t>
      </w:r>
      <w:r>
        <w:rPr>
          <w:rFonts w:ascii="Sakkal Majalla" w:hAnsi="Sakkal Majalla" w:cs="Sakkal Majalla" w:hint="cs"/>
          <w:sz w:val="28"/>
          <w:szCs w:val="28"/>
          <w:rtl/>
        </w:rPr>
        <w:t>مرئيات</w:t>
      </w:r>
      <w:r w:rsidRPr="00843D5B">
        <w:rPr>
          <w:rFonts w:ascii="Sakkal Majalla" w:hAnsi="Sakkal Majalla" w:cs="Sakkal Majalla"/>
          <w:sz w:val="28"/>
          <w:szCs w:val="28"/>
          <w:rtl/>
        </w:rPr>
        <w:t xml:space="preserve"> قيمة حول سلوك العملاء واتجاهات السوق، يساعد الشركات في اتخاذ قرارات استراتيجية مستنيرة. يجب على الشركات الاستثمار في أدوات التحليل وتطوير قدرات تحليل البيانات الداخلية</w:t>
      </w:r>
      <w:r w:rsidRPr="00843D5B">
        <w:rPr>
          <w:rFonts w:ascii="Sakkal Majalla" w:hAnsi="Sakkal Majalla" w:cs="Sakkal Majalla"/>
          <w:sz w:val="28"/>
          <w:szCs w:val="28"/>
        </w:rPr>
        <w:t>.</w:t>
      </w:r>
    </w:p>
    <w:p w14:paraId="73A9597B" w14:textId="77777777" w:rsidR="00EF6DA1" w:rsidRDefault="00EF6DA1" w:rsidP="00EF6DA1">
      <w:pPr>
        <w:bidi/>
        <w:spacing w:line="360" w:lineRule="auto"/>
        <w:rPr>
          <w:rFonts w:ascii="Sakkal Majalla" w:hAnsi="Sakkal Majalla" w:cs="Sakkal Majalla"/>
          <w:b/>
          <w:bCs/>
          <w:sz w:val="28"/>
          <w:szCs w:val="28"/>
          <w:rtl/>
        </w:rPr>
      </w:pPr>
    </w:p>
    <w:p w14:paraId="5E62B627" w14:textId="77777777" w:rsidR="00EF6DA1" w:rsidRDefault="00EF6DA1" w:rsidP="00EF6DA1">
      <w:pPr>
        <w:bidi/>
        <w:spacing w:line="360" w:lineRule="auto"/>
        <w:rPr>
          <w:rFonts w:ascii="Sakkal Majalla" w:hAnsi="Sakkal Majalla" w:cs="Sakkal Majalla"/>
          <w:b/>
          <w:bCs/>
          <w:sz w:val="28"/>
          <w:szCs w:val="28"/>
          <w:rtl/>
        </w:rPr>
      </w:pPr>
    </w:p>
    <w:p w14:paraId="7DD7C63F" w14:textId="77777777" w:rsidR="00EF6DA1" w:rsidRDefault="00EF6DA1" w:rsidP="00EF6DA1">
      <w:pPr>
        <w:bidi/>
        <w:spacing w:line="360" w:lineRule="auto"/>
        <w:rPr>
          <w:rFonts w:ascii="Sakkal Majalla" w:hAnsi="Sakkal Majalla" w:cs="Sakkal Majalla"/>
          <w:b/>
          <w:bCs/>
          <w:sz w:val="28"/>
          <w:szCs w:val="28"/>
          <w:rtl/>
        </w:rPr>
      </w:pPr>
    </w:p>
    <w:p w14:paraId="4E8A4A34" w14:textId="0BF2D4BB" w:rsidR="00EF6DA1" w:rsidRPr="00843D5B"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t>(</w:t>
      </w:r>
      <w:r w:rsidRPr="00843D5B">
        <w:rPr>
          <w:rFonts w:ascii="Sakkal Majalla" w:hAnsi="Sakkal Majalla" w:cs="Sakkal Majalla"/>
          <w:b/>
          <w:bCs/>
          <w:sz w:val="28"/>
          <w:szCs w:val="28"/>
          <w:rtl/>
        </w:rPr>
        <w:t>و</w:t>
      </w:r>
      <w:r>
        <w:rPr>
          <w:rFonts w:ascii="Sakkal Majalla" w:hAnsi="Sakkal Majalla" w:cs="Sakkal Majalla" w:hint="cs"/>
          <w:b/>
          <w:bCs/>
          <w:sz w:val="28"/>
          <w:szCs w:val="28"/>
          <w:rtl/>
        </w:rPr>
        <w:t xml:space="preserve">)- </w:t>
      </w:r>
      <w:r w:rsidRPr="00843D5B">
        <w:rPr>
          <w:rFonts w:ascii="Sakkal Majalla" w:hAnsi="Sakkal Majalla" w:cs="Sakkal Majalla"/>
          <w:b/>
          <w:bCs/>
          <w:sz w:val="28"/>
          <w:szCs w:val="28"/>
          <w:rtl/>
        </w:rPr>
        <w:t>التحول الرقمي الشامل</w:t>
      </w:r>
      <w:r w:rsidRPr="00843D5B">
        <w:rPr>
          <w:rFonts w:ascii="Sakkal Majalla" w:hAnsi="Sakkal Majalla" w:cs="Sakkal Majalla"/>
          <w:sz w:val="28"/>
          <w:szCs w:val="28"/>
        </w:rPr>
        <w:t>:</w:t>
      </w:r>
    </w:p>
    <w:p w14:paraId="3E9FFB2F" w14:textId="77777777" w:rsidR="00B84896" w:rsidRPr="00B84896" w:rsidRDefault="00B84896" w:rsidP="00B84896">
      <w:pPr>
        <w:bidi/>
        <w:spacing w:line="360" w:lineRule="auto"/>
        <w:ind w:left="360"/>
        <w:rPr>
          <w:rFonts w:ascii="Sakkal Majalla" w:hAnsi="Sakkal Majalla" w:cs="Sakkal Majalla"/>
          <w:sz w:val="28"/>
          <w:szCs w:val="28"/>
        </w:rPr>
      </w:pPr>
      <w:r w:rsidRPr="00B84896">
        <w:rPr>
          <w:rFonts w:ascii="Sakkal Majalla" w:hAnsi="Sakkal Majalla" w:cs="Sakkal Majalla"/>
          <w:sz w:val="28"/>
          <w:szCs w:val="28"/>
          <w:rtl/>
        </w:rPr>
        <w:t>تنفيذ الرقمنة عبر جميع جوانب العمل يتطلب تحديث كل العمليات والأقسام داخل الشركة لتصبح رقمية ومتكاملة. يتضمن ذلك أتمتة العمليات، استخدام البرمجيات المتقدمة، وتكامل الأنظمة لتوفير تجربة سلسة لكل من العملاء والموظفين</w:t>
      </w:r>
      <w:r w:rsidRPr="00B84896">
        <w:rPr>
          <w:rFonts w:ascii="Sakkal Majalla" w:hAnsi="Sakkal Majalla" w:cs="Sakkal Majalla"/>
          <w:sz w:val="28"/>
          <w:szCs w:val="28"/>
        </w:rPr>
        <w:t>.</w:t>
      </w:r>
    </w:p>
    <w:p w14:paraId="1A7413C4" w14:textId="77777777" w:rsidR="00B84896" w:rsidRPr="00B84896" w:rsidRDefault="00B84896" w:rsidP="00B84896">
      <w:pPr>
        <w:bidi/>
        <w:spacing w:line="360" w:lineRule="auto"/>
        <w:ind w:left="360"/>
        <w:rPr>
          <w:rFonts w:ascii="Sakkal Majalla" w:hAnsi="Sakkal Majalla" w:cs="Sakkal Majalla"/>
          <w:vanish/>
          <w:sz w:val="28"/>
          <w:szCs w:val="28"/>
        </w:rPr>
      </w:pPr>
      <w:r w:rsidRPr="00B84896">
        <w:rPr>
          <w:rFonts w:ascii="Sakkal Majalla" w:hAnsi="Sakkal Majalla" w:cs="Sakkal Majalla"/>
          <w:vanish/>
          <w:sz w:val="28"/>
          <w:szCs w:val="28"/>
          <w:rtl/>
        </w:rPr>
        <w:t>أعلى النموذج</w:t>
      </w:r>
    </w:p>
    <w:p w14:paraId="722709F0" w14:textId="77777777" w:rsidR="00B84896" w:rsidRPr="00B84896" w:rsidRDefault="00B84896" w:rsidP="00B84896">
      <w:pPr>
        <w:bidi/>
        <w:spacing w:line="360" w:lineRule="auto"/>
        <w:ind w:left="360"/>
        <w:rPr>
          <w:rFonts w:ascii="Sakkal Majalla" w:hAnsi="Sakkal Majalla" w:cs="Sakkal Majalla"/>
          <w:vanish/>
          <w:sz w:val="28"/>
          <w:szCs w:val="28"/>
        </w:rPr>
      </w:pPr>
      <w:r w:rsidRPr="00B84896">
        <w:rPr>
          <w:rFonts w:ascii="Sakkal Majalla" w:hAnsi="Sakkal Majalla" w:cs="Sakkal Majalla"/>
          <w:vanish/>
          <w:sz w:val="28"/>
          <w:szCs w:val="28"/>
          <w:rtl/>
        </w:rPr>
        <w:t>أسفل النموذج</w:t>
      </w:r>
    </w:p>
    <w:p w14:paraId="2A4D9438" w14:textId="47777742" w:rsidR="00EF6DA1" w:rsidRPr="004E5109" w:rsidRDefault="00EF6DA1" w:rsidP="00B84896">
      <w:pPr>
        <w:bidi/>
        <w:spacing w:line="360" w:lineRule="auto"/>
        <w:rPr>
          <w:rFonts w:ascii="Sakkal Majalla" w:hAnsi="Sakkal Majalla" w:cs="Sakkal Majalla"/>
          <w:sz w:val="28"/>
          <w:szCs w:val="28"/>
        </w:rPr>
      </w:pPr>
    </w:p>
    <w:p w14:paraId="7D3BEE53" w14:textId="77777777" w:rsidR="00EF6DA1" w:rsidRPr="00843D5B" w:rsidRDefault="00EF6DA1" w:rsidP="00EF6DA1">
      <w:pPr>
        <w:bidi/>
        <w:spacing w:line="360" w:lineRule="auto"/>
        <w:rPr>
          <w:rFonts w:ascii="Sakkal Majalla" w:hAnsi="Sakkal Majalla" w:cs="Sakkal Majalla"/>
          <w:sz w:val="28"/>
          <w:szCs w:val="28"/>
        </w:rPr>
      </w:pPr>
      <w:r>
        <w:rPr>
          <w:rFonts w:ascii="Sakkal Majalla" w:hAnsi="Sakkal Majalla" w:cs="Sakkal Majalla" w:hint="cs"/>
          <w:b/>
          <w:bCs/>
          <w:sz w:val="28"/>
          <w:szCs w:val="28"/>
          <w:rtl/>
        </w:rPr>
        <w:lastRenderedPageBreak/>
        <w:t>(</w:t>
      </w:r>
      <w:r w:rsidRPr="00843D5B">
        <w:rPr>
          <w:rFonts w:ascii="Sakkal Majalla" w:hAnsi="Sakkal Majalla" w:cs="Sakkal Majalla"/>
          <w:b/>
          <w:bCs/>
          <w:sz w:val="28"/>
          <w:szCs w:val="28"/>
          <w:rtl/>
        </w:rPr>
        <w:t>ز</w:t>
      </w:r>
      <w:r>
        <w:rPr>
          <w:rFonts w:ascii="Sakkal Majalla" w:hAnsi="Sakkal Majalla" w:cs="Sakkal Majalla" w:hint="cs"/>
          <w:b/>
          <w:bCs/>
          <w:sz w:val="28"/>
          <w:szCs w:val="28"/>
          <w:rtl/>
        </w:rPr>
        <w:t xml:space="preserve">)- </w:t>
      </w:r>
      <w:r w:rsidRPr="00843D5B">
        <w:rPr>
          <w:rFonts w:ascii="Sakkal Majalla" w:hAnsi="Sakkal Majalla" w:cs="Sakkal Majalla"/>
          <w:b/>
          <w:bCs/>
          <w:sz w:val="28"/>
          <w:szCs w:val="28"/>
          <w:rtl/>
        </w:rPr>
        <w:t>تعزيز التواصل الداخلي والخارجي</w:t>
      </w:r>
      <w:r w:rsidRPr="00843D5B">
        <w:rPr>
          <w:rFonts w:ascii="Sakkal Majalla" w:hAnsi="Sakkal Majalla" w:cs="Sakkal Majalla"/>
          <w:sz w:val="28"/>
          <w:szCs w:val="28"/>
        </w:rPr>
        <w:t>:</w:t>
      </w:r>
    </w:p>
    <w:p w14:paraId="5CBC59D3" w14:textId="5646DEE8" w:rsidR="00EF6DA1" w:rsidRPr="00843D5B" w:rsidRDefault="00367961" w:rsidP="00EF6DA1">
      <w:pPr>
        <w:bidi/>
        <w:spacing w:line="360" w:lineRule="auto"/>
        <w:ind w:left="360"/>
        <w:rPr>
          <w:rFonts w:ascii="Sakkal Majalla" w:hAnsi="Sakkal Majalla" w:cs="Sakkal Majalla"/>
          <w:sz w:val="28"/>
          <w:szCs w:val="28"/>
        </w:rPr>
      </w:pPr>
      <w:r w:rsidRPr="00367961">
        <w:rPr>
          <w:rFonts w:ascii="Sakkal Majalla" w:hAnsi="Sakkal Majalla" w:cs="Sakkal Majalla" w:hint="cs"/>
          <w:sz w:val="28"/>
          <w:szCs w:val="28"/>
          <w:rtl/>
        </w:rPr>
        <w:t>تحتاج</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الشركات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إلى</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تحسين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أدوات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الاتصال</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الداخلي</w:t>
      </w:r>
      <w:r w:rsidRPr="00367961">
        <w:rPr>
          <w:rFonts w:ascii="Sakkal Majalla" w:hAnsi="Sakkal Majalla" w:cs="Sakkal Majalla"/>
          <w:sz w:val="28"/>
          <w:szCs w:val="28"/>
          <w:rtl/>
        </w:rPr>
        <w:t xml:space="preserve"> </w:t>
      </w:r>
      <w:r>
        <w:rPr>
          <w:rFonts w:ascii="Sakkal Majalla" w:hAnsi="Sakkal Majalla" w:cs="Sakkal Majalla" w:hint="cs"/>
          <w:sz w:val="28"/>
          <w:szCs w:val="28"/>
          <w:rtl/>
        </w:rPr>
        <w:t>بين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الفرق</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والأقسام</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المختلفة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لضمان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تنسيق</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الجهود</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وتحقيق</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الأهداف</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المشتركة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كما</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يجب</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تحسين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الاتصال</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عبر</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القنوات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الرقمية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المختلفة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لضمان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تلبية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احتياجات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ومتطلبات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العملاء</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والشركاء</w:t>
      </w:r>
      <w:r w:rsidRPr="00367961">
        <w:rPr>
          <w:rFonts w:ascii="Sakkal Majalla" w:hAnsi="Sakkal Majalla" w:cs="Sakkal Majalla"/>
          <w:sz w:val="28"/>
          <w:szCs w:val="28"/>
          <w:rtl/>
        </w:rPr>
        <w:t xml:space="preserve"> </w:t>
      </w:r>
      <w:r>
        <w:rPr>
          <w:rFonts w:ascii="Sakkal Majalla" w:hAnsi="Sakkal Majalla" w:cs="Sakkal Majalla" w:hint="cs"/>
          <w:sz w:val="28"/>
          <w:szCs w:val="28"/>
          <w:rtl/>
        </w:rPr>
        <w:t xml:space="preserve">والمستثمرين </w:t>
      </w:r>
      <w:r w:rsidRPr="00367961">
        <w:rPr>
          <w:rFonts w:ascii="Sakkal Majalla" w:hAnsi="Sakkal Majalla" w:cs="Sakkal Majalla"/>
          <w:sz w:val="28"/>
          <w:szCs w:val="28"/>
          <w:rtl/>
        </w:rPr>
        <w:t>.</w:t>
      </w:r>
    </w:p>
    <w:p w14:paraId="40CED8BB" w14:textId="77777777" w:rsidR="00EF6DA1" w:rsidRPr="00C503F0" w:rsidRDefault="00EF6DA1" w:rsidP="00EF6DA1">
      <w:pPr>
        <w:bidi/>
        <w:spacing w:line="360" w:lineRule="auto"/>
        <w:rPr>
          <w:rFonts w:ascii="Sakkal Majalla" w:hAnsi="Sakkal Majalla" w:cs="Sakkal Majalla"/>
          <w:b/>
          <w:bCs/>
          <w:sz w:val="32"/>
          <w:szCs w:val="32"/>
        </w:rPr>
      </w:pPr>
      <w:r w:rsidRPr="00C503F0">
        <w:rPr>
          <w:rFonts w:ascii="Sakkal Majalla" w:hAnsi="Sakkal Majalla" w:cs="Sakkal Majalla"/>
          <w:b/>
          <w:bCs/>
          <w:sz w:val="32"/>
          <w:szCs w:val="32"/>
          <w:rtl/>
        </w:rPr>
        <w:t>الاستنتاج</w:t>
      </w:r>
      <w:r w:rsidRPr="00C503F0">
        <w:rPr>
          <w:rFonts w:ascii="Sakkal Majalla" w:hAnsi="Sakkal Majalla" w:cs="Sakkal Majalla"/>
          <w:b/>
          <w:bCs/>
          <w:sz w:val="32"/>
          <w:szCs w:val="32"/>
        </w:rPr>
        <w:t>:</w:t>
      </w:r>
    </w:p>
    <w:p w14:paraId="120DC238" w14:textId="133A88F0" w:rsidR="00B84896" w:rsidRPr="00B84896" w:rsidRDefault="00367961" w:rsidP="00B84896">
      <w:pPr>
        <w:bidi/>
        <w:spacing w:line="360" w:lineRule="auto"/>
        <w:rPr>
          <w:rFonts w:ascii="Sakkal Majalla" w:hAnsi="Sakkal Majalla" w:cs="Sakkal Majalla"/>
          <w:vanish/>
          <w:sz w:val="28"/>
          <w:szCs w:val="28"/>
        </w:rPr>
      </w:pPr>
      <w:r w:rsidRPr="00367961">
        <w:rPr>
          <w:rFonts w:ascii="Sakkal Majalla" w:hAnsi="Sakkal Majalla" w:cs="Sakkal Majalla" w:hint="cs"/>
          <w:sz w:val="28"/>
          <w:szCs w:val="28"/>
          <w:rtl/>
        </w:rPr>
        <w:t>يتطلب</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التكيف</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مع</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التحول</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الرقمي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السريع</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من</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الشركات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الاستثمار</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التقنيات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الجديدة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والتطورات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والتحول</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الرقمي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الكامل</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جميع</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العمليات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الإدارية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والتجارية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ويترجم</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هذا</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إلى</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القدرة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على</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التكيف</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والاستجابة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السريعة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للتغيرات</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ويساعدها</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على</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الاحتفاظ</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بالمواهب</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حتى</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في</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السوق</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الرقمية</w:t>
      </w:r>
      <w:r w:rsidRPr="00367961">
        <w:rPr>
          <w:rFonts w:ascii="Sakkal Majalla" w:hAnsi="Sakkal Majalla" w:cs="Sakkal Majalla"/>
          <w:sz w:val="28"/>
          <w:szCs w:val="28"/>
          <w:rtl/>
        </w:rPr>
        <w:t xml:space="preserve"> </w:t>
      </w:r>
      <w:r w:rsidRPr="00367961">
        <w:rPr>
          <w:rFonts w:ascii="Sakkal Majalla" w:hAnsi="Sakkal Majalla" w:cs="Sakkal Majalla" w:hint="cs"/>
          <w:sz w:val="28"/>
          <w:szCs w:val="28"/>
          <w:rtl/>
        </w:rPr>
        <w:t>المتقدمة</w:t>
      </w:r>
      <w:r w:rsidRPr="00367961">
        <w:rPr>
          <w:rFonts w:ascii="Sakkal Majalla" w:hAnsi="Sakkal Majalla" w:cs="Sakkal Majalla"/>
          <w:sz w:val="28"/>
          <w:szCs w:val="28"/>
          <w:rtl/>
        </w:rPr>
        <w:t>.</w:t>
      </w:r>
      <w:r w:rsidR="00B84896" w:rsidRPr="00B84896">
        <w:rPr>
          <w:rFonts w:ascii="Sakkal Majalla" w:hAnsi="Sakkal Majalla" w:cs="Sakkal Majalla"/>
          <w:vanish/>
          <w:sz w:val="28"/>
          <w:szCs w:val="28"/>
          <w:rtl/>
        </w:rPr>
        <w:t>أعلى النموذج</w:t>
      </w:r>
    </w:p>
    <w:p w14:paraId="34E09DBC" w14:textId="77777777" w:rsidR="00B84896" w:rsidRPr="00B84896" w:rsidRDefault="00B84896" w:rsidP="00B84896">
      <w:pPr>
        <w:bidi/>
        <w:spacing w:line="360" w:lineRule="auto"/>
        <w:rPr>
          <w:rFonts w:ascii="Sakkal Majalla" w:hAnsi="Sakkal Majalla" w:cs="Sakkal Majalla"/>
          <w:vanish/>
          <w:sz w:val="28"/>
          <w:szCs w:val="28"/>
        </w:rPr>
      </w:pPr>
      <w:r w:rsidRPr="00B84896">
        <w:rPr>
          <w:rFonts w:ascii="Sakkal Majalla" w:hAnsi="Sakkal Majalla" w:cs="Sakkal Majalla"/>
          <w:vanish/>
          <w:sz w:val="28"/>
          <w:szCs w:val="28"/>
          <w:rtl/>
        </w:rPr>
        <w:t>أسفل النموذج</w:t>
      </w:r>
    </w:p>
    <w:p w14:paraId="4A2DF667" w14:textId="77777777" w:rsidR="00EF6DA1" w:rsidRPr="00B84896" w:rsidRDefault="00EF6DA1" w:rsidP="00EF6DA1">
      <w:pPr>
        <w:bidi/>
        <w:spacing w:line="360" w:lineRule="auto"/>
        <w:rPr>
          <w:rFonts w:ascii="Sakkal Majalla" w:hAnsi="Sakkal Majalla" w:cs="Sakkal Majalla"/>
          <w:sz w:val="28"/>
          <w:szCs w:val="28"/>
          <w:rtl/>
        </w:rPr>
      </w:pPr>
    </w:p>
    <w:p w14:paraId="01442E80" w14:textId="77777777" w:rsidR="003527BE" w:rsidRDefault="003527BE" w:rsidP="003527BE">
      <w:pPr>
        <w:bidi/>
        <w:spacing w:line="360" w:lineRule="auto"/>
        <w:rPr>
          <w:rFonts w:ascii="Sakkal Majalla" w:hAnsi="Sakkal Majalla" w:cs="Sakkal Majalla"/>
          <w:sz w:val="28"/>
          <w:szCs w:val="28"/>
          <w:rtl/>
        </w:rPr>
      </w:pPr>
    </w:p>
    <w:p w14:paraId="567D5112" w14:textId="77777777" w:rsidR="003527BE" w:rsidRDefault="003527BE" w:rsidP="003527BE">
      <w:pPr>
        <w:bidi/>
        <w:spacing w:line="360" w:lineRule="auto"/>
        <w:rPr>
          <w:rFonts w:ascii="Sakkal Majalla" w:hAnsi="Sakkal Majalla" w:cs="Sakkal Majalla"/>
          <w:sz w:val="28"/>
          <w:szCs w:val="28"/>
        </w:rPr>
      </w:pPr>
    </w:p>
    <w:p w14:paraId="047BD949" w14:textId="77777777" w:rsidR="00E27A82" w:rsidRDefault="00E27A82" w:rsidP="00BF35B9">
      <w:pPr>
        <w:bidi/>
        <w:spacing w:line="360" w:lineRule="auto"/>
        <w:rPr>
          <w:rFonts w:ascii="Sakkal Majalla" w:hAnsi="Sakkal Majalla" w:cs="Sakkal Majalla"/>
          <w:b/>
          <w:bCs/>
          <w:sz w:val="36"/>
          <w:szCs w:val="36"/>
          <w:rtl/>
        </w:rPr>
      </w:pPr>
    </w:p>
    <w:p w14:paraId="11AA8259" w14:textId="77777777" w:rsidR="00F6462E" w:rsidRDefault="00F6462E" w:rsidP="00F6462E">
      <w:pPr>
        <w:bidi/>
        <w:spacing w:line="360" w:lineRule="auto"/>
        <w:rPr>
          <w:rFonts w:ascii="Sakkal Majalla" w:hAnsi="Sakkal Majalla" w:cs="Sakkal Majalla"/>
          <w:b/>
          <w:bCs/>
          <w:sz w:val="36"/>
          <w:szCs w:val="36"/>
          <w:rtl/>
        </w:rPr>
      </w:pPr>
    </w:p>
    <w:p w14:paraId="0F05170E" w14:textId="77777777" w:rsidR="00F6462E" w:rsidRDefault="00F6462E" w:rsidP="00F6462E">
      <w:pPr>
        <w:bidi/>
        <w:spacing w:line="360" w:lineRule="auto"/>
        <w:rPr>
          <w:rFonts w:ascii="Sakkal Majalla" w:hAnsi="Sakkal Majalla" w:cs="Sakkal Majalla"/>
          <w:b/>
          <w:bCs/>
          <w:sz w:val="36"/>
          <w:szCs w:val="36"/>
          <w:rtl/>
        </w:rPr>
      </w:pPr>
    </w:p>
    <w:p w14:paraId="7DE8445B" w14:textId="77777777" w:rsidR="00367961" w:rsidRDefault="00367961" w:rsidP="00367961">
      <w:pPr>
        <w:bidi/>
        <w:spacing w:line="360" w:lineRule="auto"/>
        <w:rPr>
          <w:rFonts w:ascii="Sakkal Majalla" w:hAnsi="Sakkal Majalla" w:cs="Sakkal Majalla"/>
          <w:b/>
          <w:bCs/>
          <w:sz w:val="36"/>
          <w:szCs w:val="36"/>
          <w:rtl/>
        </w:rPr>
      </w:pPr>
    </w:p>
    <w:p w14:paraId="786DC3C2" w14:textId="77777777" w:rsidR="00367961" w:rsidRDefault="00367961" w:rsidP="00367961">
      <w:pPr>
        <w:bidi/>
        <w:spacing w:line="360" w:lineRule="auto"/>
        <w:rPr>
          <w:rFonts w:ascii="Sakkal Majalla" w:hAnsi="Sakkal Majalla" w:cs="Sakkal Majalla"/>
          <w:b/>
          <w:bCs/>
          <w:sz w:val="36"/>
          <w:szCs w:val="36"/>
          <w:rtl/>
        </w:rPr>
      </w:pPr>
    </w:p>
    <w:p w14:paraId="5B4E083F" w14:textId="77777777" w:rsidR="00F6462E" w:rsidRDefault="00F6462E" w:rsidP="00F6462E">
      <w:pPr>
        <w:bidi/>
        <w:spacing w:line="360" w:lineRule="auto"/>
        <w:rPr>
          <w:rFonts w:ascii="Sakkal Majalla" w:hAnsi="Sakkal Majalla" w:cs="Sakkal Majalla"/>
          <w:b/>
          <w:bCs/>
          <w:sz w:val="36"/>
          <w:szCs w:val="36"/>
          <w:rtl/>
        </w:rPr>
      </w:pPr>
    </w:p>
    <w:p w14:paraId="7FAAB8B9" w14:textId="0EF913DE" w:rsidR="00BF35B9" w:rsidRDefault="00BF35B9" w:rsidP="00E27A82">
      <w:pPr>
        <w:bidi/>
        <w:spacing w:line="360" w:lineRule="auto"/>
        <w:rPr>
          <w:rFonts w:ascii="Sakkal Majalla" w:hAnsi="Sakkal Majalla" w:cs="Sakkal Majalla"/>
          <w:b/>
          <w:bCs/>
          <w:sz w:val="36"/>
          <w:szCs w:val="36"/>
          <w:rtl/>
        </w:rPr>
      </w:pPr>
      <w:r w:rsidRPr="00F422E4">
        <w:rPr>
          <w:rFonts w:ascii="Sakkal Majalla" w:hAnsi="Sakkal Majalla" w:cs="Sakkal Majalla" w:hint="cs"/>
          <w:b/>
          <w:bCs/>
          <w:sz w:val="36"/>
          <w:szCs w:val="36"/>
          <w:rtl/>
        </w:rPr>
        <w:lastRenderedPageBreak/>
        <w:t xml:space="preserve">دراسة حالة  : </w:t>
      </w:r>
    </w:p>
    <w:p w14:paraId="537D9D52" w14:textId="77777777" w:rsidR="00BF35B9" w:rsidRDefault="00BF35B9" w:rsidP="00BF35B9">
      <w:pPr>
        <w:bidi/>
        <w:spacing w:line="360" w:lineRule="auto"/>
        <w:rPr>
          <w:rFonts w:ascii="Sakkal Majalla" w:hAnsi="Sakkal Majalla" w:cs="Sakkal Majalla"/>
          <w:b/>
          <w:bCs/>
          <w:sz w:val="32"/>
          <w:szCs w:val="32"/>
          <w:rtl/>
        </w:rPr>
      </w:pPr>
      <w:r w:rsidRPr="00EE6E63">
        <w:rPr>
          <w:rFonts w:ascii="Sakkal Majalla" w:hAnsi="Sakkal Majalla" w:cs="Sakkal Majalla" w:hint="cs"/>
          <w:b/>
          <w:bCs/>
          <w:sz w:val="32"/>
          <w:szCs w:val="32"/>
          <w:rtl/>
        </w:rPr>
        <w:t xml:space="preserve">سنقوم هنا بدراسة شركة تجارية إستفادت من إستخدام الإعلام الرقمي وتوظيفه في عملياتها التجارية وإستراتيجياتها مما كان له عائد ضخم على نموها </w:t>
      </w:r>
      <w:r>
        <w:rPr>
          <w:rFonts w:ascii="Sakkal Majalla" w:hAnsi="Sakkal Majalla" w:cs="Sakkal Majalla" w:hint="cs"/>
          <w:b/>
          <w:bCs/>
          <w:sz w:val="32"/>
          <w:szCs w:val="32"/>
          <w:rtl/>
        </w:rPr>
        <w:t>.</w:t>
      </w:r>
    </w:p>
    <w:p w14:paraId="6F5AF1BF" w14:textId="77777777" w:rsidR="00E27A82" w:rsidRDefault="00E27A82" w:rsidP="00E27A82">
      <w:pPr>
        <w:bidi/>
        <w:spacing w:line="360" w:lineRule="auto"/>
        <w:rPr>
          <w:rFonts w:ascii="Sakkal Majalla" w:hAnsi="Sakkal Majalla" w:cs="Sakkal Majalla"/>
          <w:b/>
          <w:bCs/>
          <w:sz w:val="36"/>
          <w:szCs w:val="36"/>
        </w:rPr>
      </w:pPr>
    </w:p>
    <w:p w14:paraId="4EC6E0E1" w14:textId="17B62256" w:rsidR="007B5A67" w:rsidRDefault="00BF35B9" w:rsidP="007B5A67">
      <w:pPr>
        <w:bidi/>
        <w:spacing w:line="360" w:lineRule="auto"/>
        <w:rPr>
          <w:rFonts w:ascii="Sakkal Majalla" w:hAnsi="Sakkal Majalla" w:cs="Sakkal Majalla"/>
          <w:b/>
          <w:bCs/>
          <w:sz w:val="36"/>
          <w:szCs w:val="36"/>
          <w:rtl/>
        </w:rPr>
      </w:pPr>
      <w:r w:rsidRPr="00EE6E63">
        <w:rPr>
          <w:rFonts w:ascii="Sakkal Majalla" w:hAnsi="Sakkal Majalla" w:cs="Sakkal Majalla" w:hint="cs"/>
          <w:b/>
          <w:bCs/>
          <w:sz w:val="36"/>
          <w:szCs w:val="36"/>
          <w:rtl/>
        </w:rPr>
        <w:t>شركة امازون</w:t>
      </w:r>
      <w:r w:rsidR="007B5A67">
        <w:rPr>
          <w:rFonts w:ascii="Sakkal Majalla" w:hAnsi="Sakkal Majalla" w:cs="Sakkal Majalla" w:hint="cs"/>
          <w:b/>
          <w:bCs/>
          <w:sz w:val="36"/>
          <w:szCs w:val="36"/>
          <w:rtl/>
        </w:rPr>
        <w:t xml:space="preserve"> </w:t>
      </w:r>
      <w:r w:rsidR="007B5A67">
        <w:rPr>
          <w:rFonts w:ascii="Sakkal Majalla" w:hAnsi="Sakkal Majalla" w:cs="Sakkal Majalla"/>
          <w:b/>
          <w:bCs/>
          <w:sz w:val="36"/>
          <w:szCs w:val="36"/>
        </w:rPr>
        <w:t>(Amazon)</w:t>
      </w:r>
      <w:r w:rsidRPr="00EE6E63">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
    <w:p w14:paraId="3FB8BEAC" w14:textId="6069E983" w:rsidR="00BF35B9" w:rsidRPr="00A30C7C" w:rsidRDefault="00BF35B9" w:rsidP="007B5A67">
      <w:pPr>
        <w:bidi/>
        <w:spacing w:line="360" w:lineRule="auto"/>
        <w:rPr>
          <w:rFonts w:ascii="Sakkal Majalla" w:hAnsi="Sakkal Majalla" w:cs="Sakkal Majalla"/>
          <w:b/>
          <w:bCs/>
          <w:sz w:val="36"/>
          <w:szCs w:val="36"/>
          <w:rtl/>
        </w:rPr>
      </w:pPr>
      <w:r w:rsidRPr="007B5A67">
        <w:rPr>
          <w:rFonts w:ascii="Sakkal Majalla" w:hAnsi="Sakkal Majalla" w:cs="Sakkal Majalla" w:hint="cs"/>
          <w:sz w:val="28"/>
          <w:szCs w:val="28"/>
          <w:rtl/>
        </w:rPr>
        <w:t>هي شركة</w:t>
      </w:r>
      <w:r w:rsidRPr="007B5A67">
        <w:rPr>
          <w:rFonts w:ascii="Sakkal Majalla" w:hAnsi="Sakkal Majalla" w:cs="Sakkal Majalla"/>
          <w:sz w:val="28"/>
          <w:szCs w:val="28"/>
          <w:rtl/>
        </w:rPr>
        <w:t xml:space="preserve"> </w:t>
      </w:r>
      <w:r w:rsidR="00367961">
        <w:rPr>
          <w:rFonts w:ascii="Sakkal Majalla" w:hAnsi="Sakkal Majalla" w:cs="Sakkal Majalla" w:hint="cs"/>
          <w:sz w:val="28"/>
          <w:szCs w:val="28"/>
          <w:rtl/>
        </w:rPr>
        <w:t xml:space="preserve">تجارية </w:t>
      </w:r>
      <w:r w:rsidRPr="007B5A67">
        <w:rPr>
          <w:rFonts w:ascii="Sakkal Majalla" w:hAnsi="Sakkal Majalla" w:cs="Sakkal Majalla"/>
          <w:sz w:val="28"/>
          <w:szCs w:val="28"/>
          <w:rtl/>
        </w:rPr>
        <w:t xml:space="preserve">تأسست في عام 1994 من قبل جيف بيزوس، تعد </w:t>
      </w:r>
      <w:r w:rsidR="00367961">
        <w:rPr>
          <w:rFonts w:ascii="Sakkal Majalla" w:hAnsi="Sakkal Majalla" w:cs="Sakkal Majalla" w:hint="cs"/>
          <w:sz w:val="28"/>
          <w:szCs w:val="28"/>
          <w:rtl/>
        </w:rPr>
        <w:t xml:space="preserve">في وقتنا الحالي وخلال السنوات الماضية </w:t>
      </w:r>
      <w:r w:rsidRPr="007B5A67">
        <w:rPr>
          <w:rFonts w:ascii="Sakkal Majalla" w:hAnsi="Sakkal Majalla" w:cs="Sakkal Majalla"/>
          <w:sz w:val="28"/>
          <w:szCs w:val="28"/>
          <w:rtl/>
        </w:rPr>
        <w:t xml:space="preserve">واحدة من أكبر شركات التجارة الإلكترونية والتكنولوجيا في العالم. استخدام </w:t>
      </w:r>
      <w:r w:rsidR="00367961">
        <w:rPr>
          <w:rFonts w:ascii="Sakkal Majalla" w:hAnsi="Sakkal Majalla" w:cs="Sakkal Majalla" w:hint="cs"/>
          <w:sz w:val="28"/>
          <w:szCs w:val="28"/>
          <w:rtl/>
        </w:rPr>
        <w:t>شركة امازون</w:t>
      </w:r>
      <w:r w:rsidRPr="007B5A67">
        <w:rPr>
          <w:rFonts w:ascii="Sakkal Majalla" w:hAnsi="Sakkal Majalla" w:cs="Sakkal Majalla"/>
          <w:sz w:val="28"/>
          <w:szCs w:val="28"/>
          <w:rtl/>
        </w:rPr>
        <w:t xml:space="preserve"> للأدوات الرقمية ووسائل الإعلام الرقمي كان </w:t>
      </w:r>
      <w:r w:rsidR="00E07C33">
        <w:rPr>
          <w:rFonts w:ascii="Sakkal Majalla" w:hAnsi="Sakkal Majalla" w:cs="Sakkal Majalla" w:hint="cs"/>
          <w:sz w:val="28"/>
          <w:szCs w:val="28"/>
          <w:rtl/>
        </w:rPr>
        <w:t xml:space="preserve">بدون شك </w:t>
      </w:r>
      <w:r w:rsidRPr="007B5A67">
        <w:rPr>
          <w:rFonts w:ascii="Sakkal Majalla" w:hAnsi="Sakkal Majalla" w:cs="Sakkal Majalla"/>
          <w:sz w:val="28"/>
          <w:szCs w:val="28"/>
          <w:rtl/>
        </w:rPr>
        <w:t>حاسماً في نموها السريع والمستدام</w:t>
      </w:r>
      <w:r w:rsidR="00E07C33">
        <w:rPr>
          <w:rFonts w:ascii="Sakkal Majalla" w:hAnsi="Sakkal Majalla" w:cs="Sakkal Majalla" w:hint="cs"/>
          <w:sz w:val="28"/>
          <w:szCs w:val="28"/>
          <w:rtl/>
        </w:rPr>
        <w:t xml:space="preserve">حتو الآن </w:t>
      </w:r>
      <w:r w:rsidRPr="007B5A67">
        <w:rPr>
          <w:rFonts w:ascii="Sakkal Majalla" w:hAnsi="Sakkal Majalla" w:cs="Sakkal Majalla"/>
          <w:sz w:val="28"/>
          <w:szCs w:val="28"/>
          <w:rtl/>
        </w:rPr>
        <w:t xml:space="preserve">. من بين الاستراتيجيات الرئيسية التي اعتمدتها </w:t>
      </w:r>
      <w:r w:rsidR="00E07C33">
        <w:rPr>
          <w:rFonts w:ascii="Sakkal Majalla" w:hAnsi="Sakkal Majalla" w:cs="Sakkal Majalla" w:hint="cs"/>
          <w:sz w:val="28"/>
          <w:szCs w:val="28"/>
          <w:rtl/>
        </w:rPr>
        <w:t>شركة ا</w:t>
      </w:r>
      <w:r w:rsidRPr="007B5A67">
        <w:rPr>
          <w:rFonts w:ascii="Sakkal Majalla" w:hAnsi="Sakkal Majalla" w:cs="Sakkal Majalla"/>
          <w:sz w:val="28"/>
          <w:szCs w:val="28"/>
          <w:rtl/>
        </w:rPr>
        <w:t xml:space="preserve">مازون، نجد </w:t>
      </w:r>
      <w:r w:rsidR="00E07C33">
        <w:rPr>
          <w:rFonts w:ascii="Sakkal Majalla" w:hAnsi="Sakkal Majalla" w:cs="Sakkal Majalla" w:hint="cs"/>
          <w:sz w:val="28"/>
          <w:szCs w:val="28"/>
          <w:rtl/>
        </w:rPr>
        <w:t>الترويج /ا</w:t>
      </w:r>
      <w:r w:rsidRPr="007B5A67">
        <w:rPr>
          <w:rFonts w:ascii="Sakkal Majalla" w:hAnsi="Sakkal Majalla" w:cs="Sakkal Majalla"/>
          <w:sz w:val="28"/>
          <w:szCs w:val="28"/>
          <w:rtl/>
        </w:rPr>
        <w:t>لتسويق عبر محركات البحث (</w:t>
      </w:r>
      <w:r w:rsidRPr="007B5A67">
        <w:rPr>
          <w:rFonts w:ascii="Sakkal Majalla" w:hAnsi="Sakkal Majalla" w:cs="Sakkal Majalla"/>
          <w:sz w:val="28"/>
          <w:szCs w:val="28"/>
        </w:rPr>
        <w:t>SEM</w:t>
      </w:r>
      <w:r w:rsidRPr="007B5A67">
        <w:rPr>
          <w:rFonts w:ascii="Sakkal Majalla" w:hAnsi="Sakkal Majalla" w:cs="Sakkal Majalla"/>
          <w:sz w:val="28"/>
          <w:szCs w:val="28"/>
          <w:rtl/>
        </w:rPr>
        <w:t>) وتحسين محركات البحث (</w:t>
      </w:r>
      <w:r w:rsidRPr="007B5A67">
        <w:rPr>
          <w:rFonts w:ascii="Sakkal Majalla" w:hAnsi="Sakkal Majalla" w:cs="Sakkal Majalla"/>
          <w:sz w:val="28"/>
          <w:szCs w:val="28"/>
        </w:rPr>
        <w:t>SEO</w:t>
      </w:r>
      <w:r w:rsidRPr="007B5A67">
        <w:rPr>
          <w:rFonts w:ascii="Sakkal Majalla" w:hAnsi="Sakkal Majalla" w:cs="Sakkal Majalla"/>
          <w:sz w:val="28"/>
          <w:szCs w:val="28"/>
          <w:rtl/>
        </w:rPr>
        <w:t xml:space="preserve">). من خلال تحسين ظهور منتجاتها في نتائج البحث على </w:t>
      </w:r>
      <w:r w:rsidR="00E07C33">
        <w:rPr>
          <w:rFonts w:ascii="Sakkal Majalla" w:hAnsi="Sakkal Majalla" w:cs="Sakkal Majalla" w:hint="cs"/>
          <w:sz w:val="28"/>
          <w:szCs w:val="28"/>
          <w:rtl/>
        </w:rPr>
        <w:t>ال</w:t>
      </w:r>
      <w:r w:rsidRPr="007B5A67">
        <w:rPr>
          <w:rFonts w:ascii="Sakkal Majalla" w:hAnsi="Sakkal Majalla" w:cs="Sakkal Majalla"/>
          <w:sz w:val="28"/>
          <w:szCs w:val="28"/>
          <w:rtl/>
        </w:rPr>
        <w:t>محركات البحث</w:t>
      </w:r>
      <w:r w:rsidR="00E07C33">
        <w:rPr>
          <w:rFonts w:ascii="Sakkal Majalla" w:hAnsi="Sakkal Majalla" w:cs="Sakkal Majalla" w:hint="cs"/>
          <w:sz w:val="28"/>
          <w:szCs w:val="28"/>
          <w:rtl/>
        </w:rPr>
        <w:t>ية</w:t>
      </w:r>
      <w:r w:rsidRPr="007B5A67">
        <w:rPr>
          <w:rFonts w:ascii="Sakkal Majalla" w:hAnsi="Sakkal Majalla" w:cs="Sakkal Majalla"/>
          <w:sz w:val="28"/>
          <w:szCs w:val="28"/>
          <w:rtl/>
        </w:rPr>
        <w:t xml:space="preserve"> مثل جوجل، مك</w:t>
      </w:r>
      <w:r w:rsidR="00E07C33">
        <w:rPr>
          <w:rFonts w:ascii="Sakkal Majalla" w:hAnsi="Sakkal Majalla" w:cs="Sakkal Majalla" w:hint="cs"/>
          <w:sz w:val="28"/>
          <w:szCs w:val="28"/>
          <w:rtl/>
        </w:rPr>
        <w:t>ّ</w:t>
      </w:r>
      <w:r w:rsidRPr="007B5A67">
        <w:rPr>
          <w:rFonts w:ascii="Sakkal Majalla" w:hAnsi="Sakkal Majalla" w:cs="Sakkal Majalla"/>
          <w:sz w:val="28"/>
          <w:szCs w:val="28"/>
          <w:rtl/>
        </w:rPr>
        <w:t xml:space="preserve">نت أمازون من جذب </w:t>
      </w:r>
      <w:r w:rsidR="00E07C33">
        <w:rPr>
          <w:rFonts w:ascii="Sakkal Majalla" w:hAnsi="Sakkal Majalla" w:cs="Sakkal Majalla" w:hint="cs"/>
          <w:sz w:val="28"/>
          <w:szCs w:val="28"/>
          <w:rtl/>
        </w:rPr>
        <w:t xml:space="preserve">أعداد </w:t>
      </w:r>
      <w:r w:rsidRPr="007B5A67">
        <w:rPr>
          <w:rFonts w:ascii="Sakkal Majalla" w:hAnsi="Sakkal Majalla" w:cs="Sakkal Majalla"/>
          <w:sz w:val="28"/>
          <w:szCs w:val="28"/>
          <w:rtl/>
        </w:rPr>
        <w:t>كبيرة من الزوار إلى موقعها</w:t>
      </w:r>
      <w:r w:rsidR="00E07C33">
        <w:rPr>
          <w:rFonts w:ascii="Sakkal Majalla" w:hAnsi="Sakkal Majalla" w:cs="Sakkal Majalla" w:hint="cs"/>
          <w:sz w:val="28"/>
          <w:szCs w:val="28"/>
          <w:rtl/>
        </w:rPr>
        <w:t xml:space="preserve"> , </w:t>
      </w:r>
      <w:r w:rsidRPr="007B5A67">
        <w:rPr>
          <w:rFonts w:ascii="Sakkal Majalla" w:hAnsi="Sakkal Majalla" w:cs="Sakkal Majalla"/>
          <w:sz w:val="28"/>
          <w:szCs w:val="28"/>
          <w:rtl/>
        </w:rPr>
        <w:t>بالإضافة إلى ذلك، استغلت أمازون وسائل التواصل الاجتماعي ب</w:t>
      </w:r>
      <w:r w:rsidR="00E07C33">
        <w:rPr>
          <w:rFonts w:ascii="Sakkal Majalla" w:hAnsi="Sakkal Majalla" w:cs="Sakkal Majalla" w:hint="cs"/>
          <w:sz w:val="28"/>
          <w:szCs w:val="28"/>
          <w:rtl/>
        </w:rPr>
        <w:t xml:space="preserve">طريقة مجدية ومدروسة , </w:t>
      </w:r>
      <w:r w:rsidRPr="007B5A67">
        <w:rPr>
          <w:rFonts w:ascii="Sakkal Majalla" w:hAnsi="Sakkal Majalla" w:cs="Sakkal Majalla"/>
          <w:sz w:val="28"/>
          <w:szCs w:val="28"/>
          <w:rtl/>
        </w:rPr>
        <w:t>على سبيل المثال، استخدمت حملات إعلانية موجهة على فيسبوك وإنستغرام للوصول إلى جمهور واسع ومتنوع</w:t>
      </w:r>
      <w:r w:rsidR="00E07C33">
        <w:rPr>
          <w:rFonts w:ascii="Sakkal Majalla" w:hAnsi="Sakkal Majalla" w:cs="Sakkal Majalla" w:hint="cs"/>
          <w:sz w:val="28"/>
          <w:szCs w:val="28"/>
          <w:rtl/>
        </w:rPr>
        <w:t xml:space="preserve"> ,</w:t>
      </w:r>
      <w:r w:rsidRPr="007B5A67">
        <w:rPr>
          <w:rFonts w:ascii="Sakkal Majalla" w:hAnsi="Sakkal Majalla" w:cs="Sakkal Majalla"/>
          <w:sz w:val="28"/>
          <w:szCs w:val="28"/>
          <w:rtl/>
        </w:rPr>
        <w:t xml:space="preserve"> هذه الحملات لم تقتصر فقط على الترويج للمنتجات، بل شملت </w:t>
      </w:r>
      <w:r w:rsidR="00E07C33">
        <w:rPr>
          <w:rFonts w:ascii="Sakkal Majalla" w:hAnsi="Sakkal Majalla" w:cs="Sakkal Majalla" w:hint="cs"/>
          <w:sz w:val="28"/>
          <w:szCs w:val="28"/>
          <w:rtl/>
        </w:rPr>
        <w:t xml:space="preserve">كذلك </w:t>
      </w:r>
      <w:r w:rsidRPr="007B5A67">
        <w:rPr>
          <w:rFonts w:ascii="Sakkal Majalla" w:hAnsi="Sakkal Majalla" w:cs="Sakkal Majalla"/>
          <w:sz w:val="28"/>
          <w:szCs w:val="28"/>
          <w:rtl/>
        </w:rPr>
        <w:t>عروضًا حصرية وتفاعلاً مباشراً مع العملاء، مما زاد من ولاء العملاء وتفاعلهم مع العلامة التجارية. أمازون أيضاً اعتمدت بشكل كبير على التسويق بالبريد الإلكتروني</w:t>
      </w:r>
      <w:r w:rsidR="00E07C33">
        <w:rPr>
          <w:rFonts w:ascii="Sakkal Majalla" w:hAnsi="Sakkal Majalla" w:cs="Sakkal Majalla" w:hint="cs"/>
          <w:sz w:val="28"/>
          <w:szCs w:val="28"/>
          <w:rtl/>
        </w:rPr>
        <w:t xml:space="preserve"> </w:t>
      </w:r>
      <w:r w:rsidR="00E07C33">
        <w:rPr>
          <w:rFonts w:ascii="Sakkal Majalla" w:hAnsi="Sakkal Majalla" w:cs="Sakkal Majalla"/>
          <w:sz w:val="28"/>
          <w:szCs w:val="28"/>
        </w:rPr>
        <w:t>(Email Markting)</w:t>
      </w:r>
      <w:r w:rsidR="00E07C33">
        <w:rPr>
          <w:rFonts w:ascii="Sakkal Majalla" w:hAnsi="Sakkal Majalla" w:cs="Sakkal Majalla" w:hint="cs"/>
          <w:sz w:val="28"/>
          <w:szCs w:val="28"/>
          <w:rtl/>
        </w:rPr>
        <w:t xml:space="preserve"> , </w:t>
      </w:r>
      <w:r w:rsidRPr="007B5A67">
        <w:rPr>
          <w:rFonts w:ascii="Sakkal Majalla" w:hAnsi="Sakkal Majalla" w:cs="Sakkal Majalla"/>
          <w:sz w:val="28"/>
          <w:szCs w:val="28"/>
          <w:rtl/>
        </w:rPr>
        <w:t xml:space="preserve">من خلال تحليل بيانات العملاء وسلوكهم الشرائي، كانت الشركة قادرة على إرسال رسائل بريدية مخصصة تحتوي على توصيات منتجات وعروض خاصة، مما ساهم في زيادة معدلات التحويل والمبيعات. واحدة من أبرز الأمثلة على استراتيجيات أمازون الناجحة هي استخدام التوصيات المخصصة التي تعتمد على خوارزميات التعلم الآلي. من خلال تحليل بيانات المشتريات السابقة وسلوك التصفح، تقدم أمازون توصيات مخصصة لكل عميل، مما يزيد من احتمالية الشراء ويعزز تجربة المستخدم. نتيجة لهذه الاستراتيجيات المتكاملة، </w:t>
      </w:r>
      <w:r w:rsidRPr="007B5A67">
        <w:rPr>
          <w:rFonts w:ascii="Sakkal Majalla" w:hAnsi="Sakkal Majalla" w:cs="Sakkal Majalla"/>
          <w:sz w:val="28"/>
          <w:szCs w:val="28"/>
          <w:rtl/>
        </w:rPr>
        <w:lastRenderedPageBreak/>
        <w:t>شهدت أمازون نمواً هائلاً على مر السنين. على سبيل المثال، في عام 2020، سجلت الشركة إيرادات تجاوزت 386 مليار دولار، بزيادة قدرها 38٪ عن العام السابق. هذا النمو يعكس كفاءة استراتيجيات التسويق الرقمي التي اعتمدتها أمازون في جذب العملاء والاحتفاظ بهم وزيادة مبيعاتها.</w:t>
      </w:r>
    </w:p>
    <w:p w14:paraId="0311E0F0" w14:textId="77777777" w:rsidR="00BF35B9" w:rsidRDefault="00BF35B9" w:rsidP="00DB17E9">
      <w:pPr>
        <w:spacing w:line="360" w:lineRule="auto"/>
        <w:jc w:val="right"/>
        <w:rPr>
          <w:rFonts w:ascii="Sakkal Majalla" w:hAnsi="Sakkal Majalla" w:cs="Sakkal Majalla"/>
          <w:sz w:val="28"/>
          <w:szCs w:val="28"/>
        </w:rPr>
      </w:pPr>
    </w:p>
    <w:p w14:paraId="3289367B" w14:textId="77777777" w:rsidR="00836149" w:rsidRDefault="00836149" w:rsidP="00DB17E9">
      <w:pPr>
        <w:spacing w:line="360" w:lineRule="auto"/>
        <w:jc w:val="right"/>
        <w:rPr>
          <w:rFonts w:ascii="Sakkal Majalla" w:hAnsi="Sakkal Majalla" w:cs="Sakkal Majalla"/>
          <w:sz w:val="28"/>
          <w:szCs w:val="28"/>
        </w:rPr>
      </w:pPr>
    </w:p>
    <w:p w14:paraId="6FB26B50" w14:textId="77777777" w:rsidR="00836149" w:rsidRDefault="00836149" w:rsidP="00DB17E9">
      <w:pPr>
        <w:spacing w:line="360" w:lineRule="auto"/>
        <w:jc w:val="right"/>
        <w:rPr>
          <w:rFonts w:ascii="Sakkal Majalla" w:hAnsi="Sakkal Majalla" w:cs="Sakkal Majalla"/>
          <w:sz w:val="28"/>
          <w:szCs w:val="28"/>
          <w:rtl/>
        </w:rPr>
      </w:pPr>
    </w:p>
    <w:p w14:paraId="0A72C713" w14:textId="77777777" w:rsidR="00E27A82" w:rsidRDefault="00E27A82" w:rsidP="00DB17E9">
      <w:pPr>
        <w:spacing w:line="360" w:lineRule="auto"/>
        <w:jc w:val="right"/>
        <w:rPr>
          <w:rFonts w:ascii="Sakkal Majalla" w:hAnsi="Sakkal Majalla" w:cs="Sakkal Majalla"/>
          <w:sz w:val="28"/>
          <w:szCs w:val="28"/>
          <w:rtl/>
        </w:rPr>
      </w:pPr>
    </w:p>
    <w:p w14:paraId="3AD1D288" w14:textId="5FA3E1DB" w:rsidR="008745F2" w:rsidRPr="007B2E7A" w:rsidRDefault="007B2E7A" w:rsidP="00DB17E9">
      <w:pPr>
        <w:spacing w:line="360" w:lineRule="auto"/>
        <w:jc w:val="right"/>
        <w:rPr>
          <w:rFonts w:ascii="Sakkal Majalla" w:hAnsi="Sakkal Majalla" w:cs="Sakkal Majalla"/>
          <w:b/>
          <w:bCs/>
          <w:sz w:val="36"/>
          <w:szCs w:val="36"/>
          <w:rtl/>
        </w:rPr>
      </w:pPr>
      <w:r w:rsidRPr="007B2E7A">
        <w:rPr>
          <w:rFonts w:ascii="Sakkal Majalla" w:hAnsi="Sakkal Majalla" w:cs="Sakkal Majalla" w:hint="cs"/>
          <w:b/>
          <w:bCs/>
          <w:sz w:val="36"/>
          <w:szCs w:val="36"/>
          <w:rtl/>
        </w:rPr>
        <w:t>منهجية الدراسة:</w:t>
      </w:r>
    </w:p>
    <w:p w14:paraId="60BFE75C" w14:textId="70EE2494" w:rsidR="001B5917" w:rsidRDefault="00B602D8" w:rsidP="00C37581">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تعتمد هذه الدراسة على </w:t>
      </w:r>
      <w:r w:rsidR="00C5126D">
        <w:rPr>
          <w:rFonts w:ascii="Sakkal Majalla" w:hAnsi="Sakkal Majalla" w:cs="Sakkal Majalla" w:hint="cs"/>
          <w:sz w:val="28"/>
          <w:szCs w:val="28"/>
          <w:rtl/>
        </w:rPr>
        <w:t>المسح الإعلامي و</w:t>
      </w:r>
      <w:r>
        <w:rPr>
          <w:rFonts w:ascii="Sakkal Majalla" w:hAnsi="Sakkal Majalla" w:cs="Sakkal Majalla" w:hint="cs"/>
          <w:sz w:val="28"/>
          <w:szCs w:val="28"/>
          <w:rtl/>
        </w:rPr>
        <w:t xml:space="preserve">المنهج الوصفي التحليلي , والذي يهدف الى وصف الظواهر وجمع البيانات </w:t>
      </w:r>
      <w:r w:rsidR="001B5917">
        <w:rPr>
          <w:rFonts w:ascii="Sakkal Majalla" w:hAnsi="Sakkal Majalla" w:cs="Sakkal Majalla" w:hint="cs"/>
          <w:sz w:val="28"/>
          <w:szCs w:val="28"/>
          <w:rtl/>
        </w:rPr>
        <w:t xml:space="preserve">النظرية </w:t>
      </w:r>
      <w:r>
        <w:rPr>
          <w:rFonts w:ascii="Sakkal Majalla" w:hAnsi="Sakkal Majalla" w:cs="Sakkal Majalla" w:hint="cs"/>
          <w:sz w:val="28"/>
          <w:szCs w:val="28"/>
          <w:rtl/>
        </w:rPr>
        <w:t xml:space="preserve">المتاحة </w:t>
      </w:r>
      <w:r w:rsidR="001B5917">
        <w:rPr>
          <w:rFonts w:ascii="Sakkal Majalla" w:hAnsi="Sakkal Majalla" w:cs="Sakkal Majalla" w:hint="cs"/>
          <w:sz w:val="28"/>
          <w:szCs w:val="28"/>
          <w:rtl/>
        </w:rPr>
        <w:t>,</w:t>
      </w:r>
      <w:r>
        <w:rPr>
          <w:rFonts w:ascii="Sakkal Majalla" w:hAnsi="Sakkal Majalla" w:cs="Sakkal Majalla" w:hint="cs"/>
          <w:sz w:val="28"/>
          <w:szCs w:val="28"/>
          <w:rtl/>
        </w:rPr>
        <w:t xml:space="preserve">والملاحظات وتحليلها للوصول إلى إستنتاجات علمية دقيقة , كما سيتم عمل </w:t>
      </w:r>
      <w:r w:rsidR="004D1214">
        <w:rPr>
          <w:rFonts w:ascii="Sakkal Majalla" w:hAnsi="Sakkal Majalla" w:cs="Sakkal Majalla" w:hint="cs"/>
          <w:sz w:val="28"/>
          <w:szCs w:val="28"/>
          <w:rtl/>
        </w:rPr>
        <w:t>إستبيانات موجهه</w:t>
      </w:r>
      <w:r w:rsidR="00C5126D">
        <w:rPr>
          <w:rFonts w:ascii="Sakkal Majalla" w:hAnsi="Sakkal Majalla" w:cs="Sakkal Majalla" w:hint="cs"/>
          <w:sz w:val="28"/>
          <w:szCs w:val="28"/>
          <w:rtl/>
        </w:rPr>
        <w:t xml:space="preserve"> </w:t>
      </w:r>
      <w:r>
        <w:rPr>
          <w:rFonts w:ascii="Sakkal Majalla" w:hAnsi="Sakkal Majalla" w:cs="Sakkal Majalla" w:hint="cs"/>
          <w:sz w:val="28"/>
          <w:szCs w:val="28"/>
          <w:rtl/>
        </w:rPr>
        <w:t>لجمع المزيد من البيانات الميدانية وتحليلها لخلق صورة واضحة لتأثيرات الإعلام الرقمي في القطاع التجاري والإجابة على تساؤلات الدراسة .</w:t>
      </w:r>
    </w:p>
    <w:p w14:paraId="210876A9" w14:textId="7E7A1621" w:rsidR="00E27A82" w:rsidRDefault="00E27A82" w:rsidP="00E27A82">
      <w:pPr>
        <w:bidi/>
        <w:spacing w:line="360" w:lineRule="auto"/>
        <w:rPr>
          <w:rFonts w:ascii="Sakkal Majalla" w:hAnsi="Sakkal Majalla" w:cs="Sakkal Majalla"/>
          <w:b/>
          <w:bCs/>
          <w:sz w:val="36"/>
          <w:szCs w:val="36"/>
          <w:rtl/>
        </w:rPr>
      </w:pPr>
    </w:p>
    <w:p w14:paraId="71F7F811" w14:textId="77777777" w:rsidR="00E27A82" w:rsidRDefault="00E27A82" w:rsidP="00E27A82">
      <w:pPr>
        <w:bidi/>
        <w:spacing w:line="360" w:lineRule="auto"/>
        <w:rPr>
          <w:rFonts w:ascii="Sakkal Majalla" w:hAnsi="Sakkal Majalla" w:cs="Sakkal Majalla"/>
          <w:b/>
          <w:bCs/>
          <w:sz w:val="36"/>
          <w:szCs w:val="36"/>
          <w:rtl/>
        </w:rPr>
      </w:pPr>
    </w:p>
    <w:p w14:paraId="5192AEBE" w14:textId="77777777" w:rsidR="00E27A82" w:rsidRDefault="00E27A82" w:rsidP="00E27A82">
      <w:pPr>
        <w:bidi/>
        <w:spacing w:line="360" w:lineRule="auto"/>
        <w:rPr>
          <w:rFonts w:ascii="Sakkal Majalla" w:hAnsi="Sakkal Majalla" w:cs="Sakkal Majalla"/>
          <w:b/>
          <w:bCs/>
          <w:sz w:val="36"/>
          <w:szCs w:val="36"/>
          <w:rtl/>
        </w:rPr>
      </w:pPr>
    </w:p>
    <w:p w14:paraId="47D74B99" w14:textId="77777777" w:rsidR="00E27A82" w:rsidRDefault="00E27A82" w:rsidP="00E27A82">
      <w:pPr>
        <w:bidi/>
        <w:spacing w:line="360" w:lineRule="auto"/>
        <w:rPr>
          <w:rFonts w:ascii="Sakkal Majalla" w:hAnsi="Sakkal Majalla" w:cs="Sakkal Majalla"/>
          <w:b/>
          <w:bCs/>
          <w:sz w:val="36"/>
          <w:szCs w:val="36"/>
          <w:rtl/>
        </w:rPr>
      </w:pPr>
    </w:p>
    <w:p w14:paraId="16E11C79" w14:textId="77777777" w:rsidR="00E27A82" w:rsidRDefault="00E27A82" w:rsidP="00E27A82">
      <w:pPr>
        <w:bidi/>
        <w:spacing w:line="360" w:lineRule="auto"/>
        <w:rPr>
          <w:rFonts w:ascii="Sakkal Majalla" w:hAnsi="Sakkal Majalla" w:cs="Sakkal Majalla"/>
          <w:b/>
          <w:bCs/>
          <w:sz w:val="36"/>
          <w:szCs w:val="36"/>
        </w:rPr>
      </w:pPr>
    </w:p>
    <w:p w14:paraId="49249DBA" w14:textId="77777777" w:rsidR="008144EF" w:rsidRDefault="008144EF" w:rsidP="008144EF">
      <w:pPr>
        <w:bidi/>
        <w:spacing w:line="360" w:lineRule="auto"/>
        <w:rPr>
          <w:rFonts w:ascii="Sakkal Majalla" w:hAnsi="Sakkal Majalla" w:cs="Sakkal Majalla"/>
          <w:b/>
          <w:bCs/>
          <w:sz w:val="36"/>
          <w:szCs w:val="36"/>
        </w:rPr>
      </w:pPr>
    </w:p>
    <w:p w14:paraId="496709D2" w14:textId="01D45099" w:rsidR="00C5126D" w:rsidRDefault="00C5126D" w:rsidP="008144EF">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أدوات جمع البيانات:</w:t>
      </w:r>
    </w:p>
    <w:p w14:paraId="1B8CCCBC" w14:textId="3DA7720A" w:rsidR="00C5126D" w:rsidRPr="00C5126D" w:rsidRDefault="00C5126D" w:rsidP="00C5126D">
      <w:pPr>
        <w:bidi/>
        <w:spacing w:line="360" w:lineRule="auto"/>
        <w:rPr>
          <w:rFonts w:ascii="Sakkal Majalla" w:hAnsi="Sakkal Majalla" w:cs="Sakkal Majalla"/>
          <w:b/>
          <w:bCs/>
          <w:sz w:val="32"/>
          <w:szCs w:val="32"/>
          <w:rtl/>
        </w:rPr>
      </w:pPr>
      <w:r w:rsidRPr="00C5126D">
        <w:rPr>
          <w:rFonts w:ascii="Sakkal Majalla" w:hAnsi="Sakkal Majalla" w:cs="Sakkal Majalla" w:hint="cs"/>
          <w:b/>
          <w:bCs/>
          <w:sz w:val="32"/>
          <w:szCs w:val="32"/>
          <w:rtl/>
        </w:rPr>
        <w:t xml:space="preserve">تنقسم أدوات جمع البيانات في هذه الدراسة بشقّيها النظري والميداني الى: </w:t>
      </w:r>
    </w:p>
    <w:p w14:paraId="530C03AD" w14:textId="45E1C474" w:rsidR="00C5126D" w:rsidRPr="00090900" w:rsidRDefault="00C5126D" w:rsidP="00C5126D">
      <w:pPr>
        <w:bidi/>
        <w:spacing w:line="360" w:lineRule="auto"/>
        <w:rPr>
          <w:rFonts w:ascii="Sakkal Majalla" w:hAnsi="Sakkal Majalla" w:cs="Sakkal Majalla"/>
          <w:b/>
          <w:bCs/>
          <w:sz w:val="28"/>
          <w:szCs w:val="28"/>
          <w:rtl/>
        </w:rPr>
      </w:pPr>
      <w:r w:rsidRPr="00090900">
        <w:rPr>
          <w:rFonts w:ascii="Sakkal Majalla" w:hAnsi="Sakkal Majalla" w:cs="Sakkal Majalla" w:hint="cs"/>
          <w:b/>
          <w:bCs/>
          <w:sz w:val="28"/>
          <w:szCs w:val="28"/>
          <w:rtl/>
        </w:rPr>
        <w:t xml:space="preserve">الجانب النظري : سيتم جمع البيانات المتاحة </w:t>
      </w:r>
      <w:r w:rsidR="00090900" w:rsidRPr="00090900">
        <w:rPr>
          <w:rFonts w:ascii="Sakkal Majalla" w:hAnsi="Sakkal Majalla" w:cs="Sakkal Majalla" w:hint="cs"/>
          <w:b/>
          <w:bCs/>
          <w:sz w:val="28"/>
          <w:szCs w:val="28"/>
          <w:rtl/>
        </w:rPr>
        <w:t xml:space="preserve">والملاحظات على (الإنترنت </w:t>
      </w:r>
      <w:r w:rsidR="00090900" w:rsidRPr="00090900">
        <w:rPr>
          <w:rFonts w:ascii="Sakkal Majalla" w:hAnsi="Sakkal Majalla" w:cs="Sakkal Majalla"/>
          <w:b/>
          <w:bCs/>
          <w:sz w:val="28"/>
          <w:szCs w:val="28"/>
          <w:rtl/>
        </w:rPr>
        <w:t>–</w:t>
      </w:r>
      <w:r w:rsidR="00090900" w:rsidRPr="00090900">
        <w:rPr>
          <w:rFonts w:ascii="Sakkal Majalla" w:hAnsi="Sakkal Majalla" w:cs="Sakkal Majalla" w:hint="cs"/>
          <w:b/>
          <w:bCs/>
          <w:sz w:val="28"/>
          <w:szCs w:val="28"/>
          <w:rtl/>
        </w:rPr>
        <w:t xml:space="preserve"> منصات التواصل الاجتماعي </w:t>
      </w:r>
      <w:r w:rsidR="00090900" w:rsidRPr="00090900">
        <w:rPr>
          <w:rFonts w:ascii="Sakkal Majalla" w:hAnsi="Sakkal Majalla" w:cs="Sakkal Majalla"/>
          <w:b/>
          <w:bCs/>
          <w:sz w:val="28"/>
          <w:szCs w:val="28"/>
          <w:rtl/>
        </w:rPr>
        <w:t>–</w:t>
      </w:r>
      <w:r w:rsidR="00090900" w:rsidRPr="00090900">
        <w:rPr>
          <w:rFonts w:ascii="Sakkal Majalla" w:hAnsi="Sakkal Majalla" w:cs="Sakkal Majalla" w:hint="cs"/>
          <w:b/>
          <w:bCs/>
          <w:sz w:val="28"/>
          <w:szCs w:val="28"/>
          <w:rtl/>
        </w:rPr>
        <w:t xml:space="preserve"> المقالات </w:t>
      </w:r>
      <w:r w:rsidR="00090900" w:rsidRPr="00090900">
        <w:rPr>
          <w:rFonts w:ascii="Sakkal Majalla" w:hAnsi="Sakkal Majalla" w:cs="Sakkal Majalla"/>
          <w:b/>
          <w:bCs/>
          <w:sz w:val="28"/>
          <w:szCs w:val="28"/>
          <w:rtl/>
        </w:rPr>
        <w:t>–</w:t>
      </w:r>
      <w:r w:rsidR="00090900" w:rsidRPr="00090900">
        <w:rPr>
          <w:rFonts w:ascii="Sakkal Majalla" w:hAnsi="Sakkal Majalla" w:cs="Sakkal Majalla" w:hint="cs"/>
          <w:b/>
          <w:bCs/>
          <w:sz w:val="28"/>
          <w:szCs w:val="28"/>
          <w:rtl/>
        </w:rPr>
        <w:t xml:space="preserve"> المدونات </w:t>
      </w:r>
      <w:r w:rsidR="00090900" w:rsidRPr="00090900">
        <w:rPr>
          <w:rFonts w:ascii="Sakkal Majalla" w:hAnsi="Sakkal Majalla" w:cs="Sakkal Majalla"/>
          <w:b/>
          <w:bCs/>
          <w:sz w:val="28"/>
          <w:szCs w:val="28"/>
          <w:rtl/>
        </w:rPr>
        <w:t>–</w:t>
      </w:r>
      <w:r w:rsidR="00090900" w:rsidRPr="00090900">
        <w:rPr>
          <w:rFonts w:ascii="Sakkal Majalla" w:hAnsi="Sakkal Majalla" w:cs="Sakkal Majalla" w:hint="cs"/>
          <w:b/>
          <w:bCs/>
          <w:sz w:val="28"/>
          <w:szCs w:val="28"/>
          <w:rtl/>
        </w:rPr>
        <w:t xml:space="preserve"> الكتب) ووصفها وتحليلها .</w:t>
      </w:r>
    </w:p>
    <w:p w14:paraId="6290BB1F" w14:textId="20B5E12F" w:rsidR="0082623B" w:rsidRPr="00A30C7C" w:rsidRDefault="00090900" w:rsidP="00A30C7C">
      <w:pPr>
        <w:bidi/>
        <w:spacing w:line="360" w:lineRule="auto"/>
        <w:rPr>
          <w:rFonts w:ascii="Sakkal Majalla" w:hAnsi="Sakkal Majalla" w:cs="Sakkal Majalla"/>
          <w:b/>
          <w:bCs/>
          <w:sz w:val="28"/>
          <w:szCs w:val="28"/>
          <w:rtl/>
        </w:rPr>
      </w:pPr>
      <w:r w:rsidRPr="00090900">
        <w:rPr>
          <w:rFonts w:ascii="Sakkal Majalla" w:hAnsi="Sakkal Majalla" w:cs="Sakkal Majalla" w:hint="cs"/>
          <w:b/>
          <w:bCs/>
          <w:sz w:val="28"/>
          <w:szCs w:val="28"/>
          <w:rtl/>
        </w:rPr>
        <w:t xml:space="preserve">الجانب العملي : سيتم عمل </w:t>
      </w:r>
      <w:r w:rsidR="004D1214">
        <w:rPr>
          <w:rFonts w:ascii="Sakkal Majalla" w:hAnsi="Sakkal Majalla" w:cs="Sakkal Majalla" w:hint="cs"/>
          <w:b/>
          <w:bCs/>
          <w:sz w:val="28"/>
          <w:szCs w:val="28"/>
          <w:rtl/>
        </w:rPr>
        <w:t xml:space="preserve">إستبيانات لمجموعة متنوعة من </w:t>
      </w:r>
      <w:r w:rsidR="0082623B">
        <w:rPr>
          <w:rFonts w:ascii="Sakkal Majalla" w:hAnsi="Sakkal Majalla" w:cs="Sakkal Majalla" w:hint="cs"/>
          <w:b/>
          <w:bCs/>
          <w:sz w:val="28"/>
          <w:szCs w:val="28"/>
          <w:rtl/>
        </w:rPr>
        <w:t>الم</w:t>
      </w:r>
      <w:r w:rsidR="0058114C">
        <w:rPr>
          <w:rFonts w:ascii="Sakkal Majalla" w:hAnsi="Sakkal Majalla" w:cs="Sakkal Majalla" w:hint="cs"/>
          <w:b/>
          <w:bCs/>
          <w:sz w:val="28"/>
          <w:szCs w:val="28"/>
          <w:rtl/>
        </w:rPr>
        <w:t xml:space="preserve">ختصين في الإعلام/التسويق الرقمي </w:t>
      </w:r>
      <w:r w:rsidR="0082623B">
        <w:rPr>
          <w:rFonts w:ascii="Sakkal Majalla" w:hAnsi="Sakkal Majalla" w:cs="Sakkal Majalla" w:hint="cs"/>
          <w:b/>
          <w:bCs/>
          <w:sz w:val="28"/>
          <w:szCs w:val="28"/>
          <w:rtl/>
        </w:rPr>
        <w:t>ممن يعملون في القطاع</w:t>
      </w:r>
      <w:r w:rsidR="0058114C">
        <w:rPr>
          <w:rFonts w:ascii="Sakkal Majalla" w:hAnsi="Sakkal Majalla" w:cs="Sakkal Majalla" w:hint="cs"/>
          <w:b/>
          <w:bCs/>
          <w:sz w:val="28"/>
          <w:szCs w:val="28"/>
          <w:rtl/>
        </w:rPr>
        <w:t>ات</w:t>
      </w:r>
      <w:r w:rsidR="0082623B">
        <w:rPr>
          <w:rFonts w:ascii="Sakkal Majalla" w:hAnsi="Sakkal Majalla" w:cs="Sakkal Majalla" w:hint="cs"/>
          <w:b/>
          <w:bCs/>
          <w:sz w:val="28"/>
          <w:szCs w:val="28"/>
          <w:rtl/>
        </w:rPr>
        <w:t xml:space="preserve"> التجاري</w:t>
      </w:r>
      <w:r w:rsidR="0058114C">
        <w:rPr>
          <w:rFonts w:ascii="Sakkal Majalla" w:hAnsi="Sakkal Majalla" w:cs="Sakkal Majalla" w:hint="cs"/>
          <w:b/>
          <w:bCs/>
          <w:sz w:val="28"/>
          <w:szCs w:val="28"/>
          <w:rtl/>
        </w:rPr>
        <w:t>ة</w:t>
      </w:r>
    </w:p>
    <w:p w14:paraId="59FFEDB4" w14:textId="77777777" w:rsidR="00836149" w:rsidRDefault="00836149" w:rsidP="0082623B">
      <w:pPr>
        <w:bidi/>
        <w:spacing w:line="360" w:lineRule="auto"/>
        <w:rPr>
          <w:rFonts w:ascii="Sakkal Majalla" w:hAnsi="Sakkal Majalla" w:cs="Sakkal Majalla"/>
          <w:b/>
          <w:bCs/>
          <w:sz w:val="36"/>
          <w:szCs w:val="36"/>
        </w:rPr>
      </w:pPr>
    </w:p>
    <w:p w14:paraId="50C3A55D" w14:textId="77777777" w:rsidR="00836149" w:rsidRDefault="00836149" w:rsidP="00836149">
      <w:pPr>
        <w:bidi/>
        <w:spacing w:line="360" w:lineRule="auto"/>
        <w:rPr>
          <w:rFonts w:ascii="Sakkal Majalla" w:hAnsi="Sakkal Majalla" w:cs="Sakkal Majalla"/>
          <w:b/>
          <w:bCs/>
          <w:sz w:val="36"/>
          <w:szCs w:val="36"/>
        </w:rPr>
      </w:pPr>
    </w:p>
    <w:p w14:paraId="17043C3C" w14:textId="4A4EEC14" w:rsidR="000C0C47" w:rsidRDefault="000C0C47" w:rsidP="00836149">
      <w:pPr>
        <w:bidi/>
        <w:spacing w:line="360" w:lineRule="auto"/>
        <w:rPr>
          <w:rFonts w:ascii="Sakkal Majalla" w:hAnsi="Sakkal Majalla" w:cs="Sakkal Majalla"/>
          <w:b/>
          <w:bCs/>
          <w:sz w:val="36"/>
          <w:szCs w:val="36"/>
          <w:rtl/>
        </w:rPr>
      </w:pPr>
      <w:r w:rsidRPr="000C0C47">
        <w:rPr>
          <w:rFonts w:ascii="Sakkal Majalla" w:hAnsi="Sakkal Majalla" w:cs="Sakkal Majalla" w:hint="cs"/>
          <w:b/>
          <w:bCs/>
          <w:sz w:val="36"/>
          <w:szCs w:val="36"/>
          <w:rtl/>
        </w:rPr>
        <w:t>حدود وعينة الدراسة</w:t>
      </w:r>
      <w:r>
        <w:rPr>
          <w:rFonts w:ascii="Sakkal Majalla" w:hAnsi="Sakkal Majalla" w:cs="Sakkal Majalla" w:hint="cs"/>
          <w:b/>
          <w:bCs/>
          <w:sz w:val="36"/>
          <w:szCs w:val="36"/>
          <w:rtl/>
        </w:rPr>
        <w:t xml:space="preserve"> الميدانية</w:t>
      </w:r>
      <w:r w:rsidRPr="000C0C47">
        <w:rPr>
          <w:rFonts w:ascii="Sakkal Majalla" w:hAnsi="Sakkal Majalla" w:cs="Sakkal Majalla" w:hint="cs"/>
          <w:b/>
          <w:bCs/>
          <w:sz w:val="36"/>
          <w:szCs w:val="36"/>
          <w:rtl/>
        </w:rPr>
        <w:t xml:space="preserve"> :</w:t>
      </w:r>
    </w:p>
    <w:p w14:paraId="44B9F1A5" w14:textId="7D920B63" w:rsidR="000C0C47" w:rsidRPr="00A2049F" w:rsidRDefault="00A2049F" w:rsidP="000C0C47">
      <w:pPr>
        <w:bidi/>
        <w:spacing w:line="360" w:lineRule="auto"/>
        <w:rPr>
          <w:rFonts w:ascii="Sakkal Majalla" w:hAnsi="Sakkal Majalla" w:cs="Sakkal Majalla"/>
          <w:sz w:val="28"/>
          <w:szCs w:val="28"/>
          <w:rtl/>
        </w:rPr>
      </w:pPr>
      <w:r w:rsidRPr="00BE47BA">
        <w:rPr>
          <w:rFonts w:ascii="Sakkal Majalla" w:hAnsi="Sakkal Majalla" w:cs="Sakkal Majalla" w:hint="cs"/>
          <w:b/>
          <w:bCs/>
          <w:sz w:val="32"/>
          <w:szCs w:val="32"/>
          <w:rtl/>
        </w:rPr>
        <w:t>حدود الدراسة :</w:t>
      </w:r>
      <w:r w:rsidRPr="00A2049F">
        <w:rPr>
          <w:rFonts w:ascii="Sakkal Majalla" w:hAnsi="Sakkal Majalla" w:cs="Sakkal Majalla" w:hint="cs"/>
          <w:sz w:val="28"/>
          <w:szCs w:val="28"/>
          <w:rtl/>
        </w:rPr>
        <w:t xml:space="preserve"> </w:t>
      </w:r>
      <w:r w:rsidR="009C2BE4">
        <w:rPr>
          <w:rFonts w:ascii="Sakkal Majalla" w:hAnsi="Sakkal Majalla" w:cs="Sakkal Majalla" w:hint="cs"/>
          <w:sz w:val="28"/>
          <w:szCs w:val="28"/>
          <w:rtl/>
        </w:rPr>
        <w:t>(</w:t>
      </w:r>
      <w:r w:rsidRPr="00A2049F">
        <w:rPr>
          <w:rFonts w:ascii="Sakkal Majalla" w:hAnsi="Sakkal Majalla" w:cs="Sakkal Majalla" w:hint="cs"/>
          <w:sz w:val="28"/>
          <w:szCs w:val="28"/>
          <w:rtl/>
        </w:rPr>
        <w:t xml:space="preserve">المملكة العربية السعودية </w:t>
      </w:r>
      <w:r w:rsidR="009C2BE4">
        <w:rPr>
          <w:rFonts w:ascii="Sakkal Majalla" w:hAnsi="Sakkal Majalla" w:cs="Sakkal Majalla"/>
          <w:sz w:val="28"/>
          <w:szCs w:val="28"/>
          <w:rtl/>
        </w:rPr>
        <w:t>–</w:t>
      </w:r>
      <w:r w:rsidR="009C2BE4">
        <w:rPr>
          <w:rFonts w:ascii="Sakkal Majalla" w:hAnsi="Sakkal Majalla" w:cs="Sakkal Majalla" w:hint="cs"/>
          <w:sz w:val="28"/>
          <w:szCs w:val="28"/>
          <w:rtl/>
        </w:rPr>
        <w:t xml:space="preserve"> الإمارات العربية المتحدة </w:t>
      </w:r>
      <w:r w:rsidR="009C2BE4">
        <w:rPr>
          <w:rFonts w:ascii="Sakkal Majalla" w:hAnsi="Sakkal Majalla" w:cs="Sakkal Majalla"/>
          <w:sz w:val="28"/>
          <w:szCs w:val="28"/>
          <w:rtl/>
        </w:rPr>
        <w:t>–</w:t>
      </w:r>
      <w:r w:rsidR="009C2BE4">
        <w:rPr>
          <w:rFonts w:ascii="Sakkal Majalla" w:hAnsi="Sakkal Majalla" w:cs="Sakkal Majalla" w:hint="cs"/>
          <w:sz w:val="28"/>
          <w:szCs w:val="28"/>
          <w:rtl/>
        </w:rPr>
        <w:t xml:space="preserve"> مصر ) ا</w:t>
      </w:r>
      <w:r w:rsidR="0082623B">
        <w:rPr>
          <w:rFonts w:ascii="Sakkal Majalla" w:hAnsi="Sakkal Majalla" w:cs="Sakkal Majalla" w:hint="cs"/>
          <w:sz w:val="28"/>
          <w:szCs w:val="28"/>
          <w:rtl/>
        </w:rPr>
        <w:t>لقطاع التجاري</w:t>
      </w:r>
    </w:p>
    <w:p w14:paraId="4327C20A" w14:textId="21C7480A" w:rsidR="004D1214" w:rsidRDefault="00A2049F" w:rsidP="004D1214">
      <w:pPr>
        <w:bidi/>
        <w:spacing w:line="360" w:lineRule="auto"/>
        <w:rPr>
          <w:rFonts w:ascii="Sakkal Majalla" w:hAnsi="Sakkal Majalla" w:cs="Sakkal Majalla"/>
          <w:sz w:val="28"/>
          <w:szCs w:val="28"/>
          <w:rtl/>
        </w:rPr>
      </w:pPr>
      <w:r w:rsidRPr="00BE47BA">
        <w:rPr>
          <w:rFonts w:ascii="Sakkal Majalla" w:hAnsi="Sakkal Majalla" w:cs="Sakkal Majalla" w:hint="cs"/>
          <w:b/>
          <w:bCs/>
          <w:sz w:val="32"/>
          <w:szCs w:val="32"/>
          <w:rtl/>
        </w:rPr>
        <w:t xml:space="preserve">عينة الدراسة </w:t>
      </w:r>
      <w:r w:rsidR="004D1214" w:rsidRPr="00BE47BA">
        <w:rPr>
          <w:rFonts w:ascii="Sakkal Majalla" w:hAnsi="Sakkal Majalla" w:cs="Sakkal Majalla" w:hint="cs"/>
          <w:b/>
          <w:bCs/>
          <w:sz w:val="32"/>
          <w:szCs w:val="32"/>
          <w:rtl/>
        </w:rPr>
        <w:t>:</w:t>
      </w:r>
      <w:r w:rsidR="004D1214">
        <w:rPr>
          <w:rFonts w:ascii="Sakkal Majalla" w:hAnsi="Sakkal Majalla" w:cs="Sakkal Majalla" w:hint="cs"/>
          <w:sz w:val="28"/>
          <w:szCs w:val="28"/>
          <w:rtl/>
        </w:rPr>
        <w:t xml:space="preserve"> </w:t>
      </w:r>
      <w:r w:rsidR="00D95F5B">
        <w:rPr>
          <w:rFonts w:ascii="Sakkal Majalla" w:hAnsi="Sakkal Majalla" w:cs="Sakkal Majalla" w:hint="cs"/>
          <w:sz w:val="28"/>
          <w:szCs w:val="28"/>
          <w:rtl/>
        </w:rPr>
        <w:t xml:space="preserve">عينة </w:t>
      </w:r>
      <w:r w:rsidR="00060BD9">
        <w:rPr>
          <w:rFonts w:ascii="Sakkal Majalla" w:hAnsi="Sakkal Majalla" w:cs="Sakkal Majalla" w:hint="cs"/>
          <w:sz w:val="28"/>
          <w:szCs w:val="28"/>
          <w:rtl/>
        </w:rPr>
        <w:t>عمدّية</w:t>
      </w:r>
      <w:r w:rsidR="00D95F5B">
        <w:rPr>
          <w:rFonts w:ascii="Sakkal Majalla" w:hAnsi="Sakkal Majalla" w:cs="Sakkal Majalla" w:hint="cs"/>
          <w:sz w:val="28"/>
          <w:szCs w:val="28"/>
          <w:rtl/>
        </w:rPr>
        <w:t xml:space="preserve"> مكونة من</w:t>
      </w:r>
      <w:r w:rsidR="009C2BE4">
        <w:rPr>
          <w:rFonts w:ascii="Sakkal Majalla" w:hAnsi="Sakkal Majalla" w:cs="Sakkal Majalla" w:hint="cs"/>
          <w:sz w:val="28"/>
          <w:szCs w:val="28"/>
          <w:rtl/>
        </w:rPr>
        <w:t>56</w:t>
      </w:r>
      <w:r w:rsidR="0082623B">
        <w:rPr>
          <w:rFonts w:ascii="Sakkal Majalla" w:hAnsi="Sakkal Majalla" w:cs="Sakkal Majalla" w:hint="cs"/>
          <w:sz w:val="28"/>
          <w:szCs w:val="28"/>
          <w:rtl/>
        </w:rPr>
        <w:t xml:space="preserve"> </w:t>
      </w:r>
      <w:r w:rsidR="007B5A67">
        <w:rPr>
          <w:rFonts w:ascii="Sakkal Majalla" w:hAnsi="Sakkal Majalla" w:cs="Sakkal Majalla" w:hint="cs"/>
          <w:sz w:val="28"/>
          <w:szCs w:val="28"/>
          <w:rtl/>
        </w:rPr>
        <w:t>مختصين  في الإعلام/التسويق الرقمي وموظفين وأصحاب</w:t>
      </w:r>
      <w:r w:rsidR="0082623B">
        <w:rPr>
          <w:rFonts w:ascii="Sakkal Majalla" w:hAnsi="Sakkal Majalla" w:cs="Sakkal Majalla" w:hint="cs"/>
          <w:sz w:val="28"/>
          <w:szCs w:val="28"/>
          <w:rtl/>
        </w:rPr>
        <w:t xml:space="preserve"> شركات ومؤسسات تجارية تستخدم الإعلام</w:t>
      </w:r>
      <w:r w:rsidR="0058114C">
        <w:rPr>
          <w:rFonts w:ascii="Sakkal Majalla" w:hAnsi="Sakkal Majalla" w:cs="Sakkal Majalla" w:hint="cs"/>
          <w:sz w:val="28"/>
          <w:szCs w:val="28"/>
          <w:rtl/>
        </w:rPr>
        <w:t xml:space="preserve">/التسويق </w:t>
      </w:r>
      <w:r w:rsidR="0082623B">
        <w:rPr>
          <w:rFonts w:ascii="Sakkal Majalla" w:hAnsi="Sakkal Majalla" w:cs="Sakkal Majalla" w:hint="cs"/>
          <w:sz w:val="28"/>
          <w:szCs w:val="28"/>
          <w:rtl/>
        </w:rPr>
        <w:t>الرقمي في عملياتها التجارية .</w:t>
      </w:r>
    </w:p>
    <w:p w14:paraId="0DBE096A" w14:textId="77777777" w:rsidR="009C2BE4" w:rsidRDefault="009C2BE4" w:rsidP="009C2BE4">
      <w:pPr>
        <w:bidi/>
        <w:spacing w:line="360" w:lineRule="auto"/>
        <w:rPr>
          <w:rFonts w:ascii="Sakkal Majalla" w:hAnsi="Sakkal Majalla" w:cs="Sakkal Majalla"/>
          <w:b/>
          <w:bCs/>
          <w:sz w:val="36"/>
          <w:szCs w:val="36"/>
        </w:rPr>
      </w:pPr>
    </w:p>
    <w:p w14:paraId="4E3D1987" w14:textId="77777777" w:rsidR="00E27A82" w:rsidRDefault="00E27A82" w:rsidP="00836149">
      <w:pPr>
        <w:bidi/>
        <w:spacing w:line="360" w:lineRule="auto"/>
        <w:rPr>
          <w:rFonts w:ascii="Sakkal Majalla" w:hAnsi="Sakkal Majalla" w:cs="Sakkal Majalla"/>
          <w:b/>
          <w:bCs/>
          <w:sz w:val="36"/>
          <w:szCs w:val="36"/>
          <w:rtl/>
        </w:rPr>
      </w:pPr>
    </w:p>
    <w:p w14:paraId="1F3620FA" w14:textId="1E4B6A63" w:rsidR="0082623B" w:rsidRPr="0082623B" w:rsidRDefault="0082623B" w:rsidP="00E27A82">
      <w:pPr>
        <w:bidi/>
        <w:spacing w:line="360" w:lineRule="auto"/>
        <w:rPr>
          <w:rFonts w:ascii="Sakkal Majalla" w:hAnsi="Sakkal Majalla" w:cs="Sakkal Majalla"/>
          <w:b/>
          <w:bCs/>
          <w:sz w:val="36"/>
          <w:szCs w:val="36"/>
        </w:rPr>
      </w:pPr>
      <w:r w:rsidRPr="0082623B">
        <w:rPr>
          <w:rFonts w:ascii="Sakkal Majalla" w:hAnsi="Sakkal Majalla" w:cs="Sakkal Majalla" w:hint="cs"/>
          <w:b/>
          <w:bCs/>
          <w:sz w:val="36"/>
          <w:szCs w:val="36"/>
          <w:rtl/>
        </w:rPr>
        <w:lastRenderedPageBreak/>
        <w:t>مجالات</w:t>
      </w:r>
      <w:r w:rsidRPr="0082623B">
        <w:rPr>
          <w:rFonts w:ascii="Sakkal Majalla" w:hAnsi="Sakkal Majalla" w:cs="Sakkal Majalla"/>
          <w:b/>
          <w:bCs/>
          <w:sz w:val="36"/>
          <w:szCs w:val="36"/>
          <w:rtl/>
        </w:rPr>
        <w:t xml:space="preserve"> </w:t>
      </w:r>
      <w:r w:rsidRPr="0082623B">
        <w:rPr>
          <w:rFonts w:ascii="Sakkal Majalla" w:hAnsi="Sakkal Majalla" w:cs="Sakkal Majalla" w:hint="cs"/>
          <w:b/>
          <w:bCs/>
          <w:sz w:val="36"/>
          <w:szCs w:val="36"/>
          <w:rtl/>
        </w:rPr>
        <w:t>الدراسة</w:t>
      </w:r>
      <w:r w:rsidRPr="0082623B">
        <w:rPr>
          <w:rFonts w:ascii="Sakkal Majalla" w:hAnsi="Sakkal Majalla" w:cs="Sakkal Majalla"/>
          <w:b/>
          <w:bCs/>
          <w:sz w:val="36"/>
          <w:szCs w:val="36"/>
        </w:rPr>
        <w:t>:</w:t>
      </w:r>
    </w:p>
    <w:p w14:paraId="7DB7C253" w14:textId="4E7BD729" w:rsidR="00CC74D3" w:rsidRPr="009C2BE4" w:rsidRDefault="0082623B" w:rsidP="009C2BE4">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سيتم التطبيق على موظفين عدد من القطاعات التجارية من شركات ومؤسسات لمعرفة مدى تأثير الإعلام الرقمي بأدواته المختلفة في النمو وماهي الأدوات </w:t>
      </w:r>
      <w:r w:rsidR="001A42A5">
        <w:rPr>
          <w:rFonts w:ascii="Sakkal Majalla" w:hAnsi="Sakkal Majalla" w:cs="Sakkal Majalla" w:hint="cs"/>
          <w:sz w:val="28"/>
          <w:szCs w:val="28"/>
          <w:rtl/>
        </w:rPr>
        <w:t>والإستراتيجيات الأكثر فاعلية وعن أبرز التحديات التي يواجهها القطاع في هذا الصدد .</w:t>
      </w:r>
    </w:p>
    <w:p w14:paraId="62E3B3F3" w14:textId="77777777" w:rsidR="00CC74D3" w:rsidRDefault="00CC74D3" w:rsidP="00CC74D3">
      <w:pPr>
        <w:bidi/>
        <w:spacing w:line="360" w:lineRule="auto"/>
        <w:rPr>
          <w:rFonts w:ascii="Sakkal Majalla" w:hAnsi="Sakkal Majalla" w:cs="Sakkal Majalla"/>
          <w:b/>
          <w:bCs/>
          <w:sz w:val="36"/>
          <w:szCs w:val="36"/>
          <w:rtl/>
        </w:rPr>
      </w:pPr>
    </w:p>
    <w:p w14:paraId="6CF428EA" w14:textId="77777777" w:rsidR="00376801" w:rsidRDefault="00376801" w:rsidP="00376801">
      <w:pPr>
        <w:bidi/>
        <w:spacing w:line="360" w:lineRule="auto"/>
        <w:rPr>
          <w:rFonts w:ascii="Sakkal Majalla" w:hAnsi="Sakkal Majalla" w:cs="Sakkal Majalla"/>
          <w:sz w:val="28"/>
          <w:szCs w:val="28"/>
          <w:rtl/>
        </w:rPr>
      </w:pPr>
    </w:p>
    <w:p w14:paraId="415854DE" w14:textId="77777777" w:rsidR="00376801" w:rsidRPr="00376801" w:rsidRDefault="00376801" w:rsidP="00376801">
      <w:pPr>
        <w:bidi/>
        <w:spacing w:line="360" w:lineRule="auto"/>
        <w:rPr>
          <w:rFonts w:ascii="Sakkal Majalla" w:hAnsi="Sakkal Majalla" w:cs="Sakkal Majalla"/>
          <w:sz w:val="28"/>
          <w:szCs w:val="28"/>
        </w:rPr>
      </w:pPr>
    </w:p>
    <w:p w14:paraId="6421D8DB" w14:textId="77777777" w:rsidR="009C2BE4" w:rsidRDefault="009C2BE4" w:rsidP="009C2BE4">
      <w:pPr>
        <w:bidi/>
        <w:spacing w:line="360" w:lineRule="auto"/>
        <w:rPr>
          <w:rFonts w:ascii="Sakkal Majalla" w:hAnsi="Sakkal Majalla" w:cs="Sakkal Majalla"/>
          <w:b/>
          <w:bCs/>
          <w:sz w:val="36"/>
          <w:szCs w:val="36"/>
        </w:rPr>
      </w:pPr>
    </w:p>
    <w:p w14:paraId="41447068" w14:textId="77777777" w:rsidR="00D2270B" w:rsidRDefault="00D2270B" w:rsidP="00C503F0">
      <w:pPr>
        <w:spacing w:line="360" w:lineRule="auto"/>
        <w:rPr>
          <w:rFonts w:ascii="Sakkal Majalla" w:hAnsi="Sakkal Majalla" w:cs="Sakkal Majalla"/>
          <w:b/>
          <w:bCs/>
          <w:sz w:val="36"/>
          <w:szCs w:val="36"/>
          <w:rtl/>
        </w:rPr>
      </w:pPr>
    </w:p>
    <w:p w14:paraId="1ADD5D05" w14:textId="134A9DBB" w:rsidR="00A30C7C" w:rsidRDefault="00A30C7C" w:rsidP="00A30C7C">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نتائج الدراسة :</w:t>
      </w:r>
    </w:p>
    <w:p w14:paraId="31365A17" w14:textId="1E398FB0" w:rsidR="00C3136F" w:rsidRPr="009D48C9" w:rsidRDefault="00C3136F"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 xml:space="preserve">أكدت الدراسة أن الإعلام الرقمي أصبح مستخدم بشكل أساسي في القطاع التجاري </w:t>
      </w:r>
    </w:p>
    <w:p w14:paraId="31940EC8" w14:textId="0F157F91" w:rsidR="00C3136F" w:rsidRPr="009D48C9" w:rsidRDefault="00C3136F"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 xml:space="preserve">الإعلام الرقمي له فضل كبير في نمو الشركات والمؤسسات التجارية وتطور عملياتها </w:t>
      </w:r>
    </w:p>
    <w:p w14:paraId="0D8EB42F" w14:textId="082D8D88" w:rsidR="00C3136F" w:rsidRPr="009D48C9" w:rsidRDefault="00C3136F"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 xml:space="preserve">أظهرت الدراسة أن المتاجر الرقمية تتفوق على المتاجر التقليدية في النمو وزيادة الأرباح </w:t>
      </w:r>
    </w:p>
    <w:p w14:paraId="21468EE9" w14:textId="1721D9F4" w:rsidR="00C3136F" w:rsidRPr="009D48C9" w:rsidRDefault="00C3136F"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الوسائط الرقمية فعّالة في تحقيق الأهداف التسويقية بشكل عام بالترتيب التالي من الأكثر فعالية الى الأقل :</w:t>
      </w:r>
    </w:p>
    <w:p w14:paraId="5B139758" w14:textId="29EC8B90" w:rsidR="00C3136F" w:rsidRDefault="00C3136F" w:rsidP="00C3136F">
      <w:pPr>
        <w:pStyle w:val="aa"/>
        <w:numPr>
          <w:ilvl w:val="0"/>
          <w:numId w:val="50"/>
        </w:num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وسائل التواصل الاجتماعي </w:t>
      </w:r>
    </w:p>
    <w:p w14:paraId="4FFC9F7E" w14:textId="29314211" w:rsidR="00C3136F" w:rsidRDefault="00C3136F" w:rsidP="00C3136F">
      <w:pPr>
        <w:pStyle w:val="aa"/>
        <w:numPr>
          <w:ilvl w:val="0"/>
          <w:numId w:val="50"/>
        </w:num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البريد الإلكتروني </w:t>
      </w:r>
    </w:p>
    <w:p w14:paraId="2808BAFA" w14:textId="7EF39485" w:rsidR="00C3136F" w:rsidRDefault="00C3136F" w:rsidP="00C3136F">
      <w:pPr>
        <w:pStyle w:val="aa"/>
        <w:numPr>
          <w:ilvl w:val="0"/>
          <w:numId w:val="50"/>
        </w:num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المتاجر الإلكترونية </w:t>
      </w:r>
    </w:p>
    <w:p w14:paraId="206D0FC5" w14:textId="17AB53B5" w:rsidR="009D48C9" w:rsidRPr="009D48C9" w:rsidRDefault="00C3136F" w:rsidP="009D48C9">
      <w:pPr>
        <w:pStyle w:val="aa"/>
        <w:numPr>
          <w:ilvl w:val="0"/>
          <w:numId w:val="50"/>
        </w:numPr>
        <w:bidi/>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 xml:space="preserve">مواقع الويب </w:t>
      </w:r>
    </w:p>
    <w:p w14:paraId="63865F4F" w14:textId="6D99296C" w:rsidR="009D48C9" w:rsidRPr="009D48C9" w:rsidRDefault="009D48C9" w:rsidP="009D48C9">
      <w:pPr>
        <w:pStyle w:val="aa"/>
        <w:numPr>
          <w:ilvl w:val="0"/>
          <w:numId w:val="52"/>
        </w:numPr>
        <w:bidi/>
        <w:spacing w:line="360" w:lineRule="auto"/>
        <w:rPr>
          <w:rFonts w:ascii="Sakkal Majalla" w:hAnsi="Sakkal Majalla" w:cs="Sakkal Majalla"/>
          <w:sz w:val="28"/>
          <w:szCs w:val="28"/>
          <w:rtl/>
        </w:rPr>
      </w:pPr>
      <w:r>
        <w:rPr>
          <w:rFonts w:ascii="Sakkal Majalla" w:hAnsi="Sakkal Majalla" w:cs="Sakkal Majalla" w:hint="cs"/>
          <w:sz w:val="28"/>
          <w:szCs w:val="28"/>
          <w:rtl/>
        </w:rPr>
        <w:t>وسائل</w:t>
      </w:r>
      <w:r w:rsidR="00C50903" w:rsidRPr="009D48C9">
        <w:rPr>
          <w:rFonts w:ascii="Sakkal Majalla" w:hAnsi="Sakkal Majalla" w:cs="Sakkal Majalla" w:hint="cs"/>
          <w:sz w:val="28"/>
          <w:szCs w:val="28"/>
          <w:rtl/>
        </w:rPr>
        <w:t xml:space="preserve"> التواصل الاجتماعي </w:t>
      </w:r>
      <w:r w:rsidR="00633EB7">
        <w:rPr>
          <w:rFonts w:ascii="Sakkal Majalla" w:hAnsi="Sakkal Majalla" w:cs="Sakkal Majalla" w:hint="cs"/>
          <w:sz w:val="28"/>
          <w:szCs w:val="28"/>
          <w:rtl/>
        </w:rPr>
        <w:t xml:space="preserve">بتنوع منصاتها عند إستخدامها بالشكل الأمثل تحقق نتائج تساهم في تعزيز ثقة العملاء والبقاء على اتصال بهم وكسب عملاء جدد (منصة </w:t>
      </w:r>
      <w:r w:rsidR="00633EB7">
        <w:rPr>
          <w:rFonts w:ascii="Sakkal Majalla" w:hAnsi="Sakkal Majalla" w:cs="Sakkal Majalla"/>
          <w:sz w:val="28"/>
          <w:szCs w:val="28"/>
        </w:rPr>
        <w:t>X</w:t>
      </w:r>
      <w:r w:rsidR="00633EB7">
        <w:rPr>
          <w:rFonts w:ascii="Sakkal Majalla" w:hAnsi="Sakkal Majalla" w:cs="Sakkal Majalla" w:hint="cs"/>
          <w:sz w:val="28"/>
          <w:szCs w:val="28"/>
          <w:rtl/>
        </w:rPr>
        <w:t xml:space="preserve">)  او زيادة المبيعات (إنستقرام) كما أظهرت الدراسة </w:t>
      </w:r>
    </w:p>
    <w:p w14:paraId="52002AD0" w14:textId="6BE3E3BD" w:rsidR="00C50903" w:rsidRPr="009D48C9" w:rsidRDefault="00C50903" w:rsidP="009D48C9">
      <w:pPr>
        <w:pStyle w:val="aa"/>
        <w:numPr>
          <w:ilvl w:val="0"/>
          <w:numId w:val="52"/>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أكثر الإستراتيجيات التسويقية من خلال الإعلام الرقمي تحقيقاً للعوائد</w:t>
      </w:r>
      <w:r w:rsidRPr="009D48C9">
        <w:rPr>
          <w:rFonts w:ascii="Sakkal Majalla" w:hAnsi="Sakkal Majalla" w:cs="Sakkal Majalla"/>
          <w:sz w:val="28"/>
          <w:szCs w:val="28"/>
          <w:rtl/>
        </w:rPr>
        <w:t xml:space="preserve"> </w:t>
      </w:r>
      <w:r w:rsidRPr="009D48C9">
        <w:rPr>
          <w:rFonts w:ascii="Sakkal Majalla" w:hAnsi="Sakkal Majalla" w:cs="Sakkal Majalla" w:hint="cs"/>
          <w:sz w:val="28"/>
          <w:szCs w:val="28"/>
          <w:rtl/>
        </w:rPr>
        <w:t>ال</w:t>
      </w:r>
      <w:r w:rsidRPr="009D48C9">
        <w:rPr>
          <w:rFonts w:ascii="Sakkal Majalla" w:hAnsi="Sakkal Majalla" w:cs="Sakkal Majalla"/>
          <w:sz w:val="28"/>
          <w:szCs w:val="28"/>
          <w:rtl/>
        </w:rPr>
        <w:t xml:space="preserve">تسويق بالمحتوى والتسويق بالمؤثرين وتعددت الأسباب لاختيار هذه الاستراتيجية </w:t>
      </w:r>
      <w:r w:rsidRPr="009D48C9">
        <w:rPr>
          <w:rFonts w:ascii="Sakkal Majalla" w:hAnsi="Sakkal Majalla" w:cs="Sakkal Majalla" w:hint="cs"/>
          <w:sz w:val="28"/>
          <w:szCs w:val="28"/>
          <w:rtl/>
        </w:rPr>
        <w:t xml:space="preserve">وكان اكثرها هو المقدرة للوصول لجمهور متنوع والإقناع من خلال المحتوى أو المؤثر </w:t>
      </w:r>
    </w:p>
    <w:p w14:paraId="0359A478" w14:textId="77777777" w:rsidR="00FB2C99" w:rsidRPr="00FB2C99" w:rsidRDefault="00FB2C99" w:rsidP="00FB2C99">
      <w:pPr>
        <w:bidi/>
        <w:spacing w:line="360" w:lineRule="auto"/>
        <w:rPr>
          <w:rFonts w:ascii="Sakkal Majalla" w:hAnsi="Sakkal Majalla" w:cs="Sakkal Majalla"/>
          <w:b/>
          <w:bCs/>
          <w:sz w:val="28"/>
          <w:szCs w:val="28"/>
          <w:rtl/>
        </w:rPr>
      </w:pPr>
    </w:p>
    <w:p w14:paraId="4333B00C" w14:textId="3BB667BE" w:rsidR="00FC0178" w:rsidRDefault="00A30C7C" w:rsidP="00FC0178">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توصيات الدراسة:</w:t>
      </w:r>
    </w:p>
    <w:p w14:paraId="0106144E" w14:textId="144E4B40" w:rsidR="00FC0178" w:rsidRPr="009D48C9" w:rsidRDefault="00FC0178"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 xml:space="preserve">يجب على المؤسسات والشركات التجارية تركيز مجهوداتها التسويقية على الإعلام الرقمي بشكل أكبر مقارنةً بأي وسيلة تقليدية أخرى </w:t>
      </w:r>
    </w:p>
    <w:p w14:paraId="765487E2" w14:textId="20586CFA" w:rsidR="00FC0178" w:rsidRPr="009D48C9" w:rsidRDefault="00FC0178"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 xml:space="preserve">القطاع التجاري لابد أن يكون على إطلاع بالمستجدات التقنية الرقمية حتى لا يواجه تحديات تؤثر على سير عمله </w:t>
      </w:r>
    </w:p>
    <w:p w14:paraId="3220477A" w14:textId="5A1F879E" w:rsidR="00FC0178" w:rsidRPr="009D48C9" w:rsidRDefault="00FC0178"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 xml:space="preserve">للإستدامة التجارية والوصول لأكبر قدر من الجمهور أصبح التواجد الرقمي </w:t>
      </w:r>
      <w:r w:rsidR="00C879AF" w:rsidRPr="009D48C9">
        <w:rPr>
          <w:rFonts w:ascii="Sakkal Majalla" w:hAnsi="Sakkal Majalla" w:cs="Sakkal Majalla" w:hint="cs"/>
          <w:sz w:val="28"/>
          <w:szCs w:val="28"/>
          <w:rtl/>
        </w:rPr>
        <w:t>والإستثمار في الت</w:t>
      </w:r>
      <w:r w:rsidR="009D48C9" w:rsidRPr="009D48C9">
        <w:rPr>
          <w:rFonts w:ascii="Sakkal Majalla" w:hAnsi="Sakkal Majalla" w:cs="Sakkal Majalla" w:hint="cs"/>
          <w:sz w:val="28"/>
          <w:szCs w:val="28"/>
          <w:rtl/>
        </w:rPr>
        <w:t xml:space="preserve">كنولوجيا الرقمية </w:t>
      </w:r>
      <w:r w:rsidRPr="009D48C9">
        <w:rPr>
          <w:rFonts w:ascii="Sakkal Majalla" w:hAnsi="Sakkal Majalla" w:cs="Sakkal Majalla" w:hint="cs"/>
          <w:sz w:val="28"/>
          <w:szCs w:val="28"/>
          <w:rtl/>
        </w:rPr>
        <w:t xml:space="preserve">ضرورة </w:t>
      </w:r>
    </w:p>
    <w:p w14:paraId="5AADA686" w14:textId="7C7E0BAC" w:rsidR="00FC0178" w:rsidRPr="009D48C9" w:rsidRDefault="00FC0178"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لتحقيق النتائج ال</w:t>
      </w:r>
      <w:r w:rsidR="00887A9A" w:rsidRPr="009D48C9">
        <w:rPr>
          <w:rFonts w:ascii="Sakkal Majalla" w:hAnsi="Sakkal Majalla" w:cs="Sakkal Majalla" w:hint="cs"/>
          <w:sz w:val="28"/>
          <w:szCs w:val="28"/>
          <w:rtl/>
        </w:rPr>
        <w:t>تجارية المرجوة يجب إستخدام المنصات الرقمية بعد دراسة الجمهور والمنصات المستهدفه</w:t>
      </w:r>
    </w:p>
    <w:p w14:paraId="39A2FAAF" w14:textId="466B15CE" w:rsidR="00887A9A" w:rsidRPr="009D48C9" w:rsidRDefault="00887A9A"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 xml:space="preserve">التواجد الرقمي للمؤسسات والشركات على منصات التواصل الاجتماعي أولوية كبيرة </w:t>
      </w:r>
    </w:p>
    <w:p w14:paraId="7A351BCB" w14:textId="7DD46664" w:rsidR="00887A9A" w:rsidRPr="009D48C9" w:rsidRDefault="00887A9A" w:rsidP="009D48C9">
      <w:pPr>
        <w:pStyle w:val="aa"/>
        <w:numPr>
          <w:ilvl w:val="0"/>
          <w:numId w:val="13"/>
        </w:numPr>
        <w:bidi/>
        <w:spacing w:line="360" w:lineRule="auto"/>
        <w:rPr>
          <w:rFonts w:ascii="Sakkal Majalla" w:hAnsi="Sakkal Majalla" w:cs="Sakkal Majalla"/>
          <w:sz w:val="28"/>
          <w:szCs w:val="28"/>
          <w:rtl/>
        </w:rPr>
      </w:pPr>
      <w:r w:rsidRPr="009D48C9">
        <w:rPr>
          <w:rFonts w:ascii="Sakkal Majalla" w:hAnsi="Sakkal Majalla" w:cs="Sakkal Majalla" w:hint="cs"/>
          <w:sz w:val="28"/>
          <w:szCs w:val="28"/>
          <w:rtl/>
        </w:rPr>
        <w:t xml:space="preserve">التحديات الرقمية تحتاج </w:t>
      </w:r>
      <w:r w:rsidR="009D48C9" w:rsidRPr="009D48C9">
        <w:rPr>
          <w:rFonts w:ascii="Sakkal Majalla" w:hAnsi="Sakkal Majalla" w:cs="Sakkal Majalla" w:hint="cs"/>
          <w:sz w:val="28"/>
          <w:szCs w:val="28"/>
          <w:rtl/>
        </w:rPr>
        <w:t>تطوير ومتابعة مستمرة و</w:t>
      </w:r>
      <w:r w:rsidRPr="009D48C9">
        <w:rPr>
          <w:rFonts w:ascii="Sakkal Majalla" w:hAnsi="Sakkal Majalla" w:cs="Sakkal Majalla" w:hint="cs"/>
          <w:sz w:val="28"/>
          <w:szCs w:val="28"/>
          <w:rtl/>
        </w:rPr>
        <w:t xml:space="preserve">الى إستراتيجيات مدروسة للتغلب عليها </w:t>
      </w:r>
    </w:p>
    <w:p w14:paraId="6159A6F3" w14:textId="77777777" w:rsidR="009D48C9" w:rsidRPr="00FC0178" w:rsidRDefault="009D48C9" w:rsidP="009D48C9">
      <w:pPr>
        <w:bidi/>
        <w:spacing w:line="360" w:lineRule="auto"/>
        <w:rPr>
          <w:rFonts w:ascii="Sakkal Majalla" w:hAnsi="Sakkal Majalla" w:cs="Sakkal Majalla"/>
          <w:sz w:val="28"/>
          <w:szCs w:val="28"/>
          <w:rtl/>
        </w:rPr>
      </w:pPr>
    </w:p>
    <w:p w14:paraId="44E4DE78" w14:textId="73F12F83" w:rsidR="00A30C7C" w:rsidRDefault="00A30C7C" w:rsidP="00A30C7C">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الخاتمة : </w:t>
      </w:r>
    </w:p>
    <w:p w14:paraId="664342B8" w14:textId="0129DCDA" w:rsidR="004B1180" w:rsidRPr="00B42D46" w:rsidRDefault="004B1180" w:rsidP="00B42D46">
      <w:pPr>
        <w:spacing w:line="360" w:lineRule="auto"/>
        <w:jc w:val="right"/>
        <w:rPr>
          <w:rFonts w:ascii="Sakkal Majalla" w:hAnsi="Sakkal Majalla" w:cs="Sakkal Majalla"/>
          <w:sz w:val="28"/>
          <w:szCs w:val="28"/>
        </w:rPr>
      </w:pPr>
      <w:r w:rsidRPr="00B311F1">
        <w:rPr>
          <w:rFonts w:ascii="Sakkal Majalla" w:hAnsi="Sakkal Majalla" w:cs="Sakkal Majalla"/>
          <w:sz w:val="28"/>
          <w:szCs w:val="28"/>
          <w:rtl/>
        </w:rPr>
        <w:t>في ختام هذا البحث،</w:t>
      </w:r>
      <w:r w:rsidR="00E07C33">
        <w:rPr>
          <w:rFonts w:ascii="Sakkal Majalla" w:hAnsi="Sakkal Majalla" w:cs="Sakkal Majalla" w:hint="cs"/>
          <w:sz w:val="28"/>
          <w:szCs w:val="28"/>
          <w:rtl/>
        </w:rPr>
        <w:t xml:space="preserve">أتضح لنا بدون شك أن أثر الوسائط الرقمية وادواتها كان له الفضل الكبير في تحول المفاهيم التجارية والتسويق في عصرنا الحالي , بفضل الإعلام الرقمي اليوم بإمكان القطاعات التجارية التعّرف على جمهورها من مختلف الجنسيات والفئات والأعمار وإستهداف كل فئة بما يتناسب مع طبيعتها </w:t>
      </w:r>
      <w:r w:rsidR="00B42D46">
        <w:rPr>
          <w:rFonts w:ascii="Sakkal Majalla" w:hAnsi="Sakkal Majalla" w:cs="Sakkal Majalla" w:hint="cs"/>
          <w:sz w:val="28"/>
          <w:szCs w:val="28"/>
          <w:rtl/>
        </w:rPr>
        <w:t xml:space="preserve">, والذي بطبيعة الحال سوف يجعل من تحقيق الإيرادات وجني الأرباح أسهل مما كانت عليه في السابق وبالتالي هذا سينعكس على هذه الشركات التجارية بالنمو وتطوير العمليات التشغيلية وإستخدام تقنيات حديثة وتدريب الكوادر البشرية والتوسع على نطاق إقتصادي وجغرافي وإكتساب عملاء اكثر فأكثر </w:t>
      </w:r>
      <w:r>
        <w:rPr>
          <w:rFonts w:ascii="Sakkal Majalla" w:hAnsi="Sakkal Majalla" w:cs="Sakkal Majalla" w:hint="cs"/>
          <w:sz w:val="28"/>
          <w:szCs w:val="28"/>
          <w:rtl/>
        </w:rPr>
        <w:t>,</w:t>
      </w:r>
      <w:r w:rsidRPr="00B311F1">
        <w:rPr>
          <w:rFonts w:ascii="Sakkal Majalla" w:hAnsi="Sakkal Majalla" w:cs="Sakkal Majalla"/>
          <w:sz w:val="28"/>
          <w:szCs w:val="28"/>
          <w:rtl/>
        </w:rPr>
        <w:t xml:space="preserve"> لقد أظهرت الدراسات </w:t>
      </w:r>
      <w:r w:rsidR="00C879AF">
        <w:rPr>
          <w:rFonts w:ascii="Sakkal Majalla" w:hAnsi="Sakkal Majalla" w:cs="Sakkal Majalla" w:hint="cs"/>
          <w:sz w:val="28"/>
          <w:szCs w:val="28"/>
          <w:rtl/>
        </w:rPr>
        <w:t xml:space="preserve">والنتائج </w:t>
      </w:r>
      <w:r w:rsidRPr="00B311F1">
        <w:rPr>
          <w:rFonts w:ascii="Sakkal Majalla" w:hAnsi="Sakkal Majalla" w:cs="Sakkal Majalla"/>
          <w:sz w:val="28"/>
          <w:szCs w:val="28"/>
          <w:rtl/>
        </w:rPr>
        <w:t xml:space="preserve">المختلفة التي تم استعراضها في هذا البحث أن </w:t>
      </w:r>
      <w:r>
        <w:rPr>
          <w:rFonts w:ascii="Sakkal Majalla" w:hAnsi="Sakkal Majalla" w:cs="Sakkal Majalla" w:hint="cs"/>
          <w:sz w:val="28"/>
          <w:szCs w:val="28"/>
          <w:rtl/>
        </w:rPr>
        <w:t xml:space="preserve">إستخدام أدوات الإعلام الرقمي له تأثير مباشر في جميع ما يخدم العمليات التجارية في القطاع التجاري , وأن </w:t>
      </w:r>
      <w:r w:rsidRPr="00B311F1">
        <w:rPr>
          <w:rFonts w:ascii="Sakkal Majalla" w:hAnsi="Sakkal Majalla" w:cs="Sakkal Majalla"/>
          <w:sz w:val="28"/>
          <w:szCs w:val="28"/>
          <w:rtl/>
        </w:rPr>
        <w:t>التحول الرقمي</w:t>
      </w:r>
      <w:r>
        <w:rPr>
          <w:rFonts w:ascii="Sakkal Majalla" w:hAnsi="Sakkal Majalla" w:cs="Sakkal Majalla" w:hint="cs"/>
          <w:sz w:val="28"/>
          <w:szCs w:val="28"/>
          <w:rtl/>
        </w:rPr>
        <w:t xml:space="preserve"> عموماً</w:t>
      </w:r>
      <w:r w:rsidRPr="00B311F1">
        <w:rPr>
          <w:rFonts w:ascii="Sakkal Majalla" w:hAnsi="Sakkal Majalla" w:cs="Sakkal Majalla"/>
          <w:sz w:val="28"/>
          <w:szCs w:val="28"/>
          <w:rtl/>
        </w:rPr>
        <w:t xml:space="preserve"> ليس مجرد خيار بل ضرورة ملحة للشركات التي تسعى للبقاء في سوق يتسم بالتنافسية العالية والتغير المستمر. إن تأثير وسائل التواصل الاجتماعي، والتسويق الرقمي، والتجارة الإلكترونية على أداء الشركات الصغيرة والمتوسطة والكبيرة على حد سواء، يشير إلى تحول جوهري في كيفية تفاعل الشركات مع عملائها وتلبية احتياجاتهم. لقد أبرزت </w:t>
      </w:r>
      <w:r w:rsidR="00C879AF">
        <w:rPr>
          <w:rFonts w:ascii="Sakkal Majalla" w:hAnsi="Sakkal Majalla" w:cs="Sakkal Majalla" w:hint="cs"/>
          <w:sz w:val="28"/>
          <w:szCs w:val="28"/>
          <w:rtl/>
        </w:rPr>
        <w:t xml:space="preserve">نتائج الدراسة </w:t>
      </w:r>
      <w:r w:rsidRPr="00B311F1">
        <w:rPr>
          <w:rFonts w:ascii="Sakkal Majalla" w:hAnsi="Sakkal Majalla" w:cs="Sakkal Majalla"/>
          <w:sz w:val="28"/>
          <w:szCs w:val="28"/>
          <w:rtl/>
        </w:rPr>
        <w:t xml:space="preserve">كيف يمكن للأدوات الرقمية أن تعزز من كفاءة العمليات التجارية، وتزيد من رضا العملاء، وتعزز الولاء للعلامة التجارية. علاوة على ذلك، أن الابتكار الرقمي وريادة الأعمال الرقمية يلعبان دوراً محورياً في تحسين الكفاءة الإنتاجية وتعزيز الابتكار داخل الشركات. هذا التحول الرقمي لا يقتصر على تحسين العمليات الداخلية فحسب، بل يمتد ليشمل تطوير منتجات وخدمات جديدة تتماشى مع احتياجات السوق المتغيرة. ومع ذلك، فإن التحديات التي تواجه الشركات في تبني التكنولوجيا الرقمية تحتاج إلى استراتيجيات مدروسة للتغلب عليها. يجب على الشركات الاستثمار في التدريب والتطوير المستمر للموظفين، وكذلك تبني نماذج أعمال مرنة تستجيب بسرعة للتغيرات التكنولوجية والسوقية. في النهاية، يمكن القول بأن الإعلام الرقمي والتحول الرقمي يقدمان فرصاً غير محدودة للشركات لتعزيز نموها وتنافسيتها. ومع استمرار التطور التكنولوجي، ستظل الشركات التي تستثمر في التكنولوجيا الرقمية وتبتكر في استراتيجياتها هي الأكثر قدرة على البقاء والنمو في السوق </w:t>
      </w:r>
      <w:r>
        <w:rPr>
          <w:rFonts w:ascii="Sakkal Majalla" w:hAnsi="Sakkal Majalla" w:cs="Sakkal Majalla" w:hint="cs"/>
          <w:sz w:val="28"/>
          <w:szCs w:val="28"/>
          <w:rtl/>
        </w:rPr>
        <w:t xml:space="preserve">المحلية و </w:t>
      </w:r>
      <w:r w:rsidRPr="00B311F1">
        <w:rPr>
          <w:rFonts w:ascii="Sakkal Majalla" w:hAnsi="Sakkal Majalla" w:cs="Sakkal Majalla"/>
          <w:sz w:val="28"/>
          <w:szCs w:val="28"/>
          <w:rtl/>
        </w:rPr>
        <w:t xml:space="preserve">العالمية. إن المستقبل يحمل المزيد من الفرص للشركات التي تتبنى التحول الرقمي </w:t>
      </w:r>
      <w:r w:rsidRPr="00B311F1">
        <w:rPr>
          <w:rFonts w:ascii="Sakkal Majalla" w:hAnsi="Sakkal Majalla" w:cs="Sakkal Majalla"/>
          <w:sz w:val="28"/>
          <w:szCs w:val="28"/>
          <w:rtl/>
        </w:rPr>
        <w:lastRenderedPageBreak/>
        <w:t>بشكل كامل وتستفيد من الإمكانيات الهائلة التي يقدمها الإعلام الرقمي في تعزيز أداء الأعمال وتحقيق النجاح المستدام</w:t>
      </w:r>
      <w:r w:rsidRPr="00B311F1">
        <w:rPr>
          <w:rFonts w:ascii="Sakkal Majalla" w:hAnsi="Sakkal Majalla" w:cs="Sakkal Majalla"/>
          <w:b/>
          <w:bCs/>
          <w:sz w:val="36"/>
          <w:szCs w:val="36"/>
          <w:rtl/>
        </w:rPr>
        <w:t>.</w:t>
      </w:r>
    </w:p>
    <w:p w14:paraId="313C9D00" w14:textId="77777777" w:rsidR="00A30C7C" w:rsidRDefault="00A30C7C" w:rsidP="00A30C7C">
      <w:pPr>
        <w:bidi/>
        <w:spacing w:line="360" w:lineRule="auto"/>
        <w:rPr>
          <w:rFonts w:ascii="Sakkal Majalla" w:hAnsi="Sakkal Majalla" w:cs="Sakkal Majalla"/>
          <w:b/>
          <w:bCs/>
          <w:sz w:val="36"/>
          <w:szCs w:val="36"/>
          <w:rtl/>
        </w:rPr>
      </w:pPr>
    </w:p>
    <w:p w14:paraId="61BF2D16" w14:textId="77777777" w:rsidR="00A30C7C" w:rsidRDefault="00A30C7C" w:rsidP="00A30C7C">
      <w:pPr>
        <w:bidi/>
        <w:spacing w:line="360" w:lineRule="auto"/>
        <w:rPr>
          <w:rFonts w:ascii="Sakkal Majalla" w:hAnsi="Sakkal Majalla" w:cs="Sakkal Majalla"/>
          <w:b/>
          <w:bCs/>
          <w:sz w:val="36"/>
          <w:szCs w:val="36"/>
          <w:rtl/>
        </w:rPr>
      </w:pPr>
    </w:p>
    <w:p w14:paraId="4F12643E" w14:textId="052CA8DA" w:rsidR="00E91312" w:rsidRPr="00060BD9" w:rsidRDefault="00E91312" w:rsidP="00F6462E">
      <w:pPr>
        <w:spacing w:line="360" w:lineRule="auto"/>
        <w:rPr>
          <w:rFonts w:ascii="Arial" w:eastAsia="Times New Roman" w:hAnsi="Arial" w:cs="Arial"/>
          <w:vanish/>
          <w:sz w:val="16"/>
          <w:szCs w:val="16"/>
        </w:rPr>
      </w:pPr>
    </w:p>
    <w:p w14:paraId="4107AB45" w14:textId="27725614" w:rsidR="00B63FC4" w:rsidRPr="00F730D3" w:rsidRDefault="00B63FC4" w:rsidP="00060BD9">
      <w:pPr>
        <w:spacing w:line="360" w:lineRule="auto"/>
        <w:rPr>
          <w:rFonts w:ascii="Sakkal Majalla" w:hAnsi="Sakkal Majalla" w:cs="Sakkal Majalla"/>
          <w:sz w:val="28"/>
          <w:szCs w:val="28"/>
        </w:rPr>
      </w:pPr>
    </w:p>
    <w:sectPr w:rsidR="00B63FC4" w:rsidRPr="00F730D3" w:rsidSect="00DB17E9">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726061" w14:textId="77777777" w:rsidR="003510C8" w:rsidRDefault="003510C8" w:rsidP="0046090C">
      <w:pPr>
        <w:spacing w:after="0" w:line="240" w:lineRule="auto"/>
      </w:pPr>
      <w:r>
        <w:separator/>
      </w:r>
    </w:p>
  </w:endnote>
  <w:endnote w:type="continuationSeparator" w:id="0">
    <w:p w14:paraId="649CAA69" w14:textId="77777777" w:rsidR="003510C8" w:rsidRDefault="003510C8" w:rsidP="00460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3075942"/>
      <w:docPartObj>
        <w:docPartGallery w:val="Page Numbers (Bottom of Page)"/>
        <w:docPartUnique/>
      </w:docPartObj>
    </w:sdtPr>
    <w:sdtContent>
      <w:p w14:paraId="0D61E5DA" w14:textId="5E2B0154" w:rsidR="008144EF" w:rsidRDefault="008144EF" w:rsidP="008144EF">
        <w:pPr>
          <w:pStyle w:val="a6"/>
          <w:jc w:val="center"/>
        </w:pPr>
        <w:r>
          <w:fldChar w:fldCharType="begin"/>
        </w:r>
        <w:r>
          <w:instrText>PAGE   \* MERGEFORMAT</w:instrText>
        </w:r>
        <w:r>
          <w:fldChar w:fldCharType="separate"/>
        </w:r>
        <w:r>
          <w:rPr>
            <w:rtl/>
            <w:lang w:val="ar-SA"/>
          </w:rPr>
          <w:t>2</w:t>
        </w:r>
        <w:r>
          <w:fldChar w:fldCharType="end"/>
        </w:r>
      </w:p>
    </w:sdtContent>
  </w:sdt>
  <w:p w14:paraId="6AFF7BB3" w14:textId="77777777" w:rsidR="008144EF" w:rsidRDefault="008144E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CCEA3" w14:textId="77777777" w:rsidR="003510C8" w:rsidRDefault="003510C8" w:rsidP="0046090C">
      <w:pPr>
        <w:spacing w:after="0" w:line="240" w:lineRule="auto"/>
      </w:pPr>
      <w:r>
        <w:separator/>
      </w:r>
    </w:p>
  </w:footnote>
  <w:footnote w:type="continuationSeparator" w:id="0">
    <w:p w14:paraId="3D12832A" w14:textId="77777777" w:rsidR="003510C8" w:rsidRDefault="003510C8" w:rsidP="004609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1B23654"/>
    <w:multiLevelType w:val="multilevel"/>
    <w:tmpl w:val="DA663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F4071E"/>
    <w:multiLevelType w:val="multilevel"/>
    <w:tmpl w:val="879C1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0E105A"/>
    <w:multiLevelType w:val="hybridMultilevel"/>
    <w:tmpl w:val="19948196"/>
    <w:lvl w:ilvl="0" w:tplc="D4CAD010">
      <w:start w:val="1"/>
      <w:numFmt w:val="bullet"/>
      <w:lvlText w:val="•"/>
      <w:lvlJc w:val="left"/>
      <w:pPr>
        <w:tabs>
          <w:tab w:val="num" w:pos="720"/>
        </w:tabs>
        <w:ind w:left="720" w:hanging="360"/>
      </w:pPr>
      <w:rPr>
        <w:rFonts w:ascii="Times New Roman" w:hAnsi="Times New Roman" w:hint="default"/>
      </w:rPr>
    </w:lvl>
    <w:lvl w:ilvl="1" w:tplc="ACC8E7FC">
      <w:numFmt w:val="bullet"/>
      <w:lvlText w:val="•"/>
      <w:lvlJc w:val="left"/>
      <w:pPr>
        <w:tabs>
          <w:tab w:val="num" w:pos="1440"/>
        </w:tabs>
        <w:ind w:left="1440" w:hanging="360"/>
      </w:pPr>
      <w:rPr>
        <w:rFonts w:ascii="Times New Roman" w:hAnsi="Times New Roman" w:hint="default"/>
      </w:rPr>
    </w:lvl>
    <w:lvl w:ilvl="2" w:tplc="5CEA024A" w:tentative="1">
      <w:start w:val="1"/>
      <w:numFmt w:val="bullet"/>
      <w:lvlText w:val="•"/>
      <w:lvlJc w:val="left"/>
      <w:pPr>
        <w:tabs>
          <w:tab w:val="num" w:pos="2160"/>
        </w:tabs>
        <w:ind w:left="2160" w:hanging="360"/>
      </w:pPr>
      <w:rPr>
        <w:rFonts w:ascii="Times New Roman" w:hAnsi="Times New Roman" w:hint="default"/>
      </w:rPr>
    </w:lvl>
    <w:lvl w:ilvl="3" w:tplc="18FE378A" w:tentative="1">
      <w:start w:val="1"/>
      <w:numFmt w:val="bullet"/>
      <w:lvlText w:val="•"/>
      <w:lvlJc w:val="left"/>
      <w:pPr>
        <w:tabs>
          <w:tab w:val="num" w:pos="2880"/>
        </w:tabs>
        <w:ind w:left="2880" w:hanging="360"/>
      </w:pPr>
      <w:rPr>
        <w:rFonts w:ascii="Times New Roman" w:hAnsi="Times New Roman" w:hint="default"/>
      </w:rPr>
    </w:lvl>
    <w:lvl w:ilvl="4" w:tplc="2E749C54" w:tentative="1">
      <w:start w:val="1"/>
      <w:numFmt w:val="bullet"/>
      <w:lvlText w:val="•"/>
      <w:lvlJc w:val="left"/>
      <w:pPr>
        <w:tabs>
          <w:tab w:val="num" w:pos="3600"/>
        </w:tabs>
        <w:ind w:left="3600" w:hanging="360"/>
      </w:pPr>
      <w:rPr>
        <w:rFonts w:ascii="Times New Roman" w:hAnsi="Times New Roman" w:hint="default"/>
      </w:rPr>
    </w:lvl>
    <w:lvl w:ilvl="5" w:tplc="E7F0A60C" w:tentative="1">
      <w:start w:val="1"/>
      <w:numFmt w:val="bullet"/>
      <w:lvlText w:val="•"/>
      <w:lvlJc w:val="left"/>
      <w:pPr>
        <w:tabs>
          <w:tab w:val="num" w:pos="4320"/>
        </w:tabs>
        <w:ind w:left="4320" w:hanging="360"/>
      </w:pPr>
      <w:rPr>
        <w:rFonts w:ascii="Times New Roman" w:hAnsi="Times New Roman" w:hint="default"/>
      </w:rPr>
    </w:lvl>
    <w:lvl w:ilvl="6" w:tplc="A8FC6640" w:tentative="1">
      <w:start w:val="1"/>
      <w:numFmt w:val="bullet"/>
      <w:lvlText w:val="•"/>
      <w:lvlJc w:val="left"/>
      <w:pPr>
        <w:tabs>
          <w:tab w:val="num" w:pos="5040"/>
        </w:tabs>
        <w:ind w:left="5040" w:hanging="360"/>
      </w:pPr>
      <w:rPr>
        <w:rFonts w:ascii="Times New Roman" w:hAnsi="Times New Roman" w:hint="default"/>
      </w:rPr>
    </w:lvl>
    <w:lvl w:ilvl="7" w:tplc="2F7E60D4" w:tentative="1">
      <w:start w:val="1"/>
      <w:numFmt w:val="bullet"/>
      <w:lvlText w:val="•"/>
      <w:lvlJc w:val="left"/>
      <w:pPr>
        <w:tabs>
          <w:tab w:val="num" w:pos="5760"/>
        </w:tabs>
        <w:ind w:left="5760" w:hanging="360"/>
      </w:pPr>
      <w:rPr>
        <w:rFonts w:ascii="Times New Roman" w:hAnsi="Times New Roman" w:hint="default"/>
      </w:rPr>
    </w:lvl>
    <w:lvl w:ilvl="8" w:tplc="359CE94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06AC32F3"/>
    <w:multiLevelType w:val="multilevel"/>
    <w:tmpl w:val="B0E8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3069B8"/>
    <w:multiLevelType w:val="hybridMultilevel"/>
    <w:tmpl w:val="F6024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A615B3"/>
    <w:multiLevelType w:val="multilevel"/>
    <w:tmpl w:val="429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606DCF"/>
    <w:multiLevelType w:val="multilevel"/>
    <w:tmpl w:val="BAA4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C9586B"/>
    <w:multiLevelType w:val="multilevel"/>
    <w:tmpl w:val="754C4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1D01DB"/>
    <w:multiLevelType w:val="multilevel"/>
    <w:tmpl w:val="9B302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5B4F20"/>
    <w:multiLevelType w:val="multilevel"/>
    <w:tmpl w:val="9CDA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A93861"/>
    <w:multiLevelType w:val="hybridMultilevel"/>
    <w:tmpl w:val="842E5238"/>
    <w:lvl w:ilvl="0" w:tplc="2D96572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B2C1133"/>
    <w:multiLevelType w:val="multilevel"/>
    <w:tmpl w:val="E4D41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EB55F6"/>
    <w:multiLevelType w:val="multilevel"/>
    <w:tmpl w:val="1E421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E66C9C"/>
    <w:multiLevelType w:val="multilevel"/>
    <w:tmpl w:val="F02E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BA5C26"/>
    <w:multiLevelType w:val="hybridMultilevel"/>
    <w:tmpl w:val="AA8E7FA0"/>
    <w:lvl w:ilvl="0" w:tplc="AFDC32D0">
      <w:start w:val="1"/>
      <w:numFmt w:val="bullet"/>
      <w:lvlText w:val="•"/>
      <w:lvlJc w:val="left"/>
      <w:pPr>
        <w:tabs>
          <w:tab w:val="num" w:pos="720"/>
        </w:tabs>
        <w:ind w:left="720" w:hanging="360"/>
      </w:pPr>
      <w:rPr>
        <w:rFonts w:ascii="Times New Roman" w:hAnsi="Times New Roman" w:hint="default"/>
      </w:rPr>
    </w:lvl>
    <w:lvl w:ilvl="1" w:tplc="DC564C66">
      <w:numFmt w:val="bullet"/>
      <w:lvlText w:val="•"/>
      <w:lvlJc w:val="left"/>
      <w:pPr>
        <w:tabs>
          <w:tab w:val="num" w:pos="1440"/>
        </w:tabs>
        <w:ind w:left="1440" w:hanging="360"/>
      </w:pPr>
      <w:rPr>
        <w:rFonts w:ascii="Times New Roman" w:hAnsi="Times New Roman" w:hint="default"/>
      </w:rPr>
    </w:lvl>
    <w:lvl w:ilvl="2" w:tplc="7BF49CBA" w:tentative="1">
      <w:start w:val="1"/>
      <w:numFmt w:val="bullet"/>
      <w:lvlText w:val="•"/>
      <w:lvlJc w:val="left"/>
      <w:pPr>
        <w:tabs>
          <w:tab w:val="num" w:pos="2160"/>
        </w:tabs>
        <w:ind w:left="2160" w:hanging="360"/>
      </w:pPr>
      <w:rPr>
        <w:rFonts w:ascii="Times New Roman" w:hAnsi="Times New Roman" w:hint="default"/>
      </w:rPr>
    </w:lvl>
    <w:lvl w:ilvl="3" w:tplc="1A30288E" w:tentative="1">
      <w:start w:val="1"/>
      <w:numFmt w:val="bullet"/>
      <w:lvlText w:val="•"/>
      <w:lvlJc w:val="left"/>
      <w:pPr>
        <w:tabs>
          <w:tab w:val="num" w:pos="2880"/>
        </w:tabs>
        <w:ind w:left="2880" w:hanging="360"/>
      </w:pPr>
      <w:rPr>
        <w:rFonts w:ascii="Times New Roman" w:hAnsi="Times New Roman" w:hint="default"/>
      </w:rPr>
    </w:lvl>
    <w:lvl w:ilvl="4" w:tplc="3086F8BA" w:tentative="1">
      <w:start w:val="1"/>
      <w:numFmt w:val="bullet"/>
      <w:lvlText w:val="•"/>
      <w:lvlJc w:val="left"/>
      <w:pPr>
        <w:tabs>
          <w:tab w:val="num" w:pos="3600"/>
        </w:tabs>
        <w:ind w:left="3600" w:hanging="360"/>
      </w:pPr>
      <w:rPr>
        <w:rFonts w:ascii="Times New Roman" w:hAnsi="Times New Roman" w:hint="default"/>
      </w:rPr>
    </w:lvl>
    <w:lvl w:ilvl="5" w:tplc="A76A16A4" w:tentative="1">
      <w:start w:val="1"/>
      <w:numFmt w:val="bullet"/>
      <w:lvlText w:val="•"/>
      <w:lvlJc w:val="left"/>
      <w:pPr>
        <w:tabs>
          <w:tab w:val="num" w:pos="4320"/>
        </w:tabs>
        <w:ind w:left="4320" w:hanging="360"/>
      </w:pPr>
      <w:rPr>
        <w:rFonts w:ascii="Times New Roman" w:hAnsi="Times New Roman" w:hint="default"/>
      </w:rPr>
    </w:lvl>
    <w:lvl w:ilvl="6" w:tplc="DF7AF098" w:tentative="1">
      <w:start w:val="1"/>
      <w:numFmt w:val="bullet"/>
      <w:lvlText w:val="•"/>
      <w:lvlJc w:val="left"/>
      <w:pPr>
        <w:tabs>
          <w:tab w:val="num" w:pos="5040"/>
        </w:tabs>
        <w:ind w:left="5040" w:hanging="360"/>
      </w:pPr>
      <w:rPr>
        <w:rFonts w:ascii="Times New Roman" w:hAnsi="Times New Roman" w:hint="default"/>
      </w:rPr>
    </w:lvl>
    <w:lvl w:ilvl="7" w:tplc="A876344A" w:tentative="1">
      <w:start w:val="1"/>
      <w:numFmt w:val="bullet"/>
      <w:lvlText w:val="•"/>
      <w:lvlJc w:val="left"/>
      <w:pPr>
        <w:tabs>
          <w:tab w:val="num" w:pos="5760"/>
        </w:tabs>
        <w:ind w:left="5760" w:hanging="360"/>
      </w:pPr>
      <w:rPr>
        <w:rFonts w:ascii="Times New Roman" w:hAnsi="Times New Roman" w:hint="default"/>
      </w:rPr>
    </w:lvl>
    <w:lvl w:ilvl="8" w:tplc="4D6A2D62"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279F355A"/>
    <w:multiLevelType w:val="multilevel"/>
    <w:tmpl w:val="1D162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B3135E"/>
    <w:multiLevelType w:val="multilevel"/>
    <w:tmpl w:val="6BAA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FD33CB"/>
    <w:multiLevelType w:val="hybridMultilevel"/>
    <w:tmpl w:val="EB442544"/>
    <w:lvl w:ilvl="0" w:tplc="DDFC8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9E732B"/>
    <w:multiLevelType w:val="multilevel"/>
    <w:tmpl w:val="FE522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F41E5D"/>
    <w:multiLevelType w:val="multilevel"/>
    <w:tmpl w:val="F70A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C65847"/>
    <w:multiLevelType w:val="hybridMultilevel"/>
    <w:tmpl w:val="AB36C9B4"/>
    <w:lvl w:ilvl="0" w:tplc="85A6D030">
      <w:start w:val="1"/>
      <w:numFmt w:val="bullet"/>
      <w:lvlText w:val="•"/>
      <w:lvlJc w:val="left"/>
      <w:pPr>
        <w:tabs>
          <w:tab w:val="num" w:pos="720"/>
        </w:tabs>
        <w:ind w:left="720" w:hanging="360"/>
      </w:pPr>
      <w:rPr>
        <w:rFonts w:ascii="Times New Roman" w:hAnsi="Times New Roman" w:hint="default"/>
      </w:rPr>
    </w:lvl>
    <w:lvl w:ilvl="1" w:tplc="4D2E4E46" w:tentative="1">
      <w:start w:val="1"/>
      <w:numFmt w:val="bullet"/>
      <w:lvlText w:val="•"/>
      <w:lvlJc w:val="left"/>
      <w:pPr>
        <w:tabs>
          <w:tab w:val="num" w:pos="1440"/>
        </w:tabs>
        <w:ind w:left="1440" w:hanging="360"/>
      </w:pPr>
      <w:rPr>
        <w:rFonts w:ascii="Times New Roman" w:hAnsi="Times New Roman" w:hint="default"/>
      </w:rPr>
    </w:lvl>
    <w:lvl w:ilvl="2" w:tplc="64988FF2" w:tentative="1">
      <w:start w:val="1"/>
      <w:numFmt w:val="bullet"/>
      <w:lvlText w:val="•"/>
      <w:lvlJc w:val="left"/>
      <w:pPr>
        <w:tabs>
          <w:tab w:val="num" w:pos="2160"/>
        </w:tabs>
        <w:ind w:left="2160" w:hanging="360"/>
      </w:pPr>
      <w:rPr>
        <w:rFonts w:ascii="Times New Roman" w:hAnsi="Times New Roman" w:hint="default"/>
      </w:rPr>
    </w:lvl>
    <w:lvl w:ilvl="3" w:tplc="B9EE5CD6" w:tentative="1">
      <w:start w:val="1"/>
      <w:numFmt w:val="bullet"/>
      <w:lvlText w:val="•"/>
      <w:lvlJc w:val="left"/>
      <w:pPr>
        <w:tabs>
          <w:tab w:val="num" w:pos="2880"/>
        </w:tabs>
        <w:ind w:left="2880" w:hanging="360"/>
      </w:pPr>
      <w:rPr>
        <w:rFonts w:ascii="Times New Roman" w:hAnsi="Times New Roman" w:hint="default"/>
      </w:rPr>
    </w:lvl>
    <w:lvl w:ilvl="4" w:tplc="1A4E793E" w:tentative="1">
      <w:start w:val="1"/>
      <w:numFmt w:val="bullet"/>
      <w:lvlText w:val="•"/>
      <w:lvlJc w:val="left"/>
      <w:pPr>
        <w:tabs>
          <w:tab w:val="num" w:pos="3600"/>
        </w:tabs>
        <w:ind w:left="3600" w:hanging="360"/>
      </w:pPr>
      <w:rPr>
        <w:rFonts w:ascii="Times New Roman" w:hAnsi="Times New Roman" w:hint="default"/>
      </w:rPr>
    </w:lvl>
    <w:lvl w:ilvl="5" w:tplc="BE36D256" w:tentative="1">
      <w:start w:val="1"/>
      <w:numFmt w:val="bullet"/>
      <w:lvlText w:val="•"/>
      <w:lvlJc w:val="left"/>
      <w:pPr>
        <w:tabs>
          <w:tab w:val="num" w:pos="4320"/>
        </w:tabs>
        <w:ind w:left="4320" w:hanging="360"/>
      </w:pPr>
      <w:rPr>
        <w:rFonts w:ascii="Times New Roman" w:hAnsi="Times New Roman" w:hint="default"/>
      </w:rPr>
    </w:lvl>
    <w:lvl w:ilvl="6" w:tplc="ECD078E6" w:tentative="1">
      <w:start w:val="1"/>
      <w:numFmt w:val="bullet"/>
      <w:lvlText w:val="•"/>
      <w:lvlJc w:val="left"/>
      <w:pPr>
        <w:tabs>
          <w:tab w:val="num" w:pos="5040"/>
        </w:tabs>
        <w:ind w:left="5040" w:hanging="360"/>
      </w:pPr>
      <w:rPr>
        <w:rFonts w:ascii="Times New Roman" w:hAnsi="Times New Roman" w:hint="default"/>
      </w:rPr>
    </w:lvl>
    <w:lvl w:ilvl="7" w:tplc="8E4A50C6" w:tentative="1">
      <w:start w:val="1"/>
      <w:numFmt w:val="bullet"/>
      <w:lvlText w:val="•"/>
      <w:lvlJc w:val="left"/>
      <w:pPr>
        <w:tabs>
          <w:tab w:val="num" w:pos="5760"/>
        </w:tabs>
        <w:ind w:left="5760" w:hanging="360"/>
      </w:pPr>
      <w:rPr>
        <w:rFonts w:ascii="Times New Roman" w:hAnsi="Times New Roman" w:hint="default"/>
      </w:rPr>
    </w:lvl>
    <w:lvl w:ilvl="8" w:tplc="43B4ABF4"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35AB2E5C"/>
    <w:multiLevelType w:val="hybridMultilevel"/>
    <w:tmpl w:val="8A94B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5D2E46"/>
    <w:multiLevelType w:val="hybridMultilevel"/>
    <w:tmpl w:val="2E7CC4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1FB0223"/>
    <w:multiLevelType w:val="multilevel"/>
    <w:tmpl w:val="6330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18073C"/>
    <w:multiLevelType w:val="multilevel"/>
    <w:tmpl w:val="8238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721116"/>
    <w:multiLevelType w:val="multilevel"/>
    <w:tmpl w:val="5800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A351DB"/>
    <w:multiLevelType w:val="multilevel"/>
    <w:tmpl w:val="FAA2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5C00A3"/>
    <w:multiLevelType w:val="multilevel"/>
    <w:tmpl w:val="5C2E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BB7708"/>
    <w:multiLevelType w:val="multilevel"/>
    <w:tmpl w:val="95F8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FC253C"/>
    <w:multiLevelType w:val="hybridMultilevel"/>
    <w:tmpl w:val="E8C80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AED766B"/>
    <w:multiLevelType w:val="multilevel"/>
    <w:tmpl w:val="8F0A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3B291F"/>
    <w:multiLevelType w:val="multilevel"/>
    <w:tmpl w:val="8A4E4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4C0AD2"/>
    <w:multiLevelType w:val="hybridMultilevel"/>
    <w:tmpl w:val="997CD04A"/>
    <w:lvl w:ilvl="0" w:tplc="F08842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08047A5"/>
    <w:multiLevelType w:val="multilevel"/>
    <w:tmpl w:val="A9721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0A446CF"/>
    <w:multiLevelType w:val="multilevel"/>
    <w:tmpl w:val="883A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AD7338"/>
    <w:multiLevelType w:val="multilevel"/>
    <w:tmpl w:val="02469C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B01BBE"/>
    <w:multiLevelType w:val="hybridMultilevel"/>
    <w:tmpl w:val="D81E86BA"/>
    <w:lvl w:ilvl="0" w:tplc="149E565A">
      <w:start w:val="1"/>
      <w:numFmt w:val="bullet"/>
      <w:lvlText w:val="•"/>
      <w:lvlJc w:val="left"/>
      <w:pPr>
        <w:tabs>
          <w:tab w:val="num" w:pos="720"/>
        </w:tabs>
        <w:ind w:left="720" w:hanging="360"/>
      </w:pPr>
      <w:rPr>
        <w:rFonts w:ascii="Times New Roman" w:hAnsi="Times New Roman" w:hint="default"/>
      </w:rPr>
    </w:lvl>
    <w:lvl w:ilvl="1" w:tplc="18CCA9F2">
      <w:numFmt w:val="bullet"/>
      <w:lvlText w:val="•"/>
      <w:lvlJc w:val="left"/>
      <w:pPr>
        <w:tabs>
          <w:tab w:val="num" w:pos="1440"/>
        </w:tabs>
        <w:ind w:left="1440" w:hanging="360"/>
      </w:pPr>
      <w:rPr>
        <w:rFonts w:ascii="Times New Roman" w:hAnsi="Times New Roman" w:hint="default"/>
      </w:rPr>
    </w:lvl>
    <w:lvl w:ilvl="2" w:tplc="44E435DA" w:tentative="1">
      <w:start w:val="1"/>
      <w:numFmt w:val="bullet"/>
      <w:lvlText w:val="•"/>
      <w:lvlJc w:val="left"/>
      <w:pPr>
        <w:tabs>
          <w:tab w:val="num" w:pos="2160"/>
        </w:tabs>
        <w:ind w:left="2160" w:hanging="360"/>
      </w:pPr>
      <w:rPr>
        <w:rFonts w:ascii="Times New Roman" w:hAnsi="Times New Roman" w:hint="default"/>
      </w:rPr>
    </w:lvl>
    <w:lvl w:ilvl="3" w:tplc="4078A888" w:tentative="1">
      <w:start w:val="1"/>
      <w:numFmt w:val="bullet"/>
      <w:lvlText w:val="•"/>
      <w:lvlJc w:val="left"/>
      <w:pPr>
        <w:tabs>
          <w:tab w:val="num" w:pos="2880"/>
        </w:tabs>
        <w:ind w:left="2880" w:hanging="360"/>
      </w:pPr>
      <w:rPr>
        <w:rFonts w:ascii="Times New Roman" w:hAnsi="Times New Roman" w:hint="default"/>
      </w:rPr>
    </w:lvl>
    <w:lvl w:ilvl="4" w:tplc="DF961630" w:tentative="1">
      <w:start w:val="1"/>
      <w:numFmt w:val="bullet"/>
      <w:lvlText w:val="•"/>
      <w:lvlJc w:val="left"/>
      <w:pPr>
        <w:tabs>
          <w:tab w:val="num" w:pos="3600"/>
        </w:tabs>
        <w:ind w:left="3600" w:hanging="360"/>
      </w:pPr>
      <w:rPr>
        <w:rFonts w:ascii="Times New Roman" w:hAnsi="Times New Roman" w:hint="default"/>
      </w:rPr>
    </w:lvl>
    <w:lvl w:ilvl="5" w:tplc="A17A3B08" w:tentative="1">
      <w:start w:val="1"/>
      <w:numFmt w:val="bullet"/>
      <w:lvlText w:val="•"/>
      <w:lvlJc w:val="left"/>
      <w:pPr>
        <w:tabs>
          <w:tab w:val="num" w:pos="4320"/>
        </w:tabs>
        <w:ind w:left="4320" w:hanging="360"/>
      </w:pPr>
      <w:rPr>
        <w:rFonts w:ascii="Times New Roman" w:hAnsi="Times New Roman" w:hint="default"/>
      </w:rPr>
    </w:lvl>
    <w:lvl w:ilvl="6" w:tplc="18E676DA" w:tentative="1">
      <w:start w:val="1"/>
      <w:numFmt w:val="bullet"/>
      <w:lvlText w:val="•"/>
      <w:lvlJc w:val="left"/>
      <w:pPr>
        <w:tabs>
          <w:tab w:val="num" w:pos="5040"/>
        </w:tabs>
        <w:ind w:left="5040" w:hanging="360"/>
      </w:pPr>
      <w:rPr>
        <w:rFonts w:ascii="Times New Roman" w:hAnsi="Times New Roman" w:hint="default"/>
      </w:rPr>
    </w:lvl>
    <w:lvl w:ilvl="7" w:tplc="278C6D60" w:tentative="1">
      <w:start w:val="1"/>
      <w:numFmt w:val="bullet"/>
      <w:lvlText w:val="•"/>
      <w:lvlJc w:val="left"/>
      <w:pPr>
        <w:tabs>
          <w:tab w:val="num" w:pos="5760"/>
        </w:tabs>
        <w:ind w:left="5760" w:hanging="360"/>
      </w:pPr>
      <w:rPr>
        <w:rFonts w:ascii="Times New Roman" w:hAnsi="Times New Roman" w:hint="default"/>
      </w:rPr>
    </w:lvl>
    <w:lvl w:ilvl="8" w:tplc="5B5EACCE"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63D774BF"/>
    <w:multiLevelType w:val="hybridMultilevel"/>
    <w:tmpl w:val="45BA4400"/>
    <w:lvl w:ilvl="0" w:tplc="45A680EE">
      <w:start w:val="1"/>
      <w:numFmt w:val="bullet"/>
      <w:lvlText w:val="•"/>
      <w:lvlJc w:val="left"/>
      <w:pPr>
        <w:tabs>
          <w:tab w:val="num" w:pos="720"/>
        </w:tabs>
        <w:ind w:left="720" w:hanging="360"/>
      </w:pPr>
      <w:rPr>
        <w:rFonts w:ascii="Times New Roman" w:hAnsi="Times New Roman" w:hint="default"/>
      </w:rPr>
    </w:lvl>
    <w:lvl w:ilvl="1" w:tplc="AE1ABFE0">
      <w:numFmt w:val="bullet"/>
      <w:lvlText w:val="•"/>
      <w:lvlJc w:val="left"/>
      <w:pPr>
        <w:tabs>
          <w:tab w:val="num" w:pos="1440"/>
        </w:tabs>
        <w:ind w:left="1440" w:hanging="360"/>
      </w:pPr>
      <w:rPr>
        <w:rFonts w:ascii="Times New Roman" w:hAnsi="Times New Roman" w:hint="default"/>
      </w:rPr>
    </w:lvl>
    <w:lvl w:ilvl="2" w:tplc="77601744" w:tentative="1">
      <w:start w:val="1"/>
      <w:numFmt w:val="bullet"/>
      <w:lvlText w:val="•"/>
      <w:lvlJc w:val="left"/>
      <w:pPr>
        <w:tabs>
          <w:tab w:val="num" w:pos="2160"/>
        </w:tabs>
        <w:ind w:left="2160" w:hanging="360"/>
      </w:pPr>
      <w:rPr>
        <w:rFonts w:ascii="Times New Roman" w:hAnsi="Times New Roman" w:hint="default"/>
      </w:rPr>
    </w:lvl>
    <w:lvl w:ilvl="3" w:tplc="D526B69A" w:tentative="1">
      <w:start w:val="1"/>
      <w:numFmt w:val="bullet"/>
      <w:lvlText w:val="•"/>
      <w:lvlJc w:val="left"/>
      <w:pPr>
        <w:tabs>
          <w:tab w:val="num" w:pos="2880"/>
        </w:tabs>
        <w:ind w:left="2880" w:hanging="360"/>
      </w:pPr>
      <w:rPr>
        <w:rFonts w:ascii="Times New Roman" w:hAnsi="Times New Roman" w:hint="default"/>
      </w:rPr>
    </w:lvl>
    <w:lvl w:ilvl="4" w:tplc="D7B84F62" w:tentative="1">
      <w:start w:val="1"/>
      <w:numFmt w:val="bullet"/>
      <w:lvlText w:val="•"/>
      <w:lvlJc w:val="left"/>
      <w:pPr>
        <w:tabs>
          <w:tab w:val="num" w:pos="3600"/>
        </w:tabs>
        <w:ind w:left="3600" w:hanging="360"/>
      </w:pPr>
      <w:rPr>
        <w:rFonts w:ascii="Times New Roman" w:hAnsi="Times New Roman" w:hint="default"/>
      </w:rPr>
    </w:lvl>
    <w:lvl w:ilvl="5" w:tplc="BAC01100" w:tentative="1">
      <w:start w:val="1"/>
      <w:numFmt w:val="bullet"/>
      <w:lvlText w:val="•"/>
      <w:lvlJc w:val="left"/>
      <w:pPr>
        <w:tabs>
          <w:tab w:val="num" w:pos="4320"/>
        </w:tabs>
        <w:ind w:left="4320" w:hanging="360"/>
      </w:pPr>
      <w:rPr>
        <w:rFonts w:ascii="Times New Roman" w:hAnsi="Times New Roman" w:hint="default"/>
      </w:rPr>
    </w:lvl>
    <w:lvl w:ilvl="6" w:tplc="B1BAD0CE" w:tentative="1">
      <w:start w:val="1"/>
      <w:numFmt w:val="bullet"/>
      <w:lvlText w:val="•"/>
      <w:lvlJc w:val="left"/>
      <w:pPr>
        <w:tabs>
          <w:tab w:val="num" w:pos="5040"/>
        </w:tabs>
        <w:ind w:left="5040" w:hanging="360"/>
      </w:pPr>
      <w:rPr>
        <w:rFonts w:ascii="Times New Roman" w:hAnsi="Times New Roman" w:hint="default"/>
      </w:rPr>
    </w:lvl>
    <w:lvl w:ilvl="7" w:tplc="28C46398" w:tentative="1">
      <w:start w:val="1"/>
      <w:numFmt w:val="bullet"/>
      <w:lvlText w:val="•"/>
      <w:lvlJc w:val="left"/>
      <w:pPr>
        <w:tabs>
          <w:tab w:val="num" w:pos="5760"/>
        </w:tabs>
        <w:ind w:left="5760" w:hanging="360"/>
      </w:pPr>
      <w:rPr>
        <w:rFonts w:ascii="Times New Roman" w:hAnsi="Times New Roman" w:hint="default"/>
      </w:rPr>
    </w:lvl>
    <w:lvl w:ilvl="8" w:tplc="5ADC252A"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6499013A"/>
    <w:multiLevelType w:val="multilevel"/>
    <w:tmpl w:val="6082DF9E"/>
    <w:lvl w:ilvl="0">
      <w:start w:val="1"/>
      <w:numFmt w:val="decimal"/>
      <w:lvlText w:val="%1."/>
      <w:lvlJc w:val="left"/>
      <w:pPr>
        <w:tabs>
          <w:tab w:val="num" w:pos="720"/>
        </w:tabs>
        <w:ind w:left="720" w:hanging="360"/>
      </w:pPr>
      <w:rPr>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5C74566"/>
    <w:multiLevelType w:val="hybridMultilevel"/>
    <w:tmpl w:val="2B62C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5CA4275"/>
    <w:multiLevelType w:val="hybridMultilevel"/>
    <w:tmpl w:val="6E7E4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9193A0D"/>
    <w:multiLevelType w:val="hybridMultilevel"/>
    <w:tmpl w:val="6F1E5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9B76D83"/>
    <w:multiLevelType w:val="multilevel"/>
    <w:tmpl w:val="36C6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242A5A"/>
    <w:multiLevelType w:val="multilevel"/>
    <w:tmpl w:val="091E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8B010D"/>
    <w:multiLevelType w:val="hybridMultilevel"/>
    <w:tmpl w:val="08AC1048"/>
    <w:lvl w:ilvl="0" w:tplc="073A9CB2">
      <w:start w:val="1"/>
      <w:numFmt w:val="bullet"/>
      <w:lvlText w:val="•"/>
      <w:lvlJc w:val="left"/>
      <w:pPr>
        <w:tabs>
          <w:tab w:val="num" w:pos="720"/>
        </w:tabs>
        <w:ind w:left="720" w:hanging="360"/>
      </w:pPr>
      <w:rPr>
        <w:rFonts w:ascii="Times New Roman" w:hAnsi="Times New Roman" w:hint="default"/>
      </w:rPr>
    </w:lvl>
    <w:lvl w:ilvl="1" w:tplc="FCEC8EF4">
      <w:numFmt w:val="bullet"/>
      <w:lvlText w:val="•"/>
      <w:lvlJc w:val="left"/>
      <w:pPr>
        <w:tabs>
          <w:tab w:val="num" w:pos="1440"/>
        </w:tabs>
        <w:ind w:left="1440" w:hanging="360"/>
      </w:pPr>
      <w:rPr>
        <w:rFonts w:ascii="Times New Roman" w:hAnsi="Times New Roman" w:hint="default"/>
      </w:rPr>
    </w:lvl>
    <w:lvl w:ilvl="2" w:tplc="CEB44632" w:tentative="1">
      <w:start w:val="1"/>
      <w:numFmt w:val="bullet"/>
      <w:lvlText w:val="•"/>
      <w:lvlJc w:val="left"/>
      <w:pPr>
        <w:tabs>
          <w:tab w:val="num" w:pos="2160"/>
        </w:tabs>
        <w:ind w:left="2160" w:hanging="360"/>
      </w:pPr>
      <w:rPr>
        <w:rFonts w:ascii="Times New Roman" w:hAnsi="Times New Roman" w:hint="default"/>
      </w:rPr>
    </w:lvl>
    <w:lvl w:ilvl="3" w:tplc="4D80AFD6" w:tentative="1">
      <w:start w:val="1"/>
      <w:numFmt w:val="bullet"/>
      <w:lvlText w:val="•"/>
      <w:lvlJc w:val="left"/>
      <w:pPr>
        <w:tabs>
          <w:tab w:val="num" w:pos="2880"/>
        </w:tabs>
        <w:ind w:left="2880" w:hanging="360"/>
      </w:pPr>
      <w:rPr>
        <w:rFonts w:ascii="Times New Roman" w:hAnsi="Times New Roman" w:hint="default"/>
      </w:rPr>
    </w:lvl>
    <w:lvl w:ilvl="4" w:tplc="42C8418A" w:tentative="1">
      <w:start w:val="1"/>
      <w:numFmt w:val="bullet"/>
      <w:lvlText w:val="•"/>
      <w:lvlJc w:val="left"/>
      <w:pPr>
        <w:tabs>
          <w:tab w:val="num" w:pos="3600"/>
        </w:tabs>
        <w:ind w:left="3600" w:hanging="360"/>
      </w:pPr>
      <w:rPr>
        <w:rFonts w:ascii="Times New Roman" w:hAnsi="Times New Roman" w:hint="default"/>
      </w:rPr>
    </w:lvl>
    <w:lvl w:ilvl="5" w:tplc="A0F8B358" w:tentative="1">
      <w:start w:val="1"/>
      <w:numFmt w:val="bullet"/>
      <w:lvlText w:val="•"/>
      <w:lvlJc w:val="left"/>
      <w:pPr>
        <w:tabs>
          <w:tab w:val="num" w:pos="4320"/>
        </w:tabs>
        <w:ind w:left="4320" w:hanging="360"/>
      </w:pPr>
      <w:rPr>
        <w:rFonts w:ascii="Times New Roman" w:hAnsi="Times New Roman" w:hint="default"/>
      </w:rPr>
    </w:lvl>
    <w:lvl w:ilvl="6" w:tplc="CA9AE8D6" w:tentative="1">
      <w:start w:val="1"/>
      <w:numFmt w:val="bullet"/>
      <w:lvlText w:val="•"/>
      <w:lvlJc w:val="left"/>
      <w:pPr>
        <w:tabs>
          <w:tab w:val="num" w:pos="5040"/>
        </w:tabs>
        <w:ind w:left="5040" w:hanging="360"/>
      </w:pPr>
      <w:rPr>
        <w:rFonts w:ascii="Times New Roman" w:hAnsi="Times New Roman" w:hint="default"/>
      </w:rPr>
    </w:lvl>
    <w:lvl w:ilvl="7" w:tplc="E67A97FE" w:tentative="1">
      <w:start w:val="1"/>
      <w:numFmt w:val="bullet"/>
      <w:lvlText w:val="•"/>
      <w:lvlJc w:val="left"/>
      <w:pPr>
        <w:tabs>
          <w:tab w:val="num" w:pos="5760"/>
        </w:tabs>
        <w:ind w:left="5760" w:hanging="360"/>
      </w:pPr>
      <w:rPr>
        <w:rFonts w:ascii="Times New Roman" w:hAnsi="Times New Roman" w:hint="default"/>
      </w:rPr>
    </w:lvl>
    <w:lvl w:ilvl="8" w:tplc="7A76A66A" w:tentative="1">
      <w:start w:val="1"/>
      <w:numFmt w:val="bullet"/>
      <w:lvlText w:val="•"/>
      <w:lvlJc w:val="left"/>
      <w:pPr>
        <w:tabs>
          <w:tab w:val="num" w:pos="6480"/>
        </w:tabs>
        <w:ind w:left="6480" w:hanging="360"/>
      </w:pPr>
      <w:rPr>
        <w:rFonts w:ascii="Times New Roman" w:hAnsi="Times New Roman" w:hint="default"/>
      </w:rPr>
    </w:lvl>
  </w:abstractNum>
  <w:abstractNum w:abstractNumId="54" w15:restartNumberingAfterBreak="0">
    <w:nsid w:val="73B53F8D"/>
    <w:multiLevelType w:val="multilevel"/>
    <w:tmpl w:val="B150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33075C"/>
    <w:multiLevelType w:val="hybridMultilevel"/>
    <w:tmpl w:val="07B63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8D6C01"/>
    <w:multiLevelType w:val="multilevel"/>
    <w:tmpl w:val="8296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E704CD"/>
    <w:multiLevelType w:val="hybridMultilevel"/>
    <w:tmpl w:val="CA664D9C"/>
    <w:lvl w:ilvl="0" w:tplc="F27AC858">
      <w:start w:val="1"/>
      <w:numFmt w:val="bullet"/>
      <w:lvlText w:val="•"/>
      <w:lvlJc w:val="left"/>
      <w:pPr>
        <w:tabs>
          <w:tab w:val="num" w:pos="720"/>
        </w:tabs>
        <w:ind w:left="720" w:hanging="360"/>
      </w:pPr>
      <w:rPr>
        <w:rFonts w:ascii="Times New Roman" w:hAnsi="Times New Roman" w:hint="default"/>
      </w:rPr>
    </w:lvl>
    <w:lvl w:ilvl="1" w:tplc="7F9E5FB8">
      <w:numFmt w:val="bullet"/>
      <w:lvlText w:val="•"/>
      <w:lvlJc w:val="left"/>
      <w:pPr>
        <w:tabs>
          <w:tab w:val="num" w:pos="1440"/>
        </w:tabs>
        <w:ind w:left="1440" w:hanging="360"/>
      </w:pPr>
      <w:rPr>
        <w:rFonts w:ascii="Times New Roman" w:hAnsi="Times New Roman" w:hint="default"/>
      </w:rPr>
    </w:lvl>
    <w:lvl w:ilvl="2" w:tplc="97E22212" w:tentative="1">
      <w:start w:val="1"/>
      <w:numFmt w:val="bullet"/>
      <w:lvlText w:val="•"/>
      <w:lvlJc w:val="left"/>
      <w:pPr>
        <w:tabs>
          <w:tab w:val="num" w:pos="2160"/>
        </w:tabs>
        <w:ind w:left="2160" w:hanging="360"/>
      </w:pPr>
      <w:rPr>
        <w:rFonts w:ascii="Times New Roman" w:hAnsi="Times New Roman" w:hint="default"/>
      </w:rPr>
    </w:lvl>
    <w:lvl w:ilvl="3" w:tplc="6C6028DC" w:tentative="1">
      <w:start w:val="1"/>
      <w:numFmt w:val="bullet"/>
      <w:lvlText w:val="•"/>
      <w:lvlJc w:val="left"/>
      <w:pPr>
        <w:tabs>
          <w:tab w:val="num" w:pos="2880"/>
        </w:tabs>
        <w:ind w:left="2880" w:hanging="360"/>
      </w:pPr>
      <w:rPr>
        <w:rFonts w:ascii="Times New Roman" w:hAnsi="Times New Roman" w:hint="default"/>
      </w:rPr>
    </w:lvl>
    <w:lvl w:ilvl="4" w:tplc="FF945910" w:tentative="1">
      <w:start w:val="1"/>
      <w:numFmt w:val="bullet"/>
      <w:lvlText w:val="•"/>
      <w:lvlJc w:val="left"/>
      <w:pPr>
        <w:tabs>
          <w:tab w:val="num" w:pos="3600"/>
        </w:tabs>
        <w:ind w:left="3600" w:hanging="360"/>
      </w:pPr>
      <w:rPr>
        <w:rFonts w:ascii="Times New Roman" w:hAnsi="Times New Roman" w:hint="default"/>
      </w:rPr>
    </w:lvl>
    <w:lvl w:ilvl="5" w:tplc="2BD2977E" w:tentative="1">
      <w:start w:val="1"/>
      <w:numFmt w:val="bullet"/>
      <w:lvlText w:val="•"/>
      <w:lvlJc w:val="left"/>
      <w:pPr>
        <w:tabs>
          <w:tab w:val="num" w:pos="4320"/>
        </w:tabs>
        <w:ind w:left="4320" w:hanging="360"/>
      </w:pPr>
      <w:rPr>
        <w:rFonts w:ascii="Times New Roman" w:hAnsi="Times New Roman" w:hint="default"/>
      </w:rPr>
    </w:lvl>
    <w:lvl w:ilvl="6" w:tplc="3B14CE66" w:tentative="1">
      <w:start w:val="1"/>
      <w:numFmt w:val="bullet"/>
      <w:lvlText w:val="•"/>
      <w:lvlJc w:val="left"/>
      <w:pPr>
        <w:tabs>
          <w:tab w:val="num" w:pos="5040"/>
        </w:tabs>
        <w:ind w:left="5040" w:hanging="360"/>
      </w:pPr>
      <w:rPr>
        <w:rFonts w:ascii="Times New Roman" w:hAnsi="Times New Roman" w:hint="default"/>
      </w:rPr>
    </w:lvl>
    <w:lvl w:ilvl="7" w:tplc="DCD43A0C" w:tentative="1">
      <w:start w:val="1"/>
      <w:numFmt w:val="bullet"/>
      <w:lvlText w:val="•"/>
      <w:lvlJc w:val="left"/>
      <w:pPr>
        <w:tabs>
          <w:tab w:val="num" w:pos="5760"/>
        </w:tabs>
        <w:ind w:left="5760" w:hanging="360"/>
      </w:pPr>
      <w:rPr>
        <w:rFonts w:ascii="Times New Roman" w:hAnsi="Times New Roman" w:hint="default"/>
      </w:rPr>
    </w:lvl>
    <w:lvl w:ilvl="8" w:tplc="43744E72" w:tentative="1">
      <w:start w:val="1"/>
      <w:numFmt w:val="bullet"/>
      <w:lvlText w:val="•"/>
      <w:lvlJc w:val="left"/>
      <w:pPr>
        <w:tabs>
          <w:tab w:val="num" w:pos="6480"/>
        </w:tabs>
        <w:ind w:left="6480" w:hanging="360"/>
      </w:pPr>
      <w:rPr>
        <w:rFonts w:ascii="Times New Roman" w:hAnsi="Times New Roman" w:hint="default"/>
      </w:rPr>
    </w:lvl>
  </w:abstractNum>
  <w:num w:numId="1" w16cid:durableId="660354210">
    <w:abstractNumId w:val="8"/>
  </w:num>
  <w:num w:numId="2" w16cid:durableId="1355225807">
    <w:abstractNumId w:val="6"/>
  </w:num>
  <w:num w:numId="3" w16cid:durableId="623852488">
    <w:abstractNumId w:val="5"/>
  </w:num>
  <w:num w:numId="4" w16cid:durableId="40596076">
    <w:abstractNumId w:val="4"/>
  </w:num>
  <w:num w:numId="5" w16cid:durableId="1569069354">
    <w:abstractNumId w:val="7"/>
  </w:num>
  <w:num w:numId="6" w16cid:durableId="1373916589">
    <w:abstractNumId w:val="3"/>
  </w:num>
  <w:num w:numId="7" w16cid:durableId="205028432">
    <w:abstractNumId w:val="2"/>
  </w:num>
  <w:num w:numId="8" w16cid:durableId="1563298132">
    <w:abstractNumId w:val="1"/>
  </w:num>
  <w:num w:numId="9" w16cid:durableId="916015770">
    <w:abstractNumId w:val="0"/>
  </w:num>
  <w:num w:numId="10" w16cid:durableId="1910731922">
    <w:abstractNumId w:val="48"/>
  </w:num>
  <w:num w:numId="11" w16cid:durableId="892040714">
    <w:abstractNumId w:val="30"/>
  </w:num>
  <w:num w:numId="12" w16cid:durableId="552734229">
    <w:abstractNumId w:val="55"/>
  </w:num>
  <w:num w:numId="13" w16cid:durableId="18511658">
    <w:abstractNumId w:val="38"/>
  </w:num>
  <w:num w:numId="14" w16cid:durableId="1551845615">
    <w:abstractNumId w:val="47"/>
  </w:num>
  <w:num w:numId="15" w16cid:durableId="129522697">
    <w:abstractNumId w:val="51"/>
  </w:num>
  <w:num w:numId="16" w16cid:durableId="997880132">
    <w:abstractNumId w:val="17"/>
  </w:num>
  <w:num w:numId="17" w16cid:durableId="1806124304">
    <w:abstractNumId w:val="15"/>
  </w:num>
  <w:num w:numId="18" w16cid:durableId="1110272119">
    <w:abstractNumId w:val="39"/>
  </w:num>
  <w:num w:numId="19" w16cid:durableId="1495562244">
    <w:abstractNumId w:val="44"/>
  </w:num>
  <w:num w:numId="20" w16cid:durableId="1158182883">
    <w:abstractNumId w:val="54"/>
  </w:num>
  <w:num w:numId="21" w16cid:durableId="879318277">
    <w:abstractNumId w:val="27"/>
  </w:num>
  <w:num w:numId="22" w16cid:durableId="1500384600">
    <w:abstractNumId w:val="42"/>
  </w:num>
  <w:num w:numId="23" w16cid:durableId="672997908">
    <w:abstractNumId w:val="24"/>
  </w:num>
  <w:num w:numId="24" w16cid:durableId="1477918684">
    <w:abstractNumId w:val="10"/>
  </w:num>
  <w:num w:numId="25" w16cid:durableId="709183376">
    <w:abstractNumId w:val="20"/>
  </w:num>
  <w:num w:numId="26" w16cid:durableId="1085372159">
    <w:abstractNumId w:val="28"/>
  </w:num>
  <w:num w:numId="27" w16cid:durableId="2084258816">
    <w:abstractNumId w:val="14"/>
  </w:num>
  <w:num w:numId="28" w16cid:durableId="856314891">
    <w:abstractNumId w:val="12"/>
  </w:num>
  <w:num w:numId="29" w16cid:durableId="169032059">
    <w:abstractNumId w:val="43"/>
  </w:num>
  <w:num w:numId="30" w16cid:durableId="1049112754">
    <w:abstractNumId w:val="36"/>
  </w:num>
  <w:num w:numId="31" w16cid:durableId="905337546">
    <w:abstractNumId w:val="40"/>
  </w:num>
  <w:num w:numId="32" w16cid:durableId="441534034">
    <w:abstractNumId w:val="32"/>
  </w:num>
  <w:num w:numId="33" w16cid:durableId="974410435">
    <w:abstractNumId w:val="52"/>
  </w:num>
  <w:num w:numId="34" w16cid:durableId="50738502">
    <w:abstractNumId w:val="34"/>
  </w:num>
  <w:num w:numId="35" w16cid:durableId="1543206331">
    <w:abstractNumId w:val="25"/>
  </w:num>
  <w:num w:numId="36" w16cid:durableId="619915480">
    <w:abstractNumId w:val="33"/>
  </w:num>
  <w:num w:numId="37" w16cid:durableId="1318656000">
    <w:abstractNumId w:val="22"/>
  </w:num>
  <w:num w:numId="38" w16cid:durableId="1904443095">
    <w:abstractNumId w:val="56"/>
  </w:num>
  <w:num w:numId="39" w16cid:durableId="716246639">
    <w:abstractNumId w:val="35"/>
  </w:num>
  <w:num w:numId="40" w16cid:durableId="1130709853">
    <w:abstractNumId w:val="37"/>
  </w:num>
  <w:num w:numId="41" w16cid:durableId="2043169210">
    <w:abstractNumId w:val="18"/>
  </w:num>
  <w:num w:numId="42" w16cid:durableId="1261061146">
    <w:abstractNumId w:val="21"/>
  </w:num>
  <w:num w:numId="43" w16cid:durableId="282543149">
    <w:abstractNumId w:val="16"/>
  </w:num>
  <w:num w:numId="44" w16cid:durableId="414596068">
    <w:abstractNumId w:val="9"/>
  </w:num>
  <w:num w:numId="45" w16cid:durableId="1974675777">
    <w:abstractNumId w:val="50"/>
  </w:num>
  <w:num w:numId="46" w16cid:durableId="1485467440">
    <w:abstractNumId w:val="49"/>
  </w:num>
  <w:num w:numId="47" w16cid:durableId="974025535">
    <w:abstractNumId w:val="13"/>
  </w:num>
  <w:num w:numId="48" w16cid:durableId="948196381">
    <w:abstractNumId w:val="19"/>
  </w:num>
  <w:num w:numId="49" w16cid:durableId="722560351">
    <w:abstractNumId w:val="29"/>
  </w:num>
  <w:num w:numId="50" w16cid:durableId="176308754">
    <w:abstractNumId w:val="41"/>
  </w:num>
  <w:num w:numId="51" w16cid:durableId="61300718">
    <w:abstractNumId w:val="26"/>
  </w:num>
  <w:num w:numId="52" w16cid:durableId="298221187">
    <w:abstractNumId w:val="31"/>
  </w:num>
  <w:num w:numId="53" w16cid:durableId="444741000">
    <w:abstractNumId w:val="46"/>
  </w:num>
  <w:num w:numId="54" w16cid:durableId="1500920418">
    <w:abstractNumId w:val="11"/>
  </w:num>
  <w:num w:numId="55" w16cid:durableId="1746994010">
    <w:abstractNumId w:val="57"/>
  </w:num>
  <w:num w:numId="56" w16cid:durableId="1395658623">
    <w:abstractNumId w:val="53"/>
  </w:num>
  <w:num w:numId="57" w16cid:durableId="986787209">
    <w:abstractNumId w:val="23"/>
  </w:num>
  <w:num w:numId="58" w16cid:durableId="19912480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41E2"/>
    <w:rsid w:val="00032C33"/>
    <w:rsid w:val="00034616"/>
    <w:rsid w:val="00057609"/>
    <w:rsid w:val="0006063C"/>
    <w:rsid w:val="00060BD9"/>
    <w:rsid w:val="00071BF3"/>
    <w:rsid w:val="000812C1"/>
    <w:rsid w:val="00081A4F"/>
    <w:rsid w:val="00090900"/>
    <w:rsid w:val="000C0C47"/>
    <w:rsid w:val="000E07F7"/>
    <w:rsid w:val="000E5256"/>
    <w:rsid w:val="000E6695"/>
    <w:rsid w:val="00121EB9"/>
    <w:rsid w:val="00123AB6"/>
    <w:rsid w:val="001441B0"/>
    <w:rsid w:val="00146ED1"/>
    <w:rsid w:val="00150709"/>
    <w:rsid w:val="0015074B"/>
    <w:rsid w:val="001525A4"/>
    <w:rsid w:val="00170560"/>
    <w:rsid w:val="001828B1"/>
    <w:rsid w:val="00191FC0"/>
    <w:rsid w:val="001973AA"/>
    <w:rsid w:val="001A3FED"/>
    <w:rsid w:val="001A42A5"/>
    <w:rsid w:val="001B16E4"/>
    <w:rsid w:val="001B5917"/>
    <w:rsid w:val="001D5D73"/>
    <w:rsid w:val="001E27A7"/>
    <w:rsid w:val="001F3EE1"/>
    <w:rsid w:val="0020188B"/>
    <w:rsid w:val="002024E4"/>
    <w:rsid w:val="00202BD5"/>
    <w:rsid w:val="0021603A"/>
    <w:rsid w:val="0023569C"/>
    <w:rsid w:val="002419DF"/>
    <w:rsid w:val="0024578E"/>
    <w:rsid w:val="00257E5B"/>
    <w:rsid w:val="00264C52"/>
    <w:rsid w:val="00264C86"/>
    <w:rsid w:val="002731F2"/>
    <w:rsid w:val="0029639D"/>
    <w:rsid w:val="002A7E27"/>
    <w:rsid w:val="002B405D"/>
    <w:rsid w:val="002D2B81"/>
    <w:rsid w:val="002D5DF9"/>
    <w:rsid w:val="002E55F8"/>
    <w:rsid w:val="002F3168"/>
    <w:rsid w:val="00326F90"/>
    <w:rsid w:val="003308A4"/>
    <w:rsid w:val="00337B72"/>
    <w:rsid w:val="00346B71"/>
    <w:rsid w:val="0034795A"/>
    <w:rsid w:val="003510C8"/>
    <w:rsid w:val="003527BE"/>
    <w:rsid w:val="0035618D"/>
    <w:rsid w:val="00367961"/>
    <w:rsid w:val="003709AE"/>
    <w:rsid w:val="003714D6"/>
    <w:rsid w:val="00376801"/>
    <w:rsid w:val="00396792"/>
    <w:rsid w:val="003A2BBB"/>
    <w:rsid w:val="003A4CB4"/>
    <w:rsid w:val="003B1918"/>
    <w:rsid w:val="003B57D1"/>
    <w:rsid w:val="003C1097"/>
    <w:rsid w:val="003D4701"/>
    <w:rsid w:val="003F3F7A"/>
    <w:rsid w:val="00413BBE"/>
    <w:rsid w:val="0041436E"/>
    <w:rsid w:val="004170CA"/>
    <w:rsid w:val="00444BB5"/>
    <w:rsid w:val="00445FFB"/>
    <w:rsid w:val="0046090C"/>
    <w:rsid w:val="00462FAD"/>
    <w:rsid w:val="004B1180"/>
    <w:rsid w:val="004B4AF7"/>
    <w:rsid w:val="004C598F"/>
    <w:rsid w:val="004C7278"/>
    <w:rsid w:val="004C75AD"/>
    <w:rsid w:val="004D1214"/>
    <w:rsid w:val="004E5109"/>
    <w:rsid w:val="004E7CFE"/>
    <w:rsid w:val="004F7A65"/>
    <w:rsid w:val="005519AB"/>
    <w:rsid w:val="0058114C"/>
    <w:rsid w:val="005B457A"/>
    <w:rsid w:val="005D3C7F"/>
    <w:rsid w:val="005F707E"/>
    <w:rsid w:val="0060313E"/>
    <w:rsid w:val="00633EB7"/>
    <w:rsid w:val="00650530"/>
    <w:rsid w:val="00660B90"/>
    <w:rsid w:val="006635CA"/>
    <w:rsid w:val="00697F24"/>
    <w:rsid w:val="006C46C7"/>
    <w:rsid w:val="006D308E"/>
    <w:rsid w:val="006F70E3"/>
    <w:rsid w:val="00702899"/>
    <w:rsid w:val="00706370"/>
    <w:rsid w:val="00713E18"/>
    <w:rsid w:val="00750BF7"/>
    <w:rsid w:val="007519BA"/>
    <w:rsid w:val="007533A3"/>
    <w:rsid w:val="00754FCA"/>
    <w:rsid w:val="00756ED5"/>
    <w:rsid w:val="00761103"/>
    <w:rsid w:val="00766A10"/>
    <w:rsid w:val="007814C6"/>
    <w:rsid w:val="00784E24"/>
    <w:rsid w:val="007B2E7A"/>
    <w:rsid w:val="007B5A67"/>
    <w:rsid w:val="007C05B8"/>
    <w:rsid w:val="007D229F"/>
    <w:rsid w:val="007E445D"/>
    <w:rsid w:val="007F11F2"/>
    <w:rsid w:val="00806054"/>
    <w:rsid w:val="008144EF"/>
    <w:rsid w:val="0082623B"/>
    <w:rsid w:val="00836149"/>
    <w:rsid w:val="00836826"/>
    <w:rsid w:val="00843D5B"/>
    <w:rsid w:val="0086001B"/>
    <w:rsid w:val="00870014"/>
    <w:rsid w:val="008745F2"/>
    <w:rsid w:val="008845C3"/>
    <w:rsid w:val="00887A9A"/>
    <w:rsid w:val="008C5594"/>
    <w:rsid w:val="008D30A0"/>
    <w:rsid w:val="008D362F"/>
    <w:rsid w:val="009041E6"/>
    <w:rsid w:val="00906A80"/>
    <w:rsid w:val="00914606"/>
    <w:rsid w:val="009169B1"/>
    <w:rsid w:val="0092000D"/>
    <w:rsid w:val="0092074D"/>
    <w:rsid w:val="00920A96"/>
    <w:rsid w:val="00927207"/>
    <w:rsid w:val="009553B3"/>
    <w:rsid w:val="0096209C"/>
    <w:rsid w:val="00973172"/>
    <w:rsid w:val="00974F2F"/>
    <w:rsid w:val="009A20F7"/>
    <w:rsid w:val="009B2F7C"/>
    <w:rsid w:val="009C2BE4"/>
    <w:rsid w:val="009C4DFC"/>
    <w:rsid w:val="009D1CD0"/>
    <w:rsid w:val="009D48C9"/>
    <w:rsid w:val="009E103C"/>
    <w:rsid w:val="009E4B83"/>
    <w:rsid w:val="009E4EB3"/>
    <w:rsid w:val="009E56BD"/>
    <w:rsid w:val="009F1118"/>
    <w:rsid w:val="009F6179"/>
    <w:rsid w:val="00A2049F"/>
    <w:rsid w:val="00A30C7C"/>
    <w:rsid w:val="00A35D3E"/>
    <w:rsid w:val="00A37D2B"/>
    <w:rsid w:val="00A76082"/>
    <w:rsid w:val="00A86342"/>
    <w:rsid w:val="00A95751"/>
    <w:rsid w:val="00AA1D8D"/>
    <w:rsid w:val="00AB22CF"/>
    <w:rsid w:val="00AB6C61"/>
    <w:rsid w:val="00AF007D"/>
    <w:rsid w:val="00B259AC"/>
    <w:rsid w:val="00B311F1"/>
    <w:rsid w:val="00B42D46"/>
    <w:rsid w:val="00B47730"/>
    <w:rsid w:val="00B52B29"/>
    <w:rsid w:val="00B602D8"/>
    <w:rsid w:val="00B63FC4"/>
    <w:rsid w:val="00B840C2"/>
    <w:rsid w:val="00B84896"/>
    <w:rsid w:val="00B858E3"/>
    <w:rsid w:val="00B96175"/>
    <w:rsid w:val="00BC0265"/>
    <w:rsid w:val="00BC3B4C"/>
    <w:rsid w:val="00BE47BA"/>
    <w:rsid w:val="00BF35B9"/>
    <w:rsid w:val="00C06A50"/>
    <w:rsid w:val="00C10A7A"/>
    <w:rsid w:val="00C11816"/>
    <w:rsid w:val="00C12F6F"/>
    <w:rsid w:val="00C3136F"/>
    <w:rsid w:val="00C37581"/>
    <w:rsid w:val="00C503F0"/>
    <w:rsid w:val="00C50903"/>
    <w:rsid w:val="00C5126D"/>
    <w:rsid w:val="00C57BD3"/>
    <w:rsid w:val="00C879AF"/>
    <w:rsid w:val="00CA1F71"/>
    <w:rsid w:val="00CB0664"/>
    <w:rsid w:val="00CC74D3"/>
    <w:rsid w:val="00CD5478"/>
    <w:rsid w:val="00CF57E7"/>
    <w:rsid w:val="00D02DA8"/>
    <w:rsid w:val="00D03BE3"/>
    <w:rsid w:val="00D04B34"/>
    <w:rsid w:val="00D2270B"/>
    <w:rsid w:val="00D46C61"/>
    <w:rsid w:val="00D51F81"/>
    <w:rsid w:val="00D52911"/>
    <w:rsid w:val="00D95F5B"/>
    <w:rsid w:val="00DB0B5E"/>
    <w:rsid w:val="00DB17E9"/>
    <w:rsid w:val="00DC29BF"/>
    <w:rsid w:val="00DD71D0"/>
    <w:rsid w:val="00DE3EC6"/>
    <w:rsid w:val="00DE519C"/>
    <w:rsid w:val="00E06F97"/>
    <w:rsid w:val="00E07C33"/>
    <w:rsid w:val="00E14703"/>
    <w:rsid w:val="00E220FE"/>
    <w:rsid w:val="00E2366F"/>
    <w:rsid w:val="00E26D25"/>
    <w:rsid w:val="00E277C0"/>
    <w:rsid w:val="00E27A82"/>
    <w:rsid w:val="00E33772"/>
    <w:rsid w:val="00E3793A"/>
    <w:rsid w:val="00E445D2"/>
    <w:rsid w:val="00E53EBC"/>
    <w:rsid w:val="00E571BD"/>
    <w:rsid w:val="00E72595"/>
    <w:rsid w:val="00E731F1"/>
    <w:rsid w:val="00E909C7"/>
    <w:rsid w:val="00E91312"/>
    <w:rsid w:val="00EA0FFB"/>
    <w:rsid w:val="00EC361D"/>
    <w:rsid w:val="00EE6E63"/>
    <w:rsid w:val="00EF161A"/>
    <w:rsid w:val="00EF6DA1"/>
    <w:rsid w:val="00F10946"/>
    <w:rsid w:val="00F125F8"/>
    <w:rsid w:val="00F153CB"/>
    <w:rsid w:val="00F422E4"/>
    <w:rsid w:val="00F5633A"/>
    <w:rsid w:val="00F6462E"/>
    <w:rsid w:val="00F730D3"/>
    <w:rsid w:val="00F7622C"/>
    <w:rsid w:val="00F76281"/>
    <w:rsid w:val="00F86208"/>
    <w:rsid w:val="00FA61DE"/>
    <w:rsid w:val="00FB0B97"/>
    <w:rsid w:val="00FB268E"/>
    <w:rsid w:val="00FB2C99"/>
    <w:rsid w:val="00FB6DC5"/>
    <w:rsid w:val="00FC0178"/>
    <w:rsid w:val="00FC693F"/>
    <w:rsid w:val="00FF5C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6C041D"/>
  <w14:defaultImageDpi w14:val="330"/>
  <w15:docId w15:val="{C989248F-6D57-412E-BEF0-2652AEBBC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2">
    <w:name w:val="Normal (Web)"/>
    <w:basedOn w:val="a1"/>
    <w:uiPriority w:val="99"/>
    <w:semiHidden/>
    <w:unhideWhenUsed/>
    <w:rsid w:val="00FF5CDD"/>
    <w:rPr>
      <w:rFonts w:ascii="Times New Roman" w:hAnsi="Times New Roman" w:cs="Times New Roman"/>
      <w:sz w:val="24"/>
      <w:szCs w:val="24"/>
    </w:rPr>
  </w:style>
  <w:style w:type="paragraph" w:styleId="aff3">
    <w:name w:val="HTML Top of Form"/>
    <w:basedOn w:val="a1"/>
    <w:next w:val="a1"/>
    <w:link w:val="Char7"/>
    <w:hidden/>
    <w:uiPriority w:val="99"/>
    <w:semiHidden/>
    <w:unhideWhenUsed/>
    <w:rsid w:val="00E9131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7">
    <w:name w:val="أعلى النموذج Char"/>
    <w:basedOn w:val="a2"/>
    <w:link w:val="aff3"/>
    <w:uiPriority w:val="99"/>
    <w:semiHidden/>
    <w:rsid w:val="00E91312"/>
    <w:rPr>
      <w:rFonts w:ascii="Arial" w:eastAsia="Times New Roman" w:hAnsi="Arial" w:cs="Arial"/>
      <w:vanish/>
      <w:sz w:val="16"/>
      <w:szCs w:val="16"/>
    </w:rPr>
  </w:style>
  <w:style w:type="paragraph" w:styleId="aff4">
    <w:name w:val="HTML Bottom of Form"/>
    <w:basedOn w:val="a1"/>
    <w:next w:val="a1"/>
    <w:link w:val="Char8"/>
    <w:hidden/>
    <w:uiPriority w:val="99"/>
    <w:semiHidden/>
    <w:unhideWhenUsed/>
    <w:rsid w:val="00E91312"/>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8">
    <w:name w:val="أسفل النموذج Char"/>
    <w:basedOn w:val="a2"/>
    <w:link w:val="aff4"/>
    <w:uiPriority w:val="99"/>
    <w:semiHidden/>
    <w:rsid w:val="00E91312"/>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51512">
      <w:bodyDiv w:val="1"/>
      <w:marLeft w:val="0"/>
      <w:marRight w:val="0"/>
      <w:marTop w:val="0"/>
      <w:marBottom w:val="0"/>
      <w:divBdr>
        <w:top w:val="none" w:sz="0" w:space="0" w:color="auto"/>
        <w:left w:val="none" w:sz="0" w:space="0" w:color="auto"/>
        <w:bottom w:val="none" w:sz="0" w:space="0" w:color="auto"/>
        <w:right w:val="none" w:sz="0" w:space="0" w:color="auto"/>
      </w:divBdr>
      <w:divsChild>
        <w:div w:id="780878569">
          <w:marLeft w:val="0"/>
          <w:marRight w:val="0"/>
          <w:marTop w:val="0"/>
          <w:marBottom w:val="0"/>
          <w:divBdr>
            <w:top w:val="none" w:sz="0" w:space="0" w:color="auto"/>
            <w:left w:val="none" w:sz="0" w:space="0" w:color="auto"/>
            <w:bottom w:val="none" w:sz="0" w:space="0" w:color="auto"/>
            <w:right w:val="none" w:sz="0" w:space="0" w:color="auto"/>
          </w:divBdr>
          <w:divsChild>
            <w:div w:id="1978216005">
              <w:marLeft w:val="0"/>
              <w:marRight w:val="0"/>
              <w:marTop w:val="0"/>
              <w:marBottom w:val="0"/>
              <w:divBdr>
                <w:top w:val="none" w:sz="0" w:space="0" w:color="auto"/>
                <w:left w:val="none" w:sz="0" w:space="0" w:color="auto"/>
                <w:bottom w:val="none" w:sz="0" w:space="0" w:color="auto"/>
                <w:right w:val="none" w:sz="0" w:space="0" w:color="auto"/>
              </w:divBdr>
              <w:divsChild>
                <w:div w:id="811679077">
                  <w:marLeft w:val="0"/>
                  <w:marRight w:val="0"/>
                  <w:marTop w:val="120"/>
                  <w:marBottom w:val="0"/>
                  <w:divBdr>
                    <w:top w:val="none" w:sz="0" w:space="0" w:color="auto"/>
                    <w:left w:val="none" w:sz="0" w:space="0" w:color="auto"/>
                    <w:bottom w:val="none" w:sz="0" w:space="0" w:color="auto"/>
                    <w:right w:val="none" w:sz="0" w:space="0" w:color="auto"/>
                  </w:divBdr>
                  <w:divsChild>
                    <w:div w:id="739985925">
                      <w:marLeft w:val="0"/>
                      <w:marRight w:val="0"/>
                      <w:marTop w:val="0"/>
                      <w:marBottom w:val="0"/>
                      <w:divBdr>
                        <w:top w:val="none" w:sz="0" w:space="0" w:color="auto"/>
                        <w:left w:val="none" w:sz="0" w:space="0" w:color="auto"/>
                        <w:bottom w:val="none" w:sz="0" w:space="0" w:color="auto"/>
                        <w:right w:val="none" w:sz="0" w:space="0" w:color="auto"/>
                      </w:divBdr>
                      <w:divsChild>
                        <w:div w:id="139828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4016">
      <w:bodyDiv w:val="1"/>
      <w:marLeft w:val="0"/>
      <w:marRight w:val="0"/>
      <w:marTop w:val="0"/>
      <w:marBottom w:val="0"/>
      <w:divBdr>
        <w:top w:val="none" w:sz="0" w:space="0" w:color="auto"/>
        <w:left w:val="none" w:sz="0" w:space="0" w:color="auto"/>
        <w:bottom w:val="none" w:sz="0" w:space="0" w:color="auto"/>
        <w:right w:val="none" w:sz="0" w:space="0" w:color="auto"/>
      </w:divBdr>
      <w:divsChild>
        <w:div w:id="882910627">
          <w:marLeft w:val="0"/>
          <w:marRight w:val="0"/>
          <w:marTop w:val="0"/>
          <w:marBottom w:val="0"/>
          <w:divBdr>
            <w:top w:val="none" w:sz="0" w:space="0" w:color="auto"/>
            <w:left w:val="none" w:sz="0" w:space="0" w:color="auto"/>
            <w:bottom w:val="none" w:sz="0" w:space="0" w:color="auto"/>
            <w:right w:val="none" w:sz="0" w:space="0" w:color="auto"/>
          </w:divBdr>
          <w:divsChild>
            <w:div w:id="1207109100">
              <w:marLeft w:val="0"/>
              <w:marRight w:val="0"/>
              <w:marTop w:val="0"/>
              <w:marBottom w:val="0"/>
              <w:divBdr>
                <w:top w:val="none" w:sz="0" w:space="0" w:color="auto"/>
                <w:left w:val="none" w:sz="0" w:space="0" w:color="auto"/>
                <w:bottom w:val="none" w:sz="0" w:space="0" w:color="auto"/>
                <w:right w:val="none" w:sz="0" w:space="0" w:color="auto"/>
              </w:divBdr>
              <w:divsChild>
                <w:div w:id="774208506">
                  <w:marLeft w:val="0"/>
                  <w:marRight w:val="0"/>
                  <w:marTop w:val="120"/>
                  <w:marBottom w:val="0"/>
                  <w:divBdr>
                    <w:top w:val="none" w:sz="0" w:space="0" w:color="auto"/>
                    <w:left w:val="none" w:sz="0" w:space="0" w:color="auto"/>
                    <w:bottom w:val="none" w:sz="0" w:space="0" w:color="auto"/>
                    <w:right w:val="none" w:sz="0" w:space="0" w:color="auto"/>
                  </w:divBdr>
                  <w:divsChild>
                    <w:div w:id="1502502406">
                      <w:marLeft w:val="0"/>
                      <w:marRight w:val="0"/>
                      <w:marTop w:val="0"/>
                      <w:marBottom w:val="0"/>
                      <w:divBdr>
                        <w:top w:val="none" w:sz="0" w:space="0" w:color="auto"/>
                        <w:left w:val="none" w:sz="0" w:space="0" w:color="auto"/>
                        <w:bottom w:val="none" w:sz="0" w:space="0" w:color="auto"/>
                        <w:right w:val="none" w:sz="0" w:space="0" w:color="auto"/>
                      </w:divBdr>
                      <w:divsChild>
                        <w:div w:id="74241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155784">
      <w:bodyDiv w:val="1"/>
      <w:marLeft w:val="0"/>
      <w:marRight w:val="0"/>
      <w:marTop w:val="0"/>
      <w:marBottom w:val="0"/>
      <w:divBdr>
        <w:top w:val="none" w:sz="0" w:space="0" w:color="auto"/>
        <w:left w:val="none" w:sz="0" w:space="0" w:color="auto"/>
        <w:bottom w:val="none" w:sz="0" w:space="0" w:color="auto"/>
        <w:right w:val="none" w:sz="0" w:space="0" w:color="auto"/>
      </w:divBdr>
      <w:divsChild>
        <w:div w:id="1637098542">
          <w:marLeft w:val="0"/>
          <w:marRight w:val="0"/>
          <w:marTop w:val="0"/>
          <w:marBottom w:val="0"/>
          <w:divBdr>
            <w:top w:val="none" w:sz="0" w:space="0" w:color="auto"/>
            <w:left w:val="none" w:sz="0" w:space="0" w:color="auto"/>
            <w:bottom w:val="none" w:sz="0" w:space="0" w:color="auto"/>
            <w:right w:val="none" w:sz="0" w:space="0" w:color="auto"/>
          </w:divBdr>
          <w:divsChild>
            <w:div w:id="323632859">
              <w:marLeft w:val="0"/>
              <w:marRight w:val="0"/>
              <w:marTop w:val="0"/>
              <w:marBottom w:val="0"/>
              <w:divBdr>
                <w:top w:val="none" w:sz="0" w:space="0" w:color="auto"/>
                <w:left w:val="none" w:sz="0" w:space="0" w:color="auto"/>
                <w:bottom w:val="none" w:sz="0" w:space="0" w:color="auto"/>
                <w:right w:val="none" w:sz="0" w:space="0" w:color="auto"/>
              </w:divBdr>
              <w:divsChild>
                <w:div w:id="215699072">
                  <w:marLeft w:val="0"/>
                  <w:marRight w:val="0"/>
                  <w:marTop w:val="0"/>
                  <w:marBottom w:val="0"/>
                  <w:divBdr>
                    <w:top w:val="none" w:sz="0" w:space="0" w:color="auto"/>
                    <w:left w:val="none" w:sz="0" w:space="0" w:color="auto"/>
                    <w:bottom w:val="none" w:sz="0" w:space="0" w:color="auto"/>
                    <w:right w:val="none" w:sz="0" w:space="0" w:color="auto"/>
                  </w:divBdr>
                  <w:divsChild>
                    <w:div w:id="834953350">
                      <w:marLeft w:val="0"/>
                      <w:marRight w:val="0"/>
                      <w:marTop w:val="0"/>
                      <w:marBottom w:val="0"/>
                      <w:divBdr>
                        <w:top w:val="none" w:sz="0" w:space="0" w:color="auto"/>
                        <w:left w:val="none" w:sz="0" w:space="0" w:color="auto"/>
                        <w:bottom w:val="none" w:sz="0" w:space="0" w:color="auto"/>
                        <w:right w:val="none" w:sz="0" w:space="0" w:color="auto"/>
                      </w:divBdr>
                      <w:divsChild>
                        <w:div w:id="1882011086">
                          <w:marLeft w:val="0"/>
                          <w:marRight w:val="0"/>
                          <w:marTop w:val="0"/>
                          <w:marBottom w:val="0"/>
                          <w:divBdr>
                            <w:top w:val="none" w:sz="0" w:space="0" w:color="auto"/>
                            <w:left w:val="none" w:sz="0" w:space="0" w:color="auto"/>
                            <w:bottom w:val="none" w:sz="0" w:space="0" w:color="auto"/>
                            <w:right w:val="none" w:sz="0" w:space="0" w:color="auto"/>
                          </w:divBdr>
                          <w:divsChild>
                            <w:div w:id="631058185">
                              <w:marLeft w:val="0"/>
                              <w:marRight w:val="0"/>
                              <w:marTop w:val="0"/>
                              <w:marBottom w:val="0"/>
                              <w:divBdr>
                                <w:top w:val="none" w:sz="0" w:space="0" w:color="auto"/>
                                <w:left w:val="none" w:sz="0" w:space="0" w:color="auto"/>
                                <w:bottom w:val="none" w:sz="0" w:space="0" w:color="auto"/>
                                <w:right w:val="none" w:sz="0" w:space="0" w:color="auto"/>
                              </w:divBdr>
                              <w:divsChild>
                                <w:div w:id="1625699239">
                                  <w:marLeft w:val="0"/>
                                  <w:marRight w:val="0"/>
                                  <w:marTop w:val="0"/>
                                  <w:marBottom w:val="0"/>
                                  <w:divBdr>
                                    <w:top w:val="none" w:sz="0" w:space="0" w:color="auto"/>
                                    <w:left w:val="none" w:sz="0" w:space="0" w:color="auto"/>
                                    <w:bottom w:val="none" w:sz="0" w:space="0" w:color="auto"/>
                                    <w:right w:val="none" w:sz="0" w:space="0" w:color="auto"/>
                                  </w:divBdr>
                                  <w:divsChild>
                                    <w:div w:id="1443383977">
                                      <w:marLeft w:val="0"/>
                                      <w:marRight w:val="0"/>
                                      <w:marTop w:val="0"/>
                                      <w:marBottom w:val="0"/>
                                      <w:divBdr>
                                        <w:top w:val="none" w:sz="0" w:space="0" w:color="auto"/>
                                        <w:left w:val="none" w:sz="0" w:space="0" w:color="auto"/>
                                        <w:bottom w:val="none" w:sz="0" w:space="0" w:color="auto"/>
                                        <w:right w:val="none" w:sz="0" w:space="0" w:color="auto"/>
                                      </w:divBdr>
                                      <w:divsChild>
                                        <w:div w:id="1101341520">
                                          <w:marLeft w:val="0"/>
                                          <w:marRight w:val="0"/>
                                          <w:marTop w:val="0"/>
                                          <w:marBottom w:val="0"/>
                                          <w:divBdr>
                                            <w:top w:val="none" w:sz="0" w:space="0" w:color="auto"/>
                                            <w:left w:val="none" w:sz="0" w:space="0" w:color="auto"/>
                                            <w:bottom w:val="none" w:sz="0" w:space="0" w:color="auto"/>
                                            <w:right w:val="none" w:sz="0" w:space="0" w:color="auto"/>
                                          </w:divBdr>
                                          <w:divsChild>
                                            <w:div w:id="904148767">
                                              <w:marLeft w:val="0"/>
                                              <w:marRight w:val="0"/>
                                              <w:marTop w:val="0"/>
                                              <w:marBottom w:val="0"/>
                                              <w:divBdr>
                                                <w:top w:val="none" w:sz="0" w:space="0" w:color="auto"/>
                                                <w:left w:val="none" w:sz="0" w:space="0" w:color="auto"/>
                                                <w:bottom w:val="none" w:sz="0" w:space="0" w:color="auto"/>
                                                <w:right w:val="none" w:sz="0" w:space="0" w:color="auto"/>
                                              </w:divBdr>
                                              <w:divsChild>
                                                <w:div w:id="1193961651">
                                                  <w:marLeft w:val="0"/>
                                                  <w:marRight w:val="0"/>
                                                  <w:marTop w:val="0"/>
                                                  <w:marBottom w:val="0"/>
                                                  <w:divBdr>
                                                    <w:top w:val="none" w:sz="0" w:space="0" w:color="auto"/>
                                                    <w:left w:val="none" w:sz="0" w:space="0" w:color="auto"/>
                                                    <w:bottom w:val="none" w:sz="0" w:space="0" w:color="auto"/>
                                                    <w:right w:val="none" w:sz="0" w:space="0" w:color="auto"/>
                                                  </w:divBdr>
                                                  <w:divsChild>
                                                    <w:div w:id="1467963657">
                                                      <w:marLeft w:val="0"/>
                                                      <w:marRight w:val="0"/>
                                                      <w:marTop w:val="0"/>
                                                      <w:marBottom w:val="0"/>
                                                      <w:divBdr>
                                                        <w:top w:val="none" w:sz="0" w:space="0" w:color="auto"/>
                                                        <w:left w:val="none" w:sz="0" w:space="0" w:color="auto"/>
                                                        <w:bottom w:val="none" w:sz="0" w:space="0" w:color="auto"/>
                                                        <w:right w:val="none" w:sz="0" w:space="0" w:color="auto"/>
                                                      </w:divBdr>
                                                      <w:divsChild>
                                                        <w:div w:id="105496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8693263">
          <w:marLeft w:val="0"/>
          <w:marRight w:val="0"/>
          <w:marTop w:val="0"/>
          <w:marBottom w:val="0"/>
          <w:divBdr>
            <w:top w:val="none" w:sz="0" w:space="0" w:color="auto"/>
            <w:left w:val="none" w:sz="0" w:space="0" w:color="auto"/>
            <w:bottom w:val="none" w:sz="0" w:space="0" w:color="auto"/>
            <w:right w:val="none" w:sz="0" w:space="0" w:color="auto"/>
          </w:divBdr>
          <w:divsChild>
            <w:div w:id="975184671">
              <w:marLeft w:val="0"/>
              <w:marRight w:val="0"/>
              <w:marTop w:val="0"/>
              <w:marBottom w:val="0"/>
              <w:divBdr>
                <w:top w:val="none" w:sz="0" w:space="0" w:color="auto"/>
                <w:left w:val="none" w:sz="0" w:space="0" w:color="auto"/>
                <w:bottom w:val="none" w:sz="0" w:space="0" w:color="auto"/>
                <w:right w:val="none" w:sz="0" w:space="0" w:color="auto"/>
              </w:divBdr>
              <w:divsChild>
                <w:div w:id="38714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67374">
      <w:bodyDiv w:val="1"/>
      <w:marLeft w:val="0"/>
      <w:marRight w:val="0"/>
      <w:marTop w:val="0"/>
      <w:marBottom w:val="0"/>
      <w:divBdr>
        <w:top w:val="none" w:sz="0" w:space="0" w:color="auto"/>
        <w:left w:val="none" w:sz="0" w:space="0" w:color="auto"/>
        <w:bottom w:val="none" w:sz="0" w:space="0" w:color="auto"/>
        <w:right w:val="none" w:sz="0" w:space="0" w:color="auto"/>
      </w:divBdr>
      <w:divsChild>
        <w:div w:id="540828912">
          <w:marLeft w:val="0"/>
          <w:marRight w:val="0"/>
          <w:marTop w:val="0"/>
          <w:marBottom w:val="0"/>
          <w:divBdr>
            <w:top w:val="none" w:sz="0" w:space="0" w:color="auto"/>
            <w:left w:val="none" w:sz="0" w:space="0" w:color="auto"/>
            <w:bottom w:val="none" w:sz="0" w:space="0" w:color="auto"/>
            <w:right w:val="none" w:sz="0" w:space="0" w:color="auto"/>
          </w:divBdr>
          <w:divsChild>
            <w:div w:id="538668694">
              <w:marLeft w:val="0"/>
              <w:marRight w:val="0"/>
              <w:marTop w:val="0"/>
              <w:marBottom w:val="0"/>
              <w:divBdr>
                <w:top w:val="none" w:sz="0" w:space="0" w:color="auto"/>
                <w:left w:val="none" w:sz="0" w:space="0" w:color="auto"/>
                <w:bottom w:val="none" w:sz="0" w:space="0" w:color="auto"/>
                <w:right w:val="none" w:sz="0" w:space="0" w:color="auto"/>
              </w:divBdr>
              <w:divsChild>
                <w:div w:id="553779631">
                  <w:marLeft w:val="0"/>
                  <w:marRight w:val="0"/>
                  <w:marTop w:val="0"/>
                  <w:marBottom w:val="0"/>
                  <w:divBdr>
                    <w:top w:val="none" w:sz="0" w:space="0" w:color="auto"/>
                    <w:left w:val="none" w:sz="0" w:space="0" w:color="auto"/>
                    <w:bottom w:val="none" w:sz="0" w:space="0" w:color="auto"/>
                    <w:right w:val="none" w:sz="0" w:space="0" w:color="auto"/>
                  </w:divBdr>
                  <w:divsChild>
                    <w:div w:id="516964674">
                      <w:marLeft w:val="0"/>
                      <w:marRight w:val="0"/>
                      <w:marTop w:val="0"/>
                      <w:marBottom w:val="0"/>
                      <w:divBdr>
                        <w:top w:val="none" w:sz="0" w:space="0" w:color="auto"/>
                        <w:left w:val="none" w:sz="0" w:space="0" w:color="auto"/>
                        <w:bottom w:val="none" w:sz="0" w:space="0" w:color="auto"/>
                        <w:right w:val="none" w:sz="0" w:space="0" w:color="auto"/>
                      </w:divBdr>
                      <w:divsChild>
                        <w:div w:id="1114638160">
                          <w:marLeft w:val="0"/>
                          <w:marRight w:val="0"/>
                          <w:marTop w:val="0"/>
                          <w:marBottom w:val="0"/>
                          <w:divBdr>
                            <w:top w:val="none" w:sz="0" w:space="0" w:color="auto"/>
                            <w:left w:val="none" w:sz="0" w:space="0" w:color="auto"/>
                            <w:bottom w:val="none" w:sz="0" w:space="0" w:color="auto"/>
                            <w:right w:val="none" w:sz="0" w:space="0" w:color="auto"/>
                          </w:divBdr>
                          <w:divsChild>
                            <w:div w:id="1668632920">
                              <w:marLeft w:val="0"/>
                              <w:marRight w:val="0"/>
                              <w:marTop w:val="0"/>
                              <w:marBottom w:val="0"/>
                              <w:divBdr>
                                <w:top w:val="none" w:sz="0" w:space="0" w:color="auto"/>
                                <w:left w:val="none" w:sz="0" w:space="0" w:color="auto"/>
                                <w:bottom w:val="none" w:sz="0" w:space="0" w:color="auto"/>
                                <w:right w:val="none" w:sz="0" w:space="0" w:color="auto"/>
                              </w:divBdr>
                              <w:divsChild>
                                <w:div w:id="1743599863">
                                  <w:marLeft w:val="0"/>
                                  <w:marRight w:val="0"/>
                                  <w:marTop w:val="0"/>
                                  <w:marBottom w:val="0"/>
                                  <w:divBdr>
                                    <w:top w:val="none" w:sz="0" w:space="0" w:color="auto"/>
                                    <w:left w:val="none" w:sz="0" w:space="0" w:color="auto"/>
                                    <w:bottom w:val="none" w:sz="0" w:space="0" w:color="auto"/>
                                    <w:right w:val="none" w:sz="0" w:space="0" w:color="auto"/>
                                  </w:divBdr>
                                  <w:divsChild>
                                    <w:div w:id="925073076">
                                      <w:marLeft w:val="0"/>
                                      <w:marRight w:val="0"/>
                                      <w:marTop w:val="0"/>
                                      <w:marBottom w:val="0"/>
                                      <w:divBdr>
                                        <w:top w:val="none" w:sz="0" w:space="0" w:color="auto"/>
                                        <w:left w:val="none" w:sz="0" w:space="0" w:color="auto"/>
                                        <w:bottom w:val="none" w:sz="0" w:space="0" w:color="auto"/>
                                        <w:right w:val="none" w:sz="0" w:space="0" w:color="auto"/>
                                      </w:divBdr>
                                      <w:divsChild>
                                        <w:div w:id="595133438">
                                          <w:marLeft w:val="0"/>
                                          <w:marRight w:val="0"/>
                                          <w:marTop w:val="0"/>
                                          <w:marBottom w:val="0"/>
                                          <w:divBdr>
                                            <w:top w:val="none" w:sz="0" w:space="0" w:color="auto"/>
                                            <w:left w:val="none" w:sz="0" w:space="0" w:color="auto"/>
                                            <w:bottom w:val="none" w:sz="0" w:space="0" w:color="auto"/>
                                            <w:right w:val="none" w:sz="0" w:space="0" w:color="auto"/>
                                          </w:divBdr>
                                          <w:divsChild>
                                            <w:div w:id="150365128">
                                              <w:marLeft w:val="0"/>
                                              <w:marRight w:val="0"/>
                                              <w:marTop w:val="0"/>
                                              <w:marBottom w:val="0"/>
                                              <w:divBdr>
                                                <w:top w:val="none" w:sz="0" w:space="0" w:color="auto"/>
                                                <w:left w:val="none" w:sz="0" w:space="0" w:color="auto"/>
                                                <w:bottom w:val="none" w:sz="0" w:space="0" w:color="auto"/>
                                                <w:right w:val="none" w:sz="0" w:space="0" w:color="auto"/>
                                              </w:divBdr>
                                              <w:divsChild>
                                                <w:div w:id="546333183">
                                                  <w:marLeft w:val="0"/>
                                                  <w:marRight w:val="0"/>
                                                  <w:marTop w:val="0"/>
                                                  <w:marBottom w:val="0"/>
                                                  <w:divBdr>
                                                    <w:top w:val="none" w:sz="0" w:space="0" w:color="auto"/>
                                                    <w:left w:val="none" w:sz="0" w:space="0" w:color="auto"/>
                                                    <w:bottom w:val="none" w:sz="0" w:space="0" w:color="auto"/>
                                                    <w:right w:val="none" w:sz="0" w:space="0" w:color="auto"/>
                                                  </w:divBdr>
                                                  <w:divsChild>
                                                    <w:div w:id="2137260870">
                                                      <w:marLeft w:val="0"/>
                                                      <w:marRight w:val="0"/>
                                                      <w:marTop w:val="0"/>
                                                      <w:marBottom w:val="0"/>
                                                      <w:divBdr>
                                                        <w:top w:val="none" w:sz="0" w:space="0" w:color="auto"/>
                                                        <w:left w:val="none" w:sz="0" w:space="0" w:color="auto"/>
                                                        <w:bottom w:val="none" w:sz="0" w:space="0" w:color="auto"/>
                                                        <w:right w:val="none" w:sz="0" w:space="0" w:color="auto"/>
                                                      </w:divBdr>
                                                      <w:divsChild>
                                                        <w:div w:id="8177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8092513">
          <w:marLeft w:val="0"/>
          <w:marRight w:val="0"/>
          <w:marTop w:val="0"/>
          <w:marBottom w:val="0"/>
          <w:divBdr>
            <w:top w:val="none" w:sz="0" w:space="0" w:color="auto"/>
            <w:left w:val="none" w:sz="0" w:space="0" w:color="auto"/>
            <w:bottom w:val="none" w:sz="0" w:space="0" w:color="auto"/>
            <w:right w:val="none" w:sz="0" w:space="0" w:color="auto"/>
          </w:divBdr>
          <w:divsChild>
            <w:div w:id="1805535721">
              <w:marLeft w:val="0"/>
              <w:marRight w:val="0"/>
              <w:marTop w:val="0"/>
              <w:marBottom w:val="0"/>
              <w:divBdr>
                <w:top w:val="none" w:sz="0" w:space="0" w:color="auto"/>
                <w:left w:val="none" w:sz="0" w:space="0" w:color="auto"/>
                <w:bottom w:val="none" w:sz="0" w:space="0" w:color="auto"/>
                <w:right w:val="none" w:sz="0" w:space="0" w:color="auto"/>
              </w:divBdr>
              <w:divsChild>
                <w:div w:id="173601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5799">
      <w:bodyDiv w:val="1"/>
      <w:marLeft w:val="0"/>
      <w:marRight w:val="0"/>
      <w:marTop w:val="0"/>
      <w:marBottom w:val="0"/>
      <w:divBdr>
        <w:top w:val="none" w:sz="0" w:space="0" w:color="auto"/>
        <w:left w:val="none" w:sz="0" w:space="0" w:color="auto"/>
        <w:bottom w:val="none" w:sz="0" w:space="0" w:color="auto"/>
        <w:right w:val="none" w:sz="0" w:space="0" w:color="auto"/>
      </w:divBdr>
      <w:divsChild>
        <w:div w:id="1574510172">
          <w:marLeft w:val="0"/>
          <w:marRight w:val="0"/>
          <w:marTop w:val="0"/>
          <w:marBottom w:val="0"/>
          <w:divBdr>
            <w:top w:val="none" w:sz="0" w:space="0" w:color="auto"/>
            <w:left w:val="none" w:sz="0" w:space="0" w:color="auto"/>
            <w:bottom w:val="none" w:sz="0" w:space="0" w:color="auto"/>
            <w:right w:val="none" w:sz="0" w:space="0" w:color="auto"/>
          </w:divBdr>
          <w:divsChild>
            <w:div w:id="1902250300">
              <w:marLeft w:val="0"/>
              <w:marRight w:val="0"/>
              <w:marTop w:val="0"/>
              <w:marBottom w:val="0"/>
              <w:divBdr>
                <w:top w:val="none" w:sz="0" w:space="0" w:color="auto"/>
                <w:left w:val="none" w:sz="0" w:space="0" w:color="auto"/>
                <w:bottom w:val="none" w:sz="0" w:space="0" w:color="auto"/>
                <w:right w:val="none" w:sz="0" w:space="0" w:color="auto"/>
              </w:divBdr>
              <w:divsChild>
                <w:div w:id="224068181">
                  <w:marLeft w:val="0"/>
                  <w:marRight w:val="0"/>
                  <w:marTop w:val="0"/>
                  <w:marBottom w:val="0"/>
                  <w:divBdr>
                    <w:top w:val="none" w:sz="0" w:space="0" w:color="auto"/>
                    <w:left w:val="none" w:sz="0" w:space="0" w:color="auto"/>
                    <w:bottom w:val="none" w:sz="0" w:space="0" w:color="auto"/>
                    <w:right w:val="none" w:sz="0" w:space="0" w:color="auto"/>
                  </w:divBdr>
                  <w:divsChild>
                    <w:div w:id="105716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874704">
          <w:marLeft w:val="0"/>
          <w:marRight w:val="0"/>
          <w:marTop w:val="0"/>
          <w:marBottom w:val="0"/>
          <w:divBdr>
            <w:top w:val="none" w:sz="0" w:space="0" w:color="auto"/>
            <w:left w:val="none" w:sz="0" w:space="0" w:color="auto"/>
            <w:bottom w:val="none" w:sz="0" w:space="0" w:color="auto"/>
            <w:right w:val="none" w:sz="0" w:space="0" w:color="auto"/>
          </w:divBdr>
          <w:divsChild>
            <w:div w:id="990256453">
              <w:marLeft w:val="0"/>
              <w:marRight w:val="0"/>
              <w:marTop w:val="0"/>
              <w:marBottom w:val="0"/>
              <w:divBdr>
                <w:top w:val="none" w:sz="0" w:space="0" w:color="auto"/>
                <w:left w:val="none" w:sz="0" w:space="0" w:color="auto"/>
                <w:bottom w:val="none" w:sz="0" w:space="0" w:color="auto"/>
                <w:right w:val="none" w:sz="0" w:space="0" w:color="auto"/>
              </w:divBdr>
              <w:divsChild>
                <w:div w:id="1287004204">
                  <w:marLeft w:val="0"/>
                  <w:marRight w:val="0"/>
                  <w:marTop w:val="0"/>
                  <w:marBottom w:val="0"/>
                  <w:divBdr>
                    <w:top w:val="none" w:sz="0" w:space="0" w:color="auto"/>
                    <w:left w:val="none" w:sz="0" w:space="0" w:color="auto"/>
                    <w:bottom w:val="none" w:sz="0" w:space="0" w:color="auto"/>
                    <w:right w:val="none" w:sz="0" w:space="0" w:color="auto"/>
                  </w:divBdr>
                  <w:divsChild>
                    <w:div w:id="13825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21719">
      <w:bodyDiv w:val="1"/>
      <w:marLeft w:val="0"/>
      <w:marRight w:val="0"/>
      <w:marTop w:val="0"/>
      <w:marBottom w:val="0"/>
      <w:divBdr>
        <w:top w:val="none" w:sz="0" w:space="0" w:color="auto"/>
        <w:left w:val="none" w:sz="0" w:space="0" w:color="auto"/>
        <w:bottom w:val="none" w:sz="0" w:space="0" w:color="auto"/>
        <w:right w:val="none" w:sz="0" w:space="0" w:color="auto"/>
      </w:divBdr>
    </w:div>
    <w:div w:id="95564240">
      <w:bodyDiv w:val="1"/>
      <w:marLeft w:val="0"/>
      <w:marRight w:val="0"/>
      <w:marTop w:val="0"/>
      <w:marBottom w:val="0"/>
      <w:divBdr>
        <w:top w:val="none" w:sz="0" w:space="0" w:color="auto"/>
        <w:left w:val="none" w:sz="0" w:space="0" w:color="auto"/>
        <w:bottom w:val="none" w:sz="0" w:space="0" w:color="auto"/>
        <w:right w:val="none" w:sz="0" w:space="0" w:color="auto"/>
      </w:divBdr>
      <w:divsChild>
        <w:div w:id="1595745602">
          <w:marLeft w:val="0"/>
          <w:marRight w:val="0"/>
          <w:marTop w:val="0"/>
          <w:marBottom w:val="0"/>
          <w:divBdr>
            <w:top w:val="none" w:sz="0" w:space="0" w:color="auto"/>
            <w:left w:val="none" w:sz="0" w:space="0" w:color="auto"/>
            <w:bottom w:val="none" w:sz="0" w:space="0" w:color="auto"/>
            <w:right w:val="none" w:sz="0" w:space="0" w:color="auto"/>
          </w:divBdr>
          <w:divsChild>
            <w:div w:id="793400265">
              <w:marLeft w:val="0"/>
              <w:marRight w:val="0"/>
              <w:marTop w:val="0"/>
              <w:marBottom w:val="0"/>
              <w:divBdr>
                <w:top w:val="none" w:sz="0" w:space="0" w:color="auto"/>
                <w:left w:val="none" w:sz="0" w:space="0" w:color="auto"/>
                <w:bottom w:val="none" w:sz="0" w:space="0" w:color="auto"/>
                <w:right w:val="none" w:sz="0" w:space="0" w:color="auto"/>
              </w:divBdr>
              <w:divsChild>
                <w:div w:id="1976136620">
                  <w:marLeft w:val="0"/>
                  <w:marRight w:val="0"/>
                  <w:marTop w:val="0"/>
                  <w:marBottom w:val="0"/>
                  <w:divBdr>
                    <w:top w:val="none" w:sz="0" w:space="0" w:color="auto"/>
                    <w:left w:val="none" w:sz="0" w:space="0" w:color="auto"/>
                    <w:bottom w:val="none" w:sz="0" w:space="0" w:color="auto"/>
                    <w:right w:val="none" w:sz="0" w:space="0" w:color="auto"/>
                  </w:divBdr>
                  <w:divsChild>
                    <w:div w:id="718016026">
                      <w:marLeft w:val="0"/>
                      <w:marRight w:val="0"/>
                      <w:marTop w:val="0"/>
                      <w:marBottom w:val="0"/>
                      <w:divBdr>
                        <w:top w:val="none" w:sz="0" w:space="0" w:color="auto"/>
                        <w:left w:val="none" w:sz="0" w:space="0" w:color="auto"/>
                        <w:bottom w:val="none" w:sz="0" w:space="0" w:color="auto"/>
                        <w:right w:val="none" w:sz="0" w:space="0" w:color="auto"/>
                      </w:divBdr>
                      <w:divsChild>
                        <w:div w:id="633563641">
                          <w:marLeft w:val="0"/>
                          <w:marRight w:val="0"/>
                          <w:marTop w:val="0"/>
                          <w:marBottom w:val="0"/>
                          <w:divBdr>
                            <w:top w:val="none" w:sz="0" w:space="0" w:color="auto"/>
                            <w:left w:val="none" w:sz="0" w:space="0" w:color="auto"/>
                            <w:bottom w:val="none" w:sz="0" w:space="0" w:color="auto"/>
                            <w:right w:val="none" w:sz="0" w:space="0" w:color="auto"/>
                          </w:divBdr>
                          <w:divsChild>
                            <w:div w:id="790784515">
                              <w:marLeft w:val="0"/>
                              <w:marRight w:val="0"/>
                              <w:marTop w:val="0"/>
                              <w:marBottom w:val="0"/>
                              <w:divBdr>
                                <w:top w:val="none" w:sz="0" w:space="0" w:color="auto"/>
                                <w:left w:val="none" w:sz="0" w:space="0" w:color="auto"/>
                                <w:bottom w:val="none" w:sz="0" w:space="0" w:color="auto"/>
                                <w:right w:val="none" w:sz="0" w:space="0" w:color="auto"/>
                              </w:divBdr>
                              <w:divsChild>
                                <w:div w:id="1308392077">
                                  <w:marLeft w:val="0"/>
                                  <w:marRight w:val="0"/>
                                  <w:marTop w:val="0"/>
                                  <w:marBottom w:val="0"/>
                                  <w:divBdr>
                                    <w:top w:val="none" w:sz="0" w:space="0" w:color="auto"/>
                                    <w:left w:val="none" w:sz="0" w:space="0" w:color="auto"/>
                                    <w:bottom w:val="none" w:sz="0" w:space="0" w:color="auto"/>
                                    <w:right w:val="none" w:sz="0" w:space="0" w:color="auto"/>
                                  </w:divBdr>
                                  <w:divsChild>
                                    <w:div w:id="97063782">
                                      <w:marLeft w:val="0"/>
                                      <w:marRight w:val="0"/>
                                      <w:marTop w:val="0"/>
                                      <w:marBottom w:val="0"/>
                                      <w:divBdr>
                                        <w:top w:val="none" w:sz="0" w:space="0" w:color="auto"/>
                                        <w:left w:val="none" w:sz="0" w:space="0" w:color="auto"/>
                                        <w:bottom w:val="none" w:sz="0" w:space="0" w:color="auto"/>
                                        <w:right w:val="none" w:sz="0" w:space="0" w:color="auto"/>
                                      </w:divBdr>
                                      <w:divsChild>
                                        <w:div w:id="1692755081">
                                          <w:marLeft w:val="0"/>
                                          <w:marRight w:val="0"/>
                                          <w:marTop w:val="0"/>
                                          <w:marBottom w:val="0"/>
                                          <w:divBdr>
                                            <w:top w:val="none" w:sz="0" w:space="0" w:color="auto"/>
                                            <w:left w:val="none" w:sz="0" w:space="0" w:color="auto"/>
                                            <w:bottom w:val="none" w:sz="0" w:space="0" w:color="auto"/>
                                            <w:right w:val="none" w:sz="0" w:space="0" w:color="auto"/>
                                          </w:divBdr>
                                          <w:divsChild>
                                            <w:div w:id="83889839">
                                              <w:marLeft w:val="0"/>
                                              <w:marRight w:val="0"/>
                                              <w:marTop w:val="0"/>
                                              <w:marBottom w:val="0"/>
                                              <w:divBdr>
                                                <w:top w:val="none" w:sz="0" w:space="0" w:color="auto"/>
                                                <w:left w:val="none" w:sz="0" w:space="0" w:color="auto"/>
                                                <w:bottom w:val="none" w:sz="0" w:space="0" w:color="auto"/>
                                                <w:right w:val="none" w:sz="0" w:space="0" w:color="auto"/>
                                              </w:divBdr>
                                              <w:divsChild>
                                                <w:div w:id="433718689">
                                                  <w:marLeft w:val="0"/>
                                                  <w:marRight w:val="0"/>
                                                  <w:marTop w:val="0"/>
                                                  <w:marBottom w:val="0"/>
                                                  <w:divBdr>
                                                    <w:top w:val="none" w:sz="0" w:space="0" w:color="auto"/>
                                                    <w:left w:val="none" w:sz="0" w:space="0" w:color="auto"/>
                                                    <w:bottom w:val="none" w:sz="0" w:space="0" w:color="auto"/>
                                                    <w:right w:val="none" w:sz="0" w:space="0" w:color="auto"/>
                                                  </w:divBdr>
                                                  <w:divsChild>
                                                    <w:div w:id="815101164">
                                                      <w:marLeft w:val="0"/>
                                                      <w:marRight w:val="0"/>
                                                      <w:marTop w:val="0"/>
                                                      <w:marBottom w:val="0"/>
                                                      <w:divBdr>
                                                        <w:top w:val="none" w:sz="0" w:space="0" w:color="auto"/>
                                                        <w:left w:val="none" w:sz="0" w:space="0" w:color="auto"/>
                                                        <w:bottom w:val="none" w:sz="0" w:space="0" w:color="auto"/>
                                                        <w:right w:val="none" w:sz="0" w:space="0" w:color="auto"/>
                                                      </w:divBdr>
                                                      <w:divsChild>
                                                        <w:div w:id="36687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6464355">
          <w:marLeft w:val="0"/>
          <w:marRight w:val="0"/>
          <w:marTop w:val="0"/>
          <w:marBottom w:val="0"/>
          <w:divBdr>
            <w:top w:val="none" w:sz="0" w:space="0" w:color="auto"/>
            <w:left w:val="none" w:sz="0" w:space="0" w:color="auto"/>
            <w:bottom w:val="none" w:sz="0" w:space="0" w:color="auto"/>
            <w:right w:val="none" w:sz="0" w:space="0" w:color="auto"/>
          </w:divBdr>
          <w:divsChild>
            <w:div w:id="1446460957">
              <w:marLeft w:val="0"/>
              <w:marRight w:val="0"/>
              <w:marTop w:val="0"/>
              <w:marBottom w:val="0"/>
              <w:divBdr>
                <w:top w:val="none" w:sz="0" w:space="0" w:color="auto"/>
                <w:left w:val="none" w:sz="0" w:space="0" w:color="auto"/>
                <w:bottom w:val="none" w:sz="0" w:space="0" w:color="auto"/>
                <w:right w:val="none" w:sz="0" w:space="0" w:color="auto"/>
              </w:divBdr>
              <w:divsChild>
                <w:div w:id="162955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1366">
      <w:bodyDiv w:val="1"/>
      <w:marLeft w:val="0"/>
      <w:marRight w:val="0"/>
      <w:marTop w:val="0"/>
      <w:marBottom w:val="0"/>
      <w:divBdr>
        <w:top w:val="none" w:sz="0" w:space="0" w:color="auto"/>
        <w:left w:val="none" w:sz="0" w:space="0" w:color="auto"/>
        <w:bottom w:val="none" w:sz="0" w:space="0" w:color="auto"/>
        <w:right w:val="none" w:sz="0" w:space="0" w:color="auto"/>
      </w:divBdr>
    </w:div>
    <w:div w:id="106700778">
      <w:bodyDiv w:val="1"/>
      <w:marLeft w:val="0"/>
      <w:marRight w:val="0"/>
      <w:marTop w:val="0"/>
      <w:marBottom w:val="0"/>
      <w:divBdr>
        <w:top w:val="none" w:sz="0" w:space="0" w:color="auto"/>
        <w:left w:val="none" w:sz="0" w:space="0" w:color="auto"/>
        <w:bottom w:val="none" w:sz="0" w:space="0" w:color="auto"/>
        <w:right w:val="none" w:sz="0" w:space="0" w:color="auto"/>
      </w:divBdr>
    </w:div>
    <w:div w:id="112329109">
      <w:bodyDiv w:val="1"/>
      <w:marLeft w:val="0"/>
      <w:marRight w:val="0"/>
      <w:marTop w:val="0"/>
      <w:marBottom w:val="0"/>
      <w:divBdr>
        <w:top w:val="none" w:sz="0" w:space="0" w:color="auto"/>
        <w:left w:val="none" w:sz="0" w:space="0" w:color="auto"/>
        <w:bottom w:val="none" w:sz="0" w:space="0" w:color="auto"/>
        <w:right w:val="none" w:sz="0" w:space="0" w:color="auto"/>
      </w:divBdr>
    </w:div>
    <w:div w:id="141196944">
      <w:bodyDiv w:val="1"/>
      <w:marLeft w:val="0"/>
      <w:marRight w:val="0"/>
      <w:marTop w:val="0"/>
      <w:marBottom w:val="0"/>
      <w:divBdr>
        <w:top w:val="none" w:sz="0" w:space="0" w:color="auto"/>
        <w:left w:val="none" w:sz="0" w:space="0" w:color="auto"/>
        <w:bottom w:val="none" w:sz="0" w:space="0" w:color="auto"/>
        <w:right w:val="none" w:sz="0" w:space="0" w:color="auto"/>
      </w:divBdr>
    </w:div>
    <w:div w:id="188109700">
      <w:bodyDiv w:val="1"/>
      <w:marLeft w:val="0"/>
      <w:marRight w:val="0"/>
      <w:marTop w:val="0"/>
      <w:marBottom w:val="0"/>
      <w:divBdr>
        <w:top w:val="none" w:sz="0" w:space="0" w:color="auto"/>
        <w:left w:val="none" w:sz="0" w:space="0" w:color="auto"/>
        <w:bottom w:val="none" w:sz="0" w:space="0" w:color="auto"/>
        <w:right w:val="none" w:sz="0" w:space="0" w:color="auto"/>
      </w:divBdr>
      <w:divsChild>
        <w:div w:id="1281916731">
          <w:marLeft w:val="0"/>
          <w:marRight w:val="0"/>
          <w:marTop w:val="0"/>
          <w:marBottom w:val="0"/>
          <w:divBdr>
            <w:top w:val="none" w:sz="0" w:space="0" w:color="auto"/>
            <w:left w:val="none" w:sz="0" w:space="0" w:color="auto"/>
            <w:bottom w:val="none" w:sz="0" w:space="0" w:color="auto"/>
            <w:right w:val="none" w:sz="0" w:space="0" w:color="auto"/>
          </w:divBdr>
          <w:divsChild>
            <w:div w:id="350256032">
              <w:marLeft w:val="0"/>
              <w:marRight w:val="0"/>
              <w:marTop w:val="0"/>
              <w:marBottom w:val="0"/>
              <w:divBdr>
                <w:top w:val="none" w:sz="0" w:space="0" w:color="auto"/>
                <w:left w:val="none" w:sz="0" w:space="0" w:color="auto"/>
                <w:bottom w:val="none" w:sz="0" w:space="0" w:color="auto"/>
                <w:right w:val="none" w:sz="0" w:space="0" w:color="auto"/>
              </w:divBdr>
              <w:divsChild>
                <w:div w:id="104420942">
                  <w:marLeft w:val="0"/>
                  <w:marRight w:val="0"/>
                  <w:marTop w:val="0"/>
                  <w:marBottom w:val="0"/>
                  <w:divBdr>
                    <w:top w:val="none" w:sz="0" w:space="0" w:color="auto"/>
                    <w:left w:val="none" w:sz="0" w:space="0" w:color="auto"/>
                    <w:bottom w:val="none" w:sz="0" w:space="0" w:color="auto"/>
                    <w:right w:val="none" w:sz="0" w:space="0" w:color="auto"/>
                  </w:divBdr>
                  <w:divsChild>
                    <w:div w:id="1665400965">
                      <w:marLeft w:val="0"/>
                      <w:marRight w:val="0"/>
                      <w:marTop w:val="0"/>
                      <w:marBottom w:val="0"/>
                      <w:divBdr>
                        <w:top w:val="none" w:sz="0" w:space="0" w:color="auto"/>
                        <w:left w:val="none" w:sz="0" w:space="0" w:color="auto"/>
                        <w:bottom w:val="none" w:sz="0" w:space="0" w:color="auto"/>
                        <w:right w:val="none" w:sz="0" w:space="0" w:color="auto"/>
                      </w:divBdr>
                      <w:divsChild>
                        <w:div w:id="1658802578">
                          <w:marLeft w:val="0"/>
                          <w:marRight w:val="0"/>
                          <w:marTop w:val="0"/>
                          <w:marBottom w:val="0"/>
                          <w:divBdr>
                            <w:top w:val="none" w:sz="0" w:space="0" w:color="auto"/>
                            <w:left w:val="none" w:sz="0" w:space="0" w:color="auto"/>
                            <w:bottom w:val="none" w:sz="0" w:space="0" w:color="auto"/>
                            <w:right w:val="none" w:sz="0" w:space="0" w:color="auto"/>
                          </w:divBdr>
                          <w:divsChild>
                            <w:div w:id="1722905016">
                              <w:marLeft w:val="0"/>
                              <w:marRight w:val="0"/>
                              <w:marTop w:val="0"/>
                              <w:marBottom w:val="0"/>
                              <w:divBdr>
                                <w:top w:val="none" w:sz="0" w:space="0" w:color="auto"/>
                                <w:left w:val="none" w:sz="0" w:space="0" w:color="auto"/>
                                <w:bottom w:val="none" w:sz="0" w:space="0" w:color="auto"/>
                                <w:right w:val="none" w:sz="0" w:space="0" w:color="auto"/>
                              </w:divBdr>
                              <w:divsChild>
                                <w:div w:id="1907564569">
                                  <w:marLeft w:val="0"/>
                                  <w:marRight w:val="0"/>
                                  <w:marTop w:val="0"/>
                                  <w:marBottom w:val="0"/>
                                  <w:divBdr>
                                    <w:top w:val="none" w:sz="0" w:space="0" w:color="auto"/>
                                    <w:left w:val="none" w:sz="0" w:space="0" w:color="auto"/>
                                    <w:bottom w:val="none" w:sz="0" w:space="0" w:color="auto"/>
                                    <w:right w:val="none" w:sz="0" w:space="0" w:color="auto"/>
                                  </w:divBdr>
                                  <w:divsChild>
                                    <w:div w:id="1773279617">
                                      <w:marLeft w:val="0"/>
                                      <w:marRight w:val="0"/>
                                      <w:marTop w:val="0"/>
                                      <w:marBottom w:val="0"/>
                                      <w:divBdr>
                                        <w:top w:val="none" w:sz="0" w:space="0" w:color="auto"/>
                                        <w:left w:val="none" w:sz="0" w:space="0" w:color="auto"/>
                                        <w:bottom w:val="none" w:sz="0" w:space="0" w:color="auto"/>
                                        <w:right w:val="none" w:sz="0" w:space="0" w:color="auto"/>
                                      </w:divBdr>
                                      <w:divsChild>
                                        <w:div w:id="84713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630460">
                              <w:marLeft w:val="0"/>
                              <w:marRight w:val="0"/>
                              <w:marTop w:val="0"/>
                              <w:marBottom w:val="0"/>
                              <w:divBdr>
                                <w:top w:val="none" w:sz="0" w:space="0" w:color="auto"/>
                                <w:left w:val="none" w:sz="0" w:space="0" w:color="auto"/>
                                <w:bottom w:val="none" w:sz="0" w:space="0" w:color="auto"/>
                                <w:right w:val="none" w:sz="0" w:space="0" w:color="auto"/>
                              </w:divBdr>
                              <w:divsChild>
                                <w:div w:id="1048258210">
                                  <w:marLeft w:val="0"/>
                                  <w:marRight w:val="0"/>
                                  <w:marTop w:val="0"/>
                                  <w:marBottom w:val="0"/>
                                  <w:divBdr>
                                    <w:top w:val="none" w:sz="0" w:space="0" w:color="auto"/>
                                    <w:left w:val="none" w:sz="0" w:space="0" w:color="auto"/>
                                    <w:bottom w:val="none" w:sz="0" w:space="0" w:color="auto"/>
                                    <w:right w:val="none" w:sz="0" w:space="0" w:color="auto"/>
                                  </w:divBdr>
                                  <w:divsChild>
                                    <w:div w:id="1761179137">
                                      <w:marLeft w:val="0"/>
                                      <w:marRight w:val="0"/>
                                      <w:marTop w:val="0"/>
                                      <w:marBottom w:val="0"/>
                                      <w:divBdr>
                                        <w:top w:val="none" w:sz="0" w:space="0" w:color="auto"/>
                                        <w:left w:val="none" w:sz="0" w:space="0" w:color="auto"/>
                                        <w:bottom w:val="none" w:sz="0" w:space="0" w:color="auto"/>
                                        <w:right w:val="none" w:sz="0" w:space="0" w:color="auto"/>
                                      </w:divBdr>
                                      <w:divsChild>
                                        <w:div w:id="92734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60763">
          <w:marLeft w:val="0"/>
          <w:marRight w:val="0"/>
          <w:marTop w:val="0"/>
          <w:marBottom w:val="0"/>
          <w:divBdr>
            <w:top w:val="none" w:sz="0" w:space="0" w:color="auto"/>
            <w:left w:val="none" w:sz="0" w:space="0" w:color="auto"/>
            <w:bottom w:val="none" w:sz="0" w:space="0" w:color="auto"/>
            <w:right w:val="none" w:sz="0" w:space="0" w:color="auto"/>
          </w:divBdr>
          <w:divsChild>
            <w:div w:id="165680517">
              <w:marLeft w:val="0"/>
              <w:marRight w:val="0"/>
              <w:marTop w:val="0"/>
              <w:marBottom w:val="0"/>
              <w:divBdr>
                <w:top w:val="none" w:sz="0" w:space="0" w:color="auto"/>
                <w:left w:val="none" w:sz="0" w:space="0" w:color="auto"/>
                <w:bottom w:val="none" w:sz="0" w:space="0" w:color="auto"/>
                <w:right w:val="none" w:sz="0" w:space="0" w:color="auto"/>
              </w:divBdr>
              <w:divsChild>
                <w:div w:id="1918830769">
                  <w:marLeft w:val="0"/>
                  <w:marRight w:val="0"/>
                  <w:marTop w:val="0"/>
                  <w:marBottom w:val="0"/>
                  <w:divBdr>
                    <w:top w:val="none" w:sz="0" w:space="0" w:color="auto"/>
                    <w:left w:val="none" w:sz="0" w:space="0" w:color="auto"/>
                    <w:bottom w:val="none" w:sz="0" w:space="0" w:color="auto"/>
                    <w:right w:val="none" w:sz="0" w:space="0" w:color="auto"/>
                  </w:divBdr>
                  <w:divsChild>
                    <w:div w:id="599408384">
                      <w:marLeft w:val="0"/>
                      <w:marRight w:val="0"/>
                      <w:marTop w:val="0"/>
                      <w:marBottom w:val="0"/>
                      <w:divBdr>
                        <w:top w:val="none" w:sz="0" w:space="0" w:color="auto"/>
                        <w:left w:val="none" w:sz="0" w:space="0" w:color="auto"/>
                        <w:bottom w:val="none" w:sz="0" w:space="0" w:color="auto"/>
                        <w:right w:val="none" w:sz="0" w:space="0" w:color="auto"/>
                      </w:divBdr>
                      <w:divsChild>
                        <w:div w:id="1761755712">
                          <w:marLeft w:val="0"/>
                          <w:marRight w:val="0"/>
                          <w:marTop w:val="0"/>
                          <w:marBottom w:val="0"/>
                          <w:divBdr>
                            <w:top w:val="none" w:sz="0" w:space="0" w:color="auto"/>
                            <w:left w:val="none" w:sz="0" w:space="0" w:color="auto"/>
                            <w:bottom w:val="none" w:sz="0" w:space="0" w:color="auto"/>
                            <w:right w:val="none" w:sz="0" w:space="0" w:color="auto"/>
                          </w:divBdr>
                          <w:divsChild>
                            <w:div w:id="446584530">
                              <w:marLeft w:val="0"/>
                              <w:marRight w:val="0"/>
                              <w:marTop w:val="0"/>
                              <w:marBottom w:val="0"/>
                              <w:divBdr>
                                <w:top w:val="none" w:sz="0" w:space="0" w:color="auto"/>
                                <w:left w:val="none" w:sz="0" w:space="0" w:color="auto"/>
                                <w:bottom w:val="none" w:sz="0" w:space="0" w:color="auto"/>
                                <w:right w:val="none" w:sz="0" w:space="0" w:color="auto"/>
                              </w:divBdr>
                              <w:divsChild>
                                <w:div w:id="1278637452">
                                  <w:marLeft w:val="0"/>
                                  <w:marRight w:val="0"/>
                                  <w:marTop w:val="0"/>
                                  <w:marBottom w:val="0"/>
                                  <w:divBdr>
                                    <w:top w:val="none" w:sz="0" w:space="0" w:color="auto"/>
                                    <w:left w:val="none" w:sz="0" w:space="0" w:color="auto"/>
                                    <w:bottom w:val="none" w:sz="0" w:space="0" w:color="auto"/>
                                    <w:right w:val="none" w:sz="0" w:space="0" w:color="auto"/>
                                  </w:divBdr>
                                  <w:divsChild>
                                    <w:div w:id="251669459">
                                      <w:marLeft w:val="0"/>
                                      <w:marRight w:val="0"/>
                                      <w:marTop w:val="0"/>
                                      <w:marBottom w:val="0"/>
                                      <w:divBdr>
                                        <w:top w:val="none" w:sz="0" w:space="0" w:color="auto"/>
                                        <w:left w:val="none" w:sz="0" w:space="0" w:color="auto"/>
                                        <w:bottom w:val="none" w:sz="0" w:space="0" w:color="auto"/>
                                        <w:right w:val="none" w:sz="0" w:space="0" w:color="auto"/>
                                      </w:divBdr>
                                      <w:divsChild>
                                        <w:div w:id="1954634832">
                                          <w:marLeft w:val="0"/>
                                          <w:marRight w:val="0"/>
                                          <w:marTop w:val="0"/>
                                          <w:marBottom w:val="0"/>
                                          <w:divBdr>
                                            <w:top w:val="none" w:sz="0" w:space="0" w:color="auto"/>
                                            <w:left w:val="none" w:sz="0" w:space="0" w:color="auto"/>
                                            <w:bottom w:val="none" w:sz="0" w:space="0" w:color="auto"/>
                                            <w:right w:val="none" w:sz="0" w:space="0" w:color="auto"/>
                                          </w:divBdr>
                                          <w:divsChild>
                                            <w:div w:id="87453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6466324">
          <w:marLeft w:val="0"/>
          <w:marRight w:val="0"/>
          <w:marTop w:val="0"/>
          <w:marBottom w:val="0"/>
          <w:divBdr>
            <w:top w:val="none" w:sz="0" w:space="0" w:color="auto"/>
            <w:left w:val="none" w:sz="0" w:space="0" w:color="auto"/>
            <w:bottom w:val="none" w:sz="0" w:space="0" w:color="auto"/>
            <w:right w:val="none" w:sz="0" w:space="0" w:color="auto"/>
          </w:divBdr>
          <w:divsChild>
            <w:div w:id="387069976">
              <w:marLeft w:val="0"/>
              <w:marRight w:val="0"/>
              <w:marTop w:val="0"/>
              <w:marBottom w:val="0"/>
              <w:divBdr>
                <w:top w:val="none" w:sz="0" w:space="0" w:color="auto"/>
                <w:left w:val="none" w:sz="0" w:space="0" w:color="auto"/>
                <w:bottom w:val="none" w:sz="0" w:space="0" w:color="auto"/>
                <w:right w:val="none" w:sz="0" w:space="0" w:color="auto"/>
              </w:divBdr>
              <w:divsChild>
                <w:div w:id="1544904327">
                  <w:marLeft w:val="0"/>
                  <w:marRight w:val="0"/>
                  <w:marTop w:val="0"/>
                  <w:marBottom w:val="0"/>
                  <w:divBdr>
                    <w:top w:val="none" w:sz="0" w:space="0" w:color="auto"/>
                    <w:left w:val="none" w:sz="0" w:space="0" w:color="auto"/>
                    <w:bottom w:val="none" w:sz="0" w:space="0" w:color="auto"/>
                    <w:right w:val="none" w:sz="0" w:space="0" w:color="auto"/>
                  </w:divBdr>
                  <w:divsChild>
                    <w:div w:id="798767292">
                      <w:marLeft w:val="0"/>
                      <w:marRight w:val="0"/>
                      <w:marTop w:val="0"/>
                      <w:marBottom w:val="0"/>
                      <w:divBdr>
                        <w:top w:val="none" w:sz="0" w:space="0" w:color="auto"/>
                        <w:left w:val="none" w:sz="0" w:space="0" w:color="auto"/>
                        <w:bottom w:val="none" w:sz="0" w:space="0" w:color="auto"/>
                        <w:right w:val="none" w:sz="0" w:space="0" w:color="auto"/>
                      </w:divBdr>
                      <w:divsChild>
                        <w:div w:id="638146167">
                          <w:marLeft w:val="0"/>
                          <w:marRight w:val="0"/>
                          <w:marTop w:val="0"/>
                          <w:marBottom w:val="0"/>
                          <w:divBdr>
                            <w:top w:val="none" w:sz="0" w:space="0" w:color="auto"/>
                            <w:left w:val="none" w:sz="0" w:space="0" w:color="auto"/>
                            <w:bottom w:val="none" w:sz="0" w:space="0" w:color="auto"/>
                            <w:right w:val="none" w:sz="0" w:space="0" w:color="auto"/>
                          </w:divBdr>
                          <w:divsChild>
                            <w:div w:id="534345564">
                              <w:marLeft w:val="0"/>
                              <w:marRight w:val="0"/>
                              <w:marTop w:val="0"/>
                              <w:marBottom w:val="0"/>
                              <w:divBdr>
                                <w:top w:val="none" w:sz="0" w:space="0" w:color="auto"/>
                                <w:left w:val="none" w:sz="0" w:space="0" w:color="auto"/>
                                <w:bottom w:val="none" w:sz="0" w:space="0" w:color="auto"/>
                                <w:right w:val="none" w:sz="0" w:space="0" w:color="auto"/>
                              </w:divBdr>
                              <w:divsChild>
                                <w:div w:id="520240313">
                                  <w:marLeft w:val="0"/>
                                  <w:marRight w:val="0"/>
                                  <w:marTop w:val="0"/>
                                  <w:marBottom w:val="0"/>
                                  <w:divBdr>
                                    <w:top w:val="none" w:sz="0" w:space="0" w:color="auto"/>
                                    <w:left w:val="none" w:sz="0" w:space="0" w:color="auto"/>
                                    <w:bottom w:val="none" w:sz="0" w:space="0" w:color="auto"/>
                                    <w:right w:val="none" w:sz="0" w:space="0" w:color="auto"/>
                                  </w:divBdr>
                                  <w:divsChild>
                                    <w:div w:id="214703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544251">
                      <w:marLeft w:val="0"/>
                      <w:marRight w:val="0"/>
                      <w:marTop w:val="0"/>
                      <w:marBottom w:val="0"/>
                      <w:divBdr>
                        <w:top w:val="none" w:sz="0" w:space="0" w:color="auto"/>
                        <w:left w:val="none" w:sz="0" w:space="0" w:color="auto"/>
                        <w:bottom w:val="none" w:sz="0" w:space="0" w:color="auto"/>
                        <w:right w:val="none" w:sz="0" w:space="0" w:color="auto"/>
                      </w:divBdr>
                      <w:divsChild>
                        <w:div w:id="567963285">
                          <w:marLeft w:val="0"/>
                          <w:marRight w:val="0"/>
                          <w:marTop w:val="0"/>
                          <w:marBottom w:val="0"/>
                          <w:divBdr>
                            <w:top w:val="none" w:sz="0" w:space="0" w:color="auto"/>
                            <w:left w:val="none" w:sz="0" w:space="0" w:color="auto"/>
                            <w:bottom w:val="none" w:sz="0" w:space="0" w:color="auto"/>
                            <w:right w:val="none" w:sz="0" w:space="0" w:color="auto"/>
                          </w:divBdr>
                          <w:divsChild>
                            <w:div w:id="1840777618">
                              <w:marLeft w:val="0"/>
                              <w:marRight w:val="0"/>
                              <w:marTop w:val="0"/>
                              <w:marBottom w:val="0"/>
                              <w:divBdr>
                                <w:top w:val="none" w:sz="0" w:space="0" w:color="auto"/>
                                <w:left w:val="none" w:sz="0" w:space="0" w:color="auto"/>
                                <w:bottom w:val="none" w:sz="0" w:space="0" w:color="auto"/>
                                <w:right w:val="none" w:sz="0" w:space="0" w:color="auto"/>
                              </w:divBdr>
                              <w:divsChild>
                                <w:div w:id="2061124135">
                                  <w:marLeft w:val="0"/>
                                  <w:marRight w:val="0"/>
                                  <w:marTop w:val="0"/>
                                  <w:marBottom w:val="0"/>
                                  <w:divBdr>
                                    <w:top w:val="none" w:sz="0" w:space="0" w:color="auto"/>
                                    <w:left w:val="none" w:sz="0" w:space="0" w:color="auto"/>
                                    <w:bottom w:val="none" w:sz="0" w:space="0" w:color="auto"/>
                                    <w:right w:val="none" w:sz="0" w:space="0" w:color="auto"/>
                                  </w:divBdr>
                                  <w:divsChild>
                                    <w:div w:id="1944721076">
                                      <w:marLeft w:val="0"/>
                                      <w:marRight w:val="0"/>
                                      <w:marTop w:val="0"/>
                                      <w:marBottom w:val="0"/>
                                      <w:divBdr>
                                        <w:top w:val="none" w:sz="0" w:space="0" w:color="auto"/>
                                        <w:left w:val="none" w:sz="0" w:space="0" w:color="auto"/>
                                        <w:bottom w:val="none" w:sz="0" w:space="0" w:color="auto"/>
                                        <w:right w:val="none" w:sz="0" w:space="0" w:color="auto"/>
                                      </w:divBdr>
                                      <w:divsChild>
                                        <w:div w:id="3153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728695">
      <w:bodyDiv w:val="1"/>
      <w:marLeft w:val="0"/>
      <w:marRight w:val="0"/>
      <w:marTop w:val="0"/>
      <w:marBottom w:val="0"/>
      <w:divBdr>
        <w:top w:val="none" w:sz="0" w:space="0" w:color="auto"/>
        <w:left w:val="none" w:sz="0" w:space="0" w:color="auto"/>
        <w:bottom w:val="none" w:sz="0" w:space="0" w:color="auto"/>
        <w:right w:val="none" w:sz="0" w:space="0" w:color="auto"/>
      </w:divBdr>
    </w:div>
    <w:div w:id="237600209">
      <w:bodyDiv w:val="1"/>
      <w:marLeft w:val="0"/>
      <w:marRight w:val="0"/>
      <w:marTop w:val="0"/>
      <w:marBottom w:val="0"/>
      <w:divBdr>
        <w:top w:val="none" w:sz="0" w:space="0" w:color="auto"/>
        <w:left w:val="none" w:sz="0" w:space="0" w:color="auto"/>
        <w:bottom w:val="none" w:sz="0" w:space="0" w:color="auto"/>
        <w:right w:val="none" w:sz="0" w:space="0" w:color="auto"/>
      </w:divBdr>
      <w:divsChild>
        <w:div w:id="2000769680">
          <w:marLeft w:val="547"/>
          <w:marRight w:val="0"/>
          <w:marTop w:val="0"/>
          <w:marBottom w:val="0"/>
          <w:divBdr>
            <w:top w:val="none" w:sz="0" w:space="0" w:color="auto"/>
            <w:left w:val="none" w:sz="0" w:space="0" w:color="auto"/>
            <w:bottom w:val="none" w:sz="0" w:space="0" w:color="auto"/>
            <w:right w:val="none" w:sz="0" w:space="0" w:color="auto"/>
          </w:divBdr>
        </w:div>
        <w:div w:id="1410156901">
          <w:marLeft w:val="1166"/>
          <w:marRight w:val="0"/>
          <w:marTop w:val="0"/>
          <w:marBottom w:val="0"/>
          <w:divBdr>
            <w:top w:val="none" w:sz="0" w:space="0" w:color="auto"/>
            <w:left w:val="none" w:sz="0" w:space="0" w:color="auto"/>
            <w:bottom w:val="none" w:sz="0" w:space="0" w:color="auto"/>
            <w:right w:val="none" w:sz="0" w:space="0" w:color="auto"/>
          </w:divBdr>
        </w:div>
        <w:div w:id="1950432330">
          <w:marLeft w:val="1166"/>
          <w:marRight w:val="0"/>
          <w:marTop w:val="0"/>
          <w:marBottom w:val="0"/>
          <w:divBdr>
            <w:top w:val="none" w:sz="0" w:space="0" w:color="auto"/>
            <w:left w:val="none" w:sz="0" w:space="0" w:color="auto"/>
            <w:bottom w:val="none" w:sz="0" w:space="0" w:color="auto"/>
            <w:right w:val="none" w:sz="0" w:space="0" w:color="auto"/>
          </w:divBdr>
        </w:div>
        <w:div w:id="1276979356">
          <w:marLeft w:val="547"/>
          <w:marRight w:val="0"/>
          <w:marTop w:val="0"/>
          <w:marBottom w:val="0"/>
          <w:divBdr>
            <w:top w:val="none" w:sz="0" w:space="0" w:color="auto"/>
            <w:left w:val="none" w:sz="0" w:space="0" w:color="auto"/>
            <w:bottom w:val="none" w:sz="0" w:space="0" w:color="auto"/>
            <w:right w:val="none" w:sz="0" w:space="0" w:color="auto"/>
          </w:divBdr>
        </w:div>
        <w:div w:id="846795545">
          <w:marLeft w:val="1166"/>
          <w:marRight w:val="0"/>
          <w:marTop w:val="0"/>
          <w:marBottom w:val="0"/>
          <w:divBdr>
            <w:top w:val="none" w:sz="0" w:space="0" w:color="auto"/>
            <w:left w:val="none" w:sz="0" w:space="0" w:color="auto"/>
            <w:bottom w:val="none" w:sz="0" w:space="0" w:color="auto"/>
            <w:right w:val="none" w:sz="0" w:space="0" w:color="auto"/>
          </w:divBdr>
        </w:div>
        <w:div w:id="1964725327">
          <w:marLeft w:val="0"/>
          <w:marRight w:val="1166"/>
          <w:marTop w:val="0"/>
          <w:marBottom w:val="0"/>
          <w:divBdr>
            <w:top w:val="none" w:sz="0" w:space="0" w:color="auto"/>
            <w:left w:val="none" w:sz="0" w:space="0" w:color="auto"/>
            <w:bottom w:val="none" w:sz="0" w:space="0" w:color="auto"/>
            <w:right w:val="none" w:sz="0" w:space="0" w:color="auto"/>
          </w:divBdr>
        </w:div>
      </w:divsChild>
    </w:div>
    <w:div w:id="245849251">
      <w:bodyDiv w:val="1"/>
      <w:marLeft w:val="0"/>
      <w:marRight w:val="0"/>
      <w:marTop w:val="0"/>
      <w:marBottom w:val="0"/>
      <w:divBdr>
        <w:top w:val="none" w:sz="0" w:space="0" w:color="auto"/>
        <w:left w:val="none" w:sz="0" w:space="0" w:color="auto"/>
        <w:bottom w:val="none" w:sz="0" w:space="0" w:color="auto"/>
        <w:right w:val="none" w:sz="0" w:space="0" w:color="auto"/>
      </w:divBdr>
    </w:div>
    <w:div w:id="249506527">
      <w:bodyDiv w:val="1"/>
      <w:marLeft w:val="0"/>
      <w:marRight w:val="0"/>
      <w:marTop w:val="0"/>
      <w:marBottom w:val="0"/>
      <w:divBdr>
        <w:top w:val="none" w:sz="0" w:space="0" w:color="auto"/>
        <w:left w:val="none" w:sz="0" w:space="0" w:color="auto"/>
        <w:bottom w:val="none" w:sz="0" w:space="0" w:color="auto"/>
        <w:right w:val="none" w:sz="0" w:space="0" w:color="auto"/>
      </w:divBdr>
    </w:div>
    <w:div w:id="261911448">
      <w:bodyDiv w:val="1"/>
      <w:marLeft w:val="0"/>
      <w:marRight w:val="0"/>
      <w:marTop w:val="0"/>
      <w:marBottom w:val="0"/>
      <w:divBdr>
        <w:top w:val="none" w:sz="0" w:space="0" w:color="auto"/>
        <w:left w:val="none" w:sz="0" w:space="0" w:color="auto"/>
        <w:bottom w:val="none" w:sz="0" w:space="0" w:color="auto"/>
        <w:right w:val="none" w:sz="0" w:space="0" w:color="auto"/>
      </w:divBdr>
      <w:divsChild>
        <w:div w:id="330331061">
          <w:marLeft w:val="0"/>
          <w:marRight w:val="0"/>
          <w:marTop w:val="0"/>
          <w:marBottom w:val="0"/>
          <w:divBdr>
            <w:top w:val="none" w:sz="0" w:space="0" w:color="auto"/>
            <w:left w:val="none" w:sz="0" w:space="0" w:color="auto"/>
            <w:bottom w:val="none" w:sz="0" w:space="0" w:color="auto"/>
            <w:right w:val="none" w:sz="0" w:space="0" w:color="auto"/>
          </w:divBdr>
          <w:divsChild>
            <w:div w:id="600184130">
              <w:marLeft w:val="0"/>
              <w:marRight w:val="0"/>
              <w:marTop w:val="0"/>
              <w:marBottom w:val="0"/>
              <w:divBdr>
                <w:top w:val="none" w:sz="0" w:space="0" w:color="auto"/>
                <w:left w:val="none" w:sz="0" w:space="0" w:color="auto"/>
                <w:bottom w:val="none" w:sz="0" w:space="0" w:color="auto"/>
                <w:right w:val="none" w:sz="0" w:space="0" w:color="auto"/>
              </w:divBdr>
              <w:divsChild>
                <w:div w:id="1761827293">
                  <w:marLeft w:val="0"/>
                  <w:marRight w:val="0"/>
                  <w:marTop w:val="120"/>
                  <w:marBottom w:val="0"/>
                  <w:divBdr>
                    <w:top w:val="none" w:sz="0" w:space="0" w:color="auto"/>
                    <w:left w:val="none" w:sz="0" w:space="0" w:color="auto"/>
                    <w:bottom w:val="none" w:sz="0" w:space="0" w:color="auto"/>
                    <w:right w:val="none" w:sz="0" w:space="0" w:color="auto"/>
                  </w:divBdr>
                  <w:divsChild>
                    <w:div w:id="1013455536">
                      <w:marLeft w:val="0"/>
                      <w:marRight w:val="0"/>
                      <w:marTop w:val="0"/>
                      <w:marBottom w:val="0"/>
                      <w:divBdr>
                        <w:top w:val="none" w:sz="0" w:space="0" w:color="auto"/>
                        <w:left w:val="none" w:sz="0" w:space="0" w:color="auto"/>
                        <w:bottom w:val="none" w:sz="0" w:space="0" w:color="auto"/>
                        <w:right w:val="none" w:sz="0" w:space="0" w:color="auto"/>
                      </w:divBdr>
                      <w:divsChild>
                        <w:div w:id="43876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363845">
      <w:bodyDiv w:val="1"/>
      <w:marLeft w:val="0"/>
      <w:marRight w:val="0"/>
      <w:marTop w:val="0"/>
      <w:marBottom w:val="0"/>
      <w:divBdr>
        <w:top w:val="none" w:sz="0" w:space="0" w:color="auto"/>
        <w:left w:val="none" w:sz="0" w:space="0" w:color="auto"/>
        <w:bottom w:val="none" w:sz="0" w:space="0" w:color="auto"/>
        <w:right w:val="none" w:sz="0" w:space="0" w:color="auto"/>
      </w:divBdr>
    </w:div>
    <w:div w:id="294483599">
      <w:bodyDiv w:val="1"/>
      <w:marLeft w:val="0"/>
      <w:marRight w:val="0"/>
      <w:marTop w:val="0"/>
      <w:marBottom w:val="0"/>
      <w:divBdr>
        <w:top w:val="none" w:sz="0" w:space="0" w:color="auto"/>
        <w:left w:val="none" w:sz="0" w:space="0" w:color="auto"/>
        <w:bottom w:val="none" w:sz="0" w:space="0" w:color="auto"/>
        <w:right w:val="none" w:sz="0" w:space="0" w:color="auto"/>
      </w:divBdr>
      <w:divsChild>
        <w:div w:id="411202911">
          <w:marLeft w:val="547"/>
          <w:marRight w:val="0"/>
          <w:marTop w:val="0"/>
          <w:marBottom w:val="0"/>
          <w:divBdr>
            <w:top w:val="none" w:sz="0" w:space="0" w:color="auto"/>
            <w:left w:val="none" w:sz="0" w:space="0" w:color="auto"/>
            <w:bottom w:val="none" w:sz="0" w:space="0" w:color="auto"/>
            <w:right w:val="none" w:sz="0" w:space="0" w:color="auto"/>
          </w:divBdr>
        </w:div>
        <w:div w:id="298342474">
          <w:marLeft w:val="0"/>
          <w:marRight w:val="1166"/>
          <w:marTop w:val="0"/>
          <w:marBottom w:val="0"/>
          <w:divBdr>
            <w:top w:val="none" w:sz="0" w:space="0" w:color="auto"/>
            <w:left w:val="none" w:sz="0" w:space="0" w:color="auto"/>
            <w:bottom w:val="none" w:sz="0" w:space="0" w:color="auto"/>
            <w:right w:val="none" w:sz="0" w:space="0" w:color="auto"/>
          </w:divBdr>
        </w:div>
        <w:div w:id="2002003287">
          <w:marLeft w:val="0"/>
          <w:marRight w:val="1166"/>
          <w:marTop w:val="0"/>
          <w:marBottom w:val="0"/>
          <w:divBdr>
            <w:top w:val="none" w:sz="0" w:space="0" w:color="auto"/>
            <w:left w:val="none" w:sz="0" w:space="0" w:color="auto"/>
            <w:bottom w:val="none" w:sz="0" w:space="0" w:color="auto"/>
            <w:right w:val="none" w:sz="0" w:space="0" w:color="auto"/>
          </w:divBdr>
        </w:div>
        <w:div w:id="998847849">
          <w:marLeft w:val="547"/>
          <w:marRight w:val="0"/>
          <w:marTop w:val="0"/>
          <w:marBottom w:val="0"/>
          <w:divBdr>
            <w:top w:val="none" w:sz="0" w:space="0" w:color="auto"/>
            <w:left w:val="none" w:sz="0" w:space="0" w:color="auto"/>
            <w:bottom w:val="none" w:sz="0" w:space="0" w:color="auto"/>
            <w:right w:val="none" w:sz="0" w:space="0" w:color="auto"/>
          </w:divBdr>
        </w:div>
        <w:div w:id="2027634404">
          <w:marLeft w:val="0"/>
          <w:marRight w:val="1166"/>
          <w:marTop w:val="0"/>
          <w:marBottom w:val="0"/>
          <w:divBdr>
            <w:top w:val="none" w:sz="0" w:space="0" w:color="auto"/>
            <w:left w:val="none" w:sz="0" w:space="0" w:color="auto"/>
            <w:bottom w:val="none" w:sz="0" w:space="0" w:color="auto"/>
            <w:right w:val="none" w:sz="0" w:space="0" w:color="auto"/>
          </w:divBdr>
        </w:div>
        <w:div w:id="783811518">
          <w:marLeft w:val="0"/>
          <w:marRight w:val="1166"/>
          <w:marTop w:val="0"/>
          <w:marBottom w:val="0"/>
          <w:divBdr>
            <w:top w:val="none" w:sz="0" w:space="0" w:color="auto"/>
            <w:left w:val="none" w:sz="0" w:space="0" w:color="auto"/>
            <w:bottom w:val="none" w:sz="0" w:space="0" w:color="auto"/>
            <w:right w:val="none" w:sz="0" w:space="0" w:color="auto"/>
          </w:divBdr>
        </w:div>
      </w:divsChild>
    </w:div>
    <w:div w:id="301621756">
      <w:bodyDiv w:val="1"/>
      <w:marLeft w:val="0"/>
      <w:marRight w:val="0"/>
      <w:marTop w:val="0"/>
      <w:marBottom w:val="0"/>
      <w:divBdr>
        <w:top w:val="none" w:sz="0" w:space="0" w:color="auto"/>
        <w:left w:val="none" w:sz="0" w:space="0" w:color="auto"/>
        <w:bottom w:val="none" w:sz="0" w:space="0" w:color="auto"/>
        <w:right w:val="none" w:sz="0" w:space="0" w:color="auto"/>
      </w:divBdr>
    </w:div>
    <w:div w:id="391001992">
      <w:bodyDiv w:val="1"/>
      <w:marLeft w:val="0"/>
      <w:marRight w:val="0"/>
      <w:marTop w:val="0"/>
      <w:marBottom w:val="0"/>
      <w:divBdr>
        <w:top w:val="none" w:sz="0" w:space="0" w:color="auto"/>
        <w:left w:val="none" w:sz="0" w:space="0" w:color="auto"/>
        <w:bottom w:val="none" w:sz="0" w:space="0" w:color="auto"/>
        <w:right w:val="none" w:sz="0" w:space="0" w:color="auto"/>
      </w:divBdr>
    </w:div>
    <w:div w:id="458186502">
      <w:bodyDiv w:val="1"/>
      <w:marLeft w:val="0"/>
      <w:marRight w:val="0"/>
      <w:marTop w:val="0"/>
      <w:marBottom w:val="0"/>
      <w:divBdr>
        <w:top w:val="none" w:sz="0" w:space="0" w:color="auto"/>
        <w:left w:val="none" w:sz="0" w:space="0" w:color="auto"/>
        <w:bottom w:val="none" w:sz="0" w:space="0" w:color="auto"/>
        <w:right w:val="none" w:sz="0" w:space="0" w:color="auto"/>
      </w:divBdr>
      <w:divsChild>
        <w:div w:id="865211737">
          <w:marLeft w:val="0"/>
          <w:marRight w:val="0"/>
          <w:marTop w:val="0"/>
          <w:marBottom w:val="0"/>
          <w:divBdr>
            <w:top w:val="none" w:sz="0" w:space="0" w:color="auto"/>
            <w:left w:val="none" w:sz="0" w:space="0" w:color="auto"/>
            <w:bottom w:val="none" w:sz="0" w:space="0" w:color="auto"/>
            <w:right w:val="none" w:sz="0" w:space="0" w:color="auto"/>
          </w:divBdr>
          <w:divsChild>
            <w:div w:id="1013997209">
              <w:marLeft w:val="0"/>
              <w:marRight w:val="0"/>
              <w:marTop w:val="0"/>
              <w:marBottom w:val="0"/>
              <w:divBdr>
                <w:top w:val="none" w:sz="0" w:space="0" w:color="auto"/>
                <w:left w:val="none" w:sz="0" w:space="0" w:color="auto"/>
                <w:bottom w:val="none" w:sz="0" w:space="0" w:color="auto"/>
                <w:right w:val="none" w:sz="0" w:space="0" w:color="auto"/>
              </w:divBdr>
              <w:divsChild>
                <w:div w:id="1694189978">
                  <w:marLeft w:val="0"/>
                  <w:marRight w:val="0"/>
                  <w:marTop w:val="0"/>
                  <w:marBottom w:val="0"/>
                  <w:divBdr>
                    <w:top w:val="none" w:sz="0" w:space="0" w:color="auto"/>
                    <w:left w:val="none" w:sz="0" w:space="0" w:color="auto"/>
                    <w:bottom w:val="none" w:sz="0" w:space="0" w:color="auto"/>
                    <w:right w:val="none" w:sz="0" w:space="0" w:color="auto"/>
                  </w:divBdr>
                  <w:divsChild>
                    <w:div w:id="514729028">
                      <w:marLeft w:val="0"/>
                      <w:marRight w:val="0"/>
                      <w:marTop w:val="0"/>
                      <w:marBottom w:val="0"/>
                      <w:divBdr>
                        <w:top w:val="none" w:sz="0" w:space="0" w:color="auto"/>
                        <w:left w:val="none" w:sz="0" w:space="0" w:color="auto"/>
                        <w:bottom w:val="none" w:sz="0" w:space="0" w:color="auto"/>
                        <w:right w:val="none" w:sz="0" w:space="0" w:color="auto"/>
                      </w:divBdr>
                      <w:divsChild>
                        <w:div w:id="1690066888">
                          <w:marLeft w:val="0"/>
                          <w:marRight w:val="0"/>
                          <w:marTop w:val="0"/>
                          <w:marBottom w:val="0"/>
                          <w:divBdr>
                            <w:top w:val="none" w:sz="0" w:space="0" w:color="auto"/>
                            <w:left w:val="none" w:sz="0" w:space="0" w:color="auto"/>
                            <w:bottom w:val="none" w:sz="0" w:space="0" w:color="auto"/>
                            <w:right w:val="none" w:sz="0" w:space="0" w:color="auto"/>
                          </w:divBdr>
                          <w:divsChild>
                            <w:div w:id="791752396">
                              <w:marLeft w:val="0"/>
                              <w:marRight w:val="0"/>
                              <w:marTop w:val="0"/>
                              <w:marBottom w:val="0"/>
                              <w:divBdr>
                                <w:top w:val="none" w:sz="0" w:space="0" w:color="auto"/>
                                <w:left w:val="none" w:sz="0" w:space="0" w:color="auto"/>
                                <w:bottom w:val="none" w:sz="0" w:space="0" w:color="auto"/>
                                <w:right w:val="none" w:sz="0" w:space="0" w:color="auto"/>
                              </w:divBdr>
                              <w:divsChild>
                                <w:div w:id="1832528386">
                                  <w:marLeft w:val="0"/>
                                  <w:marRight w:val="0"/>
                                  <w:marTop w:val="0"/>
                                  <w:marBottom w:val="0"/>
                                  <w:divBdr>
                                    <w:top w:val="none" w:sz="0" w:space="0" w:color="auto"/>
                                    <w:left w:val="none" w:sz="0" w:space="0" w:color="auto"/>
                                    <w:bottom w:val="none" w:sz="0" w:space="0" w:color="auto"/>
                                    <w:right w:val="none" w:sz="0" w:space="0" w:color="auto"/>
                                  </w:divBdr>
                                  <w:divsChild>
                                    <w:div w:id="1011030311">
                                      <w:marLeft w:val="0"/>
                                      <w:marRight w:val="0"/>
                                      <w:marTop w:val="0"/>
                                      <w:marBottom w:val="0"/>
                                      <w:divBdr>
                                        <w:top w:val="none" w:sz="0" w:space="0" w:color="auto"/>
                                        <w:left w:val="none" w:sz="0" w:space="0" w:color="auto"/>
                                        <w:bottom w:val="none" w:sz="0" w:space="0" w:color="auto"/>
                                        <w:right w:val="none" w:sz="0" w:space="0" w:color="auto"/>
                                      </w:divBdr>
                                      <w:divsChild>
                                        <w:div w:id="978609924">
                                          <w:marLeft w:val="0"/>
                                          <w:marRight w:val="0"/>
                                          <w:marTop w:val="0"/>
                                          <w:marBottom w:val="0"/>
                                          <w:divBdr>
                                            <w:top w:val="none" w:sz="0" w:space="0" w:color="auto"/>
                                            <w:left w:val="none" w:sz="0" w:space="0" w:color="auto"/>
                                            <w:bottom w:val="none" w:sz="0" w:space="0" w:color="auto"/>
                                            <w:right w:val="none" w:sz="0" w:space="0" w:color="auto"/>
                                          </w:divBdr>
                                          <w:divsChild>
                                            <w:div w:id="1933321497">
                                              <w:marLeft w:val="0"/>
                                              <w:marRight w:val="0"/>
                                              <w:marTop w:val="0"/>
                                              <w:marBottom w:val="0"/>
                                              <w:divBdr>
                                                <w:top w:val="none" w:sz="0" w:space="0" w:color="auto"/>
                                                <w:left w:val="none" w:sz="0" w:space="0" w:color="auto"/>
                                                <w:bottom w:val="none" w:sz="0" w:space="0" w:color="auto"/>
                                                <w:right w:val="none" w:sz="0" w:space="0" w:color="auto"/>
                                              </w:divBdr>
                                              <w:divsChild>
                                                <w:div w:id="218900139">
                                                  <w:marLeft w:val="0"/>
                                                  <w:marRight w:val="0"/>
                                                  <w:marTop w:val="0"/>
                                                  <w:marBottom w:val="0"/>
                                                  <w:divBdr>
                                                    <w:top w:val="none" w:sz="0" w:space="0" w:color="auto"/>
                                                    <w:left w:val="none" w:sz="0" w:space="0" w:color="auto"/>
                                                    <w:bottom w:val="none" w:sz="0" w:space="0" w:color="auto"/>
                                                    <w:right w:val="none" w:sz="0" w:space="0" w:color="auto"/>
                                                  </w:divBdr>
                                                  <w:divsChild>
                                                    <w:div w:id="166672598">
                                                      <w:marLeft w:val="0"/>
                                                      <w:marRight w:val="0"/>
                                                      <w:marTop w:val="0"/>
                                                      <w:marBottom w:val="0"/>
                                                      <w:divBdr>
                                                        <w:top w:val="none" w:sz="0" w:space="0" w:color="auto"/>
                                                        <w:left w:val="none" w:sz="0" w:space="0" w:color="auto"/>
                                                        <w:bottom w:val="none" w:sz="0" w:space="0" w:color="auto"/>
                                                        <w:right w:val="none" w:sz="0" w:space="0" w:color="auto"/>
                                                      </w:divBdr>
                                                      <w:divsChild>
                                                        <w:div w:id="5391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9027076">
          <w:marLeft w:val="0"/>
          <w:marRight w:val="0"/>
          <w:marTop w:val="0"/>
          <w:marBottom w:val="0"/>
          <w:divBdr>
            <w:top w:val="none" w:sz="0" w:space="0" w:color="auto"/>
            <w:left w:val="none" w:sz="0" w:space="0" w:color="auto"/>
            <w:bottom w:val="none" w:sz="0" w:space="0" w:color="auto"/>
            <w:right w:val="none" w:sz="0" w:space="0" w:color="auto"/>
          </w:divBdr>
          <w:divsChild>
            <w:div w:id="189298554">
              <w:marLeft w:val="0"/>
              <w:marRight w:val="0"/>
              <w:marTop w:val="0"/>
              <w:marBottom w:val="0"/>
              <w:divBdr>
                <w:top w:val="none" w:sz="0" w:space="0" w:color="auto"/>
                <w:left w:val="none" w:sz="0" w:space="0" w:color="auto"/>
                <w:bottom w:val="none" w:sz="0" w:space="0" w:color="auto"/>
                <w:right w:val="none" w:sz="0" w:space="0" w:color="auto"/>
              </w:divBdr>
              <w:divsChild>
                <w:div w:id="205904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80786">
      <w:bodyDiv w:val="1"/>
      <w:marLeft w:val="0"/>
      <w:marRight w:val="0"/>
      <w:marTop w:val="0"/>
      <w:marBottom w:val="0"/>
      <w:divBdr>
        <w:top w:val="none" w:sz="0" w:space="0" w:color="auto"/>
        <w:left w:val="none" w:sz="0" w:space="0" w:color="auto"/>
        <w:bottom w:val="none" w:sz="0" w:space="0" w:color="auto"/>
        <w:right w:val="none" w:sz="0" w:space="0" w:color="auto"/>
      </w:divBdr>
      <w:divsChild>
        <w:div w:id="805662490">
          <w:marLeft w:val="547"/>
          <w:marRight w:val="0"/>
          <w:marTop w:val="0"/>
          <w:marBottom w:val="0"/>
          <w:divBdr>
            <w:top w:val="none" w:sz="0" w:space="0" w:color="auto"/>
            <w:left w:val="none" w:sz="0" w:space="0" w:color="auto"/>
            <w:bottom w:val="none" w:sz="0" w:space="0" w:color="auto"/>
            <w:right w:val="none" w:sz="0" w:space="0" w:color="auto"/>
          </w:divBdr>
        </w:div>
        <w:div w:id="1958176349">
          <w:marLeft w:val="0"/>
          <w:marRight w:val="1166"/>
          <w:marTop w:val="0"/>
          <w:marBottom w:val="0"/>
          <w:divBdr>
            <w:top w:val="none" w:sz="0" w:space="0" w:color="auto"/>
            <w:left w:val="none" w:sz="0" w:space="0" w:color="auto"/>
            <w:bottom w:val="none" w:sz="0" w:space="0" w:color="auto"/>
            <w:right w:val="none" w:sz="0" w:space="0" w:color="auto"/>
          </w:divBdr>
        </w:div>
        <w:div w:id="2013337763">
          <w:marLeft w:val="0"/>
          <w:marRight w:val="1166"/>
          <w:marTop w:val="0"/>
          <w:marBottom w:val="0"/>
          <w:divBdr>
            <w:top w:val="none" w:sz="0" w:space="0" w:color="auto"/>
            <w:left w:val="none" w:sz="0" w:space="0" w:color="auto"/>
            <w:bottom w:val="none" w:sz="0" w:space="0" w:color="auto"/>
            <w:right w:val="none" w:sz="0" w:space="0" w:color="auto"/>
          </w:divBdr>
        </w:div>
        <w:div w:id="1420911201">
          <w:marLeft w:val="547"/>
          <w:marRight w:val="0"/>
          <w:marTop w:val="0"/>
          <w:marBottom w:val="0"/>
          <w:divBdr>
            <w:top w:val="none" w:sz="0" w:space="0" w:color="auto"/>
            <w:left w:val="none" w:sz="0" w:space="0" w:color="auto"/>
            <w:bottom w:val="none" w:sz="0" w:space="0" w:color="auto"/>
            <w:right w:val="none" w:sz="0" w:space="0" w:color="auto"/>
          </w:divBdr>
        </w:div>
        <w:div w:id="1850947416">
          <w:marLeft w:val="0"/>
          <w:marRight w:val="1166"/>
          <w:marTop w:val="0"/>
          <w:marBottom w:val="0"/>
          <w:divBdr>
            <w:top w:val="none" w:sz="0" w:space="0" w:color="auto"/>
            <w:left w:val="none" w:sz="0" w:space="0" w:color="auto"/>
            <w:bottom w:val="none" w:sz="0" w:space="0" w:color="auto"/>
            <w:right w:val="none" w:sz="0" w:space="0" w:color="auto"/>
          </w:divBdr>
        </w:div>
        <w:div w:id="2129544808">
          <w:marLeft w:val="1166"/>
          <w:marRight w:val="0"/>
          <w:marTop w:val="0"/>
          <w:marBottom w:val="0"/>
          <w:divBdr>
            <w:top w:val="none" w:sz="0" w:space="0" w:color="auto"/>
            <w:left w:val="none" w:sz="0" w:space="0" w:color="auto"/>
            <w:bottom w:val="none" w:sz="0" w:space="0" w:color="auto"/>
            <w:right w:val="none" w:sz="0" w:space="0" w:color="auto"/>
          </w:divBdr>
        </w:div>
      </w:divsChild>
    </w:div>
    <w:div w:id="472869457">
      <w:bodyDiv w:val="1"/>
      <w:marLeft w:val="0"/>
      <w:marRight w:val="0"/>
      <w:marTop w:val="0"/>
      <w:marBottom w:val="0"/>
      <w:divBdr>
        <w:top w:val="none" w:sz="0" w:space="0" w:color="auto"/>
        <w:left w:val="none" w:sz="0" w:space="0" w:color="auto"/>
        <w:bottom w:val="none" w:sz="0" w:space="0" w:color="auto"/>
        <w:right w:val="none" w:sz="0" w:space="0" w:color="auto"/>
      </w:divBdr>
      <w:divsChild>
        <w:div w:id="876544998">
          <w:marLeft w:val="0"/>
          <w:marRight w:val="0"/>
          <w:marTop w:val="0"/>
          <w:marBottom w:val="0"/>
          <w:divBdr>
            <w:top w:val="none" w:sz="0" w:space="0" w:color="auto"/>
            <w:left w:val="none" w:sz="0" w:space="0" w:color="auto"/>
            <w:bottom w:val="none" w:sz="0" w:space="0" w:color="auto"/>
            <w:right w:val="none" w:sz="0" w:space="0" w:color="auto"/>
          </w:divBdr>
          <w:divsChild>
            <w:div w:id="987514032">
              <w:marLeft w:val="0"/>
              <w:marRight w:val="0"/>
              <w:marTop w:val="0"/>
              <w:marBottom w:val="0"/>
              <w:divBdr>
                <w:top w:val="none" w:sz="0" w:space="0" w:color="auto"/>
                <w:left w:val="none" w:sz="0" w:space="0" w:color="auto"/>
                <w:bottom w:val="none" w:sz="0" w:space="0" w:color="auto"/>
                <w:right w:val="none" w:sz="0" w:space="0" w:color="auto"/>
              </w:divBdr>
              <w:divsChild>
                <w:div w:id="1586259413">
                  <w:marLeft w:val="0"/>
                  <w:marRight w:val="0"/>
                  <w:marTop w:val="0"/>
                  <w:marBottom w:val="0"/>
                  <w:divBdr>
                    <w:top w:val="none" w:sz="0" w:space="0" w:color="auto"/>
                    <w:left w:val="none" w:sz="0" w:space="0" w:color="auto"/>
                    <w:bottom w:val="none" w:sz="0" w:space="0" w:color="auto"/>
                    <w:right w:val="none" w:sz="0" w:space="0" w:color="auto"/>
                  </w:divBdr>
                  <w:divsChild>
                    <w:div w:id="1095051456">
                      <w:marLeft w:val="0"/>
                      <w:marRight w:val="0"/>
                      <w:marTop w:val="0"/>
                      <w:marBottom w:val="0"/>
                      <w:divBdr>
                        <w:top w:val="none" w:sz="0" w:space="0" w:color="auto"/>
                        <w:left w:val="none" w:sz="0" w:space="0" w:color="auto"/>
                        <w:bottom w:val="none" w:sz="0" w:space="0" w:color="auto"/>
                        <w:right w:val="none" w:sz="0" w:space="0" w:color="auto"/>
                      </w:divBdr>
                      <w:divsChild>
                        <w:div w:id="1323003977">
                          <w:marLeft w:val="0"/>
                          <w:marRight w:val="0"/>
                          <w:marTop w:val="0"/>
                          <w:marBottom w:val="0"/>
                          <w:divBdr>
                            <w:top w:val="none" w:sz="0" w:space="0" w:color="auto"/>
                            <w:left w:val="none" w:sz="0" w:space="0" w:color="auto"/>
                            <w:bottom w:val="none" w:sz="0" w:space="0" w:color="auto"/>
                            <w:right w:val="none" w:sz="0" w:space="0" w:color="auto"/>
                          </w:divBdr>
                          <w:divsChild>
                            <w:div w:id="145236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889202">
      <w:bodyDiv w:val="1"/>
      <w:marLeft w:val="0"/>
      <w:marRight w:val="0"/>
      <w:marTop w:val="0"/>
      <w:marBottom w:val="0"/>
      <w:divBdr>
        <w:top w:val="none" w:sz="0" w:space="0" w:color="auto"/>
        <w:left w:val="none" w:sz="0" w:space="0" w:color="auto"/>
        <w:bottom w:val="none" w:sz="0" w:space="0" w:color="auto"/>
        <w:right w:val="none" w:sz="0" w:space="0" w:color="auto"/>
      </w:divBdr>
    </w:div>
    <w:div w:id="551616857">
      <w:bodyDiv w:val="1"/>
      <w:marLeft w:val="0"/>
      <w:marRight w:val="0"/>
      <w:marTop w:val="0"/>
      <w:marBottom w:val="0"/>
      <w:divBdr>
        <w:top w:val="none" w:sz="0" w:space="0" w:color="auto"/>
        <w:left w:val="none" w:sz="0" w:space="0" w:color="auto"/>
        <w:bottom w:val="none" w:sz="0" w:space="0" w:color="auto"/>
        <w:right w:val="none" w:sz="0" w:space="0" w:color="auto"/>
      </w:divBdr>
    </w:div>
    <w:div w:id="585498920">
      <w:bodyDiv w:val="1"/>
      <w:marLeft w:val="0"/>
      <w:marRight w:val="0"/>
      <w:marTop w:val="0"/>
      <w:marBottom w:val="0"/>
      <w:divBdr>
        <w:top w:val="none" w:sz="0" w:space="0" w:color="auto"/>
        <w:left w:val="none" w:sz="0" w:space="0" w:color="auto"/>
        <w:bottom w:val="none" w:sz="0" w:space="0" w:color="auto"/>
        <w:right w:val="none" w:sz="0" w:space="0" w:color="auto"/>
      </w:divBdr>
      <w:divsChild>
        <w:div w:id="1611203988">
          <w:marLeft w:val="0"/>
          <w:marRight w:val="0"/>
          <w:marTop w:val="0"/>
          <w:marBottom w:val="0"/>
          <w:divBdr>
            <w:top w:val="none" w:sz="0" w:space="0" w:color="auto"/>
            <w:left w:val="none" w:sz="0" w:space="0" w:color="auto"/>
            <w:bottom w:val="none" w:sz="0" w:space="0" w:color="auto"/>
            <w:right w:val="none" w:sz="0" w:space="0" w:color="auto"/>
          </w:divBdr>
          <w:divsChild>
            <w:div w:id="461969973">
              <w:marLeft w:val="0"/>
              <w:marRight w:val="0"/>
              <w:marTop w:val="0"/>
              <w:marBottom w:val="0"/>
              <w:divBdr>
                <w:top w:val="none" w:sz="0" w:space="0" w:color="auto"/>
                <w:left w:val="none" w:sz="0" w:space="0" w:color="auto"/>
                <w:bottom w:val="none" w:sz="0" w:space="0" w:color="auto"/>
                <w:right w:val="none" w:sz="0" w:space="0" w:color="auto"/>
              </w:divBdr>
              <w:divsChild>
                <w:div w:id="1593204543">
                  <w:marLeft w:val="0"/>
                  <w:marRight w:val="0"/>
                  <w:marTop w:val="0"/>
                  <w:marBottom w:val="0"/>
                  <w:divBdr>
                    <w:top w:val="none" w:sz="0" w:space="0" w:color="auto"/>
                    <w:left w:val="none" w:sz="0" w:space="0" w:color="auto"/>
                    <w:bottom w:val="none" w:sz="0" w:space="0" w:color="auto"/>
                    <w:right w:val="none" w:sz="0" w:space="0" w:color="auto"/>
                  </w:divBdr>
                  <w:divsChild>
                    <w:div w:id="209007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208917">
          <w:marLeft w:val="0"/>
          <w:marRight w:val="0"/>
          <w:marTop w:val="0"/>
          <w:marBottom w:val="0"/>
          <w:divBdr>
            <w:top w:val="none" w:sz="0" w:space="0" w:color="auto"/>
            <w:left w:val="none" w:sz="0" w:space="0" w:color="auto"/>
            <w:bottom w:val="none" w:sz="0" w:space="0" w:color="auto"/>
            <w:right w:val="none" w:sz="0" w:space="0" w:color="auto"/>
          </w:divBdr>
          <w:divsChild>
            <w:div w:id="1335378432">
              <w:marLeft w:val="0"/>
              <w:marRight w:val="0"/>
              <w:marTop w:val="0"/>
              <w:marBottom w:val="0"/>
              <w:divBdr>
                <w:top w:val="none" w:sz="0" w:space="0" w:color="auto"/>
                <w:left w:val="none" w:sz="0" w:space="0" w:color="auto"/>
                <w:bottom w:val="none" w:sz="0" w:space="0" w:color="auto"/>
                <w:right w:val="none" w:sz="0" w:space="0" w:color="auto"/>
              </w:divBdr>
              <w:divsChild>
                <w:div w:id="532158101">
                  <w:marLeft w:val="0"/>
                  <w:marRight w:val="0"/>
                  <w:marTop w:val="0"/>
                  <w:marBottom w:val="0"/>
                  <w:divBdr>
                    <w:top w:val="none" w:sz="0" w:space="0" w:color="auto"/>
                    <w:left w:val="none" w:sz="0" w:space="0" w:color="auto"/>
                    <w:bottom w:val="none" w:sz="0" w:space="0" w:color="auto"/>
                    <w:right w:val="none" w:sz="0" w:space="0" w:color="auto"/>
                  </w:divBdr>
                  <w:divsChild>
                    <w:div w:id="19786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843849">
      <w:bodyDiv w:val="1"/>
      <w:marLeft w:val="0"/>
      <w:marRight w:val="0"/>
      <w:marTop w:val="0"/>
      <w:marBottom w:val="0"/>
      <w:divBdr>
        <w:top w:val="none" w:sz="0" w:space="0" w:color="auto"/>
        <w:left w:val="none" w:sz="0" w:space="0" w:color="auto"/>
        <w:bottom w:val="none" w:sz="0" w:space="0" w:color="auto"/>
        <w:right w:val="none" w:sz="0" w:space="0" w:color="auto"/>
      </w:divBdr>
    </w:div>
    <w:div w:id="607395554">
      <w:bodyDiv w:val="1"/>
      <w:marLeft w:val="0"/>
      <w:marRight w:val="0"/>
      <w:marTop w:val="0"/>
      <w:marBottom w:val="0"/>
      <w:divBdr>
        <w:top w:val="none" w:sz="0" w:space="0" w:color="auto"/>
        <w:left w:val="none" w:sz="0" w:space="0" w:color="auto"/>
        <w:bottom w:val="none" w:sz="0" w:space="0" w:color="auto"/>
        <w:right w:val="none" w:sz="0" w:space="0" w:color="auto"/>
      </w:divBdr>
    </w:div>
    <w:div w:id="612829558">
      <w:bodyDiv w:val="1"/>
      <w:marLeft w:val="0"/>
      <w:marRight w:val="0"/>
      <w:marTop w:val="0"/>
      <w:marBottom w:val="0"/>
      <w:divBdr>
        <w:top w:val="none" w:sz="0" w:space="0" w:color="auto"/>
        <w:left w:val="none" w:sz="0" w:space="0" w:color="auto"/>
        <w:bottom w:val="none" w:sz="0" w:space="0" w:color="auto"/>
        <w:right w:val="none" w:sz="0" w:space="0" w:color="auto"/>
      </w:divBdr>
      <w:divsChild>
        <w:div w:id="981081980">
          <w:marLeft w:val="0"/>
          <w:marRight w:val="0"/>
          <w:marTop w:val="0"/>
          <w:marBottom w:val="0"/>
          <w:divBdr>
            <w:top w:val="none" w:sz="0" w:space="0" w:color="auto"/>
            <w:left w:val="none" w:sz="0" w:space="0" w:color="auto"/>
            <w:bottom w:val="none" w:sz="0" w:space="0" w:color="auto"/>
            <w:right w:val="none" w:sz="0" w:space="0" w:color="auto"/>
          </w:divBdr>
          <w:divsChild>
            <w:div w:id="505479783">
              <w:marLeft w:val="0"/>
              <w:marRight w:val="0"/>
              <w:marTop w:val="0"/>
              <w:marBottom w:val="0"/>
              <w:divBdr>
                <w:top w:val="none" w:sz="0" w:space="0" w:color="auto"/>
                <w:left w:val="none" w:sz="0" w:space="0" w:color="auto"/>
                <w:bottom w:val="none" w:sz="0" w:space="0" w:color="auto"/>
                <w:right w:val="none" w:sz="0" w:space="0" w:color="auto"/>
              </w:divBdr>
              <w:divsChild>
                <w:div w:id="507986092">
                  <w:marLeft w:val="0"/>
                  <w:marRight w:val="0"/>
                  <w:marTop w:val="0"/>
                  <w:marBottom w:val="0"/>
                  <w:divBdr>
                    <w:top w:val="none" w:sz="0" w:space="0" w:color="auto"/>
                    <w:left w:val="none" w:sz="0" w:space="0" w:color="auto"/>
                    <w:bottom w:val="none" w:sz="0" w:space="0" w:color="auto"/>
                    <w:right w:val="none" w:sz="0" w:space="0" w:color="auto"/>
                  </w:divBdr>
                  <w:divsChild>
                    <w:div w:id="821432585">
                      <w:marLeft w:val="0"/>
                      <w:marRight w:val="0"/>
                      <w:marTop w:val="0"/>
                      <w:marBottom w:val="0"/>
                      <w:divBdr>
                        <w:top w:val="none" w:sz="0" w:space="0" w:color="auto"/>
                        <w:left w:val="none" w:sz="0" w:space="0" w:color="auto"/>
                        <w:bottom w:val="none" w:sz="0" w:space="0" w:color="auto"/>
                        <w:right w:val="none" w:sz="0" w:space="0" w:color="auto"/>
                      </w:divBdr>
                      <w:divsChild>
                        <w:div w:id="1973171218">
                          <w:marLeft w:val="0"/>
                          <w:marRight w:val="0"/>
                          <w:marTop w:val="0"/>
                          <w:marBottom w:val="0"/>
                          <w:divBdr>
                            <w:top w:val="none" w:sz="0" w:space="0" w:color="auto"/>
                            <w:left w:val="none" w:sz="0" w:space="0" w:color="auto"/>
                            <w:bottom w:val="none" w:sz="0" w:space="0" w:color="auto"/>
                            <w:right w:val="none" w:sz="0" w:space="0" w:color="auto"/>
                          </w:divBdr>
                          <w:divsChild>
                            <w:div w:id="755564654">
                              <w:marLeft w:val="0"/>
                              <w:marRight w:val="0"/>
                              <w:marTop w:val="0"/>
                              <w:marBottom w:val="0"/>
                              <w:divBdr>
                                <w:top w:val="none" w:sz="0" w:space="0" w:color="auto"/>
                                <w:left w:val="none" w:sz="0" w:space="0" w:color="auto"/>
                                <w:bottom w:val="none" w:sz="0" w:space="0" w:color="auto"/>
                                <w:right w:val="none" w:sz="0" w:space="0" w:color="auto"/>
                              </w:divBdr>
                              <w:divsChild>
                                <w:div w:id="750741312">
                                  <w:marLeft w:val="0"/>
                                  <w:marRight w:val="0"/>
                                  <w:marTop w:val="0"/>
                                  <w:marBottom w:val="0"/>
                                  <w:divBdr>
                                    <w:top w:val="none" w:sz="0" w:space="0" w:color="auto"/>
                                    <w:left w:val="none" w:sz="0" w:space="0" w:color="auto"/>
                                    <w:bottom w:val="none" w:sz="0" w:space="0" w:color="auto"/>
                                    <w:right w:val="none" w:sz="0" w:space="0" w:color="auto"/>
                                  </w:divBdr>
                                  <w:divsChild>
                                    <w:div w:id="327025422">
                                      <w:marLeft w:val="0"/>
                                      <w:marRight w:val="0"/>
                                      <w:marTop w:val="0"/>
                                      <w:marBottom w:val="0"/>
                                      <w:divBdr>
                                        <w:top w:val="none" w:sz="0" w:space="0" w:color="auto"/>
                                        <w:left w:val="none" w:sz="0" w:space="0" w:color="auto"/>
                                        <w:bottom w:val="none" w:sz="0" w:space="0" w:color="auto"/>
                                        <w:right w:val="none" w:sz="0" w:space="0" w:color="auto"/>
                                      </w:divBdr>
                                      <w:divsChild>
                                        <w:div w:id="561403574">
                                          <w:marLeft w:val="0"/>
                                          <w:marRight w:val="0"/>
                                          <w:marTop w:val="0"/>
                                          <w:marBottom w:val="0"/>
                                          <w:divBdr>
                                            <w:top w:val="none" w:sz="0" w:space="0" w:color="auto"/>
                                            <w:left w:val="none" w:sz="0" w:space="0" w:color="auto"/>
                                            <w:bottom w:val="none" w:sz="0" w:space="0" w:color="auto"/>
                                            <w:right w:val="none" w:sz="0" w:space="0" w:color="auto"/>
                                          </w:divBdr>
                                          <w:divsChild>
                                            <w:div w:id="1498493439">
                                              <w:marLeft w:val="0"/>
                                              <w:marRight w:val="0"/>
                                              <w:marTop w:val="0"/>
                                              <w:marBottom w:val="0"/>
                                              <w:divBdr>
                                                <w:top w:val="none" w:sz="0" w:space="0" w:color="auto"/>
                                                <w:left w:val="none" w:sz="0" w:space="0" w:color="auto"/>
                                                <w:bottom w:val="none" w:sz="0" w:space="0" w:color="auto"/>
                                                <w:right w:val="none" w:sz="0" w:space="0" w:color="auto"/>
                                              </w:divBdr>
                                              <w:divsChild>
                                                <w:div w:id="779838947">
                                                  <w:marLeft w:val="0"/>
                                                  <w:marRight w:val="0"/>
                                                  <w:marTop w:val="0"/>
                                                  <w:marBottom w:val="0"/>
                                                  <w:divBdr>
                                                    <w:top w:val="none" w:sz="0" w:space="0" w:color="auto"/>
                                                    <w:left w:val="none" w:sz="0" w:space="0" w:color="auto"/>
                                                    <w:bottom w:val="none" w:sz="0" w:space="0" w:color="auto"/>
                                                    <w:right w:val="none" w:sz="0" w:space="0" w:color="auto"/>
                                                  </w:divBdr>
                                                  <w:divsChild>
                                                    <w:div w:id="122770325">
                                                      <w:marLeft w:val="0"/>
                                                      <w:marRight w:val="0"/>
                                                      <w:marTop w:val="0"/>
                                                      <w:marBottom w:val="0"/>
                                                      <w:divBdr>
                                                        <w:top w:val="none" w:sz="0" w:space="0" w:color="auto"/>
                                                        <w:left w:val="none" w:sz="0" w:space="0" w:color="auto"/>
                                                        <w:bottom w:val="none" w:sz="0" w:space="0" w:color="auto"/>
                                                        <w:right w:val="none" w:sz="0" w:space="0" w:color="auto"/>
                                                      </w:divBdr>
                                                      <w:divsChild>
                                                        <w:div w:id="180088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5910164">
          <w:marLeft w:val="0"/>
          <w:marRight w:val="0"/>
          <w:marTop w:val="0"/>
          <w:marBottom w:val="0"/>
          <w:divBdr>
            <w:top w:val="none" w:sz="0" w:space="0" w:color="auto"/>
            <w:left w:val="none" w:sz="0" w:space="0" w:color="auto"/>
            <w:bottom w:val="none" w:sz="0" w:space="0" w:color="auto"/>
            <w:right w:val="none" w:sz="0" w:space="0" w:color="auto"/>
          </w:divBdr>
          <w:divsChild>
            <w:div w:id="1966958934">
              <w:marLeft w:val="0"/>
              <w:marRight w:val="0"/>
              <w:marTop w:val="0"/>
              <w:marBottom w:val="0"/>
              <w:divBdr>
                <w:top w:val="none" w:sz="0" w:space="0" w:color="auto"/>
                <w:left w:val="none" w:sz="0" w:space="0" w:color="auto"/>
                <w:bottom w:val="none" w:sz="0" w:space="0" w:color="auto"/>
                <w:right w:val="none" w:sz="0" w:space="0" w:color="auto"/>
              </w:divBdr>
              <w:divsChild>
                <w:div w:id="148963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956888">
      <w:bodyDiv w:val="1"/>
      <w:marLeft w:val="0"/>
      <w:marRight w:val="0"/>
      <w:marTop w:val="0"/>
      <w:marBottom w:val="0"/>
      <w:divBdr>
        <w:top w:val="none" w:sz="0" w:space="0" w:color="auto"/>
        <w:left w:val="none" w:sz="0" w:space="0" w:color="auto"/>
        <w:bottom w:val="none" w:sz="0" w:space="0" w:color="auto"/>
        <w:right w:val="none" w:sz="0" w:space="0" w:color="auto"/>
      </w:divBdr>
    </w:div>
    <w:div w:id="626550053">
      <w:bodyDiv w:val="1"/>
      <w:marLeft w:val="0"/>
      <w:marRight w:val="0"/>
      <w:marTop w:val="0"/>
      <w:marBottom w:val="0"/>
      <w:divBdr>
        <w:top w:val="none" w:sz="0" w:space="0" w:color="auto"/>
        <w:left w:val="none" w:sz="0" w:space="0" w:color="auto"/>
        <w:bottom w:val="none" w:sz="0" w:space="0" w:color="auto"/>
        <w:right w:val="none" w:sz="0" w:space="0" w:color="auto"/>
      </w:divBdr>
    </w:div>
    <w:div w:id="657459544">
      <w:bodyDiv w:val="1"/>
      <w:marLeft w:val="0"/>
      <w:marRight w:val="0"/>
      <w:marTop w:val="0"/>
      <w:marBottom w:val="0"/>
      <w:divBdr>
        <w:top w:val="none" w:sz="0" w:space="0" w:color="auto"/>
        <w:left w:val="none" w:sz="0" w:space="0" w:color="auto"/>
        <w:bottom w:val="none" w:sz="0" w:space="0" w:color="auto"/>
        <w:right w:val="none" w:sz="0" w:space="0" w:color="auto"/>
      </w:divBdr>
      <w:divsChild>
        <w:div w:id="539973996">
          <w:marLeft w:val="0"/>
          <w:marRight w:val="0"/>
          <w:marTop w:val="0"/>
          <w:marBottom w:val="0"/>
          <w:divBdr>
            <w:top w:val="none" w:sz="0" w:space="0" w:color="auto"/>
            <w:left w:val="none" w:sz="0" w:space="0" w:color="auto"/>
            <w:bottom w:val="none" w:sz="0" w:space="0" w:color="auto"/>
            <w:right w:val="none" w:sz="0" w:space="0" w:color="auto"/>
          </w:divBdr>
          <w:divsChild>
            <w:div w:id="223027690">
              <w:marLeft w:val="0"/>
              <w:marRight w:val="0"/>
              <w:marTop w:val="0"/>
              <w:marBottom w:val="0"/>
              <w:divBdr>
                <w:top w:val="none" w:sz="0" w:space="0" w:color="auto"/>
                <w:left w:val="none" w:sz="0" w:space="0" w:color="auto"/>
                <w:bottom w:val="none" w:sz="0" w:space="0" w:color="auto"/>
                <w:right w:val="none" w:sz="0" w:space="0" w:color="auto"/>
              </w:divBdr>
              <w:divsChild>
                <w:div w:id="614484494">
                  <w:marLeft w:val="0"/>
                  <w:marRight w:val="0"/>
                  <w:marTop w:val="120"/>
                  <w:marBottom w:val="0"/>
                  <w:divBdr>
                    <w:top w:val="none" w:sz="0" w:space="0" w:color="auto"/>
                    <w:left w:val="none" w:sz="0" w:space="0" w:color="auto"/>
                    <w:bottom w:val="none" w:sz="0" w:space="0" w:color="auto"/>
                    <w:right w:val="none" w:sz="0" w:space="0" w:color="auto"/>
                  </w:divBdr>
                  <w:divsChild>
                    <w:div w:id="1241525072">
                      <w:marLeft w:val="0"/>
                      <w:marRight w:val="0"/>
                      <w:marTop w:val="0"/>
                      <w:marBottom w:val="0"/>
                      <w:divBdr>
                        <w:top w:val="none" w:sz="0" w:space="0" w:color="auto"/>
                        <w:left w:val="none" w:sz="0" w:space="0" w:color="auto"/>
                        <w:bottom w:val="none" w:sz="0" w:space="0" w:color="auto"/>
                        <w:right w:val="none" w:sz="0" w:space="0" w:color="auto"/>
                      </w:divBdr>
                      <w:divsChild>
                        <w:div w:id="162962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379913">
      <w:bodyDiv w:val="1"/>
      <w:marLeft w:val="0"/>
      <w:marRight w:val="0"/>
      <w:marTop w:val="0"/>
      <w:marBottom w:val="0"/>
      <w:divBdr>
        <w:top w:val="none" w:sz="0" w:space="0" w:color="auto"/>
        <w:left w:val="none" w:sz="0" w:space="0" w:color="auto"/>
        <w:bottom w:val="none" w:sz="0" w:space="0" w:color="auto"/>
        <w:right w:val="none" w:sz="0" w:space="0" w:color="auto"/>
      </w:divBdr>
    </w:div>
    <w:div w:id="692729110">
      <w:bodyDiv w:val="1"/>
      <w:marLeft w:val="0"/>
      <w:marRight w:val="0"/>
      <w:marTop w:val="0"/>
      <w:marBottom w:val="0"/>
      <w:divBdr>
        <w:top w:val="none" w:sz="0" w:space="0" w:color="auto"/>
        <w:left w:val="none" w:sz="0" w:space="0" w:color="auto"/>
        <w:bottom w:val="none" w:sz="0" w:space="0" w:color="auto"/>
        <w:right w:val="none" w:sz="0" w:space="0" w:color="auto"/>
      </w:divBdr>
      <w:divsChild>
        <w:div w:id="733284205">
          <w:marLeft w:val="0"/>
          <w:marRight w:val="0"/>
          <w:marTop w:val="0"/>
          <w:marBottom w:val="0"/>
          <w:divBdr>
            <w:top w:val="none" w:sz="0" w:space="0" w:color="auto"/>
            <w:left w:val="none" w:sz="0" w:space="0" w:color="auto"/>
            <w:bottom w:val="none" w:sz="0" w:space="0" w:color="auto"/>
            <w:right w:val="none" w:sz="0" w:space="0" w:color="auto"/>
          </w:divBdr>
          <w:divsChild>
            <w:div w:id="356080664">
              <w:marLeft w:val="0"/>
              <w:marRight w:val="0"/>
              <w:marTop w:val="0"/>
              <w:marBottom w:val="0"/>
              <w:divBdr>
                <w:top w:val="none" w:sz="0" w:space="0" w:color="auto"/>
                <w:left w:val="none" w:sz="0" w:space="0" w:color="auto"/>
                <w:bottom w:val="none" w:sz="0" w:space="0" w:color="auto"/>
                <w:right w:val="none" w:sz="0" w:space="0" w:color="auto"/>
              </w:divBdr>
              <w:divsChild>
                <w:div w:id="1745564206">
                  <w:marLeft w:val="0"/>
                  <w:marRight w:val="0"/>
                  <w:marTop w:val="0"/>
                  <w:marBottom w:val="0"/>
                  <w:divBdr>
                    <w:top w:val="none" w:sz="0" w:space="0" w:color="auto"/>
                    <w:left w:val="none" w:sz="0" w:space="0" w:color="auto"/>
                    <w:bottom w:val="none" w:sz="0" w:space="0" w:color="auto"/>
                    <w:right w:val="none" w:sz="0" w:space="0" w:color="auto"/>
                  </w:divBdr>
                  <w:divsChild>
                    <w:div w:id="2007659464">
                      <w:marLeft w:val="0"/>
                      <w:marRight w:val="0"/>
                      <w:marTop w:val="0"/>
                      <w:marBottom w:val="0"/>
                      <w:divBdr>
                        <w:top w:val="none" w:sz="0" w:space="0" w:color="auto"/>
                        <w:left w:val="none" w:sz="0" w:space="0" w:color="auto"/>
                        <w:bottom w:val="none" w:sz="0" w:space="0" w:color="auto"/>
                        <w:right w:val="none" w:sz="0" w:space="0" w:color="auto"/>
                      </w:divBdr>
                      <w:divsChild>
                        <w:div w:id="58334453">
                          <w:marLeft w:val="0"/>
                          <w:marRight w:val="0"/>
                          <w:marTop w:val="0"/>
                          <w:marBottom w:val="0"/>
                          <w:divBdr>
                            <w:top w:val="none" w:sz="0" w:space="0" w:color="auto"/>
                            <w:left w:val="none" w:sz="0" w:space="0" w:color="auto"/>
                            <w:bottom w:val="none" w:sz="0" w:space="0" w:color="auto"/>
                            <w:right w:val="none" w:sz="0" w:space="0" w:color="auto"/>
                          </w:divBdr>
                          <w:divsChild>
                            <w:div w:id="1232160077">
                              <w:marLeft w:val="0"/>
                              <w:marRight w:val="0"/>
                              <w:marTop w:val="0"/>
                              <w:marBottom w:val="0"/>
                              <w:divBdr>
                                <w:top w:val="none" w:sz="0" w:space="0" w:color="auto"/>
                                <w:left w:val="none" w:sz="0" w:space="0" w:color="auto"/>
                                <w:bottom w:val="none" w:sz="0" w:space="0" w:color="auto"/>
                                <w:right w:val="none" w:sz="0" w:space="0" w:color="auto"/>
                              </w:divBdr>
                              <w:divsChild>
                                <w:div w:id="1777284742">
                                  <w:marLeft w:val="0"/>
                                  <w:marRight w:val="0"/>
                                  <w:marTop w:val="0"/>
                                  <w:marBottom w:val="0"/>
                                  <w:divBdr>
                                    <w:top w:val="none" w:sz="0" w:space="0" w:color="auto"/>
                                    <w:left w:val="none" w:sz="0" w:space="0" w:color="auto"/>
                                    <w:bottom w:val="none" w:sz="0" w:space="0" w:color="auto"/>
                                    <w:right w:val="none" w:sz="0" w:space="0" w:color="auto"/>
                                  </w:divBdr>
                                  <w:divsChild>
                                    <w:div w:id="1764258473">
                                      <w:marLeft w:val="0"/>
                                      <w:marRight w:val="0"/>
                                      <w:marTop w:val="0"/>
                                      <w:marBottom w:val="0"/>
                                      <w:divBdr>
                                        <w:top w:val="none" w:sz="0" w:space="0" w:color="auto"/>
                                        <w:left w:val="none" w:sz="0" w:space="0" w:color="auto"/>
                                        <w:bottom w:val="none" w:sz="0" w:space="0" w:color="auto"/>
                                        <w:right w:val="none" w:sz="0" w:space="0" w:color="auto"/>
                                      </w:divBdr>
                                      <w:divsChild>
                                        <w:div w:id="79567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840619">
                              <w:marLeft w:val="0"/>
                              <w:marRight w:val="0"/>
                              <w:marTop w:val="0"/>
                              <w:marBottom w:val="0"/>
                              <w:divBdr>
                                <w:top w:val="none" w:sz="0" w:space="0" w:color="auto"/>
                                <w:left w:val="none" w:sz="0" w:space="0" w:color="auto"/>
                                <w:bottom w:val="none" w:sz="0" w:space="0" w:color="auto"/>
                                <w:right w:val="none" w:sz="0" w:space="0" w:color="auto"/>
                              </w:divBdr>
                              <w:divsChild>
                                <w:div w:id="1286741772">
                                  <w:marLeft w:val="0"/>
                                  <w:marRight w:val="0"/>
                                  <w:marTop w:val="0"/>
                                  <w:marBottom w:val="0"/>
                                  <w:divBdr>
                                    <w:top w:val="none" w:sz="0" w:space="0" w:color="auto"/>
                                    <w:left w:val="none" w:sz="0" w:space="0" w:color="auto"/>
                                    <w:bottom w:val="none" w:sz="0" w:space="0" w:color="auto"/>
                                    <w:right w:val="none" w:sz="0" w:space="0" w:color="auto"/>
                                  </w:divBdr>
                                  <w:divsChild>
                                    <w:div w:id="1046102756">
                                      <w:marLeft w:val="0"/>
                                      <w:marRight w:val="0"/>
                                      <w:marTop w:val="0"/>
                                      <w:marBottom w:val="0"/>
                                      <w:divBdr>
                                        <w:top w:val="none" w:sz="0" w:space="0" w:color="auto"/>
                                        <w:left w:val="none" w:sz="0" w:space="0" w:color="auto"/>
                                        <w:bottom w:val="none" w:sz="0" w:space="0" w:color="auto"/>
                                        <w:right w:val="none" w:sz="0" w:space="0" w:color="auto"/>
                                      </w:divBdr>
                                      <w:divsChild>
                                        <w:div w:id="70833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049803">
          <w:marLeft w:val="0"/>
          <w:marRight w:val="0"/>
          <w:marTop w:val="0"/>
          <w:marBottom w:val="0"/>
          <w:divBdr>
            <w:top w:val="none" w:sz="0" w:space="0" w:color="auto"/>
            <w:left w:val="none" w:sz="0" w:space="0" w:color="auto"/>
            <w:bottom w:val="none" w:sz="0" w:space="0" w:color="auto"/>
            <w:right w:val="none" w:sz="0" w:space="0" w:color="auto"/>
          </w:divBdr>
          <w:divsChild>
            <w:div w:id="649872701">
              <w:marLeft w:val="0"/>
              <w:marRight w:val="0"/>
              <w:marTop w:val="0"/>
              <w:marBottom w:val="0"/>
              <w:divBdr>
                <w:top w:val="none" w:sz="0" w:space="0" w:color="auto"/>
                <w:left w:val="none" w:sz="0" w:space="0" w:color="auto"/>
                <w:bottom w:val="none" w:sz="0" w:space="0" w:color="auto"/>
                <w:right w:val="none" w:sz="0" w:space="0" w:color="auto"/>
              </w:divBdr>
              <w:divsChild>
                <w:div w:id="1673994146">
                  <w:marLeft w:val="0"/>
                  <w:marRight w:val="0"/>
                  <w:marTop w:val="0"/>
                  <w:marBottom w:val="0"/>
                  <w:divBdr>
                    <w:top w:val="none" w:sz="0" w:space="0" w:color="auto"/>
                    <w:left w:val="none" w:sz="0" w:space="0" w:color="auto"/>
                    <w:bottom w:val="none" w:sz="0" w:space="0" w:color="auto"/>
                    <w:right w:val="none" w:sz="0" w:space="0" w:color="auto"/>
                  </w:divBdr>
                  <w:divsChild>
                    <w:div w:id="77871561">
                      <w:marLeft w:val="0"/>
                      <w:marRight w:val="0"/>
                      <w:marTop w:val="0"/>
                      <w:marBottom w:val="0"/>
                      <w:divBdr>
                        <w:top w:val="none" w:sz="0" w:space="0" w:color="auto"/>
                        <w:left w:val="none" w:sz="0" w:space="0" w:color="auto"/>
                        <w:bottom w:val="none" w:sz="0" w:space="0" w:color="auto"/>
                        <w:right w:val="none" w:sz="0" w:space="0" w:color="auto"/>
                      </w:divBdr>
                      <w:divsChild>
                        <w:div w:id="1653556325">
                          <w:marLeft w:val="0"/>
                          <w:marRight w:val="0"/>
                          <w:marTop w:val="0"/>
                          <w:marBottom w:val="0"/>
                          <w:divBdr>
                            <w:top w:val="none" w:sz="0" w:space="0" w:color="auto"/>
                            <w:left w:val="none" w:sz="0" w:space="0" w:color="auto"/>
                            <w:bottom w:val="none" w:sz="0" w:space="0" w:color="auto"/>
                            <w:right w:val="none" w:sz="0" w:space="0" w:color="auto"/>
                          </w:divBdr>
                          <w:divsChild>
                            <w:div w:id="1225406951">
                              <w:marLeft w:val="0"/>
                              <w:marRight w:val="0"/>
                              <w:marTop w:val="0"/>
                              <w:marBottom w:val="0"/>
                              <w:divBdr>
                                <w:top w:val="none" w:sz="0" w:space="0" w:color="auto"/>
                                <w:left w:val="none" w:sz="0" w:space="0" w:color="auto"/>
                                <w:bottom w:val="none" w:sz="0" w:space="0" w:color="auto"/>
                                <w:right w:val="none" w:sz="0" w:space="0" w:color="auto"/>
                              </w:divBdr>
                              <w:divsChild>
                                <w:div w:id="1325819566">
                                  <w:marLeft w:val="0"/>
                                  <w:marRight w:val="0"/>
                                  <w:marTop w:val="0"/>
                                  <w:marBottom w:val="0"/>
                                  <w:divBdr>
                                    <w:top w:val="none" w:sz="0" w:space="0" w:color="auto"/>
                                    <w:left w:val="none" w:sz="0" w:space="0" w:color="auto"/>
                                    <w:bottom w:val="none" w:sz="0" w:space="0" w:color="auto"/>
                                    <w:right w:val="none" w:sz="0" w:space="0" w:color="auto"/>
                                  </w:divBdr>
                                  <w:divsChild>
                                    <w:div w:id="1825967180">
                                      <w:marLeft w:val="0"/>
                                      <w:marRight w:val="0"/>
                                      <w:marTop w:val="0"/>
                                      <w:marBottom w:val="0"/>
                                      <w:divBdr>
                                        <w:top w:val="none" w:sz="0" w:space="0" w:color="auto"/>
                                        <w:left w:val="none" w:sz="0" w:space="0" w:color="auto"/>
                                        <w:bottom w:val="none" w:sz="0" w:space="0" w:color="auto"/>
                                        <w:right w:val="none" w:sz="0" w:space="0" w:color="auto"/>
                                      </w:divBdr>
                                      <w:divsChild>
                                        <w:div w:id="131483045">
                                          <w:marLeft w:val="0"/>
                                          <w:marRight w:val="0"/>
                                          <w:marTop w:val="0"/>
                                          <w:marBottom w:val="0"/>
                                          <w:divBdr>
                                            <w:top w:val="none" w:sz="0" w:space="0" w:color="auto"/>
                                            <w:left w:val="none" w:sz="0" w:space="0" w:color="auto"/>
                                            <w:bottom w:val="none" w:sz="0" w:space="0" w:color="auto"/>
                                            <w:right w:val="none" w:sz="0" w:space="0" w:color="auto"/>
                                          </w:divBdr>
                                          <w:divsChild>
                                            <w:div w:id="210248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9216934">
          <w:marLeft w:val="0"/>
          <w:marRight w:val="0"/>
          <w:marTop w:val="0"/>
          <w:marBottom w:val="0"/>
          <w:divBdr>
            <w:top w:val="none" w:sz="0" w:space="0" w:color="auto"/>
            <w:left w:val="none" w:sz="0" w:space="0" w:color="auto"/>
            <w:bottom w:val="none" w:sz="0" w:space="0" w:color="auto"/>
            <w:right w:val="none" w:sz="0" w:space="0" w:color="auto"/>
          </w:divBdr>
          <w:divsChild>
            <w:div w:id="1851989127">
              <w:marLeft w:val="0"/>
              <w:marRight w:val="0"/>
              <w:marTop w:val="0"/>
              <w:marBottom w:val="0"/>
              <w:divBdr>
                <w:top w:val="none" w:sz="0" w:space="0" w:color="auto"/>
                <w:left w:val="none" w:sz="0" w:space="0" w:color="auto"/>
                <w:bottom w:val="none" w:sz="0" w:space="0" w:color="auto"/>
                <w:right w:val="none" w:sz="0" w:space="0" w:color="auto"/>
              </w:divBdr>
              <w:divsChild>
                <w:div w:id="981807784">
                  <w:marLeft w:val="0"/>
                  <w:marRight w:val="0"/>
                  <w:marTop w:val="0"/>
                  <w:marBottom w:val="0"/>
                  <w:divBdr>
                    <w:top w:val="none" w:sz="0" w:space="0" w:color="auto"/>
                    <w:left w:val="none" w:sz="0" w:space="0" w:color="auto"/>
                    <w:bottom w:val="none" w:sz="0" w:space="0" w:color="auto"/>
                    <w:right w:val="none" w:sz="0" w:space="0" w:color="auto"/>
                  </w:divBdr>
                  <w:divsChild>
                    <w:div w:id="567377110">
                      <w:marLeft w:val="0"/>
                      <w:marRight w:val="0"/>
                      <w:marTop w:val="0"/>
                      <w:marBottom w:val="0"/>
                      <w:divBdr>
                        <w:top w:val="none" w:sz="0" w:space="0" w:color="auto"/>
                        <w:left w:val="none" w:sz="0" w:space="0" w:color="auto"/>
                        <w:bottom w:val="none" w:sz="0" w:space="0" w:color="auto"/>
                        <w:right w:val="none" w:sz="0" w:space="0" w:color="auto"/>
                      </w:divBdr>
                      <w:divsChild>
                        <w:div w:id="669212069">
                          <w:marLeft w:val="0"/>
                          <w:marRight w:val="0"/>
                          <w:marTop w:val="0"/>
                          <w:marBottom w:val="0"/>
                          <w:divBdr>
                            <w:top w:val="none" w:sz="0" w:space="0" w:color="auto"/>
                            <w:left w:val="none" w:sz="0" w:space="0" w:color="auto"/>
                            <w:bottom w:val="none" w:sz="0" w:space="0" w:color="auto"/>
                            <w:right w:val="none" w:sz="0" w:space="0" w:color="auto"/>
                          </w:divBdr>
                          <w:divsChild>
                            <w:div w:id="407730749">
                              <w:marLeft w:val="0"/>
                              <w:marRight w:val="0"/>
                              <w:marTop w:val="0"/>
                              <w:marBottom w:val="0"/>
                              <w:divBdr>
                                <w:top w:val="none" w:sz="0" w:space="0" w:color="auto"/>
                                <w:left w:val="none" w:sz="0" w:space="0" w:color="auto"/>
                                <w:bottom w:val="none" w:sz="0" w:space="0" w:color="auto"/>
                                <w:right w:val="none" w:sz="0" w:space="0" w:color="auto"/>
                              </w:divBdr>
                              <w:divsChild>
                                <w:div w:id="1605503688">
                                  <w:marLeft w:val="0"/>
                                  <w:marRight w:val="0"/>
                                  <w:marTop w:val="0"/>
                                  <w:marBottom w:val="0"/>
                                  <w:divBdr>
                                    <w:top w:val="none" w:sz="0" w:space="0" w:color="auto"/>
                                    <w:left w:val="none" w:sz="0" w:space="0" w:color="auto"/>
                                    <w:bottom w:val="none" w:sz="0" w:space="0" w:color="auto"/>
                                    <w:right w:val="none" w:sz="0" w:space="0" w:color="auto"/>
                                  </w:divBdr>
                                  <w:divsChild>
                                    <w:div w:id="4929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364164">
                      <w:marLeft w:val="0"/>
                      <w:marRight w:val="0"/>
                      <w:marTop w:val="0"/>
                      <w:marBottom w:val="0"/>
                      <w:divBdr>
                        <w:top w:val="none" w:sz="0" w:space="0" w:color="auto"/>
                        <w:left w:val="none" w:sz="0" w:space="0" w:color="auto"/>
                        <w:bottom w:val="none" w:sz="0" w:space="0" w:color="auto"/>
                        <w:right w:val="none" w:sz="0" w:space="0" w:color="auto"/>
                      </w:divBdr>
                      <w:divsChild>
                        <w:div w:id="1489205366">
                          <w:marLeft w:val="0"/>
                          <w:marRight w:val="0"/>
                          <w:marTop w:val="0"/>
                          <w:marBottom w:val="0"/>
                          <w:divBdr>
                            <w:top w:val="none" w:sz="0" w:space="0" w:color="auto"/>
                            <w:left w:val="none" w:sz="0" w:space="0" w:color="auto"/>
                            <w:bottom w:val="none" w:sz="0" w:space="0" w:color="auto"/>
                            <w:right w:val="none" w:sz="0" w:space="0" w:color="auto"/>
                          </w:divBdr>
                          <w:divsChild>
                            <w:div w:id="1837068565">
                              <w:marLeft w:val="0"/>
                              <w:marRight w:val="0"/>
                              <w:marTop w:val="0"/>
                              <w:marBottom w:val="0"/>
                              <w:divBdr>
                                <w:top w:val="none" w:sz="0" w:space="0" w:color="auto"/>
                                <w:left w:val="none" w:sz="0" w:space="0" w:color="auto"/>
                                <w:bottom w:val="none" w:sz="0" w:space="0" w:color="auto"/>
                                <w:right w:val="none" w:sz="0" w:space="0" w:color="auto"/>
                              </w:divBdr>
                              <w:divsChild>
                                <w:div w:id="1343891768">
                                  <w:marLeft w:val="0"/>
                                  <w:marRight w:val="0"/>
                                  <w:marTop w:val="0"/>
                                  <w:marBottom w:val="0"/>
                                  <w:divBdr>
                                    <w:top w:val="none" w:sz="0" w:space="0" w:color="auto"/>
                                    <w:left w:val="none" w:sz="0" w:space="0" w:color="auto"/>
                                    <w:bottom w:val="none" w:sz="0" w:space="0" w:color="auto"/>
                                    <w:right w:val="none" w:sz="0" w:space="0" w:color="auto"/>
                                  </w:divBdr>
                                  <w:divsChild>
                                    <w:div w:id="1603605210">
                                      <w:marLeft w:val="0"/>
                                      <w:marRight w:val="0"/>
                                      <w:marTop w:val="0"/>
                                      <w:marBottom w:val="0"/>
                                      <w:divBdr>
                                        <w:top w:val="none" w:sz="0" w:space="0" w:color="auto"/>
                                        <w:left w:val="none" w:sz="0" w:space="0" w:color="auto"/>
                                        <w:bottom w:val="none" w:sz="0" w:space="0" w:color="auto"/>
                                        <w:right w:val="none" w:sz="0" w:space="0" w:color="auto"/>
                                      </w:divBdr>
                                      <w:divsChild>
                                        <w:div w:id="1222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3387801">
      <w:bodyDiv w:val="1"/>
      <w:marLeft w:val="0"/>
      <w:marRight w:val="0"/>
      <w:marTop w:val="0"/>
      <w:marBottom w:val="0"/>
      <w:divBdr>
        <w:top w:val="none" w:sz="0" w:space="0" w:color="auto"/>
        <w:left w:val="none" w:sz="0" w:space="0" w:color="auto"/>
        <w:bottom w:val="none" w:sz="0" w:space="0" w:color="auto"/>
        <w:right w:val="none" w:sz="0" w:space="0" w:color="auto"/>
      </w:divBdr>
      <w:divsChild>
        <w:div w:id="1776095613">
          <w:marLeft w:val="0"/>
          <w:marRight w:val="0"/>
          <w:marTop w:val="0"/>
          <w:marBottom w:val="0"/>
          <w:divBdr>
            <w:top w:val="none" w:sz="0" w:space="0" w:color="auto"/>
            <w:left w:val="none" w:sz="0" w:space="0" w:color="auto"/>
            <w:bottom w:val="none" w:sz="0" w:space="0" w:color="auto"/>
            <w:right w:val="none" w:sz="0" w:space="0" w:color="auto"/>
          </w:divBdr>
          <w:divsChild>
            <w:div w:id="143013177">
              <w:marLeft w:val="0"/>
              <w:marRight w:val="0"/>
              <w:marTop w:val="0"/>
              <w:marBottom w:val="0"/>
              <w:divBdr>
                <w:top w:val="none" w:sz="0" w:space="0" w:color="auto"/>
                <w:left w:val="none" w:sz="0" w:space="0" w:color="auto"/>
                <w:bottom w:val="none" w:sz="0" w:space="0" w:color="auto"/>
                <w:right w:val="none" w:sz="0" w:space="0" w:color="auto"/>
              </w:divBdr>
              <w:divsChild>
                <w:div w:id="776606495">
                  <w:marLeft w:val="0"/>
                  <w:marRight w:val="0"/>
                  <w:marTop w:val="0"/>
                  <w:marBottom w:val="0"/>
                  <w:divBdr>
                    <w:top w:val="none" w:sz="0" w:space="0" w:color="auto"/>
                    <w:left w:val="none" w:sz="0" w:space="0" w:color="auto"/>
                    <w:bottom w:val="none" w:sz="0" w:space="0" w:color="auto"/>
                    <w:right w:val="none" w:sz="0" w:space="0" w:color="auto"/>
                  </w:divBdr>
                  <w:divsChild>
                    <w:div w:id="1822035066">
                      <w:marLeft w:val="0"/>
                      <w:marRight w:val="0"/>
                      <w:marTop w:val="0"/>
                      <w:marBottom w:val="0"/>
                      <w:divBdr>
                        <w:top w:val="none" w:sz="0" w:space="0" w:color="auto"/>
                        <w:left w:val="none" w:sz="0" w:space="0" w:color="auto"/>
                        <w:bottom w:val="none" w:sz="0" w:space="0" w:color="auto"/>
                        <w:right w:val="none" w:sz="0" w:space="0" w:color="auto"/>
                      </w:divBdr>
                      <w:divsChild>
                        <w:div w:id="1413238268">
                          <w:marLeft w:val="0"/>
                          <w:marRight w:val="0"/>
                          <w:marTop w:val="0"/>
                          <w:marBottom w:val="0"/>
                          <w:divBdr>
                            <w:top w:val="none" w:sz="0" w:space="0" w:color="auto"/>
                            <w:left w:val="none" w:sz="0" w:space="0" w:color="auto"/>
                            <w:bottom w:val="none" w:sz="0" w:space="0" w:color="auto"/>
                            <w:right w:val="none" w:sz="0" w:space="0" w:color="auto"/>
                          </w:divBdr>
                          <w:divsChild>
                            <w:div w:id="1560284119">
                              <w:marLeft w:val="0"/>
                              <w:marRight w:val="0"/>
                              <w:marTop w:val="0"/>
                              <w:marBottom w:val="0"/>
                              <w:divBdr>
                                <w:top w:val="none" w:sz="0" w:space="0" w:color="auto"/>
                                <w:left w:val="none" w:sz="0" w:space="0" w:color="auto"/>
                                <w:bottom w:val="none" w:sz="0" w:space="0" w:color="auto"/>
                                <w:right w:val="none" w:sz="0" w:space="0" w:color="auto"/>
                              </w:divBdr>
                              <w:divsChild>
                                <w:div w:id="182130248">
                                  <w:marLeft w:val="0"/>
                                  <w:marRight w:val="0"/>
                                  <w:marTop w:val="0"/>
                                  <w:marBottom w:val="0"/>
                                  <w:divBdr>
                                    <w:top w:val="none" w:sz="0" w:space="0" w:color="auto"/>
                                    <w:left w:val="none" w:sz="0" w:space="0" w:color="auto"/>
                                    <w:bottom w:val="none" w:sz="0" w:space="0" w:color="auto"/>
                                    <w:right w:val="none" w:sz="0" w:space="0" w:color="auto"/>
                                  </w:divBdr>
                                  <w:divsChild>
                                    <w:div w:id="1002274248">
                                      <w:marLeft w:val="0"/>
                                      <w:marRight w:val="0"/>
                                      <w:marTop w:val="0"/>
                                      <w:marBottom w:val="0"/>
                                      <w:divBdr>
                                        <w:top w:val="none" w:sz="0" w:space="0" w:color="auto"/>
                                        <w:left w:val="none" w:sz="0" w:space="0" w:color="auto"/>
                                        <w:bottom w:val="none" w:sz="0" w:space="0" w:color="auto"/>
                                        <w:right w:val="none" w:sz="0" w:space="0" w:color="auto"/>
                                      </w:divBdr>
                                      <w:divsChild>
                                        <w:div w:id="628588281">
                                          <w:marLeft w:val="0"/>
                                          <w:marRight w:val="0"/>
                                          <w:marTop w:val="0"/>
                                          <w:marBottom w:val="0"/>
                                          <w:divBdr>
                                            <w:top w:val="none" w:sz="0" w:space="0" w:color="auto"/>
                                            <w:left w:val="none" w:sz="0" w:space="0" w:color="auto"/>
                                            <w:bottom w:val="none" w:sz="0" w:space="0" w:color="auto"/>
                                            <w:right w:val="none" w:sz="0" w:space="0" w:color="auto"/>
                                          </w:divBdr>
                                          <w:divsChild>
                                            <w:div w:id="1744716025">
                                              <w:marLeft w:val="0"/>
                                              <w:marRight w:val="0"/>
                                              <w:marTop w:val="0"/>
                                              <w:marBottom w:val="0"/>
                                              <w:divBdr>
                                                <w:top w:val="none" w:sz="0" w:space="0" w:color="auto"/>
                                                <w:left w:val="none" w:sz="0" w:space="0" w:color="auto"/>
                                                <w:bottom w:val="none" w:sz="0" w:space="0" w:color="auto"/>
                                                <w:right w:val="none" w:sz="0" w:space="0" w:color="auto"/>
                                              </w:divBdr>
                                              <w:divsChild>
                                                <w:div w:id="1053425723">
                                                  <w:marLeft w:val="0"/>
                                                  <w:marRight w:val="0"/>
                                                  <w:marTop w:val="0"/>
                                                  <w:marBottom w:val="0"/>
                                                  <w:divBdr>
                                                    <w:top w:val="none" w:sz="0" w:space="0" w:color="auto"/>
                                                    <w:left w:val="none" w:sz="0" w:space="0" w:color="auto"/>
                                                    <w:bottom w:val="none" w:sz="0" w:space="0" w:color="auto"/>
                                                    <w:right w:val="none" w:sz="0" w:space="0" w:color="auto"/>
                                                  </w:divBdr>
                                                  <w:divsChild>
                                                    <w:div w:id="1625305800">
                                                      <w:marLeft w:val="0"/>
                                                      <w:marRight w:val="0"/>
                                                      <w:marTop w:val="0"/>
                                                      <w:marBottom w:val="0"/>
                                                      <w:divBdr>
                                                        <w:top w:val="none" w:sz="0" w:space="0" w:color="auto"/>
                                                        <w:left w:val="none" w:sz="0" w:space="0" w:color="auto"/>
                                                        <w:bottom w:val="none" w:sz="0" w:space="0" w:color="auto"/>
                                                        <w:right w:val="none" w:sz="0" w:space="0" w:color="auto"/>
                                                      </w:divBdr>
                                                      <w:divsChild>
                                                        <w:div w:id="56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2616498">
          <w:marLeft w:val="0"/>
          <w:marRight w:val="0"/>
          <w:marTop w:val="0"/>
          <w:marBottom w:val="0"/>
          <w:divBdr>
            <w:top w:val="none" w:sz="0" w:space="0" w:color="auto"/>
            <w:left w:val="none" w:sz="0" w:space="0" w:color="auto"/>
            <w:bottom w:val="none" w:sz="0" w:space="0" w:color="auto"/>
            <w:right w:val="none" w:sz="0" w:space="0" w:color="auto"/>
          </w:divBdr>
          <w:divsChild>
            <w:div w:id="153692403">
              <w:marLeft w:val="0"/>
              <w:marRight w:val="0"/>
              <w:marTop w:val="0"/>
              <w:marBottom w:val="0"/>
              <w:divBdr>
                <w:top w:val="none" w:sz="0" w:space="0" w:color="auto"/>
                <w:left w:val="none" w:sz="0" w:space="0" w:color="auto"/>
                <w:bottom w:val="none" w:sz="0" w:space="0" w:color="auto"/>
                <w:right w:val="none" w:sz="0" w:space="0" w:color="auto"/>
              </w:divBdr>
              <w:divsChild>
                <w:div w:id="181629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97642">
      <w:bodyDiv w:val="1"/>
      <w:marLeft w:val="0"/>
      <w:marRight w:val="0"/>
      <w:marTop w:val="0"/>
      <w:marBottom w:val="0"/>
      <w:divBdr>
        <w:top w:val="none" w:sz="0" w:space="0" w:color="auto"/>
        <w:left w:val="none" w:sz="0" w:space="0" w:color="auto"/>
        <w:bottom w:val="none" w:sz="0" w:space="0" w:color="auto"/>
        <w:right w:val="none" w:sz="0" w:space="0" w:color="auto"/>
      </w:divBdr>
      <w:divsChild>
        <w:div w:id="821385099">
          <w:marLeft w:val="0"/>
          <w:marRight w:val="0"/>
          <w:marTop w:val="0"/>
          <w:marBottom w:val="0"/>
          <w:divBdr>
            <w:top w:val="none" w:sz="0" w:space="0" w:color="auto"/>
            <w:left w:val="none" w:sz="0" w:space="0" w:color="auto"/>
            <w:bottom w:val="none" w:sz="0" w:space="0" w:color="auto"/>
            <w:right w:val="none" w:sz="0" w:space="0" w:color="auto"/>
          </w:divBdr>
          <w:divsChild>
            <w:div w:id="1490633520">
              <w:marLeft w:val="0"/>
              <w:marRight w:val="0"/>
              <w:marTop w:val="0"/>
              <w:marBottom w:val="0"/>
              <w:divBdr>
                <w:top w:val="none" w:sz="0" w:space="0" w:color="auto"/>
                <w:left w:val="none" w:sz="0" w:space="0" w:color="auto"/>
                <w:bottom w:val="none" w:sz="0" w:space="0" w:color="auto"/>
                <w:right w:val="none" w:sz="0" w:space="0" w:color="auto"/>
              </w:divBdr>
              <w:divsChild>
                <w:div w:id="261955351">
                  <w:marLeft w:val="0"/>
                  <w:marRight w:val="0"/>
                  <w:marTop w:val="0"/>
                  <w:marBottom w:val="0"/>
                  <w:divBdr>
                    <w:top w:val="none" w:sz="0" w:space="0" w:color="auto"/>
                    <w:left w:val="none" w:sz="0" w:space="0" w:color="auto"/>
                    <w:bottom w:val="none" w:sz="0" w:space="0" w:color="auto"/>
                    <w:right w:val="none" w:sz="0" w:space="0" w:color="auto"/>
                  </w:divBdr>
                  <w:divsChild>
                    <w:div w:id="1902903700">
                      <w:marLeft w:val="0"/>
                      <w:marRight w:val="0"/>
                      <w:marTop w:val="0"/>
                      <w:marBottom w:val="0"/>
                      <w:divBdr>
                        <w:top w:val="none" w:sz="0" w:space="0" w:color="auto"/>
                        <w:left w:val="none" w:sz="0" w:space="0" w:color="auto"/>
                        <w:bottom w:val="none" w:sz="0" w:space="0" w:color="auto"/>
                        <w:right w:val="none" w:sz="0" w:space="0" w:color="auto"/>
                      </w:divBdr>
                      <w:divsChild>
                        <w:div w:id="1375042915">
                          <w:marLeft w:val="0"/>
                          <w:marRight w:val="0"/>
                          <w:marTop w:val="0"/>
                          <w:marBottom w:val="0"/>
                          <w:divBdr>
                            <w:top w:val="none" w:sz="0" w:space="0" w:color="auto"/>
                            <w:left w:val="none" w:sz="0" w:space="0" w:color="auto"/>
                            <w:bottom w:val="none" w:sz="0" w:space="0" w:color="auto"/>
                            <w:right w:val="none" w:sz="0" w:space="0" w:color="auto"/>
                          </w:divBdr>
                          <w:divsChild>
                            <w:div w:id="616718655">
                              <w:marLeft w:val="0"/>
                              <w:marRight w:val="0"/>
                              <w:marTop w:val="0"/>
                              <w:marBottom w:val="0"/>
                              <w:divBdr>
                                <w:top w:val="none" w:sz="0" w:space="0" w:color="auto"/>
                                <w:left w:val="none" w:sz="0" w:space="0" w:color="auto"/>
                                <w:bottom w:val="none" w:sz="0" w:space="0" w:color="auto"/>
                                <w:right w:val="none" w:sz="0" w:space="0" w:color="auto"/>
                              </w:divBdr>
                              <w:divsChild>
                                <w:div w:id="1733503910">
                                  <w:marLeft w:val="0"/>
                                  <w:marRight w:val="0"/>
                                  <w:marTop w:val="0"/>
                                  <w:marBottom w:val="0"/>
                                  <w:divBdr>
                                    <w:top w:val="none" w:sz="0" w:space="0" w:color="auto"/>
                                    <w:left w:val="none" w:sz="0" w:space="0" w:color="auto"/>
                                    <w:bottom w:val="none" w:sz="0" w:space="0" w:color="auto"/>
                                    <w:right w:val="none" w:sz="0" w:space="0" w:color="auto"/>
                                  </w:divBdr>
                                  <w:divsChild>
                                    <w:div w:id="129447936">
                                      <w:marLeft w:val="0"/>
                                      <w:marRight w:val="0"/>
                                      <w:marTop w:val="0"/>
                                      <w:marBottom w:val="0"/>
                                      <w:divBdr>
                                        <w:top w:val="none" w:sz="0" w:space="0" w:color="auto"/>
                                        <w:left w:val="none" w:sz="0" w:space="0" w:color="auto"/>
                                        <w:bottom w:val="none" w:sz="0" w:space="0" w:color="auto"/>
                                        <w:right w:val="none" w:sz="0" w:space="0" w:color="auto"/>
                                      </w:divBdr>
                                      <w:divsChild>
                                        <w:div w:id="102922032">
                                          <w:marLeft w:val="0"/>
                                          <w:marRight w:val="0"/>
                                          <w:marTop w:val="0"/>
                                          <w:marBottom w:val="0"/>
                                          <w:divBdr>
                                            <w:top w:val="none" w:sz="0" w:space="0" w:color="auto"/>
                                            <w:left w:val="none" w:sz="0" w:space="0" w:color="auto"/>
                                            <w:bottom w:val="none" w:sz="0" w:space="0" w:color="auto"/>
                                            <w:right w:val="none" w:sz="0" w:space="0" w:color="auto"/>
                                          </w:divBdr>
                                          <w:divsChild>
                                            <w:div w:id="1105468568">
                                              <w:marLeft w:val="0"/>
                                              <w:marRight w:val="0"/>
                                              <w:marTop w:val="0"/>
                                              <w:marBottom w:val="0"/>
                                              <w:divBdr>
                                                <w:top w:val="none" w:sz="0" w:space="0" w:color="auto"/>
                                                <w:left w:val="none" w:sz="0" w:space="0" w:color="auto"/>
                                                <w:bottom w:val="none" w:sz="0" w:space="0" w:color="auto"/>
                                                <w:right w:val="none" w:sz="0" w:space="0" w:color="auto"/>
                                              </w:divBdr>
                                              <w:divsChild>
                                                <w:div w:id="2124153237">
                                                  <w:marLeft w:val="0"/>
                                                  <w:marRight w:val="0"/>
                                                  <w:marTop w:val="0"/>
                                                  <w:marBottom w:val="0"/>
                                                  <w:divBdr>
                                                    <w:top w:val="none" w:sz="0" w:space="0" w:color="auto"/>
                                                    <w:left w:val="none" w:sz="0" w:space="0" w:color="auto"/>
                                                    <w:bottom w:val="none" w:sz="0" w:space="0" w:color="auto"/>
                                                    <w:right w:val="none" w:sz="0" w:space="0" w:color="auto"/>
                                                  </w:divBdr>
                                                  <w:divsChild>
                                                    <w:div w:id="1582717161">
                                                      <w:marLeft w:val="0"/>
                                                      <w:marRight w:val="0"/>
                                                      <w:marTop w:val="0"/>
                                                      <w:marBottom w:val="0"/>
                                                      <w:divBdr>
                                                        <w:top w:val="none" w:sz="0" w:space="0" w:color="auto"/>
                                                        <w:left w:val="none" w:sz="0" w:space="0" w:color="auto"/>
                                                        <w:bottom w:val="none" w:sz="0" w:space="0" w:color="auto"/>
                                                        <w:right w:val="none" w:sz="0" w:space="0" w:color="auto"/>
                                                      </w:divBdr>
                                                      <w:divsChild>
                                                        <w:div w:id="154895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1617818">
          <w:marLeft w:val="0"/>
          <w:marRight w:val="0"/>
          <w:marTop w:val="0"/>
          <w:marBottom w:val="0"/>
          <w:divBdr>
            <w:top w:val="none" w:sz="0" w:space="0" w:color="auto"/>
            <w:left w:val="none" w:sz="0" w:space="0" w:color="auto"/>
            <w:bottom w:val="none" w:sz="0" w:space="0" w:color="auto"/>
            <w:right w:val="none" w:sz="0" w:space="0" w:color="auto"/>
          </w:divBdr>
          <w:divsChild>
            <w:div w:id="1930428926">
              <w:marLeft w:val="0"/>
              <w:marRight w:val="0"/>
              <w:marTop w:val="0"/>
              <w:marBottom w:val="0"/>
              <w:divBdr>
                <w:top w:val="none" w:sz="0" w:space="0" w:color="auto"/>
                <w:left w:val="none" w:sz="0" w:space="0" w:color="auto"/>
                <w:bottom w:val="none" w:sz="0" w:space="0" w:color="auto"/>
                <w:right w:val="none" w:sz="0" w:space="0" w:color="auto"/>
              </w:divBdr>
              <w:divsChild>
                <w:div w:id="4129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750521">
      <w:bodyDiv w:val="1"/>
      <w:marLeft w:val="0"/>
      <w:marRight w:val="0"/>
      <w:marTop w:val="0"/>
      <w:marBottom w:val="0"/>
      <w:divBdr>
        <w:top w:val="none" w:sz="0" w:space="0" w:color="auto"/>
        <w:left w:val="none" w:sz="0" w:space="0" w:color="auto"/>
        <w:bottom w:val="none" w:sz="0" w:space="0" w:color="auto"/>
        <w:right w:val="none" w:sz="0" w:space="0" w:color="auto"/>
      </w:divBdr>
      <w:divsChild>
        <w:div w:id="170336178">
          <w:marLeft w:val="0"/>
          <w:marRight w:val="0"/>
          <w:marTop w:val="0"/>
          <w:marBottom w:val="0"/>
          <w:divBdr>
            <w:top w:val="none" w:sz="0" w:space="0" w:color="auto"/>
            <w:left w:val="none" w:sz="0" w:space="0" w:color="auto"/>
            <w:bottom w:val="none" w:sz="0" w:space="0" w:color="auto"/>
            <w:right w:val="none" w:sz="0" w:space="0" w:color="auto"/>
          </w:divBdr>
          <w:divsChild>
            <w:div w:id="437523975">
              <w:marLeft w:val="0"/>
              <w:marRight w:val="0"/>
              <w:marTop w:val="0"/>
              <w:marBottom w:val="0"/>
              <w:divBdr>
                <w:top w:val="none" w:sz="0" w:space="0" w:color="auto"/>
                <w:left w:val="none" w:sz="0" w:space="0" w:color="auto"/>
                <w:bottom w:val="none" w:sz="0" w:space="0" w:color="auto"/>
                <w:right w:val="none" w:sz="0" w:space="0" w:color="auto"/>
              </w:divBdr>
              <w:divsChild>
                <w:div w:id="136266897">
                  <w:marLeft w:val="0"/>
                  <w:marRight w:val="0"/>
                  <w:marTop w:val="0"/>
                  <w:marBottom w:val="0"/>
                  <w:divBdr>
                    <w:top w:val="none" w:sz="0" w:space="0" w:color="auto"/>
                    <w:left w:val="none" w:sz="0" w:space="0" w:color="auto"/>
                    <w:bottom w:val="none" w:sz="0" w:space="0" w:color="auto"/>
                    <w:right w:val="none" w:sz="0" w:space="0" w:color="auto"/>
                  </w:divBdr>
                  <w:divsChild>
                    <w:div w:id="300037334">
                      <w:marLeft w:val="0"/>
                      <w:marRight w:val="0"/>
                      <w:marTop w:val="0"/>
                      <w:marBottom w:val="0"/>
                      <w:divBdr>
                        <w:top w:val="none" w:sz="0" w:space="0" w:color="auto"/>
                        <w:left w:val="none" w:sz="0" w:space="0" w:color="auto"/>
                        <w:bottom w:val="none" w:sz="0" w:space="0" w:color="auto"/>
                        <w:right w:val="none" w:sz="0" w:space="0" w:color="auto"/>
                      </w:divBdr>
                      <w:divsChild>
                        <w:div w:id="387848968">
                          <w:marLeft w:val="0"/>
                          <w:marRight w:val="0"/>
                          <w:marTop w:val="0"/>
                          <w:marBottom w:val="0"/>
                          <w:divBdr>
                            <w:top w:val="none" w:sz="0" w:space="0" w:color="auto"/>
                            <w:left w:val="none" w:sz="0" w:space="0" w:color="auto"/>
                            <w:bottom w:val="none" w:sz="0" w:space="0" w:color="auto"/>
                            <w:right w:val="none" w:sz="0" w:space="0" w:color="auto"/>
                          </w:divBdr>
                          <w:divsChild>
                            <w:div w:id="337149668">
                              <w:marLeft w:val="0"/>
                              <w:marRight w:val="0"/>
                              <w:marTop w:val="0"/>
                              <w:marBottom w:val="0"/>
                              <w:divBdr>
                                <w:top w:val="none" w:sz="0" w:space="0" w:color="auto"/>
                                <w:left w:val="none" w:sz="0" w:space="0" w:color="auto"/>
                                <w:bottom w:val="none" w:sz="0" w:space="0" w:color="auto"/>
                                <w:right w:val="none" w:sz="0" w:space="0" w:color="auto"/>
                              </w:divBdr>
                              <w:divsChild>
                                <w:div w:id="277374260">
                                  <w:marLeft w:val="0"/>
                                  <w:marRight w:val="0"/>
                                  <w:marTop w:val="0"/>
                                  <w:marBottom w:val="0"/>
                                  <w:divBdr>
                                    <w:top w:val="none" w:sz="0" w:space="0" w:color="auto"/>
                                    <w:left w:val="none" w:sz="0" w:space="0" w:color="auto"/>
                                    <w:bottom w:val="none" w:sz="0" w:space="0" w:color="auto"/>
                                    <w:right w:val="none" w:sz="0" w:space="0" w:color="auto"/>
                                  </w:divBdr>
                                  <w:divsChild>
                                    <w:div w:id="1231504182">
                                      <w:marLeft w:val="0"/>
                                      <w:marRight w:val="0"/>
                                      <w:marTop w:val="0"/>
                                      <w:marBottom w:val="0"/>
                                      <w:divBdr>
                                        <w:top w:val="none" w:sz="0" w:space="0" w:color="auto"/>
                                        <w:left w:val="none" w:sz="0" w:space="0" w:color="auto"/>
                                        <w:bottom w:val="none" w:sz="0" w:space="0" w:color="auto"/>
                                        <w:right w:val="none" w:sz="0" w:space="0" w:color="auto"/>
                                      </w:divBdr>
                                      <w:divsChild>
                                        <w:div w:id="1783189314">
                                          <w:marLeft w:val="0"/>
                                          <w:marRight w:val="0"/>
                                          <w:marTop w:val="0"/>
                                          <w:marBottom w:val="0"/>
                                          <w:divBdr>
                                            <w:top w:val="none" w:sz="0" w:space="0" w:color="auto"/>
                                            <w:left w:val="none" w:sz="0" w:space="0" w:color="auto"/>
                                            <w:bottom w:val="none" w:sz="0" w:space="0" w:color="auto"/>
                                            <w:right w:val="none" w:sz="0" w:space="0" w:color="auto"/>
                                          </w:divBdr>
                                          <w:divsChild>
                                            <w:div w:id="531653094">
                                              <w:marLeft w:val="0"/>
                                              <w:marRight w:val="0"/>
                                              <w:marTop w:val="0"/>
                                              <w:marBottom w:val="0"/>
                                              <w:divBdr>
                                                <w:top w:val="none" w:sz="0" w:space="0" w:color="auto"/>
                                                <w:left w:val="none" w:sz="0" w:space="0" w:color="auto"/>
                                                <w:bottom w:val="none" w:sz="0" w:space="0" w:color="auto"/>
                                                <w:right w:val="none" w:sz="0" w:space="0" w:color="auto"/>
                                              </w:divBdr>
                                              <w:divsChild>
                                                <w:div w:id="49308960">
                                                  <w:marLeft w:val="0"/>
                                                  <w:marRight w:val="0"/>
                                                  <w:marTop w:val="0"/>
                                                  <w:marBottom w:val="0"/>
                                                  <w:divBdr>
                                                    <w:top w:val="none" w:sz="0" w:space="0" w:color="auto"/>
                                                    <w:left w:val="none" w:sz="0" w:space="0" w:color="auto"/>
                                                    <w:bottom w:val="none" w:sz="0" w:space="0" w:color="auto"/>
                                                    <w:right w:val="none" w:sz="0" w:space="0" w:color="auto"/>
                                                  </w:divBdr>
                                                  <w:divsChild>
                                                    <w:div w:id="318074604">
                                                      <w:marLeft w:val="0"/>
                                                      <w:marRight w:val="0"/>
                                                      <w:marTop w:val="0"/>
                                                      <w:marBottom w:val="0"/>
                                                      <w:divBdr>
                                                        <w:top w:val="none" w:sz="0" w:space="0" w:color="auto"/>
                                                        <w:left w:val="none" w:sz="0" w:space="0" w:color="auto"/>
                                                        <w:bottom w:val="none" w:sz="0" w:space="0" w:color="auto"/>
                                                        <w:right w:val="none" w:sz="0" w:space="0" w:color="auto"/>
                                                      </w:divBdr>
                                                      <w:divsChild>
                                                        <w:div w:id="78763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8744850">
          <w:marLeft w:val="0"/>
          <w:marRight w:val="0"/>
          <w:marTop w:val="0"/>
          <w:marBottom w:val="0"/>
          <w:divBdr>
            <w:top w:val="none" w:sz="0" w:space="0" w:color="auto"/>
            <w:left w:val="none" w:sz="0" w:space="0" w:color="auto"/>
            <w:bottom w:val="none" w:sz="0" w:space="0" w:color="auto"/>
            <w:right w:val="none" w:sz="0" w:space="0" w:color="auto"/>
          </w:divBdr>
          <w:divsChild>
            <w:div w:id="1508056646">
              <w:marLeft w:val="0"/>
              <w:marRight w:val="0"/>
              <w:marTop w:val="0"/>
              <w:marBottom w:val="0"/>
              <w:divBdr>
                <w:top w:val="none" w:sz="0" w:space="0" w:color="auto"/>
                <w:left w:val="none" w:sz="0" w:space="0" w:color="auto"/>
                <w:bottom w:val="none" w:sz="0" w:space="0" w:color="auto"/>
                <w:right w:val="none" w:sz="0" w:space="0" w:color="auto"/>
              </w:divBdr>
              <w:divsChild>
                <w:div w:id="26576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865170">
      <w:bodyDiv w:val="1"/>
      <w:marLeft w:val="0"/>
      <w:marRight w:val="0"/>
      <w:marTop w:val="0"/>
      <w:marBottom w:val="0"/>
      <w:divBdr>
        <w:top w:val="none" w:sz="0" w:space="0" w:color="auto"/>
        <w:left w:val="none" w:sz="0" w:space="0" w:color="auto"/>
        <w:bottom w:val="none" w:sz="0" w:space="0" w:color="auto"/>
        <w:right w:val="none" w:sz="0" w:space="0" w:color="auto"/>
      </w:divBdr>
      <w:divsChild>
        <w:div w:id="1936935268">
          <w:marLeft w:val="547"/>
          <w:marRight w:val="0"/>
          <w:marTop w:val="0"/>
          <w:marBottom w:val="0"/>
          <w:divBdr>
            <w:top w:val="none" w:sz="0" w:space="0" w:color="auto"/>
            <w:left w:val="none" w:sz="0" w:space="0" w:color="auto"/>
            <w:bottom w:val="none" w:sz="0" w:space="0" w:color="auto"/>
            <w:right w:val="none" w:sz="0" w:space="0" w:color="auto"/>
          </w:divBdr>
        </w:div>
      </w:divsChild>
    </w:div>
    <w:div w:id="813254028">
      <w:bodyDiv w:val="1"/>
      <w:marLeft w:val="0"/>
      <w:marRight w:val="0"/>
      <w:marTop w:val="0"/>
      <w:marBottom w:val="0"/>
      <w:divBdr>
        <w:top w:val="none" w:sz="0" w:space="0" w:color="auto"/>
        <w:left w:val="none" w:sz="0" w:space="0" w:color="auto"/>
        <w:bottom w:val="none" w:sz="0" w:space="0" w:color="auto"/>
        <w:right w:val="none" w:sz="0" w:space="0" w:color="auto"/>
      </w:divBdr>
    </w:div>
    <w:div w:id="813985298">
      <w:bodyDiv w:val="1"/>
      <w:marLeft w:val="0"/>
      <w:marRight w:val="0"/>
      <w:marTop w:val="0"/>
      <w:marBottom w:val="0"/>
      <w:divBdr>
        <w:top w:val="none" w:sz="0" w:space="0" w:color="auto"/>
        <w:left w:val="none" w:sz="0" w:space="0" w:color="auto"/>
        <w:bottom w:val="none" w:sz="0" w:space="0" w:color="auto"/>
        <w:right w:val="none" w:sz="0" w:space="0" w:color="auto"/>
      </w:divBdr>
    </w:div>
    <w:div w:id="822312321">
      <w:bodyDiv w:val="1"/>
      <w:marLeft w:val="0"/>
      <w:marRight w:val="0"/>
      <w:marTop w:val="0"/>
      <w:marBottom w:val="0"/>
      <w:divBdr>
        <w:top w:val="none" w:sz="0" w:space="0" w:color="auto"/>
        <w:left w:val="none" w:sz="0" w:space="0" w:color="auto"/>
        <w:bottom w:val="none" w:sz="0" w:space="0" w:color="auto"/>
        <w:right w:val="none" w:sz="0" w:space="0" w:color="auto"/>
      </w:divBdr>
      <w:divsChild>
        <w:div w:id="1602302992">
          <w:marLeft w:val="0"/>
          <w:marRight w:val="0"/>
          <w:marTop w:val="0"/>
          <w:marBottom w:val="0"/>
          <w:divBdr>
            <w:top w:val="none" w:sz="0" w:space="0" w:color="auto"/>
            <w:left w:val="none" w:sz="0" w:space="0" w:color="auto"/>
            <w:bottom w:val="none" w:sz="0" w:space="0" w:color="auto"/>
            <w:right w:val="none" w:sz="0" w:space="0" w:color="auto"/>
          </w:divBdr>
          <w:divsChild>
            <w:div w:id="1877692117">
              <w:marLeft w:val="0"/>
              <w:marRight w:val="0"/>
              <w:marTop w:val="0"/>
              <w:marBottom w:val="0"/>
              <w:divBdr>
                <w:top w:val="none" w:sz="0" w:space="0" w:color="auto"/>
                <w:left w:val="none" w:sz="0" w:space="0" w:color="auto"/>
                <w:bottom w:val="none" w:sz="0" w:space="0" w:color="auto"/>
                <w:right w:val="none" w:sz="0" w:space="0" w:color="auto"/>
              </w:divBdr>
              <w:divsChild>
                <w:div w:id="190723382">
                  <w:marLeft w:val="0"/>
                  <w:marRight w:val="0"/>
                  <w:marTop w:val="0"/>
                  <w:marBottom w:val="0"/>
                  <w:divBdr>
                    <w:top w:val="none" w:sz="0" w:space="0" w:color="auto"/>
                    <w:left w:val="none" w:sz="0" w:space="0" w:color="auto"/>
                    <w:bottom w:val="none" w:sz="0" w:space="0" w:color="auto"/>
                    <w:right w:val="none" w:sz="0" w:space="0" w:color="auto"/>
                  </w:divBdr>
                  <w:divsChild>
                    <w:div w:id="1356805177">
                      <w:marLeft w:val="0"/>
                      <w:marRight w:val="0"/>
                      <w:marTop w:val="0"/>
                      <w:marBottom w:val="0"/>
                      <w:divBdr>
                        <w:top w:val="none" w:sz="0" w:space="0" w:color="auto"/>
                        <w:left w:val="none" w:sz="0" w:space="0" w:color="auto"/>
                        <w:bottom w:val="none" w:sz="0" w:space="0" w:color="auto"/>
                        <w:right w:val="none" w:sz="0" w:space="0" w:color="auto"/>
                      </w:divBdr>
                      <w:divsChild>
                        <w:div w:id="1965190290">
                          <w:marLeft w:val="0"/>
                          <w:marRight w:val="0"/>
                          <w:marTop w:val="0"/>
                          <w:marBottom w:val="0"/>
                          <w:divBdr>
                            <w:top w:val="none" w:sz="0" w:space="0" w:color="auto"/>
                            <w:left w:val="none" w:sz="0" w:space="0" w:color="auto"/>
                            <w:bottom w:val="none" w:sz="0" w:space="0" w:color="auto"/>
                            <w:right w:val="none" w:sz="0" w:space="0" w:color="auto"/>
                          </w:divBdr>
                          <w:divsChild>
                            <w:div w:id="1231619846">
                              <w:marLeft w:val="0"/>
                              <w:marRight w:val="0"/>
                              <w:marTop w:val="0"/>
                              <w:marBottom w:val="0"/>
                              <w:divBdr>
                                <w:top w:val="none" w:sz="0" w:space="0" w:color="auto"/>
                                <w:left w:val="none" w:sz="0" w:space="0" w:color="auto"/>
                                <w:bottom w:val="none" w:sz="0" w:space="0" w:color="auto"/>
                                <w:right w:val="none" w:sz="0" w:space="0" w:color="auto"/>
                              </w:divBdr>
                              <w:divsChild>
                                <w:div w:id="1912622427">
                                  <w:marLeft w:val="0"/>
                                  <w:marRight w:val="0"/>
                                  <w:marTop w:val="0"/>
                                  <w:marBottom w:val="0"/>
                                  <w:divBdr>
                                    <w:top w:val="none" w:sz="0" w:space="0" w:color="auto"/>
                                    <w:left w:val="none" w:sz="0" w:space="0" w:color="auto"/>
                                    <w:bottom w:val="none" w:sz="0" w:space="0" w:color="auto"/>
                                    <w:right w:val="none" w:sz="0" w:space="0" w:color="auto"/>
                                  </w:divBdr>
                                  <w:divsChild>
                                    <w:div w:id="447159651">
                                      <w:marLeft w:val="0"/>
                                      <w:marRight w:val="0"/>
                                      <w:marTop w:val="0"/>
                                      <w:marBottom w:val="0"/>
                                      <w:divBdr>
                                        <w:top w:val="none" w:sz="0" w:space="0" w:color="auto"/>
                                        <w:left w:val="none" w:sz="0" w:space="0" w:color="auto"/>
                                        <w:bottom w:val="none" w:sz="0" w:space="0" w:color="auto"/>
                                        <w:right w:val="none" w:sz="0" w:space="0" w:color="auto"/>
                                      </w:divBdr>
                                      <w:divsChild>
                                        <w:div w:id="999432839">
                                          <w:marLeft w:val="0"/>
                                          <w:marRight w:val="0"/>
                                          <w:marTop w:val="0"/>
                                          <w:marBottom w:val="0"/>
                                          <w:divBdr>
                                            <w:top w:val="none" w:sz="0" w:space="0" w:color="auto"/>
                                            <w:left w:val="none" w:sz="0" w:space="0" w:color="auto"/>
                                            <w:bottom w:val="none" w:sz="0" w:space="0" w:color="auto"/>
                                            <w:right w:val="none" w:sz="0" w:space="0" w:color="auto"/>
                                          </w:divBdr>
                                          <w:divsChild>
                                            <w:div w:id="1410733416">
                                              <w:marLeft w:val="0"/>
                                              <w:marRight w:val="0"/>
                                              <w:marTop w:val="0"/>
                                              <w:marBottom w:val="0"/>
                                              <w:divBdr>
                                                <w:top w:val="none" w:sz="0" w:space="0" w:color="auto"/>
                                                <w:left w:val="none" w:sz="0" w:space="0" w:color="auto"/>
                                                <w:bottom w:val="none" w:sz="0" w:space="0" w:color="auto"/>
                                                <w:right w:val="none" w:sz="0" w:space="0" w:color="auto"/>
                                              </w:divBdr>
                                              <w:divsChild>
                                                <w:div w:id="636446926">
                                                  <w:marLeft w:val="0"/>
                                                  <w:marRight w:val="0"/>
                                                  <w:marTop w:val="0"/>
                                                  <w:marBottom w:val="0"/>
                                                  <w:divBdr>
                                                    <w:top w:val="none" w:sz="0" w:space="0" w:color="auto"/>
                                                    <w:left w:val="none" w:sz="0" w:space="0" w:color="auto"/>
                                                    <w:bottom w:val="none" w:sz="0" w:space="0" w:color="auto"/>
                                                    <w:right w:val="none" w:sz="0" w:space="0" w:color="auto"/>
                                                  </w:divBdr>
                                                  <w:divsChild>
                                                    <w:div w:id="771054192">
                                                      <w:marLeft w:val="0"/>
                                                      <w:marRight w:val="0"/>
                                                      <w:marTop w:val="0"/>
                                                      <w:marBottom w:val="0"/>
                                                      <w:divBdr>
                                                        <w:top w:val="none" w:sz="0" w:space="0" w:color="auto"/>
                                                        <w:left w:val="none" w:sz="0" w:space="0" w:color="auto"/>
                                                        <w:bottom w:val="none" w:sz="0" w:space="0" w:color="auto"/>
                                                        <w:right w:val="none" w:sz="0" w:space="0" w:color="auto"/>
                                                      </w:divBdr>
                                                      <w:divsChild>
                                                        <w:div w:id="18224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5495712">
          <w:marLeft w:val="0"/>
          <w:marRight w:val="0"/>
          <w:marTop w:val="0"/>
          <w:marBottom w:val="0"/>
          <w:divBdr>
            <w:top w:val="none" w:sz="0" w:space="0" w:color="auto"/>
            <w:left w:val="none" w:sz="0" w:space="0" w:color="auto"/>
            <w:bottom w:val="none" w:sz="0" w:space="0" w:color="auto"/>
            <w:right w:val="none" w:sz="0" w:space="0" w:color="auto"/>
          </w:divBdr>
          <w:divsChild>
            <w:div w:id="1696269540">
              <w:marLeft w:val="0"/>
              <w:marRight w:val="0"/>
              <w:marTop w:val="0"/>
              <w:marBottom w:val="0"/>
              <w:divBdr>
                <w:top w:val="none" w:sz="0" w:space="0" w:color="auto"/>
                <w:left w:val="none" w:sz="0" w:space="0" w:color="auto"/>
                <w:bottom w:val="none" w:sz="0" w:space="0" w:color="auto"/>
                <w:right w:val="none" w:sz="0" w:space="0" w:color="auto"/>
              </w:divBdr>
              <w:divsChild>
                <w:div w:id="190028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33688">
      <w:bodyDiv w:val="1"/>
      <w:marLeft w:val="0"/>
      <w:marRight w:val="0"/>
      <w:marTop w:val="0"/>
      <w:marBottom w:val="0"/>
      <w:divBdr>
        <w:top w:val="none" w:sz="0" w:space="0" w:color="auto"/>
        <w:left w:val="none" w:sz="0" w:space="0" w:color="auto"/>
        <w:bottom w:val="none" w:sz="0" w:space="0" w:color="auto"/>
        <w:right w:val="none" w:sz="0" w:space="0" w:color="auto"/>
      </w:divBdr>
      <w:divsChild>
        <w:div w:id="2065830979">
          <w:marLeft w:val="0"/>
          <w:marRight w:val="0"/>
          <w:marTop w:val="0"/>
          <w:marBottom w:val="0"/>
          <w:divBdr>
            <w:top w:val="none" w:sz="0" w:space="0" w:color="auto"/>
            <w:left w:val="none" w:sz="0" w:space="0" w:color="auto"/>
            <w:bottom w:val="none" w:sz="0" w:space="0" w:color="auto"/>
            <w:right w:val="none" w:sz="0" w:space="0" w:color="auto"/>
          </w:divBdr>
          <w:divsChild>
            <w:div w:id="1432315287">
              <w:marLeft w:val="0"/>
              <w:marRight w:val="0"/>
              <w:marTop w:val="0"/>
              <w:marBottom w:val="0"/>
              <w:divBdr>
                <w:top w:val="none" w:sz="0" w:space="0" w:color="auto"/>
                <w:left w:val="none" w:sz="0" w:space="0" w:color="auto"/>
                <w:bottom w:val="none" w:sz="0" w:space="0" w:color="auto"/>
                <w:right w:val="none" w:sz="0" w:space="0" w:color="auto"/>
              </w:divBdr>
              <w:divsChild>
                <w:div w:id="1967195115">
                  <w:marLeft w:val="0"/>
                  <w:marRight w:val="0"/>
                  <w:marTop w:val="0"/>
                  <w:marBottom w:val="0"/>
                  <w:divBdr>
                    <w:top w:val="none" w:sz="0" w:space="0" w:color="auto"/>
                    <w:left w:val="none" w:sz="0" w:space="0" w:color="auto"/>
                    <w:bottom w:val="none" w:sz="0" w:space="0" w:color="auto"/>
                    <w:right w:val="none" w:sz="0" w:space="0" w:color="auto"/>
                  </w:divBdr>
                  <w:divsChild>
                    <w:div w:id="1374382384">
                      <w:marLeft w:val="0"/>
                      <w:marRight w:val="0"/>
                      <w:marTop w:val="0"/>
                      <w:marBottom w:val="0"/>
                      <w:divBdr>
                        <w:top w:val="none" w:sz="0" w:space="0" w:color="auto"/>
                        <w:left w:val="none" w:sz="0" w:space="0" w:color="auto"/>
                        <w:bottom w:val="none" w:sz="0" w:space="0" w:color="auto"/>
                        <w:right w:val="none" w:sz="0" w:space="0" w:color="auto"/>
                      </w:divBdr>
                      <w:divsChild>
                        <w:div w:id="1599026832">
                          <w:marLeft w:val="0"/>
                          <w:marRight w:val="0"/>
                          <w:marTop w:val="0"/>
                          <w:marBottom w:val="0"/>
                          <w:divBdr>
                            <w:top w:val="none" w:sz="0" w:space="0" w:color="auto"/>
                            <w:left w:val="none" w:sz="0" w:space="0" w:color="auto"/>
                            <w:bottom w:val="none" w:sz="0" w:space="0" w:color="auto"/>
                            <w:right w:val="none" w:sz="0" w:space="0" w:color="auto"/>
                          </w:divBdr>
                          <w:divsChild>
                            <w:div w:id="672950539">
                              <w:marLeft w:val="0"/>
                              <w:marRight w:val="0"/>
                              <w:marTop w:val="0"/>
                              <w:marBottom w:val="0"/>
                              <w:divBdr>
                                <w:top w:val="none" w:sz="0" w:space="0" w:color="auto"/>
                                <w:left w:val="none" w:sz="0" w:space="0" w:color="auto"/>
                                <w:bottom w:val="none" w:sz="0" w:space="0" w:color="auto"/>
                                <w:right w:val="none" w:sz="0" w:space="0" w:color="auto"/>
                              </w:divBdr>
                              <w:divsChild>
                                <w:div w:id="452359361">
                                  <w:marLeft w:val="0"/>
                                  <w:marRight w:val="0"/>
                                  <w:marTop w:val="0"/>
                                  <w:marBottom w:val="0"/>
                                  <w:divBdr>
                                    <w:top w:val="none" w:sz="0" w:space="0" w:color="auto"/>
                                    <w:left w:val="none" w:sz="0" w:space="0" w:color="auto"/>
                                    <w:bottom w:val="none" w:sz="0" w:space="0" w:color="auto"/>
                                    <w:right w:val="none" w:sz="0" w:space="0" w:color="auto"/>
                                  </w:divBdr>
                                  <w:divsChild>
                                    <w:div w:id="498009799">
                                      <w:marLeft w:val="0"/>
                                      <w:marRight w:val="0"/>
                                      <w:marTop w:val="0"/>
                                      <w:marBottom w:val="0"/>
                                      <w:divBdr>
                                        <w:top w:val="none" w:sz="0" w:space="0" w:color="auto"/>
                                        <w:left w:val="none" w:sz="0" w:space="0" w:color="auto"/>
                                        <w:bottom w:val="none" w:sz="0" w:space="0" w:color="auto"/>
                                        <w:right w:val="none" w:sz="0" w:space="0" w:color="auto"/>
                                      </w:divBdr>
                                      <w:divsChild>
                                        <w:div w:id="989138876">
                                          <w:marLeft w:val="0"/>
                                          <w:marRight w:val="0"/>
                                          <w:marTop w:val="0"/>
                                          <w:marBottom w:val="0"/>
                                          <w:divBdr>
                                            <w:top w:val="none" w:sz="0" w:space="0" w:color="auto"/>
                                            <w:left w:val="none" w:sz="0" w:space="0" w:color="auto"/>
                                            <w:bottom w:val="none" w:sz="0" w:space="0" w:color="auto"/>
                                            <w:right w:val="none" w:sz="0" w:space="0" w:color="auto"/>
                                          </w:divBdr>
                                          <w:divsChild>
                                            <w:div w:id="54815339">
                                              <w:marLeft w:val="0"/>
                                              <w:marRight w:val="0"/>
                                              <w:marTop w:val="0"/>
                                              <w:marBottom w:val="0"/>
                                              <w:divBdr>
                                                <w:top w:val="none" w:sz="0" w:space="0" w:color="auto"/>
                                                <w:left w:val="none" w:sz="0" w:space="0" w:color="auto"/>
                                                <w:bottom w:val="none" w:sz="0" w:space="0" w:color="auto"/>
                                                <w:right w:val="none" w:sz="0" w:space="0" w:color="auto"/>
                                              </w:divBdr>
                                              <w:divsChild>
                                                <w:div w:id="1214074519">
                                                  <w:marLeft w:val="0"/>
                                                  <w:marRight w:val="0"/>
                                                  <w:marTop w:val="0"/>
                                                  <w:marBottom w:val="0"/>
                                                  <w:divBdr>
                                                    <w:top w:val="none" w:sz="0" w:space="0" w:color="auto"/>
                                                    <w:left w:val="none" w:sz="0" w:space="0" w:color="auto"/>
                                                    <w:bottom w:val="none" w:sz="0" w:space="0" w:color="auto"/>
                                                    <w:right w:val="none" w:sz="0" w:space="0" w:color="auto"/>
                                                  </w:divBdr>
                                                  <w:divsChild>
                                                    <w:div w:id="2029335270">
                                                      <w:marLeft w:val="0"/>
                                                      <w:marRight w:val="0"/>
                                                      <w:marTop w:val="0"/>
                                                      <w:marBottom w:val="0"/>
                                                      <w:divBdr>
                                                        <w:top w:val="none" w:sz="0" w:space="0" w:color="auto"/>
                                                        <w:left w:val="none" w:sz="0" w:space="0" w:color="auto"/>
                                                        <w:bottom w:val="none" w:sz="0" w:space="0" w:color="auto"/>
                                                        <w:right w:val="none" w:sz="0" w:space="0" w:color="auto"/>
                                                      </w:divBdr>
                                                      <w:divsChild>
                                                        <w:div w:id="90387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0211776">
          <w:marLeft w:val="0"/>
          <w:marRight w:val="0"/>
          <w:marTop w:val="0"/>
          <w:marBottom w:val="0"/>
          <w:divBdr>
            <w:top w:val="none" w:sz="0" w:space="0" w:color="auto"/>
            <w:left w:val="none" w:sz="0" w:space="0" w:color="auto"/>
            <w:bottom w:val="none" w:sz="0" w:space="0" w:color="auto"/>
            <w:right w:val="none" w:sz="0" w:space="0" w:color="auto"/>
          </w:divBdr>
          <w:divsChild>
            <w:div w:id="1264262937">
              <w:marLeft w:val="0"/>
              <w:marRight w:val="0"/>
              <w:marTop w:val="0"/>
              <w:marBottom w:val="0"/>
              <w:divBdr>
                <w:top w:val="none" w:sz="0" w:space="0" w:color="auto"/>
                <w:left w:val="none" w:sz="0" w:space="0" w:color="auto"/>
                <w:bottom w:val="none" w:sz="0" w:space="0" w:color="auto"/>
                <w:right w:val="none" w:sz="0" w:space="0" w:color="auto"/>
              </w:divBdr>
              <w:divsChild>
                <w:div w:id="131428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139051">
      <w:bodyDiv w:val="1"/>
      <w:marLeft w:val="0"/>
      <w:marRight w:val="0"/>
      <w:marTop w:val="0"/>
      <w:marBottom w:val="0"/>
      <w:divBdr>
        <w:top w:val="none" w:sz="0" w:space="0" w:color="auto"/>
        <w:left w:val="none" w:sz="0" w:space="0" w:color="auto"/>
        <w:bottom w:val="none" w:sz="0" w:space="0" w:color="auto"/>
        <w:right w:val="none" w:sz="0" w:space="0" w:color="auto"/>
      </w:divBdr>
    </w:div>
    <w:div w:id="944308375">
      <w:bodyDiv w:val="1"/>
      <w:marLeft w:val="0"/>
      <w:marRight w:val="0"/>
      <w:marTop w:val="0"/>
      <w:marBottom w:val="0"/>
      <w:divBdr>
        <w:top w:val="none" w:sz="0" w:space="0" w:color="auto"/>
        <w:left w:val="none" w:sz="0" w:space="0" w:color="auto"/>
        <w:bottom w:val="none" w:sz="0" w:space="0" w:color="auto"/>
        <w:right w:val="none" w:sz="0" w:space="0" w:color="auto"/>
      </w:divBdr>
      <w:divsChild>
        <w:div w:id="1397971231">
          <w:marLeft w:val="0"/>
          <w:marRight w:val="0"/>
          <w:marTop w:val="0"/>
          <w:marBottom w:val="0"/>
          <w:divBdr>
            <w:top w:val="none" w:sz="0" w:space="0" w:color="auto"/>
            <w:left w:val="none" w:sz="0" w:space="0" w:color="auto"/>
            <w:bottom w:val="none" w:sz="0" w:space="0" w:color="auto"/>
            <w:right w:val="none" w:sz="0" w:space="0" w:color="auto"/>
          </w:divBdr>
          <w:divsChild>
            <w:div w:id="395903976">
              <w:marLeft w:val="0"/>
              <w:marRight w:val="0"/>
              <w:marTop w:val="0"/>
              <w:marBottom w:val="0"/>
              <w:divBdr>
                <w:top w:val="none" w:sz="0" w:space="0" w:color="auto"/>
                <w:left w:val="none" w:sz="0" w:space="0" w:color="auto"/>
                <w:bottom w:val="none" w:sz="0" w:space="0" w:color="auto"/>
                <w:right w:val="none" w:sz="0" w:space="0" w:color="auto"/>
              </w:divBdr>
              <w:divsChild>
                <w:div w:id="1219634319">
                  <w:marLeft w:val="0"/>
                  <w:marRight w:val="0"/>
                  <w:marTop w:val="0"/>
                  <w:marBottom w:val="0"/>
                  <w:divBdr>
                    <w:top w:val="none" w:sz="0" w:space="0" w:color="auto"/>
                    <w:left w:val="none" w:sz="0" w:space="0" w:color="auto"/>
                    <w:bottom w:val="none" w:sz="0" w:space="0" w:color="auto"/>
                    <w:right w:val="none" w:sz="0" w:space="0" w:color="auto"/>
                  </w:divBdr>
                  <w:divsChild>
                    <w:div w:id="469132987">
                      <w:marLeft w:val="0"/>
                      <w:marRight w:val="0"/>
                      <w:marTop w:val="0"/>
                      <w:marBottom w:val="0"/>
                      <w:divBdr>
                        <w:top w:val="none" w:sz="0" w:space="0" w:color="auto"/>
                        <w:left w:val="none" w:sz="0" w:space="0" w:color="auto"/>
                        <w:bottom w:val="none" w:sz="0" w:space="0" w:color="auto"/>
                        <w:right w:val="none" w:sz="0" w:space="0" w:color="auto"/>
                      </w:divBdr>
                      <w:divsChild>
                        <w:div w:id="781263331">
                          <w:marLeft w:val="0"/>
                          <w:marRight w:val="0"/>
                          <w:marTop w:val="0"/>
                          <w:marBottom w:val="0"/>
                          <w:divBdr>
                            <w:top w:val="none" w:sz="0" w:space="0" w:color="auto"/>
                            <w:left w:val="none" w:sz="0" w:space="0" w:color="auto"/>
                            <w:bottom w:val="none" w:sz="0" w:space="0" w:color="auto"/>
                            <w:right w:val="none" w:sz="0" w:space="0" w:color="auto"/>
                          </w:divBdr>
                          <w:divsChild>
                            <w:div w:id="949967479">
                              <w:marLeft w:val="0"/>
                              <w:marRight w:val="0"/>
                              <w:marTop w:val="0"/>
                              <w:marBottom w:val="0"/>
                              <w:divBdr>
                                <w:top w:val="none" w:sz="0" w:space="0" w:color="auto"/>
                                <w:left w:val="none" w:sz="0" w:space="0" w:color="auto"/>
                                <w:bottom w:val="none" w:sz="0" w:space="0" w:color="auto"/>
                                <w:right w:val="none" w:sz="0" w:space="0" w:color="auto"/>
                              </w:divBdr>
                              <w:divsChild>
                                <w:div w:id="465271344">
                                  <w:marLeft w:val="0"/>
                                  <w:marRight w:val="0"/>
                                  <w:marTop w:val="0"/>
                                  <w:marBottom w:val="0"/>
                                  <w:divBdr>
                                    <w:top w:val="none" w:sz="0" w:space="0" w:color="auto"/>
                                    <w:left w:val="none" w:sz="0" w:space="0" w:color="auto"/>
                                    <w:bottom w:val="none" w:sz="0" w:space="0" w:color="auto"/>
                                    <w:right w:val="none" w:sz="0" w:space="0" w:color="auto"/>
                                  </w:divBdr>
                                  <w:divsChild>
                                    <w:div w:id="1542598570">
                                      <w:marLeft w:val="0"/>
                                      <w:marRight w:val="0"/>
                                      <w:marTop w:val="0"/>
                                      <w:marBottom w:val="0"/>
                                      <w:divBdr>
                                        <w:top w:val="none" w:sz="0" w:space="0" w:color="auto"/>
                                        <w:left w:val="none" w:sz="0" w:space="0" w:color="auto"/>
                                        <w:bottom w:val="none" w:sz="0" w:space="0" w:color="auto"/>
                                        <w:right w:val="none" w:sz="0" w:space="0" w:color="auto"/>
                                      </w:divBdr>
                                      <w:divsChild>
                                        <w:div w:id="1249653642">
                                          <w:marLeft w:val="0"/>
                                          <w:marRight w:val="0"/>
                                          <w:marTop w:val="0"/>
                                          <w:marBottom w:val="0"/>
                                          <w:divBdr>
                                            <w:top w:val="none" w:sz="0" w:space="0" w:color="auto"/>
                                            <w:left w:val="none" w:sz="0" w:space="0" w:color="auto"/>
                                            <w:bottom w:val="none" w:sz="0" w:space="0" w:color="auto"/>
                                            <w:right w:val="none" w:sz="0" w:space="0" w:color="auto"/>
                                          </w:divBdr>
                                          <w:divsChild>
                                            <w:div w:id="1421025704">
                                              <w:marLeft w:val="0"/>
                                              <w:marRight w:val="0"/>
                                              <w:marTop w:val="0"/>
                                              <w:marBottom w:val="0"/>
                                              <w:divBdr>
                                                <w:top w:val="none" w:sz="0" w:space="0" w:color="auto"/>
                                                <w:left w:val="none" w:sz="0" w:space="0" w:color="auto"/>
                                                <w:bottom w:val="none" w:sz="0" w:space="0" w:color="auto"/>
                                                <w:right w:val="none" w:sz="0" w:space="0" w:color="auto"/>
                                              </w:divBdr>
                                              <w:divsChild>
                                                <w:div w:id="1715419552">
                                                  <w:marLeft w:val="0"/>
                                                  <w:marRight w:val="0"/>
                                                  <w:marTop w:val="0"/>
                                                  <w:marBottom w:val="0"/>
                                                  <w:divBdr>
                                                    <w:top w:val="none" w:sz="0" w:space="0" w:color="auto"/>
                                                    <w:left w:val="none" w:sz="0" w:space="0" w:color="auto"/>
                                                    <w:bottom w:val="none" w:sz="0" w:space="0" w:color="auto"/>
                                                    <w:right w:val="none" w:sz="0" w:space="0" w:color="auto"/>
                                                  </w:divBdr>
                                                  <w:divsChild>
                                                    <w:div w:id="1582644274">
                                                      <w:marLeft w:val="0"/>
                                                      <w:marRight w:val="0"/>
                                                      <w:marTop w:val="0"/>
                                                      <w:marBottom w:val="0"/>
                                                      <w:divBdr>
                                                        <w:top w:val="none" w:sz="0" w:space="0" w:color="auto"/>
                                                        <w:left w:val="none" w:sz="0" w:space="0" w:color="auto"/>
                                                        <w:bottom w:val="none" w:sz="0" w:space="0" w:color="auto"/>
                                                        <w:right w:val="none" w:sz="0" w:space="0" w:color="auto"/>
                                                      </w:divBdr>
                                                      <w:divsChild>
                                                        <w:div w:id="184551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4008131">
          <w:marLeft w:val="0"/>
          <w:marRight w:val="0"/>
          <w:marTop w:val="0"/>
          <w:marBottom w:val="0"/>
          <w:divBdr>
            <w:top w:val="none" w:sz="0" w:space="0" w:color="auto"/>
            <w:left w:val="none" w:sz="0" w:space="0" w:color="auto"/>
            <w:bottom w:val="none" w:sz="0" w:space="0" w:color="auto"/>
            <w:right w:val="none" w:sz="0" w:space="0" w:color="auto"/>
          </w:divBdr>
          <w:divsChild>
            <w:div w:id="6299465">
              <w:marLeft w:val="0"/>
              <w:marRight w:val="0"/>
              <w:marTop w:val="0"/>
              <w:marBottom w:val="0"/>
              <w:divBdr>
                <w:top w:val="none" w:sz="0" w:space="0" w:color="auto"/>
                <w:left w:val="none" w:sz="0" w:space="0" w:color="auto"/>
                <w:bottom w:val="none" w:sz="0" w:space="0" w:color="auto"/>
                <w:right w:val="none" w:sz="0" w:space="0" w:color="auto"/>
              </w:divBdr>
              <w:divsChild>
                <w:div w:id="26550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016472">
      <w:bodyDiv w:val="1"/>
      <w:marLeft w:val="0"/>
      <w:marRight w:val="0"/>
      <w:marTop w:val="0"/>
      <w:marBottom w:val="0"/>
      <w:divBdr>
        <w:top w:val="none" w:sz="0" w:space="0" w:color="auto"/>
        <w:left w:val="none" w:sz="0" w:space="0" w:color="auto"/>
        <w:bottom w:val="none" w:sz="0" w:space="0" w:color="auto"/>
        <w:right w:val="none" w:sz="0" w:space="0" w:color="auto"/>
      </w:divBdr>
    </w:div>
    <w:div w:id="967470194">
      <w:bodyDiv w:val="1"/>
      <w:marLeft w:val="0"/>
      <w:marRight w:val="0"/>
      <w:marTop w:val="0"/>
      <w:marBottom w:val="0"/>
      <w:divBdr>
        <w:top w:val="none" w:sz="0" w:space="0" w:color="auto"/>
        <w:left w:val="none" w:sz="0" w:space="0" w:color="auto"/>
        <w:bottom w:val="none" w:sz="0" w:space="0" w:color="auto"/>
        <w:right w:val="none" w:sz="0" w:space="0" w:color="auto"/>
      </w:divBdr>
    </w:div>
    <w:div w:id="988942415">
      <w:bodyDiv w:val="1"/>
      <w:marLeft w:val="0"/>
      <w:marRight w:val="0"/>
      <w:marTop w:val="0"/>
      <w:marBottom w:val="0"/>
      <w:divBdr>
        <w:top w:val="none" w:sz="0" w:space="0" w:color="auto"/>
        <w:left w:val="none" w:sz="0" w:space="0" w:color="auto"/>
        <w:bottom w:val="none" w:sz="0" w:space="0" w:color="auto"/>
        <w:right w:val="none" w:sz="0" w:space="0" w:color="auto"/>
      </w:divBdr>
    </w:div>
    <w:div w:id="997226228">
      <w:bodyDiv w:val="1"/>
      <w:marLeft w:val="0"/>
      <w:marRight w:val="0"/>
      <w:marTop w:val="0"/>
      <w:marBottom w:val="0"/>
      <w:divBdr>
        <w:top w:val="none" w:sz="0" w:space="0" w:color="auto"/>
        <w:left w:val="none" w:sz="0" w:space="0" w:color="auto"/>
        <w:bottom w:val="none" w:sz="0" w:space="0" w:color="auto"/>
        <w:right w:val="none" w:sz="0" w:space="0" w:color="auto"/>
      </w:divBdr>
    </w:div>
    <w:div w:id="1008294115">
      <w:bodyDiv w:val="1"/>
      <w:marLeft w:val="0"/>
      <w:marRight w:val="0"/>
      <w:marTop w:val="0"/>
      <w:marBottom w:val="0"/>
      <w:divBdr>
        <w:top w:val="none" w:sz="0" w:space="0" w:color="auto"/>
        <w:left w:val="none" w:sz="0" w:space="0" w:color="auto"/>
        <w:bottom w:val="none" w:sz="0" w:space="0" w:color="auto"/>
        <w:right w:val="none" w:sz="0" w:space="0" w:color="auto"/>
      </w:divBdr>
      <w:divsChild>
        <w:div w:id="1881890898">
          <w:marLeft w:val="0"/>
          <w:marRight w:val="0"/>
          <w:marTop w:val="0"/>
          <w:marBottom w:val="0"/>
          <w:divBdr>
            <w:top w:val="none" w:sz="0" w:space="0" w:color="auto"/>
            <w:left w:val="none" w:sz="0" w:space="0" w:color="auto"/>
            <w:bottom w:val="none" w:sz="0" w:space="0" w:color="auto"/>
            <w:right w:val="none" w:sz="0" w:space="0" w:color="auto"/>
          </w:divBdr>
          <w:divsChild>
            <w:div w:id="1658804223">
              <w:marLeft w:val="0"/>
              <w:marRight w:val="0"/>
              <w:marTop w:val="0"/>
              <w:marBottom w:val="0"/>
              <w:divBdr>
                <w:top w:val="none" w:sz="0" w:space="0" w:color="auto"/>
                <w:left w:val="none" w:sz="0" w:space="0" w:color="auto"/>
                <w:bottom w:val="none" w:sz="0" w:space="0" w:color="auto"/>
                <w:right w:val="none" w:sz="0" w:space="0" w:color="auto"/>
              </w:divBdr>
              <w:divsChild>
                <w:div w:id="1673602837">
                  <w:marLeft w:val="0"/>
                  <w:marRight w:val="0"/>
                  <w:marTop w:val="120"/>
                  <w:marBottom w:val="0"/>
                  <w:divBdr>
                    <w:top w:val="none" w:sz="0" w:space="0" w:color="auto"/>
                    <w:left w:val="none" w:sz="0" w:space="0" w:color="auto"/>
                    <w:bottom w:val="none" w:sz="0" w:space="0" w:color="auto"/>
                    <w:right w:val="none" w:sz="0" w:space="0" w:color="auto"/>
                  </w:divBdr>
                  <w:divsChild>
                    <w:div w:id="931473166">
                      <w:marLeft w:val="0"/>
                      <w:marRight w:val="0"/>
                      <w:marTop w:val="0"/>
                      <w:marBottom w:val="0"/>
                      <w:divBdr>
                        <w:top w:val="none" w:sz="0" w:space="0" w:color="auto"/>
                        <w:left w:val="none" w:sz="0" w:space="0" w:color="auto"/>
                        <w:bottom w:val="none" w:sz="0" w:space="0" w:color="auto"/>
                        <w:right w:val="none" w:sz="0" w:space="0" w:color="auto"/>
                      </w:divBdr>
                      <w:divsChild>
                        <w:div w:id="144352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200655">
      <w:bodyDiv w:val="1"/>
      <w:marLeft w:val="0"/>
      <w:marRight w:val="0"/>
      <w:marTop w:val="0"/>
      <w:marBottom w:val="0"/>
      <w:divBdr>
        <w:top w:val="none" w:sz="0" w:space="0" w:color="auto"/>
        <w:left w:val="none" w:sz="0" w:space="0" w:color="auto"/>
        <w:bottom w:val="none" w:sz="0" w:space="0" w:color="auto"/>
        <w:right w:val="none" w:sz="0" w:space="0" w:color="auto"/>
      </w:divBdr>
    </w:div>
    <w:div w:id="1021324120">
      <w:bodyDiv w:val="1"/>
      <w:marLeft w:val="0"/>
      <w:marRight w:val="0"/>
      <w:marTop w:val="0"/>
      <w:marBottom w:val="0"/>
      <w:divBdr>
        <w:top w:val="none" w:sz="0" w:space="0" w:color="auto"/>
        <w:left w:val="none" w:sz="0" w:space="0" w:color="auto"/>
        <w:bottom w:val="none" w:sz="0" w:space="0" w:color="auto"/>
        <w:right w:val="none" w:sz="0" w:space="0" w:color="auto"/>
      </w:divBdr>
    </w:div>
    <w:div w:id="1028413091">
      <w:bodyDiv w:val="1"/>
      <w:marLeft w:val="0"/>
      <w:marRight w:val="0"/>
      <w:marTop w:val="0"/>
      <w:marBottom w:val="0"/>
      <w:divBdr>
        <w:top w:val="none" w:sz="0" w:space="0" w:color="auto"/>
        <w:left w:val="none" w:sz="0" w:space="0" w:color="auto"/>
        <w:bottom w:val="none" w:sz="0" w:space="0" w:color="auto"/>
        <w:right w:val="none" w:sz="0" w:space="0" w:color="auto"/>
      </w:divBdr>
    </w:div>
    <w:div w:id="1040202276">
      <w:bodyDiv w:val="1"/>
      <w:marLeft w:val="0"/>
      <w:marRight w:val="0"/>
      <w:marTop w:val="0"/>
      <w:marBottom w:val="0"/>
      <w:divBdr>
        <w:top w:val="none" w:sz="0" w:space="0" w:color="auto"/>
        <w:left w:val="none" w:sz="0" w:space="0" w:color="auto"/>
        <w:bottom w:val="none" w:sz="0" w:space="0" w:color="auto"/>
        <w:right w:val="none" w:sz="0" w:space="0" w:color="auto"/>
      </w:divBdr>
    </w:div>
    <w:div w:id="1052193050">
      <w:bodyDiv w:val="1"/>
      <w:marLeft w:val="0"/>
      <w:marRight w:val="0"/>
      <w:marTop w:val="0"/>
      <w:marBottom w:val="0"/>
      <w:divBdr>
        <w:top w:val="none" w:sz="0" w:space="0" w:color="auto"/>
        <w:left w:val="none" w:sz="0" w:space="0" w:color="auto"/>
        <w:bottom w:val="none" w:sz="0" w:space="0" w:color="auto"/>
        <w:right w:val="none" w:sz="0" w:space="0" w:color="auto"/>
      </w:divBdr>
      <w:divsChild>
        <w:div w:id="2097483568">
          <w:marLeft w:val="547"/>
          <w:marRight w:val="0"/>
          <w:marTop w:val="0"/>
          <w:marBottom w:val="0"/>
          <w:divBdr>
            <w:top w:val="none" w:sz="0" w:space="0" w:color="auto"/>
            <w:left w:val="none" w:sz="0" w:space="0" w:color="auto"/>
            <w:bottom w:val="none" w:sz="0" w:space="0" w:color="auto"/>
            <w:right w:val="none" w:sz="0" w:space="0" w:color="auto"/>
          </w:divBdr>
        </w:div>
        <w:div w:id="681011731">
          <w:marLeft w:val="1166"/>
          <w:marRight w:val="0"/>
          <w:marTop w:val="0"/>
          <w:marBottom w:val="0"/>
          <w:divBdr>
            <w:top w:val="none" w:sz="0" w:space="0" w:color="auto"/>
            <w:left w:val="none" w:sz="0" w:space="0" w:color="auto"/>
            <w:bottom w:val="none" w:sz="0" w:space="0" w:color="auto"/>
            <w:right w:val="none" w:sz="0" w:space="0" w:color="auto"/>
          </w:divBdr>
        </w:div>
        <w:div w:id="1571958359">
          <w:marLeft w:val="1166"/>
          <w:marRight w:val="0"/>
          <w:marTop w:val="0"/>
          <w:marBottom w:val="0"/>
          <w:divBdr>
            <w:top w:val="none" w:sz="0" w:space="0" w:color="auto"/>
            <w:left w:val="none" w:sz="0" w:space="0" w:color="auto"/>
            <w:bottom w:val="none" w:sz="0" w:space="0" w:color="auto"/>
            <w:right w:val="none" w:sz="0" w:space="0" w:color="auto"/>
          </w:divBdr>
        </w:div>
        <w:div w:id="1076051627">
          <w:marLeft w:val="547"/>
          <w:marRight w:val="0"/>
          <w:marTop w:val="0"/>
          <w:marBottom w:val="0"/>
          <w:divBdr>
            <w:top w:val="none" w:sz="0" w:space="0" w:color="auto"/>
            <w:left w:val="none" w:sz="0" w:space="0" w:color="auto"/>
            <w:bottom w:val="none" w:sz="0" w:space="0" w:color="auto"/>
            <w:right w:val="none" w:sz="0" w:space="0" w:color="auto"/>
          </w:divBdr>
        </w:div>
        <w:div w:id="981927189">
          <w:marLeft w:val="1166"/>
          <w:marRight w:val="0"/>
          <w:marTop w:val="0"/>
          <w:marBottom w:val="0"/>
          <w:divBdr>
            <w:top w:val="none" w:sz="0" w:space="0" w:color="auto"/>
            <w:left w:val="none" w:sz="0" w:space="0" w:color="auto"/>
            <w:bottom w:val="none" w:sz="0" w:space="0" w:color="auto"/>
            <w:right w:val="none" w:sz="0" w:space="0" w:color="auto"/>
          </w:divBdr>
        </w:div>
        <w:div w:id="285355684">
          <w:marLeft w:val="1166"/>
          <w:marRight w:val="0"/>
          <w:marTop w:val="0"/>
          <w:marBottom w:val="0"/>
          <w:divBdr>
            <w:top w:val="none" w:sz="0" w:space="0" w:color="auto"/>
            <w:left w:val="none" w:sz="0" w:space="0" w:color="auto"/>
            <w:bottom w:val="none" w:sz="0" w:space="0" w:color="auto"/>
            <w:right w:val="none" w:sz="0" w:space="0" w:color="auto"/>
          </w:divBdr>
        </w:div>
        <w:div w:id="616987479">
          <w:marLeft w:val="547"/>
          <w:marRight w:val="0"/>
          <w:marTop w:val="0"/>
          <w:marBottom w:val="0"/>
          <w:divBdr>
            <w:top w:val="none" w:sz="0" w:space="0" w:color="auto"/>
            <w:left w:val="none" w:sz="0" w:space="0" w:color="auto"/>
            <w:bottom w:val="none" w:sz="0" w:space="0" w:color="auto"/>
            <w:right w:val="none" w:sz="0" w:space="0" w:color="auto"/>
          </w:divBdr>
        </w:div>
        <w:div w:id="995062858">
          <w:marLeft w:val="1166"/>
          <w:marRight w:val="0"/>
          <w:marTop w:val="0"/>
          <w:marBottom w:val="0"/>
          <w:divBdr>
            <w:top w:val="none" w:sz="0" w:space="0" w:color="auto"/>
            <w:left w:val="none" w:sz="0" w:space="0" w:color="auto"/>
            <w:bottom w:val="none" w:sz="0" w:space="0" w:color="auto"/>
            <w:right w:val="none" w:sz="0" w:space="0" w:color="auto"/>
          </w:divBdr>
        </w:div>
        <w:div w:id="1879271963">
          <w:marLeft w:val="1166"/>
          <w:marRight w:val="0"/>
          <w:marTop w:val="0"/>
          <w:marBottom w:val="0"/>
          <w:divBdr>
            <w:top w:val="none" w:sz="0" w:space="0" w:color="auto"/>
            <w:left w:val="none" w:sz="0" w:space="0" w:color="auto"/>
            <w:bottom w:val="none" w:sz="0" w:space="0" w:color="auto"/>
            <w:right w:val="none" w:sz="0" w:space="0" w:color="auto"/>
          </w:divBdr>
        </w:div>
      </w:divsChild>
    </w:div>
    <w:div w:id="1065176818">
      <w:bodyDiv w:val="1"/>
      <w:marLeft w:val="0"/>
      <w:marRight w:val="0"/>
      <w:marTop w:val="0"/>
      <w:marBottom w:val="0"/>
      <w:divBdr>
        <w:top w:val="none" w:sz="0" w:space="0" w:color="auto"/>
        <w:left w:val="none" w:sz="0" w:space="0" w:color="auto"/>
        <w:bottom w:val="none" w:sz="0" w:space="0" w:color="auto"/>
        <w:right w:val="none" w:sz="0" w:space="0" w:color="auto"/>
      </w:divBdr>
      <w:divsChild>
        <w:div w:id="2021077282">
          <w:marLeft w:val="0"/>
          <w:marRight w:val="0"/>
          <w:marTop w:val="0"/>
          <w:marBottom w:val="0"/>
          <w:divBdr>
            <w:top w:val="none" w:sz="0" w:space="0" w:color="auto"/>
            <w:left w:val="none" w:sz="0" w:space="0" w:color="auto"/>
            <w:bottom w:val="none" w:sz="0" w:space="0" w:color="auto"/>
            <w:right w:val="none" w:sz="0" w:space="0" w:color="auto"/>
          </w:divBdr>
          <w:divsChild>
            <w:div w:id="1255625330">
              <w:marLeft w:val="0"/>
              <w:marRight w:val="0"/>
              <w:marTop w:val="0"/>
              <w:marBottom w:val="0"/>
              <w:divBdr>
                <w:top w:val="none" w:sz="0" w:space="0" w:color="auto"/>
                <w:left w:val="none" w:sz="0" w:space="0" w:color="auto"/>
                <w:bottom w:val="none" w:sz="0" w:space="0" w:color="auto"/>
                <w:right w:val="none" w:sz="0" w:space="0" w:color="auto"/>
              </w:divBdr>
              <w:divsChild>
                <w:div w:id="1834838042">
                  <w:marLeft w:val="0"/>
                  <w:marRight w:val="0"/>
                  <w:marTop w:val="0"/>
                  <w:marBottom w:val="0"/>
                  <w:divBdr>
                    <w:top w:val="none" w:sz="0" w:space="0" w:color="auto"/>
                    <w:left w:val="none" w:sz="0" w:space="0" w:color="auto"/>
                    <w:bottom w:val="none" w:sz="0" w:space="0" w:color="auto"/>
                    <w:right w:val="none" w:sz="0" w:space="0" w:color="auto"/>
                  </w:divBdr>
                  <w:divsChild>
                    <w:div w:id="418525567">
                      <w:marLeft w:val="0"/>
                      <w:marRight w:val="0"/>
                      <w:marTop w:val="0"/>
                      <w:marBottom w:val="0"/>
                      <w:divBdr>
                        <w:top w:val="none" w:sz="0" w:space="0" w:color="auto"/>
                        <w:left w:val="none" w:sz="0" w:space="0" w:color="auto"/>
                        <w:bottom w:val="none" w:sz="0" w:space="0" w:color="auto"/>
                        <w:right w:val="none" w:sz="0" w:space="0" w:color="auto"/>
                      </w:divBdr>
                      <w:divsChild>
                        <w:div w:id="1467118017">
                          <w:marLeft w:val="0"/>
                          <w:marRight w:val="0"/>
                          <w:marTop w:val="0"/>
                          <w:marBottom w:val="0"/>
                          <w:divBdr>
                            <w:top w:val="none" w:sz="0" w:space="0" w:color="auto"/>
                            <w:left w:val="none" w:sz="0" w:space="0" w:color="auto"/>
                            <w:bottom w:val="none" w:sz="0" w:space="0" w:color="auto"/>
                            <w:right w:val="none" w:sz="0" w:space="0" w:color="auto"/>
                          </w:divBdr>
                          <w:divsChild>
                            <w:div w:id="2088071532">
                              <w:marLeft w:val="0"/>
                              <w:marRight w:val="0"/>
                              <w:marTop w:val="0"/>
                              <w:marBottom w:val="0"/>
                              <w:divBdr>
                                <w:top w:val="none" w:sz="0" w:space="0" w:color="auto"/>
                                <w:left w:val="none" w:sz="0" w:space="0" w:color="auto"/>
                                <w:bottom w:val="none" w:sz="0" w:space="0" w:color="auto"/>
                                <w:right w:val="none" w:sz="0" w:space="0" w:color="auto"/>
                              </w:divBdr>
                              <w:divsChild>
                                <w:div w:id="2090929099">
                                  <w:marLeft w:val="0"/>
                                  <w:marRight w:val="0"/>
                                  <w:marTop w:val="0"/>
                                  <w:marBottom w:val="0"/>
                                  <w:divBdr>
                                    <w:top w:val="none" w:sz="0" w:space="0" w:color="auto"/>
                                    <w:left w:val="none" w:sz="0" w:space="0" w:color="auto"/>
                                    <w:bottom w:val="none" w:sz="0" w:space="0" w:color="auto"/>
                                    <w:right w:val="none" w:sz="0" w:space="0" w:color="auto"/>
                                  </w:divBdr>
                                  <w:divsChild>
                                    <w:div w:id="1772698087">
                                      <w:marLeft w:val="0"/>
                                      <w:marRight w:val="0"/>
                                      <w:marTop w:val="0"/>
                                      <w:marBottom w:val="0"/>
                                      <w:divBdr>
                                        <w:top w:val="none" w:sz="0" w:space="0" w:color="auto"/>
                                        <w:left w:val="none" w:sz="0" w:space="0" w:color="auto"/>
                                        <w:bottom w:val="none" w:sz="0" w:space="0" w:color="auto"/>
                                        <w:right w:val="none" w:sz="0" w:space="0" w:color="auto"/>
                                      </w:divBdr>
                                      <w:divsChild>
                                        <w:div w:id="1558661555">
                                          <w:marLeft w:val="0"/>
                                          <w:marRight w:val="0"/>
                                          <w:marTop w:val="0"/>
                                          <w:marBottom w:val="0"/>
                                          <w:divBdr>
                                            <w:top w:val="none" w:sz="0" w:space="0" w:color="auto"/>
                                            <w:left w:val="none" w:sz="0" w:space="0" w:color="auto"/>
                                            <w:bottom w:val="none" w:sz="0" w:space="0" w:color="auto"/>
                                            <w:right w:val="none" w:sz="0" w:space="0" w:color="auto"/>
                                          </w:divBdr>
                                          <w:divsChild>
                                            <w:div w:id="1360427759">
                                              <w:marLeft w:val="0"/>
                                              <w:marRight w:val="0"/>
                                              <w:marTop w:val="0"/>
                                              <w:marBottom w:val="0"/>
                                              <w:divBdr>
                                                <w:top w:val="none" w:sz="0" w:space="0" w:color="auto"/>
                                                <w:left w:val="none" w:sz="0" w:space="0" w:color="auto"/>
                                                <w:bottom w:val="none" w:sz="0" w:space="0" w:color="auto"/>
                                                <w:right w:val="none" w:sz="0" w:space="0" w:color="auto"/>
                                              </w:divBdr>
                                              <w:divsChild>
                                                <w:div w:id="687953174">
                                                  <w:marLeft w:val="0"/>
                                                  <w:marRight w:val="0"/>
                                                  <w:marTop w:val="0"/>
                                                  <w:marBottom w:val="0"/>
                                                  <w:divBdr>
                                                    <w:top w:val="none" w:sz="0" w:space="0" w:color="auto"/>
                                                    <w:left w:val="none" w:sz="0" w:space="0" w:color="auto"/>
                                                    <w:bottom w:val="none" w:sz="0" w:space="0" w:color="auto"/>
                                                    <w:right w:val="none" w:sz="0" w:space="0" w:color="auto"/>
                                                  </w:divBdr>
                                                  <w:divsChild>
                                                    <w:div w:id="1763915848">
                                                      <w:marLeft w:val="0"/>
                                                      <w:marRight w:val="0"/>
                                                      <w:marTop w:val="0"/>
                                                      <w:marBottom w:val="0"/>
                                                      <w:divBdr>
                                                        <w:top w:val="none" w:sz="0" w:space="0" w:color="auto"/>
                                                        <w:left w:val="none" w:sz="0" w:space="0" w:color="auto"/>
                                                        <w:bottom w:val="none" w:sz="0" w:space="0" w:color="auto"/>
                                                        <w:right w:val="none" w:sz="0" w:space="0" w:color="auto"/>
                                                      </w:divBdr>
                                                      <w:divsChild>
                                                        <w:div w:id="40600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447118">
          <w:marLeft w:val="0"/>
          <w:marRight w:val="0"/>
          <w:marTop w:val="0"/>
          <w:marBottom w:val="0"/>
          <w:divBdr>
            <w:top w:val="none" w:sz="0" w:space="0" w:color="auto"/>
            <w:left w:val="none" w:sz="0" w:space="0" w:color="auto"/>
            <w:bottom w:val="none" w:sz="0" w:space="0" w:color="auto"/>
            <w:right w:val="none" w:sz="0" w:space="0" w:color="auto"/>
          </w:divBdr>
          <w:divsChild>
            <w:div w:id="283318137">
              <w:marLeft w:val="0"/>
              <w:marRight w:val="0"/>
              <w:marTop w:val="0"/>
              <w:marBottom w:val="0"/>
              <w:divBdr>
                <w:top w:val="none" w:sz="0" w:space="0" w:color="auto"/>
                <w:left w:val="none" w:sz="0" w:space="0" w:color="auto"/>
                <w:bottom w:val="none" w:sz="0" w:space="0" w:color="auto"/>
                <w:right w:val="none" w:sz="0" w:space="0" w:color="auto"/>
              </w:divBdr>
              <w:divsChild>
                <w:div w:id="182242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576616">
      <w:bodyDiv w:val="1"/>
      <w:marLeft w:val="0"/>
      <w:marRight w:val="0"/>
      <w:marTop w:val="0"/>
      <w:marBottom w:val="0"/>
      <w:divBdr>
        <w:top w:val="none" w:sz="0" w:space="0" w:color="auto"/>
        <w:left w:val="none" w:sz="0" w:space="0" w:color="auto"/>
        <w:bottom w:val="none" w:sz="0" w:space="0" w:color="auto"/>
        <w:right w:val="none" w:sz="0" w:space="0" w:color="auto"/>
      </w:divBdr>
    </w:div>
    <w:div w:id="1078595760">
      <w:bodyDiv w:val="1"/>
      <w:marLeft w:val="0"/>
      <w:marRight w:val="0"/>
      <w:marTop w:val="0"/>
      <w:marBottom w:val="0"/>
      <w:divBdr>
        <w:top w:val="none" w:sz="0" w:space="0" w:color="auto"/>
        <w:left w:val="none" w:sz="0" w:space="0" w:color="auto"/>
        <w:bottom w:val="none" w:sz="0" w:space="0" w:color="auto"/>
        <w:right w:val="none" w:sz="0" w:space="0" w:color="auto"/>
      </w:divBdr>
    </w:div>
    <w:div w:id="1079015065">
      <w:bodyDiv w:val="1"/>
      <w:marLeft w:val="0"/>
      <w:marRight w:val="0"/>
      <w:marTop w:val="0"/>
      <w:marBottom w:val="0"/>
      <w:divBdr>
        <w:top w:val="none" w:sz="0" w:space="0" w:color="auto"/>
        <w:left w:val="none" w:sz="0" w:space="0" w:color="auto"/>
        <w:bottom w:val="none" w:sz="0" w:space="0" w:color="auto"/>
        <w:right w:val="none" w:sz="0" w:space="0" w:color="auto"/>
      </w:divBdr>
    </w:div>
    <w:div w:id="1155102854">
      <w:bodyDiv w:val="1"/>
      <w:marLeft w:val="0"/>
      <w:marRight w:val="0"/>
      <w:marTop w:val="0"/>
      <w:marBottom w:val="0"/>
      <w:divBdr>
        <w:top w:val="none" w:sz="0" w:space="0" w:color="auto"/>
        <w:left w:val="none" w:sz="0" w:space="0" w:color="auto"/>
        <w:bottom w:val="none" w:sz="0" w:space="0" w:color="auto"/>
        <w:right w:val="none" w:sz="0" w:space="0" w:color="auto"/>
      </w:divBdr>
    </w:div>
    <w:div w:id="1195191367">
      <w:bodyDiv w:val="1"/>
      <w:marLeft w:val="0"/>
      <w:marRight w:val="0"/>
      <w:marTop w:val="0"/>
      <w:marBottom w:val="0"/>
      <w:divBdr>
        <w:top w:val="none" w:sz="0" w:space="0" w:color="auto"/>
        <w:left w:val="none" w:sz="0" w:space="0" w:color="auto"/>
        <w:bottom w:val="none" w:sz="0" w:space="0" w:color="auto"/>
        <w:right w:val="none" w:sz="0" w:space="0" w:color="auto"/>
      </w:divBdr>
      <w:divsChild>
        <w:div w:id="174342271">
          <w:marLeft w:val="0"/>
          <w:marRight w:val="0"/>
          <w:marTop w:val="0"/>
          <w:marBottom w:val="0"/>
          <w:divBdr>
            <w:top w:val="none" w:sz="0" w:space="0" w:color="auto"/>
            <w:left w:val="none" w:sz="0" w:space="0" w:color="auto"/>
            <w:bottom w:val="none" w:sz="0" w:space="0" w:color="auto"/>
            <w:right w:val="none" w:sz="0" w:space="0" w:color="auto"/>
          </w:divBdr>
          <w:divsChild>
            <w:div w:id="1394347736">
              <w:marLeft w:val="0"/>
              <w:marRight w:val="0"/>
              <w:marTop w:val="0"/>
              <w:marBottom w:val="0"/>
              <w:divBdr>
                <w:top w:val="none" w:sz="0" w:space="0" w:color="auto"/>
                <w:left w:val="none" w:sz="0" w:space="0" w:color="auto"/>
                <w:bottom w:val="none" w:sz="0" w:space="0" w:color="auto"/>
                <w:right w:val="none" w:sz="0" w:space="0" w:color="auto"/>
              </w:divBdr>
              <w:divsChild>
                <w:div w:id="213468370">
                  <w:marLeft w:val="0"/>
                  <w:marRight w:val="0"/>
                  <w:marTop w:val="0"/>
                  <w:marBottom w:val="0"/>
                  <w:divBdr>
                    <w:top w:val="none" w:sz="0" w:space="0" w:color="auto"/>
                    <w:left w:val="none" w:sz="0" w:space="0" w:color="auto"/>
                    <w:bottom w:val="none" w:sz="0" w:space="0" w:color="auto"/>
                    <w:right w:val="none" w:sz="0" w:space="0" w:color="auto"/>
                  </w:divBdr>
                  <w:divsChild>
                    <w:div w:id="1941600622">
                      <w:marLeft w:val="0"/>
                      <w:marRight w:val="0"/>
                      <w:marTop w:val="0"/>
                      <w:marBottom w:val="0"/>
                      <w:divBdr>
                        <w:top w:val="none" w:sz="0" w:space="0" w:color="auto"/>
                        <w:left w:val="none" w:sz="0" w:space="0" w:color="auto"/>
                        <w:bottom w:val="none" w:sz="0" w:space="0" w:color="auto"/>
                        <w:right w:val="none" w:sz="0" w:space="0" w:color="auto"/>
                      </w:divBdr>
                      <w:divsChild>
                        <w:div w:id="1524586809">
                          <w:marLeft w:val="0"/>
                          <w:marRight w:val="0"/>
                          <w:marTop w:val="0"/>
                          <w:marBottom w:val="0"/>
                          <w:divBdr>
                            <w:top w:val="none" w:sz="0" w:space="0" w:color="auto"/>
                            <w:left w:val="none" w:sz="0" w:space="0" w:color="auto"/>
                            <w:bottom w:val="none" w:sz="0" w:space="0" w:color="auto"/>
                            <w:right w:val="none" w:sz="0" w:space="0" w:color="auto"/>
                          </w:divBdr>
                          <w:divsChild>
                            <w:div w:id="648366117">
                              <w:marLeft w:val="0"/>
                              <w:marRight w:val="0"/>
                              <w:marTop w:val="0"/>
                              <w:marBottom w:val="0"/>
                              <w:divBdr>
                                <w:top w:val="none" w:sz="0" w:space="0" w:color="auto"/>
                                <w:left w:val="none" w:sz="0" w:space="0" w:color="auto"/>
                                <w:bottom w:val="none" w:sz="0" w:space="0" w:color="auto"/>
                                <w:right w:val="none" w:sz="0" w:space="0" w:color="auto"/>
                              </w:divBdr>
                              <w:divsChild>
                                <w:div w:id="1538463963">
                                  <w:marLeft w:val="0"/>
                                  <w:marRight w:val="0"/>
                                  <w:marTop w:val="0"/>
                                  <w:marBottom w:val="0"/>
                                  <w:divBdr>
                                    <w:top w:val="none" w:sz="0" w:space="0" w:color="auto"/>
                                    <w:left w:val="none" w:sz="0" w:space="0" w:color="auto"/>
                                    <w:bottom w:val="none" w:sz="0" w:space="0" w:color="auto"/>
                                    <w:right w:val="none" w:sz="0" w:space="0" w:color="auto"/>
                                  </w:divBdr>
                                  <w:divsChild>
                                    <w:div w:id="87967504">
                                      <w:marLeft w:val="0"/>
                                      <w:marRight w:val="0"/>
                                      <w:marTop w:val="0"/>
                                      <w:marBottom w:val="0"/>
                                      <w:divBdr>
                                        <w:top w:val="none" w:sz="0" w:space="0" w:color="auto"/>
                                        <w:left w:val="none" w:sz="0" w:space="0" w:color="auto"/>
                                        <w:bottom w:val="none" w:sz="0" w:space="0" w:color="auto"/>
                                        <w:right w:val="none" w:sz="0" w:space="0" w:color="auto"/>
                                      </w:divBdr>
                                      <w:divsChild>
                                        <w:div w:id="625165417">
                                          <w:marLeft w:val="0"/>
                                          <w:marRight w:val="0"/>
                                          <w:marTop w:val="0"/>
                                          <w:marBottom w:val="0"/>
                                          <w:divBdr>
                                            <w:top w:val="none" w:sz="0" w:space="0" w:color="auto"/>
                                            <w:left w:val="none" w:sz="0" w:space="0" w:color="auto"/>
                                            <w:bottom w:val="none" w:sz="0" w:space="0" w:color="auto"/>
                                            <w:right w:val="none" w:sz="0" w:space="0" w:color="auto"/>
                                          </w:divBdr>
                                          <w:divsChild>
                                            <w:div w:id="1105882394">
                                              <w:marLeft w:val="0"/>
                                              <w:marRight w:val="0"/>
                                              <w:marTop w:val="0"/>
                                              <w:marBottom w:val="0"/>
                                              <w:divBdr>
                                                <w:top w:val="none" w:sz="0" w:space="0" w:color="auto"/>
                                                <w:left w:val="none" w:sz="0" w:space="0" w:color="auto"/>
                                                <w:bottom w:val="none" w:sz="0" w:space="0" w:color="auto"/>
                                                <w:right w:val="none" w:sz="0" w:space="0" w:color="auto"/>
                                              </w:divBdr>
                                              <w:divsChild>
                                                <w:div w:id="953753040">
                                                  <w:marLeft w:val="0"/>
                                                  <w:marRight w:val="0"/>
                                                  <w:marTop w:val="0"/>
                                                  <w:marBottom w:val="0"/>
                                                  <w:divBdr>
                                                    <w:top w:val="none" w:sz="0" w:space="0" w:color="auto"/>
                                                    <w:left w:val="none" w:sz="0" w:space="0" w:color="auto"/>
                                                    <w:bottom w:val="none" w:sz="0" w:space="0" w:color="auto"/>
                                                    <w:right w:val="none" w:sz="0" w:space="0" w:color="auto"/>
                                                  </w:divBdr>
                                                  <w:divsChild>
                                                    <w:div w:id="1713574267">
                                                      <w:marLeft w:val="0"/>
                                                      <w:marRight w:val="0"/>
                                                      <w:marTop w:val="0"/>
                                                      <w:marBottom w:val="0"/>
                                                      <w:divBdr>
                                                        <w:top w:val="none" w:sz="0" w:space="0" w:color="auto"/>
                                                        <w:left w:val="none" w:sz="0" w:space="0" w:color="auto"/>
                                                        <w:bottom w:val="none" w:sz="0" w:space="0" w:color="auto"/>
                                                        <w:right w:val="none" w:sz="0" w:space="0" w:color="auto"/>
                                                      </w:divBdr>
                                                      <w:divsChild>
                                                        <w:div w:id="33962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6792444">
          <w:marLeft w:val="0"/>
          <w:marRight w:val="0"/>
          <w:marTop w:val="0"/>
          <w:marBottom w:val="0"/>
          <w:divBdr>
            <w:top w:val="none" w:sz="0" w:space="0" w:color="auto"/>
            <w:left w:val="none" w:sz="0" w:space="0" w:color="auto"/>
            <w:bottom w:val="none" w:sz="0" w:space="0" w:color="auto"/>
            <w:right w:val="none" w:sz="0" w:space="0" w:color="auto"/>
          </w:divBdr>
          <w:divsChild>
            <w:div w:id="1681814068">
              <w:marLeft w:val="0"/>
              <w:marRight w:val="0"/>
              <w:marTop w:val="0"/>
              <w:marBottom w:val="0"/>
              <w:divBdr>
                <w:top w:val="none" w:sz="0" w:space="0" w:color="auto"/>
                <w:left w:val="none" w:sz="0" w:space="0" w:color="auto"/>
                <w:bottom w:val="none" w:sz="0" w:space="0" w:color="auto"/>
                <w:right w:val="none" w:sz="0" w:space="0" w:color="auto"/>
              </w:divBdr>
              <w:divsChild>
                <w:div w:id="176025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754052">
      <w:bodyDiv w:val="1"/>
      <w:marLeft w:val="0"/>
      <w:marRight w:val="0"/>
      <w:marTop w:val="0"/>
      <w:marBottom w:val="0"/>
      <w:divBdr>
        <w:top w:val="none" w:sz="0" w:space="0" w:color="auto"/>
        <w:left w:val="none" w:sz="0" w:space="0" w:color="auto"/>
        <w:bottom w:val="none" w:sz="0" w:space="0" w:color="auto"/>
        <w:right w:val="none" w:sz="0" w:space="0" w:color="auto"/>
      </w:divBdr>
      <w:divsChild>
        <w:div w:id="1591963182">
          <w:marLeft w:val="0"/>
          <w:marRight w:val="0"/>
          <w:marTop w:val="0"/>
          <w:marBottom w:val="0"/>
          <w:divBdr>
            <w:top w:val="none" w:sz="0" w:space="0" w:color="auto"/>
            <w:left w:val="none" w:sz="0" w:space="0" w:color="auto"/>
            <w:bottom w:val="none" w:sz="0" w:space="0" w:color="auto"/>
            <w:right w:val="none" w:sz="0" w:space="0" w:color="auto"/>
          </w:divBdr>
          <w:divsChild>
            <w:div w:id="779645562">
              <w:marLeft w:val="0"/>
              <w:marRight w:val="0"/>
              <w:marTop w:val="0"/>
              <w:marBottom w:val="0"/>
              <w:divBdr>
                <w:top w:val="none" w:sz="0" w:space="0" w:color="auto"/>
                <w:left w:val="none" w:sz="0" w:space="0" w:color="auto"/>
                <w:bottom w:val="none" w:sz="0" w:space="0" w:color="auto"/>
                <w:right w:val="none" w:sz="0" w:space="0" w:color="auto"/>
              </w:divBdr>
              <w:divsChild>
                <w:div w:id="57360983">
                  <w:marLeft w:val="0"/>
                  <w:marRight w:val="0"/>
                  <w:marTop w:val="0"/>
                  <w:marBottom w:val="0"/>
                  <w:divBdr>
                    <w:top w:val="none" w:sz="0" w:space="0" w:color="auto"/>
                    <w:left w:val="none" w:sz="0" w:space="0" w:color="auto"/>
                    <w:bottom w:val="none" w:sz="0" w:space="0" w:color="auto"/>
                    <w:right w:val="none" w:sz="0" w:space="0" w:color="auto"/>
                  </w:divBdr>
                  <w:divsChild>
                    <w:div w:id="967857515">
                      <w:marLeft w:val="0"/>
                      <w:marRight w:val="0"/>
                      <w:marTop w:val="0"/>
                      <w:marBottom w:val="0"/>
                      <w:divBdr>
                        <w:top w:val="none" w:sz="0" w:space="0" w:color="auto"/>
                        <w:left w:val="none" w:sz="0" w:space="0" w:color="auto"/>
                        <w:bottom w:val="none" w:sz="0" w:space="0" w:color="auto"/>
                        <w:right w:val="none" w:sz="0" w:space="0" w:color="auto"/>
                      </w:divBdr>
                      <w:divsChild>
                        <w:div w:id="998996158">
                          <w:marLeft w:val="0"/>
                          <w:marRight w:val="0"/>
                          <w:marTop w:val="0"/>
                          <w:marBottom w:val="0"/>
                          <w:divBdr>
                            <w:top w:val="none" w:sz="0" w:space="0" w:color="auto"/>
                            <w:left w:val="none" w:sz="0" w:space="0" w:color="auto"/>
                            <w:bottom w:val="none" w:sz="0" w:space="0" w:color="auto"/>
                            <w:right w:val="none" w:sz="0" w:space="0" w:color="auto"/>
                          </w:divBdr>
                          <w:divsChild>
                            <w:div w:id="819079873">
                              <w:marLeft w:val="0"/>
                              <w:marRight w:val="0"/>
                              <w:marTop w:val="0"/>
                              <w:marBottom w:val="0"/>
                              <w:divBdr>
                                <w:top w:val="none" w:sz="0" w:space="0" w:color="auto"/>
                                <w:left w:val="none" w:sz="0" w:space="0" w:color="auto"/>
                                <w:bottom w:val="none" w:sz="0" w:space="0" w:color="auto"/>
                                <w:right w:val="none" w:sz="0" w:space="0" w:color="auto"/>
                              </w:divBdr>
                              <w:divsChild>
                                <w:div w:id="1678457628">
                                  <w:marLeft w:val="0"/>
                                  <w:marRight w:val="0"/>
                                  <w:marTop w:val="0"/>
                                  <w:marBottom w:val="0"/>
                                  <w:divBdr>
                                    <w:top w:val="none" w:sz="0" w:space="0" w:color="auto"/>
                                    <w:left w:val="none" w:sz="0" w:space="0" w:color="auto"/>
                                    <w:bottom w:val="none" w:sz="0" w:space="0" w:color="auto"/>
                                    <w:right w:val="none" w:sz="0" w:space="0" w:color="auto"/>
                                  </w:divBdr>
                                  <w:divsChild>
                                    <w:div w:id="1174953566">
                                      <w:marLeft w:val="0"/>
                                      <w:marRight w:val="0"/>
                                      <w:marTop w:val="0"/>
                                      <w:marBottom w:val="0"/>
                                      <w:divBdr>
                                        <w:top w:val="none" w:sz="0" w:space="0" w:color="auto"/>
                                        <w:left w:val="none" w:sz="0" w:space="0" w:color="auto"/>
                                        <w:bottom w:val="none" w:sz="0" w:space="0" w:color="auto"/>
                                        <w:right w:val="none" w:sz="0" w:space="0" w:color="auto"/>
                                      </w:divBdr>
                                      <w:divsChild>
                                        <w:div w:id="93014917">
                                          <w:marLeft w:val="0"/>
                                          <w:marRight w:val="0"/>
                                          <w:marTop w:val="0"/>
                                          <w:marBottom w:val="0"/>
                                          <w:divBdr>
                                            <w:top w:val="none" w:sz="0" w:space="0" w:color="auto"/>
                                            <w:left w:val="none" w:sz="0" w:space="0" w:color="auto"/>
                                            <w:bottom w:val="none" w:sz="0" w:space="0" w:color="auto"/>
                                            <w:right w:val="none" w:sz="0" w:space="0" w:color="auto"/>
                                          </w:divBdr>
                                          <w:divsChild>
                                            <w:div w:id="1528256568">
                                              <w:marLeft w:val="0"/>
                                              <w:marRight w:val="0"/>
                                              <w:marTop w:val="0"/>
                                              <w:marBottom w:val="0"/>
                                              <w:divBdr>
                                                <w:top w:val="none" w:sz="0" w:space="0" w:color="auto"/>
                                                <w:left w:val="none" w:sz="0" w:space="0" w:color="auto"/>
                                                <w:bottom w:val="none" w:sz="0" w:space="0" w:color="auto"/>
                                                <w:right w:val="none" w:sz="0" w:space="0" w:color="auto"/>
                                              </w:divBdr>
                                              <w:divsChild>
                                                <w:div w:id="560481938">
                                                  <w:marLeft w:val="0"/>
                                                  <w:marRight w:val="0"/>
                                                  <w:marTop w:val="0"/>
                                                  <w:marBottom w:val="0"/>
                                                  <w:divBdr>
                                                    <w:top w:val="none" w:sz="0" w:space="0" w:color="auto"/>
                                                    <w:left w:val="none" w:sz="0" w:space="0" w:color="auto"/>
                                                    <w:bottom w:val="none" w:sz="0" w:space="0" w:color="auto"/>
                                                    <w:right w:val="none" w:sz="0" w:space="0" w:color="auto"/>
                                                  </w:divBdr>
                                                  <w:divsChild>
                                                    <w:div w:id="894506970">
                                                      <w:marLeft w:val="0"/>
                                                      <w:marRight w:val="0"/>
                                                      <w:marTop w:val="0"/>
                                                      <w:marBottom w:val="0"/>
                                                      <w:divBdr>
                                                        <w:top w:val="none" w:sz="0" w:space="0" w:color="auto"/>
                                                        <w:left w:val="none" w:sz="0" w:space="0" w:color="auto"/>
                                                        <w:bottom w:val="none" w:sz="0" w:space="0" w:color="auto"/>
                                                        <w:right w:val="none" w:sz="0" w:space="0" w:color="auto"/>
                                                      </w:divBdr>
                                                      <w:divsChild>
                                                        <w:div w:id="154359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6878099">
          <w:marLeft w:val="0"/>
          <w:marRight w:val="0"/>
          <w:marTop w:val="0"/>
          <w:marBottom w:val="0"/>
          <w:divBdr>
            <w:top w:val="none" w:sz="0" w:space="0" w:color="auto"/>
            <w:left w:val="none" w:sz="0" w:space="0" w:color="auto"/>
            <w:bottom w:val="none" w:sz="0" w:space="0" w:color="auto"/>
            <w:right w:val="none" w:sz="0" w:space="0" w:color="auto"/>
          </w:divBdr>
          <w:divsChild>
            <w:div w:id="790709885">
              <w:marLeft w:val="0"/>
              <w:marRight w:val="0"/>
              <w:marTop w:val="0"/>
              <w:marBottom w:val="0"/>
              <w:divBdr>
                <w:top w:val="none" w:sz="0" w:space="0" w:color="auto"/>
                <w:left w:val="none" w:sz="0" w:space="0" w:color="auto"/>
                <w:bottom w:val="none" w:sz="0" w:space="0" w:color="auto"/>
                <w:right w:val="none" w:sz="0" w:space="0" w:color="auto"/>
              </w:divBdr>
              <w:divsChild>
                <w:div w:id="17951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944240">
      <w:bodyDiv w:val="1"/>
      <w:marLeft w:val="0"/>
      <w:marRight w:val="0"/>
      <w:marTop w:val="0"/>
      <w:marBottom w:val="0"/>
      <w:divBdr>
        <w:top w:val="none" w:sz="0" w:space="0" w:color="auto"/>
        <w:left w:val="none" w:sz="0" w:space="0" w:color="auto"/>
        <w:bottom w:val="none" w:sz="0" w:space="0" w:color="auto"/>
        <w:right w:val="none" w:sz="0" w:space="0" w:color="auto"/>
      </w:divBdr>
      <w:divsChild>
        <w:div w:id="1800610342">
          <w:marLeft w:val="0"/>
          <w:marRight w:val="0"/>
          <w:marTop w:val="0"/>
          <w:marBottom w:val="0"/>
          <w:divBdr>
            <w:top w:val="none" w:sz="0" w:space="0" w:color="auto"/>
            <w:left w:val="none" w:sz="0" w:space="0" w:color="auto"/>
            <w:bottom w:val="none" w:sz="0" w:space="0" w:color="auto"/>
            <w:right w:val="none" w:sz="0" w:space="0" w:color="auto"/>
          </w:divBdr>
          <w:divsChild>
            <w:div w:id="1154300244">
              <w:marLeft w:val="0"/>
              <w:marRight w:val="0"/>
              <w:marTop w:val="0"/>
              <w:marBottom w:val="0"/>
              <w:divBdr>
                <w:top w:val="none" w:sz="0" w:space="0" w:color="auto"/>
                <w:left w:val="none" w:sz="0" w:space="0" w:color="auto"/>
                <w:bottom w:val="none" w:sz="0" w:space="0" w:color="auto"/>
                <w:right w:val="none" w:sz="0" w:space="0" w:color="auto"/>
              </w:divBdr>
              <w:divsChild>
                <w:div w:id="483394545">
                  <w:marLeft w:val="0"/>
                  <w:marRight w:val="0"/>
                  <w:marTop w:val="0"/>
                  <w:marBottom w:val="0"/>
                  <w:divBdr>
                    <w:top w:val="none" w:sz="0" w:space="0" w:color="auto"/>
                    <w:left w:val="none" w:sz="0" w:space="0" w:color="auto"/>
                    <w:bottom w:val="none" w:sz="0" w:space="0" w:color="auto"/>
                    <w:right w:val="none" w:sz="0" w:space="0" w:color="auto"/>
                  </w:divBdr>
                  <w:divsChild>
                    <w:div w:id="1961034209">
                      <w:marLeft w:val="0"/>
                      <w:marRight w:val="0"/>
                      <w:marTop w:val="0"/>
                      <w:marBottom w:val="0"/>
                      <w:divBdr>
                        <w:top w:val="none" w:sz="0" w:space="0" w:color="auto"/>
                        <w:left w:val="none" w:sz="0" w:space="0" w:color="auto"/>
                        <w:bottom w:val="none" w:sz="0" w:space="0" w:color="auto"/>
                        <w:right w:val="none" w:sz="0" w:space="0" w:color="auto"/>
                      </w:divBdr>
                      <w:divsChild>
                        <w:div w:id="1751853719">
                          <w:marLeft w:val="0"/>
                          <w:marRight w:val="0"/>
                          <w:marTop w:val="0"/>
                          <w:marBottom w:val="0"/>
                          <w:divBdr>
                            <w:top w:val="none" w:sz="0" w:space="0" w:color="auto"/>
                            <w:left w:val="none" w:sz="0" w:space="0" w:color="auto"/>
                            <w:bottom w:val="none" w:sz="0" w:space="0" w:color="auto"/>
                            <w:right w:val="none" w:sz="0" w:space="0" w:color="auto"/>
                          </w:divBdr>
                          <w:divsChild>
                            <w:div w:id="511533986">
                              <w:marLeft w:val="0"/>
                              <w:marRight w:val="0"/>
                              <w:marTop w:val="0"/>
                              <w:marBottom w:val="0"/>
                              <w:divBdr>
                                <w:top w:val="none" w:sz="0" w:space="0" w:color="auto"/>
                                <w:left w:val="none" w:sz="0" w:space="0" w:color="auto"/>
                                <w:bottom w:val="none" w:sz="0" w:space="0" w:color="auto"/>
                                <w:right w:val="none" w:sz="0" w:space="0" w:color="auto"/>
                              </w:divBdr>
                              <w:divsChild>
                                <w:div w:id="649947925">
                                  <w:marLeft w:val="0"/>
                                  <w:marRight w:val="0"/>
                                  <w:marTop w:val="0"/>
                                  <w:marBottom w:val="0"/>
                                  <w:divBdr>
                                    <w:top w:val="none" w:sz="0" w:space="0" w:color="auto"/>
                                    <w:left w:val="none" w:sz="0" w:space="0" w:color="auto"/>
                                    <w:bottom w:val="none" w:sz="0" w:space="0" w:color="auto"/>
                                    <w:right w:val="none" w:sz="0" w:space="0" w:color="auto"/>
                                  </w:divBdr>
                                  <w:divsChild>
                                    <w:div w:id="650990392">
                                      <w:marLeft w:val="0"/>
                                      <w:marRight w:val="0"/>
                                      <w:marTop w:val="0"/>
                                      <w:marBottom w:val="0"/>
                                      <w:divBdr>
                                        <w:top w:val="none" w:sz="0" w:space="0" w:color="auto"/>
                                        <w:left w:val="none" w:sz="0" w:space="0" w:color="auto"/>
                                        <w:bottom w:val="none" w:sz="0" w:space="0" w:color="auto"/>
                                        <w:right w:val="none" w:sz="0" w:space="0" w:color="auto"/>
                                      </w:divBdr>
                                      <w:divsChild>
                                        <w:div w:id="1062561410">
                                          <w:marLeft w:val="0"/>
                                          <w:marRight w:val="0"/>
                                          <w:marTop w:val="0"/>
                                          <w:marBottom w:val="0"/>
                                          <w:divBdr>
                                            <w:top w:val="none" w:sz="0" w:space="0" w:color="auto"/>
                                            <w:left w:val="none" w:sz="0" w:space="0" w:color="auto"/>
                                            <w:bottom w:val="none" w:sz="0" w:space="0" w:color="auto"/>
                                            <w:right w:val="none" w:sz="0" w:space="0" w:color="auto"/>
                                          </w:divBdr>
                                          <w:divsChild>
                                            <w:div w:id="194273572">
                                              <w:marLeft w:val="0"/>
                                              <w:marRight w:val="0"/>
                                              <w:marTop w:val="0"/>
                                              <w:marBottom w:val="0"/>
                                              <w:divBdr>
                                                <w:top w:val="none" w:sz="0" w:space="0" w:color="auto"/>
                                                <w:left w:val="none" w:sz="0" w:space="0" w:color="auto"/>
                                                <w:bottom w:val="none" w:sz="0" w:space="0" w:color="auto"/>
                                                <w:right w:val="none" w:sz="0" w:space="0" w:color="auto"/>
                                              </w:divBdr>
                                              <w:divsChild>
                                                <w:div w:id="1060402268">
                                                  <w:marLeft w:val="0"/>
                                                  <w:marRight w:val="0"/>
                                                  <w:marTop w:val="0"/>
                                                  <w:marBottom w:val="0"/>
                                                  <w:divBdr>
                                                    <w:top w:val="none" w:sz="0" w:space="0" w:color="auto"/>
                                                    <w:left w:val="none" w:sz="0" w:space="0" w:color="auto"/>
                                                    <w:bottom w:val="none" w:sz="0" w:space="0" w:color="auto"/>
                                                    <w:right w:val="none" w:sz="0" w:space="0" w:color="auto"/>
                                                  </w:divBdr>
                                                  <w:divsChild>
                                                    <w:div w:id="568463423">
                                                      <w:marLeft w:val="0"/>
                                                      <w:marRight w:val="0"/>
                                                      <w:marTop w:val="0"/>
                                                      <w:marBottom w:val="0"/>
                                                      <w:divBdr>
                                                        <w:top w:val="none" w:sz="0" w:space="0" w:color="auto"/>
                                                        <w:left w:val="none" w:sz="0" w:space="0" w:color="auto"/>
                                                        <w:bottom w:val="none" w:sz="0" w:space="0" w:color="auto"/>
                                                        <w:right w:val="none" w:sz="0" w:space="0" w:color="auto"/>
                                                      </w:divBdr>
                                                      <w:divsChild>
                                                        <w:div w:id="18383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4587573">
          <w:marLeft w:val="0"/>
          <w:marRight w:val="0"/>
          <w:marTop w:val="0"/>
          <w:marBottom w:val="0"/>
          <w:divBdr>
            <w:top w:val="none" w:sz="0" w:space="0" w:color="auto"/>
            <w:left w:val="none" w:sz="0" w:space="0" w:color="auto"/>
            <w:bottom w:val="none" w:sz="0" w:space="0" w:color="auto"/>
            <w:right w:val="none" w:sz="0" w:space="0" w:color="auto"/>
          </w:divBdr>
          <w:divsChild>
            <w:div w:id="2010713988">
              <w:marLeft w:val="0"/>
              <w:marRight w:val="0"/>
              <w:marTop w:val="0"/>
              <w:marBottom w:val="0"/>
              <w:divBdr>
                <w:top w:val="none" w:sz="0" w:space="0" w:color="auto"/>
                <w:left w:val="none" w:sz="0" w:space="0" w:color="auto"/>
                <w:bottom w:val="none" w:sz="0" w:space="0" w:color="auto"/>
                <w:right w:val="none" w:sz="0" w:space="0" w:color="auto"/>
              </w:divBdr>
              <w:divsChild>
                <w:div w:id="62516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613924">
      <w:bodyDiv w:val="1"/>
      <w:marLeft w:val="0"/>
      <w:marRight w:val="0"/>
      <w:marTop w:val="0"/>
      <w:marBottom w:val="0"/>
      <w:divBdr>
        <w:top w:val="none" w:sz="0" w:space="0" w:color="auto"/>
        <w:left w:val="none" w:sz="0" w:space="0" w:color="auto"/>
        <w:bottom w:val="none" w:sz="0" w:space="0" w:color="auto"/>
        <w:right w:val="none" w:sz="0" w:space="0" w:color="auto"/>
      </w:divBdr>
    </w:div>
    <w:div w:id="1291012514">
      <w:bodyDiv w:val="1"/>
      <w:marLeft w:val="0"/>
      <w:marRight w:val="0"/>
      <w:marTop w:val="0"/>
      <w:marBottom w:val="0"/>
      <w:divBdr>
        <w:top w:val="none" w:sz="0" w:space="0" w:color="auto"/>
        <w:left w:val="none" w:sz="0" w:space="0" w:color="auto"/>
        <w:bottom w:val="none" w:sz="0" w:space="0" w:color="auto"/>
        <w:right w:val="none" w:sz="0" w:space="0" w:color="auto"/>
      </w:divBdr>
      <w:divsChild>
        <w:div w:id="1679304749">
          <w:marLeft w:val="0"/>
          <w:marRight w:val="0"/>
          <w:marTop w:val="0"/>
          <w:marBottom w:val="0"/>
          <w:divBdr>
            <w:top w:val="none" w:sz="0" w:space="0" w:color="auto"/>
            <w:left w:val="none" w:sz="0" w:space="0" w:color="auto"/>
            <w:bottom w:val="none" w:sz="0" w:space="0" w:color="auto"/>
            <w:right w:val="none" w:sz="0" w:space="0" w:color="auto"/>
          </w:divBdr>
          <w:divsChild>
            <w:div w:id="1789085707">
              <w:marLeft w:val="0"/>
              <w:marRight w:val="0"/>
              <w:marTop w:val="0"/>
              <w:marBottom w:val="0"/>
              <w:divBdr>
                <w:top w:val="none" w:sz="0" w:space="0" w:color="auto"/>
                <w:left w:val="none" w:sz="0" w:space="0" w:color="auto"/>
                <w:bottom w:val="none" w:sz="0" w:space="0" w:color="auto"/>
                <w:right w:val="none" w:sz="0" w:space="0" w:color="auto"/>
              </w:divBdr>
              <w:divsChild>
                <w:div w:id="506016357">
                  <w:marLeft w:val="0"/>
                  <w:marRight w:val="0"/>
                  <w:marTop w:val="120"/>
                  <w:marBottom w:val="0"/>
                  <w:divBdr>
                    <w:top w:val="none" w:sz="0" w:space="0" w:color="auto"/>
                    <w:left w:val="none" w:sz="0" w:space="0" w:color="auto"/>
                    <w:bottom w:val="none" w:sz="0" w:space="0" w:color="auto"/>
                    <w:right w:val="none" w:sz="0" w:space="0" w:color="auto"/>
                  </w:divBdr>
                  <w:divsChild>
                    <w:div w:id="608774781">
                      <w:marLeft w:val="0"/>
                      <w:marRight w:val="0"/>
                      <w:marTop w:val="0"/>
                      <w:marBottom w:val="0"/>
                      <w:divBdr>
                        <w:top w:val="none" w:sz="0" w:space="0" w:color="auto"/>
                        <w:left w:val="none" w:sz="0" w:space="0" w:color="auto"/>
                        <w:bottom w:val="none" w:sz="0" w:space="0" w:color="auto"/>
                        <w:right w:val="none" w:sz="0" w:space="0" w:color="auto"/>
                      </w:divBdr>
                      <w:divsChild>
                        <w:div w:id="204409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384527">
      <w:bodyDiv w:val="1"/>
      <w:marLeft w:val="0"/>
      <w:marRight w:val="0"/>
      <w:marTop w:val="0"/>
      <w:marBottom w:val="0"/>
      <w:divBdr>
        <w:top w:val="none" w:sz="0" w:space="0" w:color="auto"/>
        <w:left w:val="none" w:sz="0" w:space="0" w:color="auto"/>
        <w:bottom w:val="none" w:sz="0" w:space="0" w:color="auto"/>
        <w:right w:val="none" w:sz="0" w:space="0" w:color="auto"/>
      </w:divBdr>
    </w:div>
    <w:div w:id="1331442867">
      <w:bodyDiv w:val="1"/>
      <w:marLeft w:val="0"/>
      <w:marRight w:val="0"/>
      <w:marTop w:val="0"/>
      <w:marBottom w:val="0"/>
      <w:divBdr>
        <w:top w:val="none" w:sz="0" w:space="0" w:color="auto"/>
        <w:left w:val="none" w:sz="0" w:space="0" w:color="auto"/>
        <w:bottom w:val="none" w:sz="0" w:space="0" w:color="auto"/>
        <w:right w:val="none" w:sz="0" w:space="0" w:color="auto"/>
      </w:divBdr>
    </w:div>
    <w:div w:id="1344630578">
      <w:bodyDiv w:val="1"/>
      <w:marLeft w:val="0"/>
      <w:marRight w:val="0"/>
      <w:marTop w:val="0"/>
      <w:marBottom w:val="0"/>
      <w:divBdr>
        <w:top w:val="none" w:sz="0" w:space="0" w:color="auto"/>
        <w:left w:val="none" w:sz="0" w:space="0" w:color="auto"/>
        <w:bottom w:val="none" w:sz="0" w:space="0" w:color="auto"/>
        <w:right w:val="none" w:sz="0" w:space="0" w:color="auto"/>
      </w:divBdr>
    </w:div>
    <w:div w:id="1346714614">
      <w:bodyDiv w:val="1"/>
      <w:marLeft w:val="0"/>
      <w:marRight w:val="0"/>
      <w:marTop w:val="0"/>
      <w:marBottom w:val="0"/>
      <w:divBdr>
        <w:top w:val="none" w:sz="0" w:space="0" w:color="auto"/>
        <w:left w:val="none" w:sz="0" w:space="0" w:color="auto"/>
        <w:bottom w:val="none" w:sz="0" w:space="0" w:color="auto"/>
        <w:right w:val="none" w:sz="0" w:space="0" w:color="auto"/>
      </w:divBdr>
      <w:divsChild>
        <w:div w:id="1437215033">
          <w:marLeft w:val="0"/>
          <w:marRight w:val="0"/>
          <w:marTop w:val="0"/>
          <w:marBottom w:val="0"/>
          <w:divBdr>
            <w:top w:val="none" w:sz="0" w:space="0" w:color="auto"/>
            <w:left w:val="none" w:sz="0" w:space="0" w:color="auto"/>
            <w:bottom w:val="none" w:sz="0" w:space="0" w:color="auto"/>
            <w:right w:val="none" w:sz="0" w:space="0" w:color="auto"/>
          </w:divBdr>
          <w:divsChild>
            <w:div w:id="1237400345">
              <w:marLeft w:val="0"/>
              <w:marRight w:val="0"/>
              <w:marTop w:val="0"/>
              <w:marBottom w:val="0"/>
              <w:divBdr>
                <w:top w:val="none" w:sz="0" w:space="0" w:color="auto"/>
                <w:left w:val="none" w:sz="0" w:space="0" w:color="auto"/>
                <w:bottom w:val="none" w:sz="0" w:space="0" w:color="auto"/>
                <w:right w:val="none" w:sz="0" w:space="0" w:color="auto"/>
              </w:divBdr>
              <w:divsChild>
                <w:div w:id="2032998203">
                  <w:marLeft w:val="0"/>
                  <w:marRight w:val="0"/>
                  <w:marTop w:val="0"/>
                  <w:marBottom w:val="0"/>
                  <w:divBdr>
                    <w:top w:val="none" w:sz="0" w:space="0" w:color="auto"/>
                    <w:left w:val="none" w:sz="0" w:space="0" w:color="auto"/>
                    <w:bottom w:val="none" w:sz="0" w:space="0" w:color="auto"/>
                    <w:right w:val="none" w:sz="0" w:space="0" w:color="auto"/>
                  </w:divBdr>
                  <w:divsChild>
                    <w:div w:id="179393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84971">
          <w:marLeft w:val="0"/>
          <w:marRight w:val="0"/>
          <w:marTop w:val="0"/>
          <w:marBottom w:val="0"/>
          <w:divBdr>
            <w:top w:val="none" w:sz="0" w:space="0" w:color="auto"/>
            <w:left w:val="none" w:sz="0" w:space="0" w:color="auto"/>
            <w:bottom w:val="none" w:sz="0" w:space="0" w:color="auto"/>
            <w:right w:val="none" w:sz="0" w:space="0" w:color="auto"/>
          </w:divBdr>
          <w:divsChild>
            <w:div w:id="1925915881">
              <w:marLeft w:val="0"/>
              <w:marRight w:val="0"/>
              <w:marTop w:val="0"/>
              <w:marBottom w:val="0"/>
              <w:divBdr>
                <w:top w:val="none" w:sz="0" w:space="0" w:color="auto"/>
                <w:left w:val="none" w:sz="0" w:space="0" w:color="auto"/>
                <w:bottom w:val="none" w:sz="0" w:space="0" w:color="auto"/>
                <w:right w:val="none" w:sz="0" w:space="0" w:color="auto"/>
              </w:divBdr>
              <w:divsChild>
                <w:div w:id="1098332881">
                  <w:marLeft w:val="0"/>
                  <w:marRight w:val="0"/>
                  <w:marTop w:val="0"/>
                  <w:marBottom w:val="0"/>
                  <w:divBdr>
                    <w:top w:val="none" w:sz="0" w:space="0" w:color="auto"/>
                    <w:left w:val="none" w:sz="0" w:space="0" w:color="auto"/>
                    <w:bottom w:val="none" w:sz="0" w:space="0" w:color="auto"/>
                    <w:right w:val="none" w:sz="0" w:space="0" w:color="auto"/>
                  </w:divBdr>
                  <w:divsChild>
                    <w:div w:id="204263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880881">
      <w:bodyDiv w:val="1"/>
      <w:marLeft w:val="0"/>
      <w:marRight w:val="0"/>
      <w:marTop w:val="0"/>
      <w:marBottom w:val="0"/>
      <w:divBdr>
        <w:top w:val="none" w:sz="0" w:space="0" w:color="auto"/>
        <w:left w:val="none" w:sz="0" w:space="0" w:color="auto"/>
        <w:bottom w:val="none" w:sz="0" w:space="0" w:color="auto"/>
        <w:right w:val="none" w:sz="0" w:space="0" w:color="auto"/>
      </w:divBdr>
    </w:div>
    <w:div w:id="1360550597">
      <w:bodyDiv w:val="1"/>
      <w:marLeft w:val="0"/>
      <w:marRight w:val="0"/>
      <w:marTop w:val="0"/>
      <w:marBottom w:val="0"/>
      <w:divBdr>
        <w:top w:val="none" w:sz="0" w:space="0" w:color="auto"/>
        <w:left w:val="none" w:sz="0" w:space="0" w:color="auto"/>
        <w:bottom w:val="none" w:sz="0" w:space="0" w:color="auto"/>
        <w:right w:val="none" w:sz="0" w:space="0" w:color="auto"/>
      </w:divBdr>
      <w:divsChild>
        <w:div w:id="1301303800">
          <w:marLeft w:val="0"/>
          <w:marRight w:val="0"/>
          <w:marTop w:val="0"/>
          <w:marBottom w:val="0"/>
          <w:divBdr>
            <w:top w:val="none" w:sz="0" w:space="0" w:color="auto"/>
            <w:left w:val="none" w:sz="0" w:space="0" w:color="auto"/>
            <w:bottom w:val="none" w:sz="0" w:space="0" w:color="auto"/>
            <w:right w:val="none" w:sz="0" w:space="0" w:color="auto"/>
          </w:divBdr>
          <w:divsChild>
            <w:div w:id="2023118586">
              <w:marLeft w:val="0"/>
              <w:marRight w:val="0"/>
              <w:marTop w:val="0"/>
              <w:marBottom w:val="0"/>
              <w:divBdr>
                <w:top w:val="none" w:sz="0" w:space="0" w:color="auto"/>
                <w:left w:val="none" w:sz="0" w:space="0" w:color="auto"/>
                <w:bottom w:val="none" w:sz="0" w:space="0" w:color="auto"/>
                <w:right w:val="none" w:sz="0" w:space="0" w:color="auto"/>
              </w:divBdr>
              <w:divsChild>
                <w:div w:id="293800907">
                  <w:marLeft w:val="0"/>
                  <w:marRight w:val="0"/>
                  <w:marTop w:val="0"/>
                  <w:marBottom w:val="0"/>
                  <w:divBdr>
                    <w:top w:val="none" w:sz="0" w:space="0" w:color="auto"/>
                    <w:left w:val="none" w:sz="0" w:space="0" w:color="auto"/>
                    <w:bottom w:val="none" w:sz="0" w:space="0" w:color="auto"/>
                    <w:right w:val="none" w:sz="0" w:space="0" w:color="auto"/>
                  </w:divBdr>
                  <w:divsChild>
                    <w:div w:id="1177891724">
                      <w:marLeft w:val="0"/>
                      <w:marRight w:val="0"/>
                      <w:marTop w:val="0"/>
                      <w:marBottom w:val="0"/>
                      <w:divBdr>
                        <w:top w:val="none" w:sz="0" w:space="0" w:color="auto"/>
                        <w:left w:val="none" w:sz="0" w:space="0" w:color="auto"/>
                        <w:bottom w:val="none" w:sz="0" w:space="0" w:color="auto"/>
                        <w:right w:val="none" w:sz="0" w:space="0" w:color="auto"/>
                      </w:divBdr>
                      <w:divsChild>
                        <w:div w:id="569075127">
                          <w:marLeft w:val="0"/>
                          <w:marRight w:val="0"/>
                          <w:marTop w:val="0"/>
                          <w:marBottom w:val="0"/>
                          <w:divBdr>
                            <w:top w:val="none" w:sz="0" w:space="0" w:color="auto"/>
                            <w:left w:val="none" w:sz="0" w:space="0" w:color="auto"/>
                            <w:bottom w:val="none" w:sz="0" w:space="0" w:color="auto"/>
                            <w:right w:val="none" w:sz="0" w:space="0" w:color="auto"/>
                          </w:divBdr>
                          <w:divsChild>
                            <w:div w:id="1489780938">
                              <w:marLeft w:val="0"/>
                              <w:marRight w:val="0"/>
                              <w:marTop w:val="0"/>
                              <w:marBottom w:val="0"/>
                              <w:divBdr>
                                <w:top w:val="none" w:sz="0" w:space="0" w:color="auto"/>
                                <w:left w:val="none" w:sz="0" w:space="0" w:color="auto"/>
                                <w:bottom w:val="none" w:sz="0" w:space="0" w:color="auto"/>
                                <w:right w:val="none" w:sz="0" w:space="0" w:color="auto"/>
                              </w:divBdr>
                              <w:divsChild>
                                <w:div w:id="648900201">
                                  <w:marLeft w:val="0"/>
                                  <w:marRight w:val="0"/>
                                  <w:marTop w:val="0"/>
                                  <w:marBottom w:val="0"/>
                                  <w:divBdr>
                                    <w:top w:val="none" w:sz="0" w:space="0" w:color="auto"/>
                                    <w:left w:val="none" w:sz="0" w:space="0" w:color="auto"/>
                                    <w:bottom w:val="none" w:sz="0" w:space="0" w:color="auto"/>
                                    <w:right w:val="none" w:sz="0" w:space="0" w:color="auto"/>
                                  </w:divBdr>
                                  <w:divsChild>
                                    <w:div w:id="857157746">
                                      <w:marLeft w:val="0"/>
                                      <w:marRight w:val="0"/>
                                      <w:marTop w:val="0"/>
                                      <w:marBottom w:val="0"/>
                                      <w:divBdr>
                                        <w:top w:val="none" w:sz="0" w:space="0" w:color="auto"/>
                                        <w:left w:val="none" w:sz="0" w:space="0" w:color="auto"/>
                                        <w:bottom w:val="none" w:sz="0" w:space="0" w:color="auto"/>
                                        <w:right w:val="none" w:sz="0" w:space="0" w:color="auto"/>
                                      </w:divBdr>
                                      <w:divsChild>
                                        <w:div w:id="785999350">
                                          <w:marLeft w:val="0"/>
                                          <w:marRight w:val="0"/>
                                          <w:marTop w:val="0"/>
                                          <w:marBottom w:val="0"/>
                                          <w:divBdr>
                                            <w:top w:val="none" w:sz="0" w:space="0" w:color="auto"/>
                                            <w:left w:val="none" w:sz="0" w:space="0" w:color="auto"/>
                                            <w:bottom w:val="none" w:sz="0" w:space="0" w:color="auto"/>
                                            <w:right w:val="none" w:sz="0" w:space="0" w:color="auto"/>
                                          </w:divBdr>
                                          <w:divsChild>
                                            <w:div w:id="6103437">
                                              <w:marLeft w:val="0"/>
                                              <w:marRight w:val="0"/>
                                              <w:marTop w:val="0"/>
                                              <w:marBottom w:val="0"/>
                                              <w:divBdr>
                                                <w:top w:val="none" w:sz="0" w:space="0" w:color="auto"/>
                                                <w:left w:val="none" w:sz="0" w:space="0" w:color="auto"/>
                                                <w:bottom w:val="none" w:sz="0" w:space="0" w:color="auto"/>
                                                <w:right w:val="none" w:sz="0" w:space="0" w:color="auto"/>
                                              </w:divBdr>
                                              <w:divsChild>
                                                <w:div w:id="650251578">
                                                  <w:marLeft w:val="0"/>
                                                  <w:marRight w:val="0"/>
                                                  <w:marTop w:val="0"/>
                                                  <w:marBottom w:val="0"/>
                                                  <w:divBdr>
                                                    <w:top w:val="none" w:sz="0" w:space="0" w:color="auto"/>
                                                    <w:left w:val="none" w:sz="0" w:space="0" w:color="auto"/>
                                                    <w:bottom w:val="none" w:sz="0" w:space="0" w:color="auto"/>
                                                    <w:right w:val="none" w:sz="0" w:space="0" w:color="auto"/>
                                                  </w:divBdr>
                                                  <w:divsChild>
                                                    <w:div w:id="1229345258">
                                                      <w:marLeft w:val="0"/>
                                                      <w:marRight w:val="0"/>
                                                      <w:marTop w:val="0"/>
                                                      <w:marBottom w:val="0"/>
                                                      <w:divBdr>
                                                        <w:top w:val="none" w:sz="0" w:space="0" w:color="auto"/>
                                                        <w:left w:val="none" w:sz="0" w:space="0" w:color="auto"/>
                                                        <w:bottom w:val="none" w:sz="0" w:space="0" w:color="auto"/>
                                                        <w:right w:val="none" w:sz="0" w:space="0" w:color="auto"/>
                                                      </w:divBdr>
                                                      <w:divsChild>
                                                        <w:div w:id="114742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962690">
          <w:marLeft w:val="0"/>
          <w:marRight w:val="0"/>
          <w:marTop w:val="0"/>
          <w:marBottom w:val="0"/>
          <w:divBdr>
            <w:top w:val="none" w:sz="0" w:space="0" w:color="auto"/>
            <w:left w:val="none" w:sz="0" w:space="0" w:color="auto"/>
            <w:bottom w:val="none" w:sz="0" w:space="0" w:color="auto"/>
            <w:right w:val="none" w:sz="0" w:space="0" w:color="auto"/>
          </w:divBdr>
          <w:divsChild>
            <w:div w:id="183980718">
              <w:marLeft w:val="0"/>
              <w:marRight w:val="0"/>
              <w:marTop w:val="0"/>
              <w:marBottom w:val="0"/>
              <w:divBdr>
                <w:top w:val="none" w:sz="0" w:space="0" w:color="auto"/>
                <w:left w:val="none" w:sz="0" w:space="0" w:color="auto"/>
                <w:bottom w:val="none" w:sz="0" w:space="0" w:color="auto"/>
                <w:right w:val="none" w:sz="0" w:space="0" w:color="auto"/>
              </w:divBdr>
              <w:divsChild>
                <w:div w:id="103704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858301">
      <w:bodyDiv w:val="1"/>
      <w:marLeft w:val="0"/>
      <w:marRight w:val="0"/>
      <w:marTop w:val="0"/>
      <w:marBottom w:val="0"/>
      <w:divBdr>
        <w:top w:val="none" w:sz="0" w:space="0" w:color="auto"/>
        <w:left w:val="none" w:sz="0" w:space="0" w:color="auto"/>
        <w:bottom w:val="none" w:sz="0" w:space="0" w:color="auto"/>
        <w:right w:val="none" w:sz="0" w:space="0" w:color="auto"/>
      </w:divBdr>
      <w:divsChild>
        <w:div w:id="1906181264">
          <w:marLeft w:val="0"/>
          <w:marRight w:val="0"/>
          <w:marTop w:val="0"/>
          <w:marBottom w:val="0"/>
          <w:divBdr>
            <w:top w:val="none" w:sz="0" w:space="0" w:color="auto"/>
            <w:left w:val="none" w:sz="0" w:space="0" w:color="auto"/>
            <w:bottom w:val="none" w:sz="0" w:space="0" w:color="auto"/>
            <w:right w:val="none" w:sz="0" w:space="0" w:color="auto"/>
          </w:divBdr>
          <w:divsChild>
            <w:div w:id="870649596">
              <w:marLeft w:val="0"/>
              <w:marRight w:val="0"/>
              <w:marTop w:val="0"/>
              <w:marBottom w:val="0"/>
              <w:divBdr>
                <w:top w:val="none" w:sz="0" w:space="0" w:color="auto"/>
                <w:left w:val="none" w:sz="0" w:space="0" w:color="auto"/>
                <w:bottom w:val="none" w:sz="0" w:space="0" w:color="auto"/>
                <w:right w:val="none" w:sz="0" w:space="0" w:color="auto"/>
              </w:divBdr>
              <w:divsChild>
                <w:div w:id="1232424446">
                  <w:marLeft w:val="0"/>
                  <w:marRight w:val="0"/>
                  <w:marTop w:val="0"/>
                  <w:marBottom w:val="0"/>
                  <w:divBdr>
                    <w:top w:val="none" w:sz="0" w:space="0" w:color="auto"/>
                    <w:left w:val="none" w:sz="0" w:space="0" w:color="auto"/>
                    <w:bottom w:val="none" w:sz="0" w:space="0" w:color="auto"/>
                    <w:right w:val="none" w:sz="0" w:space="0" w:color="auto"/>
                  </w:divBdr>
                  <w:divsChild>
                    <w:div w:id="1562207811">
                      <w:marLeft w:val="0"/>
                      <w:marRight w:val="0"/>
                      <w:marTop w:val="0"/>
                      <w:marBottom w:val="0"/>
                      <w:divBdr>
                        <w:top w:val="none" w:sz="0" w:space="0" w:color="auto"/>
                        <w:left w:val="none" w:sz="0" w:space="0" w:color="auto"/>
                        <w:bottom w:val="none" w:sz="0" w:space="0" w:color="auto"/>
                        <w:right w:val="none" w:sz="0" w:space="0" w:color="auto"/>
                      </w:divBdr>
                      <w:divsChild>
                        <w:div w:id="78408961">
                          <w:marLeft w:val="0"/>
                          <w:marRight w:val="0"/>
                          <w:marTop w:val="0"/>
                          <w:marBottom w:val="0"/>
                          <w:divBdr>
                            <w:top w:val="none" w:sz="0" w:space="0" w:color="auto"/>
                            <w:left w:val="none" w:sz="0" w:space="0" w:color="auto"/>
                            <w:bottom w:val="none" w:sz="0" w:space="0" w:color="auto"/>
                            <w:right w:val="none" w:sz="0" w:space="0" w:color="auto"/>
                          </w:divBdr>
                          <w:divsChild>
                            <w:div w:id="770659898">
                              <w:marLeft w:val="0"/>
                              <w:marRight w:val="0"/>
                              <w:marTop w:val="0"/>
                              <w:marBottom w:val="0"/>
                              <w:divBdr>
                                <w:top w:val="none" w:sz="0" w:space="0" w:color="auto"/>
                                <w:left w:val="none" w:sz="0" w:space="0" w:color="auto"/>
                                <w:bottom w:val="none" w:sz="0" w:space="0" w:color="auto"/>
                                <w:right w:val="none" w:sz="0" w:space="0" w:color="auto"/>
                              </w:divBdr>
                              <w:divsChild>
                                <w:div w:id="550265881">
                                  <w:marLeft w:val="0"/>
                                  <w:marRight w:val="0"/>
                                  <w:marTop w:val="0"/>
                                  <w:marBottom w:val="0"/>
                                  <w:divBdr>
                                    <w:top w:val="none" w:sz="0" w:space="0" w:color="auto"/>
                                    <w:left w:val="none" w:sz="0" w:space="0" w:color="auto"/>
                                    <w:bottom w:val="none" w:sz="0" w:space="0" w:color="auto"/>
                                    <w:right w:val="none" w:sz="0" w:space="0" w:color="auto"/>
                                  </w:divBdr>
                                  <w:divsChild>
                                    <w:div w:id="1573395572">
                                      <w:marLeft w:val="0"/>
                                      <w:marRight w:val="0"/>
                                      <w:marTop w:val="0"/>
                                      <w:marBottom w:val="0"/>
                                      <w:divBdr>
                                        <w:top w:val="none" w:sz="0" w:space="0" w:color="auto"/>
                                        <w:left w:val="none" w:sz="0" w:space="0" w:color="auto"/>
                                        <w:bottom w:val="none" w:sz="0" w:space="0" w:color="auto"/>
                                        <w:right w:val="none" w:sz="0" w:space="0" w:color="auto"/>
                                      </w:divBdr>
                                      <w:divsChild>
                                        <w:div w:id="287201752">
                                          <w:marLeft w:val="0"/>
                                          <w:marRight w:val="0"/>
                                          <w:marTop w:val="0"/>
                                          <w:marBottom w:val="0"/>
                                          <w:divBdr>
                                            <w:top w:val="none" w:sz="0" w:space="0" w:color="auto"/>
                                            <w:left w:val="none" w:sz="0" w:space="0" w:color="auto"/>
                                            <w:bottom w:val="none" w:sz="0" w:space="0" w:color="auto"/>
                                            <w:right w:val="none" w:sz="0" w:space="0" w:color="auto"/>
                                          </w:divBdr>
                                          <w:divsChild>
                                            <w:div w:id="529415369">
                                              <w:marLeft w:val="0"/>
                                              <w:marRight w:val="0"/>
                                              <w:marTop w:val="0"/>
                                              <w:marBottom w:val="0"/>
                                              <w:divBdr>
                                                <w:top w:val="none" w:sz="0" w:space="0" w:color="auto"/>
                                                <w:left w:val="none" w:sz="0" w:space="0" w:color="auto"/>
                                                <w:bottom w:val="none" w:sz="0" w:space="0" w:color="auto"/>
                                                <w:right w:val="none" w:sz="0" w:space="0" w:color="auto"/>
                                              </w:divBdr>
                                              <w:divsChild>
                                                <w:div w:id="1466968765">
                                                  <w:marLeft w:val="0"/>
                                                  <w:marRight w:val="0"/>
                                                  <w:marTop w:val="0"/>
                                                  <w:marBottom w:val="0"/>
                                                  <w:divBdr>
                                                    <w:top w:val="none" w:sz="0" w:space="0" w:color="auto"/>
                                                    <w:left w:val="none" w:sz="0" w:space="0" w:color="auto"/>
                                                    <w:bottom w:val="none" w:sz="0" w:space="0" w:color="auto"/>
                                                    <w:right w:val="none" w:sz="0" w:space="0" w:color="auto"/>
                                                  </w:divBdr>
                                                  <w:divsChild>
                                                    <w:div w:id="1782454643">
                                                      <w:marLeft w:val="0"/>
                                                      <w:marRight w:val="0"/>
                                                      <w:marTop w:val="0"/>
                                                      <w:marBottom w:val="0"/>
                                                      <w:divBdr>
                                                        <w:top w:val="none" w:sz="0" w:space="0" w:color="auto"/>
                                                        <w:left w:val="none" w:sz="0" w:space="0" w:color="auto"/>
                                                        <w:bottom w:val="none" w:sz="0" w:space="0" w:color="auto"/>
                                                        <w:right w:val="none" w:sz="0" w:space="0" w:color="auto"/>
                                                      </w:divBdr>
                                                      <w:divsChild>
                                                        <w:div w:id="85558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2295283">
          <w:marLeft w:val="0"/>
          <w:marRight w:val="0"/>
          <w:marTop w:val="0"/>
          <w:marBottom w:val="0"/>
          <w:divBdr>
            <w:top w:val="none" w:sz="0" w:space="0" w:color="auto"/>
            <w:left w:val="none" w:sz="0" w:space="0" w:color="auto"/>
            <w:bottom w:val="none" w:sz="0" w:space="0" w:color="auto"/>
            <w:right w:val="none" w:sz="0" w:space="0" w:color="auto"/>
          </w:divBdr>
          <w:divsChild>
            <w:div w:id="291639853">
              <w:marLeft w:val="0"/>
              <w:marRight w:val="0"/>
              <w:marTop w:val="0"/>
              <w:marBottom w:val="0"/>
              <w:divBdr>
                <w:top w:val="none" w:sz="0" w:space="0" w:color="auto"/>
                <w:left w:val="none" w:sz="0" w:space="0" w:color="auto"/>
                <w:bottom w:val="none" w:sz="0" w:space="0" w:color="auto"/>
                <w:right w:val="none" w:sz="0" w:space="0" w:color="auto"/>
              </w:divBdr>
              <w:divsChild>
                <w:div w:id="30543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336165">
      <w:bodyDiv w:val="1"/>
      <w:marLeft w:val="0"/>
      <w:marRight w:val="0"/>
      <w:marTop w:val="0"/>
      <w:marBottom w:val="0"/>
      <w:divBdr>
        <w:top w:val="none" w:sz="0" w:space="0" w:color="auto"/>
        <w:left w:val="none" w:sz="0" w:space="0" w:color="auto"/>
        <w:bottom w:val="none" w:sz="0" w:space="0" w:color="auto"/>
        <w:right w:val="none" w:sz="0" w:space="0" w:color="auto"/>
      </w:divBdr>
      <w:divsChild>
        <w:div w:id="201867764">
          <w:marLeft w:val="0"/>
          <w:marRight w:val="0"/>
          <w:marTop w:val="0"/>
          <w:marBottom w:val="0"/>
          <w:divBdr>
            <w:top w:val="none" w:sz="0" w:space="0" w:color="auto"/>
            <w:left w:val="none" w:sz="0" w:space="0" w:color="auto"/>
            <w:bottom w:val="none" w:sz="0" w:space="0" w:color="auto"/>
            <w:right w:val="none" w:sz="0" w:space="0" w:color="auto"/>
          </w:divBdr>
          <w:divsChild>
            <w:div w:id="1864704279">
              <w:marLeft w:val="0"/>
              <w:marRight w:val="0"/>
              <w:marTop w:val="0"/>
              <w:marBottom w:val="0"/>
              <w:divBdr>
                <w:top w:val="none" w:sz="0" w:space="0" w:color="auto"/>
                <w:left w:val="none" w:sz="0" w:space="0" w:color="auto"/>
                <w:bottom w:val="none" w:sz="0" w:space="0" w:color="auto"/>
                <w:right w:val="none" w:sz="0" w:space="0" w:color="auto"/>
              </w:divBdr>
              <w:divsChild>
                <w:div w:id="189341764">
                  <w:marLeft w:val="0"/>
                  <w:marRight w:val="0"/>
                  <w:marTop w:val="0"/>
                  <w:marBottom w:val="0"/>
                  <w:divBdr>
                    <w:top w:val="none" w:sz="0" w:space="0" w:color="auto"/>
                    <w:left w:val="none" w:sz="0" w:space="0" w:color="auto"/>
                    <w:bottom w:val="none" w:sz="0" w:space="0" w:color="auto"/>
                    <w:right w:val="none" w:sz="0" w:space="0" w:color="auto"/>
                  </w:divBdr>
                  <w:divsChild>
                    <w:div w:id="407700947">
                      <w:marLeft w:val="0"/>
                      <w:marRight w:val="0"/>
                      <w:marTop w:val="0"/>
                      <w:marBottom w:val="0"/>
                      <w:divBdr>
                        <w:top w:val="none" w:sz="0" w:space="0" w:color="auto"/>
                        <w:left w:val="none" w:sz="0" w:space="0" w:color="auto"/>
                        <w:bottom w:val="none" w:sz="0" w:space="0" w:color="auto"/>
                        <w:right w:val="none" w:sz="0" w:space="0" w:color="auto"/>
                      </w:divBdr>
                      <w:divsChild>
                        <w:div w:id="1604723582">
                          <w:marLeft w:val="0"/>
                          <w:marRight w:val="0"/>
                          <w:marTop w:val="0"/>
                          <w:marBottom w:val="0"/>
                          <w:divBdr>
                            <w:top w:val="none" w:sz="0" w:space="0" w:color="auto"/>
                            <w:left w:val="none" w:sz="0" w:space="0" w:color="auto"/>
                            <w:bottom w:val="none" w:sz="0" w:space="0" w:color="auto"/>
                            <w:right w:val="none" w:sz="0" w:space="0" w:color="auto"/>
                          </w:divBdr>
                          <w:divsChild>
                            <w:div w:id="817115806">
                              <w:marLeft w:val="0"/>
                              <w:marRight w:val="0"/>
                              <w:marTop w:val="0"/>
                              <w:marBottom w:val="0"/>
                              <w:divBdr>
                                <w:top w:val="none" w:sz="0" w:space="0" w:color="auto"/>
                                <w:left w:val="none" w:sz="0" w:space="0" w:color="auto"/>
                                <w:bottom w:val="none" w:sz="0" w:space="0" w:color="auto"/>
                                <w:right w:val="none" w:sz="0" w:space="0" w:color="auto"/>
                              </w:divBdr>
                              <w:divsChild>
                                <w:div w:id="1264413441">
                                  <w:marLeft w:val="0"/>
                                  <w:marRight w:val="0"/>
                                  <w:marTop w:val="0"/>
                                  <w:marBottom w:val="0"/>
                                  <w:divBdr>
                                    <w:top w:val="none" w:sz="0" w:space="0" w:color="auto"/>
                                    <w:left w:val="none" w:sz="0" w:space="0" w:color="auto"/>
                                    <w:bottom w:val="none" w:sz="0" w:space="0" w:color="auto"/>
                                    <w:right w:val="none" w:sz="0" w:space="0" w:color="auto"/>
                                  </w:divBdr>
                                  <w:divsChild>
                                    <w:div w:id="984969553">
                                      <w:marLeft w:val="0"/>
                                      <w:marRight w:val="0"/>
                                      <w:marTop w:val="0"/>
                                      <w:marBottom w:val="0"/>
                                      <w:divBdr>
                                        <w:top w:val="none" w:sz="0" w:space="0" w:color="auto"/>
                                        <w:left w:val="none" w:sz="0" w:space="0" w:color="auto"/>
                                        <w:bottom w:val="none" w:sz="0" w:space="0" w:color="auto"/>
                                        <w:right w:val="none" w:sz="0" w:space="0" w:color="auto"/>
                                      </w:divBdr>
                                      <w:divsChild>
                                        <w:div w:id="1872567760">
                                          <w:marLeft w:val="0"/>
                                          <w:marRight w:val="0"/>
                                          <w:marTop w:val="0"/>
                                          <w:marBottom w:val="0"/>
                                          <w:divBdr>
                                            <w:top w:val="none" w:sz="0" w:space="0" w:color="auto"/>
                                            <w:left w:val="none" w:sz="0" w:space="0" w:color="auto"/>
                                            <w:bottom w:val="none" w:sz="0" w:space="0" w:color="auto"/>
                                            <w:right w:val="none" w:sz="0" w:space="0" w:color="auto"/>
                                          </w:divBdr>
                                          <w:divsChild>
                                            <w:div w:id="674117448">
                                              <w:marLeft w:val="0"/>
                                              <w:marRight w:val="0"/>
                                              <w:marTop w:val="0"/>
                                              <w:marBottom w:val="0"/>
                                              <w:divBdr>
                                                <w:top w:val="none" w:sz="0" w:space="0" w:color="auto"/>
                                                <w:left w:val="none" w:sz="0" w:space="0" w:color="auto"/>
                                                <w:bottom w:val="none" w:sz="0" w:space="0" w:color="auto"/>
                                                <w:right w:val="none" w:sz="0" w:space="0" w:color="auto"/>
                                              </w:divBdr>
                                              <w:divsChild>
                                                <w:div w:id="810365199">
                                                  <w:marLeft w:val="0"/>
                                                  <w:marRight w:val="0"/>
                                                  <w:marTop w:val="0"/>
                                                  <w:marBottom w:val="0"/>
                                                  <w:divBdr>
                                                    <w:top w:val="none" w:sz="0" w:space="0" w:color="auto"/>
                                                    <w:left w:val="none" w:sz="0" w:space="0" w:color="auto"/>
                                                    <w:bottom w:val="none" w:sz="0" w:space="0" w:color="auto"/>
                                                    <w:right w:val="none" w:sz="0" w:space="0" w:color="auto"/>
                                                  </w:divBdr>
                                                  <w:divsChild>
                                                    <w:div w:id="1027565880">
                                                      <w:marLeft w:val="0"/>
                                                      <w:marRight w:val="0"/>
                                                      <w:marTop w:val="0"/>
                                                      <w:marBottom w:val="0"/>
                                                      <w:divBdr>
                                                        <w:top w:val="none" w:sz="0" w:space="0" w:color="auto"/>
                                                        <w:left w:val="none" w:sz="0" w:space="0" w:color="auto"/>
                                                        <w:bottom w:val="none" w:sz="0" w:space="0" w:color="auto"/>
                                                        <w:right w:val="none" w:sz="0" w:space="0" w:color="auto"/>
                                                      </w:divBdr>
                                                      <w:divsChild>
                                                        <w:div w:id="30416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3778971">
          <w:marLeft w:val="0"/>
          <w:marRight w:val="0"/>
          <w:marTop w:val="0"/>
          <w:marBottom w:val="0"/>
          <w:divBdr>
            <w:top w:val="none" w:sz="0" w:space="0" w:color="auto"/>
            <w:left w:val="none" w:sz="0" w:space="0" w:color="auto"/>
            <w:bottom w:val="none" w:sz="0" w:space="0" w:color="auto"/>
            <w:right w:val="none" w:sz="0" w:space="0" w:color="auto"/>
          </w:divBdr>
          <w:divsChild>
            <w:div w:id="1335841847">
              <w:marLeft w:val="0"/>
              <w:marRight w:val="0"/>
              <w:marTop w:val="0"/>
              <w:marBottom w:val="0"/>
              <w:divBdr>
                <w:top w:val="none" w:sz="0" w:space="0" w:color="auto"/>
                <w:left w:val="none" w:sz="0" w:space="0" w:color="auto"/>
                <w:bottom w:val="none" w:sz="0" w:space="0" w:color="auto"/>
                <w:right w:val="none" w:sz="0" w:space="0" w:color="auto"/>
              </w:divBdr>
              <w:divsChild>
                <w:div w:id="9101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381141">
      <w:bodyDiv w:val="1"/>
      <w:marLeft w:val="0"/>
      <w:marRight w:val="0"/>
      <w:marTop w:val="0"/>
      <w:marBottom w:val="0"/>
      <w:divBdr>
        <w:top w:val="none" w:sz="0" w:space="0" w:color="auto"/>
        <w:left w:val="none" w:sz="0" w:space="0" w:color="auto"/>
        <w:bottom w:val="none" w:sz="0" w:space="0" w:color="auto"/>
        <w:right w:val="none" w:sz="0" w:space="0" w:color="auto"/>
      </w:divBdr>
    </w:div>
    <w:div w:id="1431975287">
      <w:bodyDiv w:val="1"/>
      <w:marLeft w:val="0"/>
      <w:marRight w:val="0"/>
      <w:marTop w:val="0"/>
      <w:marBottom w:val="0"/>
      <w:divBdr>
        <w:top w:val="none" w:sz="0" w:space="0" w:color="auto"/>
        <w:left w:val="none" w:sz="0" w:space="0" w:color="auto"/>
        <w:bottom w:val="none" w:sz="0" w:space="0" w:color="auto"/>
        <w:right w:val="none" w:sz="0" w:space="0" w:color="auto"/>
      </w:divBdr>
      <w:divsChild>
        <w:div w:id="1211645756">
          <w:marLeft w:val="0"/>
          <w:marRight w:val="0"/>
          <w:marTop w:val="0"/>
          <w:marBottom w:val="0"/>
          <w:divBdr>
            <w:top w:val="none" w:sz="0" w:space="0" w:color="auto"/>
            <w:left w:val="none" w:sz="0" w:space="0" w:color="auto"/>
            <w:bottom w:val="none" w:sz="0" w:space="0" w:color="auto"/>
            <w:right w:val="none" w:sz="0" w:space="0" w:color="auto"/>
          </w:divBdr>
          <w:divsChild>
            <w:div w:id="334965531">
              <w:marLeft w:val="0"/>
              <w:marRight w:val="0"/>
              <w:marTop w:val="0"/>
              <w:marBottom w:val="0"/>
              <w:divBdr>
                <w:top w:val="none" w:sz="0" w:space="0" w:color="auto"/>
                <w:left w:val="none" w:sz="0" w:space="0" w:color="auto"/>
                <w:bottom w:val="none" w:sz="0" w:space="0" w:color="auto"/>
                <w:right w:val="none" w:sz="0" w:space="0" w:color="auto"/>
              </w:divBdr>
              <w:divsChild>
                <w:div w:id="1478261756">
                  <w:marLeft w:val="0"/>
                  <w:marRight w:val="0"/>
                  <w:marTop w:val="0"/>
                  <w:marBottom w:val="0"/>
                  <w:divBdr>
                    <w:top w:val="none" w:sz="0" w:space="0" w:color="auto"/>
                    <w:left w:val="none" w:sz="0" w:space="0" w:color="auto"/>
                    <w:bottom w:val="none" w:sz="0" w:space="0" w:color="auto"/>
                    <w:right w:val="none" w:sz="0" w:space="0" w:color="auto"/>
                  </w:divBdr>
                  <w:divsChild>
                    <w:div w:id="639000428">
                      <w:marLeft w:val="0"/>
                      <w:marRight w:val="0"/>
                      <w:marTop w:val="0"/>
                      <w:marBottom w:val="0"/>
                      <w:divBdr>
                        <w:top w:val="none" w:sz="0" w:space="0" w:color="auto"/>
                        <w:left w:val="none" w:sz="0" w:space="0" w:color="auto"/>
                        <w:bottom w:val="none" w:sz="0" w:space="0" w:color="auto"/>
                        <w:right w:val="none" w:sz="0" w:space="0" w:color="auto"/>
                      </w:divBdr>
                      <w:divsChild>
                        <w:div w:id="2033144719">
                          <w:marLeft w:val="0"/>
                          <w:marRight w:val="0"/>
                          <w:marTop w:val="0"/>
                          <w:marBottom w:val="0"/>
                          <w:divBdr>
                            <w:top w:val="none" w:sz="0" w:space="0" w:color="auto"/>
                            <w:left w:val="none" w:sz="0" w:space="0" w:color="auto"/>
                            <w:bottom w:val="none" w:sz="0" w:space="0" w:color="auto"/>
                            <w:right w:val="none" w:sz="0" w:space="0" w:color="auto"/>
                          </w:divBdr>
                          <w:divsChild>
                            <w:div w:id="291904073">
                              <w:marLeft w:val="0"/>
                              <w:marRight w:val="0"/>
                              <w:marTop w:val="0"/>
                              <w:marBottom w:val="0"/>
                              <w:divBdr>
                                <w:top w:val="none" w:sz="0" w:space="0" w:color="auto"/>
                                <w:left w:val="none" w:sz="0" w:space="0" w:color="auto"/>
                                <w:bottom w:val="none" w:sz="0" w:space="0" w:color="auto"/>
                                <w:right w:val="none" w:sz="0" w:space="0" w:color="auto"/>
                              </w:divBdr>
                              <w:divsChild>
                                <w:div w:id="357395267">
                                  <w:marLeft w:val="0"/>
                                  <w:marRight w:val="0"/>
                                  <w:marTop w:val="0"/>
                                  <w:marBottom w:val="0"/>
                                  <w:divBdr>
                                    <w:top w:val="none" w:sz="0" w:space="0" w:color="auto"/>
                                    <w:left w:val="none" w:sz="0" w:space="0" w:color="auto"/>
                                    <w:bottom w:val="none" w:sz="0" w:space="0" w:color="auto"/>
                                    <w:right w:val="none" w:sz="0" w:space="0" w:color="auto"/>
                                  </w:divBdr>
                                  <w:divsChild>
                                    <w:div w:id="2122533450">
                                      <w:marLeft w:val="0"/>
                                      <w:marRight w:val="0"/>
                                      <w:marTop w:val="0"/>
                                      <w:marBottom w:val="0"/>
                                      <w:divBdr>
                                        <w:top w:val="none" w:sz="0" w:space="0" w:color="auto"/>
                                        <w:left w:val="none" w:sz="0" w:space="0" w:color="auto"/>
                                        <w:bottom w:val="none" w:sz="0" w:space="0" w:color="auto"/>
                                        <w:right w:val="none" w:sz="0" w:space="0" w:color="auto"/>
                                      </w:divBdr>
                                      <w:divsChild>
                                        <w:div w:id="1955014038">
                                          <w:marLeft w:val="0"/>
                                          <w:marRight w:val="0"/>
                                          <w:marTop w:val="0"/>
                                          <w:marBottom w:val="0"/>
                                          <w:divBdr>
                                            <w:top w:val="none" w:sz="0" w:space="0" w:color="auto"/>
                                            <w:left w:val="none" w:sz="0" w:space="0" w:color="auto"/>
                                            <w:bottom w:val="none" w:sz="0" w:space="0" w:color="auto"/>
                                            <w:right w:val="none" w:sz="0" w:space="0" w:color="auto"/>
                                          </w:divBdr>
                                          <w:divsChild>
                                            <w:div w:id="1421100163">
                                              <w:marLeft w:val="0"/>
                                              <w:marRight w:val="0"/>
                                              <w:marTop w:val="0"/>
                                              <w:marBottom w:val="0"/>
                                              <w:divBdr>
                                                <w:top w:val="none" w:sz="0" w:space="0" w:color="auto"/>
                                                <w:left w:val="none" w:sz="0" w:space="0" w:color="auto"/>
                                                <w:bottom w:val="none" w:sz="0" w:space="0" w:color="auto"/>
                                                <w:right w:val="none" w:sz="0" w:space="0" w:color="auto"/>
                                              </w:divBdr>
                                              <w:divsChild>
                                                <w:div w:id="1884635036">
                                                  <w:marLeft w:val="0"/>
                                                  <w:marRight w:val="0"/>
                                                  <w:marTop w:val="0"/>
                                                  <w:marBottom w:val="0"/>
                                                  <w:divBdr>
                                                    <w:top w:val="none" w:sz="0" w:space="0" w:color="auto"/>
                                                    <w:left w:val="none" w:sz="0" w:space="0" w:color="auto"/>
                                                    <w:bottom w:val="none" w:sz="0" w:space="0" w:color="auto"/>
                                                    <w:right w:val="none" w:sz="0" w:space="0" w:color="auto"/>
                                                  </w:divBdr>
                                                  <w:divsChild>
                                                    <w:div w:id="1892106684">
                                                      <w:marLeft w:val="0"/>
                                                      <w:marRight w:val="0"/>
                                                      <w:marTop w:val="0"/>
                                                      <w:marBottom w:val="0"/>
                                                      <w:divBdr>
                                                        <w:top w:val="none" w:sz="0" w:space="0" w:color="auto"/>
                                                        <w:left w:val="none" w:sz="0" w:space="0" w:color="auto"/>
                                                        <w:bottom w:val="none" w:sz="0" w:space="0" w:color="auto"/>
                                                        <w:right w:val="none" w:sz="0" w:space="0" w:color="auto"/>
                                                      </w:divBdr>
                                                      <w:divsChild>
                                                        <w:div w:id="190151975">
                                                          <w:marLeft w:val="0"/>
                                                          <w:marRight w:val="0"/>
                                                          <w:marTop w:val="0"/>
                                                          <w:marBottom w:val="0"/>
                                                          <w:divBdr>
                                                            <w:top w:val="none" w:sz="0" w:space="0" w:color="auto"/>
                                                            <w:left w:val="none" w:sz="0" w:space="0" w:color="auto"/>
                                                            <w:bottom w:val="none" w:sz="0" w:space="0" w:color="auto"/>
                                                            <w:right w:val="none" w:sz="0" w:space="0" w:color="auto"/>
                                                          </w:divBdr>
                                                          <w:divsChild>
                                                            <w:div w:id="191103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546690">
                                                  <w:marLeft w:val="0"/>
                                                  <w:marRight w:val="0"/>
                                                  <w:marTop w:val="0"/>
                                                  <w:marBottom w:val="0"/>
                                                  <w:divBdr>
                                                    <w:top w:val="none" w:sz="0" w:space="0" w:color="auto"/>
                                                    <w:left w:val="none" w:sz="0" w:space="0" w:color="auto"/>
                                                    <w:bottom w:val="none" w:sz="0" w:space="0" w:color="auto"/>
                                                    <w:right w:val="none" w:sz="0" w:space="0" w:color="auto"/>
                                                  </w:divBdr>
                                                  <w:divsChild>
                                                    <w:div w:id="1910724913">
                                                      <w:marLeft w:val="0"/>
                                                      <w:marRight w:val="0"/>
                                                      <w:marTop w:val="0"/>
                                                      <w:marBottom w:val="0"/>
                                                      <w:divBdr>
                                                        <w:top w:val="none" w:sz="0" w:space="0" w:color="auto"/>
                                                        <w:left w:val="none" w:sz="0" w:space="0" w:color="auto"/>
                                                        <w:bottom w:val="none" w:sz="0" w:space="0" w:color="auto"/>
                                                        <w:right w:val="none" w:sz="0" w:space="0" w:color="auto"/>
                                                      </w:divBdr>
                                                      <w:divsChild>
                                                        <w:div w:id="1287080438">
                                                          <w:marLeft w:val="0"/>
                                                          <w:marRight w:val="0"/>
                                                          <w:marTop w:val="0"/>
                                                          <w:marBottom w:val="0"/>
                                                          <w:divBdr>
                                                            <w:top w:val="none" w:sz="0" w:space="0" w:color="auto"/>
                                                            <w:left w:val="none" w:sz="0" w:space="0" w:color="auto"/>
                                                            <w:bottom w:val="none" w:sz="0" w:space="0" w:color="auto"/>
                                                            <w:right w:val="none" w:sz="0" w:space="0" w:color="auto"/>
                                                          </w:divBdr>
                                                          <w:divsChild>
                                                            <w:div w:id="159181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7749920">
          <w:marLeft w:val="0"/>
          <w:marRight w:val="0"/>
          <w:marTop w:val="0"/>
          <w:marBottom w:val="0"/>
          <w:divBdr>
            <w:top w:val="none" w:sz="0" w:space="0" w:color="auto"/>
            <w:left w:val="none" w:sz="0" w:space="0" w:color="auto"/>
            <w:bottom w:val="none" w:sz="0" w:space="0" w:color="auto"/>
            <w:right w:val="none" w:sz="0" w:space="0" w:color="auto"/>
          </w:divBdr>
          <w:divsChild>
            <w:div w:id="2013144461">
              <w:marLeft w:val="0"/>
              <w:marRight w:val="0"/>
              <w:marTop w:val="0"/>
              <w:marBottom w:val="0"/>
              <w:divBdr>
                <w:top w:val="none" w:sz="0" w:space="0" w:color="auto"/>
                <w:left w:val="none" w:sz="0" w:space="0" w:color="auto"/>
                <w:bottom w:val="none" w:sz="0" w:space="0" w:color="auto"/>
                <w:right w:val="none" w:sz="0" w:space="0" w:color="auto"/>
              </w:divBdr>
              <w:divsChild>
                <w:div w:id="1861622832">
                  <w:marLeft w:val="0"/>
                  <w:marRight w:val="0"/>
                  <w:marTop w:val="0"/>
                  <w:marBottom w:val="0"/>
                  <w:divBdr>
                    <w:top w:val="none" w:sz="0" w:space="0" w:color="auto"/>
                    <w:left w:val="none" w:sz="0" w:space="0" w:color="auto"/>
                    <w:bottom w:val="none" w:sz="0" w:space="0" w:color="auto"/>
                    <w:right w:val="none" w:sz="0" w:space="0" w:color="auto"/>
                  </w:divBdr>
                </w:div>
              </w:divsChild>
            </w:div>
            <w:div w:id="73998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4828">
      <w:bodyDiv w:val="1"/>
      <w:marLeft w:val="0"/>
      <w:marRight w:val="0"/>
      <w:marTop w:val="0"/>
      <w:marBottom w:val="0"/>
      <w:divBdr>
        <w:top w:val="none" w:sz="0" w:space="0" w:color="auto"/>
        <w:left w:val="none" w:sz="0" w:space="0" w:color="auto"/>
        <w:bottom w:val="none" w:sz="0" w:space="0" w:color="auto"/>
        <w:right w:val="none" w:sz="0" w:space="0" w:color="auto"/>
      </w:divBdr>
    </w:div>
    <w:div w:id="1467813696">
      <w:bodyDiv w:val="1"/>
      <w:marLeft w:val="0"/>
      <w:marRight w:val="0"/>
      <w:marTop w:val="0"/>
      <w:marBottom w:val="0"/>
      <w:divBdr>
        <w:top w:val="none" w:sz="0" w:space="0" w:color="auto"/>
        <w:left w:val="none" w:sz="0" w:space="0" w:color="auto"/>
        <w:bottom w:val="none" w:sz="0" w:space="0" w:color="auto"/>
        <w:right w:val="none" w:sz="0" w:space="0" w:color="auto"/>
      </w:divBdr>
    </w:div>
    <w:div w:id="1482500730">
      <w:bodyDiv w:val="1"/>
      <w:marLeft w:val="0"/>
      <w:marRight w:val="0"/>
      <w:marTop w:val="0"/>
      <w:marBottom w:val="0"/>
      <w:divBdr>
        <w:top w:val="none" w:sz="0" w:space="0" w:color="auto"/>
        <w:left w:val="none" w:sz="0" w:space="0" w:color="auto"/>
        <w:bottom w:val="none" w:sz="0" w:space="0" w:color="auto"/>
        <w:right w:val="none" w:sz="0" w:space="0" w:color="auto"/>
      </w:divBdr>
    </w:div>
    <w:div w:id="1489395455">
      <w:bodyDiv w:val="1"/>
      <w:marLeft w:val="0"/>
      <w:marRight w:val="0"/>
      <w:marTop w:val="0"/>
      <w:marBottom w:val="0"/>
      <w:divBdr>
        <w:top w:val="none" w:sz="0" w:space="0" w:color="auto"/>
        <w:left w:val="none" w:sz="0" w:space="0" w:color="auto"/>
        <w:bottom w:val="none" w:sz="0" w:space="0" w:color="auto"/>
        <w:right w:val="none" w:sz="0" w:space="0" w:color="auto"/>
      </w:divBdr>
    </w:div>
    <w:div w:id="1511946850">
      <w:bodyDiv w:val="1"/>
      <w:marLeft w:val="0"/>
      <w:marRight w:val="0"/>
      <w:marTop w:val="0"/>
      <w:marBottom w:val="0"/>
      <w:divBdr>
        <w:top w:val="none" w:sz="0" w:space="0" w:color="auto"/>
        <w:left w:val="none" w:sz="0" w:space="0" w:color="auto"/>
        <w:bottom w:val="none" w:sz="0" w:space="0" w:color="auto"/>
        <w:right w:val="none" w:sz="0" w:space="0" w:color="auto"/>
      </w:divBdr>
    </w:div>
    <w:div w:id="1552112311">
      <w:bodyDiv w:val="1"/>
      <w:marLeft w:val="0"/>
      <w:marRight w:val="0"/>
      <w:marTop w:val="0"/>
      <w:marBottom w:val="0"/>
      <w:divBdr>
        <w:top w:val="none" w:sz="0" w:space="0" w:color="auto"/>
        <w:left w:val="none" w:sz="0" w:space="0" w:color="auto"/>
        <w:bottom w:val="none" w:sz="0" w:space="0" w:color="auto"/>
        <w:right w:val="none" w:sz="0" w:space="0" w:color="auto"/>
      </w:divBdr>
      <w:divsChild>
        <w:div w:id="1195847725">
          <w:marLeft w:val="0"/>
          <w:marRight w:val="0"/>
          <w:marTop w:val="0"/>
          <w:marBottom w:val="0"/>
          <w:divBdr>
            <w:top w:val="none" w:sz="0" w:space="0" w:color="auto"/>
            <w:left w:val="none" w:sz="0" w:space="0" w:color="auto"/>
            <w:bottom w:val="none" w:sz="0" w:space="0" w:color="auto"/>
            <w:right w:val="none" w:sz="0" w:space="0" w:color="auto"/>
          </w:divBdr>
          <w:divsChild>
            <w:div w:id="1494759640">
              <w:marLeft w:val="0"/>
              <w:marRight w:val="0"/>
              <w:marTop w:val="0"/>
              <w:marBottom w:val="0"/>
              <w:divBdr>
                <w:top w:val="none" w:sz="0" w:space="0" w:color="auto"/>
                <w:left w:val="none" w:sz="0" w:space="0" w:color="auto"/>
                <w:bottom w:val="none" w:sz="0" w:space="0" w:color="auto"/>
                <w:right w:val="none" w:sz="0" w:space="0" w:color="auto"/>
              </w:divBdr>
              <w:divsChild>
                <w:div w:id="1631474776">
                  <w:marLeft w:val="0"/>
                  <w:marRight w:val="0"/>
                  <w:marTop w:val="0"/>
                  <w:marBottom w:val="0"/>
                  <w:divBdr>
                    <w:top w:val="none" w:sz="0" w:space="0" w:color="auto"/>
                    <w:left w:val="none" w:sz="0" w:space="0" w:color="auto"/>
                    <w:bottom w:val="none" w:sz="0" w:space="0" w:color="auto"/>
                    <w:right w:val="none" w:sz="0" w:space="0" w:color="auto"/>
                  </w:divBdr>
                  <w:divsChild>
                    <w:div w:id="1870297529">
                      <w:marLeft w:val="0"/>
                      <w:marRight w:val="0"/>
                      <w:marTop w:val="0"/>
                      <w:marBottom w:val="0"/>
                      <w:divBdr>
                        <w:top w:val="none" w:sz="0" w:space="0" w:color="auto"/>
                        <w:left w:val="none" w:sz="0" w:space="0" w:color="auto"/>
                        <w:bottom w:val="none" w:sz="0" w:space="0" w:color="auto"/>
                        <w:right w:val="none" w:sz="0" w:space="0" w:color="auto"/>
                      </w:divBdr>
                      <w:divsChild>
                        <w:div w:id="1423529833">
                          <w:marLeft w:val="0"/>
                          <w:marRight w:val="0"/>
                          <w:marTop w:val="0"/>
                          <w:marBottom w:val="0"/>
                          <w:divBdr>
                            <w:top w:val="none" w:sz="0" w:space="0" w:color="auto"/>
                            <w:left w:val="none" w:sz="0" w:space="0" w:color="auto"/>
                            <w:bottom w:val="none" w:sz="0" w:space="0" w:color="auto"/>
                            <w:right w:val="none" w:sz="0" w:space="0" w:color="auto"/>
                          </w:divBdr>
                          <w:divsChild>
                            <w:div w:id="1549534551">
                              <w:marLeft w:val="0"/>
                              <w:marRight w:val="0"/>
                              <w:marTop w:val="0"/>
                              <w:marBottom w:val="0"/>
                              <w:divBdr>
                                <w:top w:val="none" w:sz="0" w:space="0" w:color="auto"/>
                                <w:left w:val="none" w:sz="0" w:space="0" w:color="auto"/>
                                <w:bottom w:val="none" w:sz="0" w:space="0" w:color="auto"/>
                                <w:right w:val="none" w:sz="0" w:space="0" w:color="auto"/>
                              </w:divBdr>
                              <w:divsChild>
                                <w:div w:id="369887765">
                                  <w:marLeft w:val="0"/>
                                  <w:marRight w:val="0"/>
                                  <w:marTop w:val="0"/>
                                  <w:marBottom w:val="0"/>
                                  <w:divBdr>
                                    <w:top w:val="none" w:sz="0" w:space="0" w:color="auto"/>
                                    <w:left w:val="none" w:sz="0" w:space="0" w:color="auto"/>
                                    <w:bottom w:val="none" w:sz="0" w:space="0" w:color="auto"/>
                                    <w:right w:val="none" w:sz="0" w:space="0" w:color="auto"/>
                                  </w:divBdr>
                                  <w:divsChild>
                                    <w:div w:id="1230308943">
                                      <w:marLeft w:val="0"/>
                                      <w:marRight w:val="0"/>
                                      <w:marTop w:val="0"/>
                                      <w:marBottom w:val="0"/>
                                      <w:divBdr>
                                        <w:top w:val="none" w:sz="0" w:space="0" w:color="auto"/>
                                        <w:left w:val="none" w:sz="0" w:space="0" w:color="auto"/>
                                        <w:bottom w:val="none" w:sz="0" w:space="0" w:color="auto"/>
                                        <w:right w:val="none" w:sz="0" w:space="0" w:color="auto"/>
                                      </w:divBdr>
                                      <w:divsChild>
                                        <w:div w:id="515771438">
                                          <w:marLeft w:val="0"/>
                                          <w:marRight w:val="0"/>
                                          <w:marTop w:val="0"/>
                                          <w:marBottom w:val="0"/>
                                          <w:divBdr>
                                            <w:top w:val="none" w:sz="0" w:space="0" w:color="auto"/>
                                            <w:left w:val="none" w:sz="0" w:space="0" w:color="auto"/>
                                            <w:bottom w:val="none" w:sz="0" w:space="0" w:color="auto"/>
                                            <w:right w:val="none" w:sz="0" w:space="0" w:color="auto"/>
                                          </w:divBdr>
                                          <w:divsChild>
                                            <w:div w:id="1884563376">
                                              <w:marLeft w:val="0"/>
                                              <w:marRight w:val="0"/>
                                              <w:marTop w:val="0"/>
                                              <w:marBottom w:val="0"/>
                                              <w:divBdr>
                                                <w:top w:val="none" w:sz="0" w:space="0" w:color="auto"/>
                                                <w:left w:val="none" w:sz="0" w:space="0" w:color="auto"/>
                                                <w:bottom w:val="none" w:sz="0" w:space="0" w:color="auto"/>
                                                <w:right w:val="none" w:sz="0" w:space="0" w:color="auto"/>
                                              </w:divBdr>
                                              <w:divsChild>
                                                <w:div w:id="1667784050">
                                                  <w:marLeft w:val="0"/>
                                                  <w:marRight w:val="0"/>
                                                  <w:marTop w:val="0"/>
                                                  <w:marBottom w:val="0"/>
                                                  <w:divBdr>
                                                    <w:top w:val="none" w:sz="0" w:space="0" w:color="auto"/>
                                                    <w:left w:val="none" w:sz="0" w:space="0" w:color="auto"/>
                                                    <w:bottom w:val="none" w:sz="0" w:space="0" w:color="auto"/>
                                                    <w:right w:val="none" w:sz="0" w:space="0" w:color="auto"/>
                                                  </w:divBdr>
                                                  <w:divsChild>
                                                    <w:div w:id="545456981">
                                                      <w:marLeft w:val="0"/>
                                                      <w:marRight w:val="0"/>
                                                      <w:marTop w:val="0"/>
                                                      <w:marBottom w:val="0"/>
                                                      <w:divBdr>
                                                        <w:top w:val="none" w:sz="0" w:space="0" w:color="auto"/>
                                                        <w:left w:val="none" w:sz="0" w:space="0" w:color="auto"/>
                                                        <w:bottom w:val="none" w:sz="0" w:space="0" w:color="auto"/>
                                                        <w:right w:val="none" w:sz="0" w:space="0" w:color="auto"/>
                                                      </w:divBdr>
                                                      <w:divsChild>
                                                        <w:div w:id="156645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869298">
          <w:marLeft w:val="0"/>
          <w:marRight w:val="0"/>
          <w:marTop w:val="0"/>
          <w:marBottom w:val="0"/>
          <w:divBdr>
            <w:top w:val="none" w:sz="0" w:space="0" w:color="auto"/>
            <w:left w:val="none" w:sz="0" w:space="0" w:color="auto"/>
            <w:bottom w:val="none" w:sz="0" w:space="0" w:color="auto"/>
            <w:right w:val="none" w:sz="0" w:space="0" w:color="auto"/>
          </w:divBdr>
          <w:divsChild>
            <w:div w:id="1431856349">
              <w:marLeft w:val="0"/>
              <w:marRight w:val="0"/>
              <w:marTop w:val="0"/>
              <w:marBottom w:val="0"/>
              <w:divBdr>
                <w:top w:val="none" w:sz="0" w:space="0" w:color="auto"/>
                <w:left w:val="none" w:sz="0" w:space="0" w:color="auto"/>
                <w:bottom w:val="none" w:sz="0" w:space="0" w:color="auto"/>
                <w:right w:val="none" w:sz="0" w:space="0" w:color="auto"/>
              </w:divBdr>
              <w:divsChild>
                <w:div w:id="111748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82553">
      <w:bodyDiv w:val="1"/>
      <w:marLeft w:val="0"/>
      <w:marRight w:val="0"/>
      <w:marTop w:val="0"/>
      <w:marBottom w:val="0"/>
      <w:divBdr>
        <w:top w:val="none" w:sz="0" w:space="0" w:color="auto"/>
        <w:left w:val="none" w:sz="0" w:space="0" w:color="auto"/>
        <w:bottom w:val="none" w:sz="0" w:space="0" w:color="auto"/>
        <w:right w:val="none" w:sz="0" w:space="0" w:color="auto"/>
      </w:divBdr>
      <w:divsChild>
        <w:div w:id="2116317945">
          <w:marLeft w:val="0"/>
          <w:marRight w:val="0"/>
          <w:marTop w:val="0"/>
          <w:marBottom w:val="0"/>
          <w:divBdr>
            <w:top w:val="none" w:sz="0" w:space="0" w:color="auto"/>
            <w:left w:val="none" w:sz="0" w:space="0" w:color="auto"/>
            <w:bottom w:val="none" w:sz="0" w:space="0" w:color="auto"/>
            <w:right w:val="none" w:sz="0" w:space="0" w:color="auto"/>
          </w:divBdr>
          <w:divsChild>
            <w:div w:id="2108456031">
              <w:marLeft w:val="0"/>
              <w:marRight w:val="0"/>
              <w:marTop w:val="0"/>
              <w:marBottom w:val="0"/>
              <w:divBdr>
                <w:top w:val="none" w:sz="0" w:space="0" w:color="auto"/>
                <w:left w:val="none" w:sz="0" w:space="0" w:color="auto"/>
                <w:bottom w:val="none" w:sz="0" w:space="0" w:color="auto"/>
                <w:right w:val="none" w:sz="0" w:space="0" w:color="auto"/>
              </w:divBdr>
              <w:divsChild>
                <w:div w:id="1447576761">
                  <w:marLeft w:val="0"/>
                  <w:marRight w:val="0"/>
                  <w:marTop w:val="0"/>
                  <w:marBottom w:val="0"/>
                  <w:divBdr>
                    <w:top w:val="none" w:sz="0" w:space="0" w:color="auto"/>
                    <w:left w:val="none" w:sz="0" w:space="0" w:color="auto"/>
                    <w:bottom w:val="none" w:sz="0" w:space="0" w:color="auto"/>
                    <w:right w:val="none" w:sz="0" w:space="0" w:color="auto"/>
                  </w:divBdr>
                  <w:divsChild>
                    <w:div w:id="1178227727">
                      <w:marLeft w:val="0"/>
                      <w:marRight w:val="0"/>
                      <w:marTop w:val="0"/>
                      <w:marBottom w:val="0"/>
                      <w:divBdr>
                        <w:top w:val="none" w:sz="0" w:space="0" w:color="auto"/>
                        <w:left w:val="none" w:sz="0" w:space="0" w:color="auto"/>
                        <w:bottom w:val="none" w:sz="0" w:space="0" w:color="auto"/>
                        <w:right w:val="none" w:sz="0" w:space="0" w:color="auto"/>
                      </w:divBdr>
                      <w:divsChild>
                        <w:div w:id="323557670">
                          <w:marLeft w:val="0"/>
                          <w:marRight w:val="0"/>
                          <w:marTop w:val="0"/>
                          <w:marBottom w:val="0"/>
                          <w:divBdr>
                            <w:top w:val="none" w:sz="0" w:space="0" w:color="auto"/>
                            <w:left w:val="none" w:sz="0" w:space="0" w:color="auto"/>
                            <w:bottom w:val="none" w:sz="0" w:space="0" w:color="auto"/>
                            <w:right w:val="none" w:sz="0" w:space="0" w:color="auto"/>
                          </w:divBdr>
                          <w:divsChild>
                            <w:div w:id="345058047">
                              <w:marLeft w:val="0"/>
                              <w:marRight w:val="0"/>
                              <w:marTop w:val="0"/>
                              <w:marBottom w:val="0"/>
                              <w:divBdr>
                                <w:top w:val="none" w:sz="0" w:space="0" w:color="auto"/>
                                <w:left w:val="none" w:sz="0" w:space="0" w:color="auto"/>
                                <w:bottom w:val="none" w:sz="0" w:space="0" w:color="auto"/>
                                <w:right w:val="none" w:sz="0" w:space="0" w:color="auto"/>
                              </w:divBdr>
                              <w:divsChild>
                                <w:div w:id="1691249929">
                                  <w:marLeft w:val="0"/>
                                  <w:marRight w:val="0"/>
                                  <w:marTop w:val="0"/>
                                  <w:marBottom w:val="0"/>
                                  <w:divBdr>
                                    <w:top w:val="none" w:sz="0" w:space="0" w:color="auto"/>
                                    <w:left w:val="none" w:sz="0" w:space="0" w:color="auto"/>
                                    <w:bottom w:val="none" w:sz="0" w:space="0" w:color="auto"/>
                                    <w:right w:val="none" w:sz="0" w:space="0" w:color="auto"/>
                                  </w:divBdr>
                                  <w:divsChild>
                                    <w:div w:id="842746781">
                                      <w:marLeft w:val="0"/>
                                      <w:marRight w:val="0"/>
                                      <w:marTop w:val="0"/>
                                      <w:marBottom w:val="0"/>
                                      <w:divBdr>
                                        <w:top w:val="none" w:sz="0" w:space="0" w:color="auto"/>
                                        <w:left w:val="none" w:sz="0" w:space="0" w:color="auto"/>
                                        <w:bottom w:val="none" w:sz="0" w:space="0" w:color="auto"/>
                                        <w:right w:val="none" w:sz="0" w:space="0" w:color="auto"/>
                                      </w:divBdr>
                                      <w:divsChild>
                                        <w:div w:id="124546237">
                                          <w:marLeft w:val="0"/>
                                          <w:marRight w:val="0"/>
                                          <w:marTop w:val="0"/>
                                          <w:marBottom w:val="0"/>
                                          <w:divBdr>
                                            <w:top w:val="none" w:sz="0" w:space="0" w:color="auto"/>
                                            <w:left w:val="none" w:sz="0" w:space="0" w:color="auto"/>
                                            <w:bottom w:val="none" w:sz="0" w:space="0" w:color="auto"/>
                                            <w:right w:val="none" w:sz="0" w:space="0" w:color="auto"/>
                                          </w:divBdr>
                                          <w:divsChild>
                                            <w:div w:id="1639528936">
                                              <w:marLeft w:val="0"/>
                                              <w:marRight w:val="0"/>
                                              <w:marTop w:val="0"/>
                                              <w:marBottom w:val="0"/>
                                              <w:divBdr>
                                                <w:top w:val="none" w:sz="0" w:space="0" w:color="auto"/>
                                                <w:left w:val="none" w:sz="0" w:space="0" w:color="auto"/>
                                                <w:bottom w:val="none" w:sz="0" w:space="0" w:color="auto"/>
                                                <w:right w:val="none" w:sz="0" w:space="0" w:color="auto"/>
                                              </w:divBdr>
                                              <w:divsChild>
                                                <w:div w:id="1334339000">
                                                  <w:marLeft w:val="0"/>
                                                  <w:marRight w:val="0"/>
                                                  <w:marTop w:val="0"/>
                                                  <w:marBottom w:val="0"/>
                                                  <w:divBdr>
                                                    <w:top w:val="none" w:sz="0" w:space="0" w:color="auto"/>
                                                    <w:left w:val="none" w:sz="0" w:space="0" w:color="auto"/>
                                                    <w:bottom w:val="none" w:sz="0" w:space="0" w:color="auto"/>
                                                    <w:right w:val="none" w:sz="0" w:space="0" w:color="auto"/>
                                                  </w:divBdr>
                                                  <w:divsChild>
                                                    <w:div w:id="467745301">
                                                      <w:marLeft w:val="0"/>
                                                      <w:marRight w:val="0"/>
                                                      <w:marTop w:val="0"/>
                                                      <w:marBottom w:val="0"/>
                                                      <w:divBdr>
                                                        <w:top w:val="none" w:sz="0" w:space="0" w:color="auto"/>
                                                        <w:left w:val="none" w:sz="0" w:space="0" w:color="auto"/>
                                                        <w:bottom w:val="none" w:sz="0" w:space="0" w:color="auto"/>
                                                        <w:right w:val="none" w:sz="0" w:space="0" w:color="auto"/>
                                                      </w:divBdr>
                                                      <w:divsChild>
                                                        <w:div w:id="50633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9948303">
          <w:marLeft w:val="0"/>
          <w:marRight w:val="0"/>
          <w:marTop w:val="0"/>
          <w:marBottom w:val="0"/>
          <w:divBdr>
            <w:top w:val="none" w:sz="0" w:space="0" w:color="auto"/>
            <w:left w:val="none" w:sz="0" w:space="0" w:color="auto"/>
            <w:bottom w:val="none" w:sz="0" w:space="0" w:color="auto"/>
            <w:right w:val="none" w:sz="0" w:space="0" w:color="auto"/>
          </w:divBdr>
          <w:divsChild>
            <w:div w:id="1310474531">
              <w:marLeft w:val="0"/>
              <w:marRight w:val="0"/>
              <w:marTop w:val="0"/>
              <w:marBottom w:val="0"/>
              <w:divBdr>
                <w:top w:val="none" w:sz="0" w:space="0" w:color="auto"/>
                <w:left w:val="none" w:sz="0" w:space="0" w:color="auto"/>
                <w:bottom w:val="none" w:sz="0" w:space="0" w:color="auto"/>
                <w:right w:val="none" w:sz="0" w:space="0" w:color="auto"/>
              </w:divBdr>
              <w:divsChild>
                <w:div w:id="170702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45368">
      <w:bodyDiv w:val="1"/>
      <w:marLeft w:val="0"/>
      <w:marRight w:val="0"/>
      <w:marTop w:val="0"/>
      <w:marBottom w:val="0"/>
      <w:divBdr>
        <w:top w:val="none" w:sz="0" w:space="0" w:color="auto"/>
        <w:left w:val="none" w:sz="0" w:space="0" w:color="auto"/>
        <w:bottom w:val="none" w:sz="0" w:space="0" w:color="auto"/>
        <w:right w:val="none" w:sz="0" w:space="0" w:color="auto"/>
      </w:divBdr>
      <w:divsChild>
        <w:div w:id="1736316861">
          <w:marLeft w:val="547"/>
          <w:marRight w:val="0"/>
          <w:marTop w:val="0"/>
          <w:marBottom w:val="0"/>
          <w:divBdr>
            <w:top w:val="none" w:sz="0" w:space="0" w:color="auto"/>
            <w:left w:val="none" w:sz="0" w:space="0" w:color="auto"/>
            <w:bottom w:val="none" w:sz="0" w:space="0" w:color="auto"/>
            <w:right w:val="none" w:sz="0" w:space="0" w:color="auto"/>
          </w:divBdr>
        </w:div>
        <w:div w:id="1823886760">
          <w:marLeft w:val="0"/>
          <w:marRight w:val="1166"/>
          <w:marTop w:val="0"/>
          <w:marBottom w:val="0"/>
          <w:divBdr>
            <w:top w:val="none" w:sz="0" w:space="0" w:color="auto"/>
            <w:left w:val="none" w:sz="0" w:space="0" w:color="auto"/>
            <w:bottom w:val="none" w:sz="0" w:space="0" w:color="auto"/>
            <w:right w:val="none" w:sz="0" w:space="0" w:color="auto"/>
          </w:divBdr>
        </w:div>
        <w:div w:id="984091421">
          <w:marLeft w:val="0"/>
          <w:marRight w:val="1166"/>
          <w:marTop w:val="0"/>
          <w:marBottom w:val="0"/>
          <w:divBdr>
            <w:top w:val="none" w:sz="0" w:space="0" w:color="auto"/>
            <w:left w:val="none" w:sz="0" w:space="0" w:color="auto"/>
            <w:bottom w:val="none" w:sz="0" w:space="0" w:color="auto"/>
            <w:right w:val="none" w:sz="0" w:space="0" w:color="auto"/>
          </w:divBdr>
        </w:div>
        <w:div w:id="1656252767">
          <w:marLeft w:val="547"/>
          <w:marRight w:val="0"/>
          <w:marTop w:val="0"/>
          <w:marBottom w:val="0"/>
          <w:divBdr>
            <w:top w:val="none" w:sz="0" w:space="0" w:color="auto"/>
            <w:left w:val="none" w:sz="0" w:space="0" w:color="auto"/>
            <w:bottom w:val="none" w:sz="0" w:space="0" w:color="auto"/>
            <w:right w:val="none" w:sz="0" w:space="0" w:color="auto"/>
          </w:divBdr>
        </w:div>
        <w:div w:id="2002004479">
          <w:marLeft w:val="0"/>
          <w:marRight w:val="1166"/>
          <w:marTop w:val="0"/>
          <w:marBottom w:val="0"/>
          <w:divBdr>
            <w:top w:val="none" w:sz="0" w:space="0" w:color="auto"/>
            <w:left w:val="none" w:sz="0" w:space="0" w:color="auto"/>
            <w:bottom w:val="none" w:sz="0" w:space="0" w:color="auto"/>
            <w:right w:val="none" w:sz="0" w:space="0" w:color="auto"/>
          </w:divBdr>
        </w:div>
        <w:div w:id="347605919">
          <w:marLeft w:val="0"/>
          <w:marRight w:val="1166"/>
          <w:marTop w:val="0"/>
          <w:marBottom w:val="0"/>
          <w:divBdr>
            <w:top w:val="none" w:sz="0" w:space="0" w:color="auto"/>
            <w:left w:val="none" w:sz="0" w:space="0" w:color="auto"/>
            <w:bottom w:val="none" w:sz="0" w:space="0" w:color="auto"/>
            <w:right w:val="none" w:sz="0" w:space="0" w:color="auto"/>
          </w:divBdr>
        </w:div>
      </w:divsChild>
    </w:div>
    <w:div w:id="1592352057">
      <w:bodyDiv w:val="1"/>
      <w:marLeft w:val="0"/>
      <w:marRight w:val="0"/>
      <w:marTop w:val="0"/>
      <w:marBottom w:val="0"/>
      <w:divBdr>
        <w:top w:val="none" w:sz="0" w:space="0" w:color="auto"/>
        <w:left w:val="none" w:sz="0" w:space="0" w:color="auto"/>
        <w:bottom w:val="none" w:sz="0" w:space="0" w:color="auto"/>
        <w:right w:val="none" w:sz="0" w:space="0" w:color="auto"/>
      </w:divBdr>
    </w:div>
    <w:div w:id="1599213422">
      <w:bodyDiv w:val="1"/>
      <w:marLeft w:val="0"/>
      <w:marRight w:val="0"/>
      <w:marTop w:val="0"/>
      <w:marBottom w:val="0"/>
      <w:divBdr>
        <w:top w:val="none" w:sz="0" w:space="0" w:color="auto"/>
        <w:left w:val="none" w:sz="0" w:space="0" w:color="auto"/>
        <w:bottom w:val="none" w:sz="0" w:space="0" w:color="auto"/>
        <w:right w:val="none" w:sz="0" w:space="0" w:color="auto"/>
      </w:divBdr>
    </w:div>
    <w:div w:id="1601331167">
      <w:bodyDiv w:val="1"/>
      <w:marLeft w:val="0"/>
      <w:marRight w:val="0"/>
      <w:marTop w:val="0"/>
      <w:marBottom w:val="0"/>
      <w:divBdr>
        <w:top w:val="none" w:sz="0" w:space="0" w:color="auto"/>
        <w:left w:val="none" w:sz="0" w:space="0" w:color="auto"/>
        <w:bottom w:val="none" w:sz="0" w:space="0" w:color="auto"/>
        <w:right w:val="none" w:sz="0" w:space="0" w:color="auto"/>
      </w:divBdr>
    </w:div>
    <w:div w:id="1635984492">
      <w:bodyDiv w:val="1"/>
      <w:marLeft w:val="0"/>
      <w:marRight w:val="0"/>
      <w:marTop w:val="0"/>
      <w:marBottom w:val="0"/>
      <w:divBdr>
        <w:top w:val="none" w:sz="0" w:space="0" w:color="auto"/>
        <w:left w:val="none" w:sz="0" w:space="0" w:color="auto"/>
        <w:bottom w:val="none" w:sz="0" w:space="0" w:color="auto"/>
        <w:right w:val="none" w:sz="0" w:space="0" w:color="auto"/>
      </w:divBdr>
    </w:div>
    <w:div w:id="1669282470">
      <w:bodyDiv w:val="1"/>
      <w:marLeft w:val="0"/>
      <w:marRight w:val="0"/>
      <w:marTop w:val="0"/>
      <w:marBottom w:val="0"/>
      <w:divBdr>
        <w:top w:val="none" w:sz="0" w:space="0" w:color="auto"/>
        <w:left w:val="none" w:sz="0" w:space="0" w:color="auto"/>
        <w:bottom w:val="none" w:sz="0" w:space="0" w:color="auto"/>
        <w:right w:val="none" w:sz="0" w:space="0" w:color="auto"/>
      </w:divBdr>
    </w:div>
    <w:div w:id="1688218644">
      <w:bodyDiv w:val="1"/>
      <w:marLeft w:val="0"/>
      <w:marRight w:val="0"/>
      <w:marTop w:val="0"/>
      <w:marBottom w:val="0"/>
      <w:divBdr>
        <w:top w:val="none" w:sz="0" w:space="0" w:color="auto"/>
        <w:left w:val="none" w:sz="0" w:space="0" w:color="auto"/>
        <w:bottom w:val="none" w:sz="0" w:space="0" w:color="auto"/>
        <w:right w:val="none" w:sz="0" w:space="0" w:color="auto"/>
      </w:divBdr>
    </w:div>
    <w:div w:id="1697585630">
      <w:bodyDiv w:val="1"/>
      <w:marLeft w:val="0"/>
      <w:marRight w:val="0"/>
      <w:marTop w:val="0"/>
      <w:marBottom w:val="0"/>
      <w:divBdr>
        <w:top w:val="none" w:sz="0" w:space="0" w:color="auto"/>
        <w:left w:val="none" w:sz="0" w:space="0" w:color="auto"/>
        <w:bottom w:val="none" w:sz="0" w:space="0" w:color="auto"/>
        <w:right w:val="none" w:sz="0" w:space="0" w:color="auto"/>
      </w:divBdr>
    </w:div>
    <w:div w:id="1735658690">
      <w:bodyDiv w:val="1"/>
      <w:marLeft w:val="0"/>
      <w:marRight w:val="0"/>
      <w:marTop w:val="0"/>
      <w:marBottom w:val="0"/>
      <w:divBdr>
        <w:top w:val="none" w:sz="0" w:space="0" w:color="auto"/>
        <w:left w:val="none" w:sz="0" w:space="0" w:color="auto"/>
        <w:bottom w:val="none" w:sz="0" w:space="0" w:color="auto"/>
        <w:right w:val="none" w:sz="0" w:space="0" w:color="auto"/>
      </w:divBdr>
    </w:div>
    <w:div w:id="1773432209">
      <w:bodyDiv w:val="1"/>
      <w:marLeft w:val="0"/>
      <w:marRight w:val="0"/>
      <w:marTop w:val="0"/>
      <w:marBottom w:val="0"/>
      <w:divBdr>
        <w:top w:val="none" w:sz="0" w:space="0" w:color="auto"/>
        <w:left w:val="none" w:sz="0" w:space="0" w:color="auto"/>
        <w:bottom w:val="none" w:sz="0" w:space="0" w:color="auto"/>
        <w:right w:val="none" w:sz="0" w:space="0" w:color="auto"/>
      </w:divBdr>
    </w:div>
    <w:div w:id="1783524848">
      <w:bodyDiv w:val="1"/>
      <w:marLeft w:val="0"/>
      <w:marRight w:val="0"/>
      <w:marTop w:val="0"/>
      <w:marBottom w:val="0"/>
      <w:divBdr>
        <w:top w:val="none" w:sz="0" w:space="0" w:color="auto"/>
        <w:left w:val="none" w:sz="0" w:space="0" w:color="auto"/>
        <w:bottom w:val="none" w:sz="0" w:space="0" w:color="auto"/>
        <w:right w:val="none" w:sz="0" w:space="0" w:color="auto"/>
      </w:divBdr>
      <w:divsChild>
        <w:div w:id="203686619">
          <w:marLeft w:val="0"/>
          <w:marRight w:val="0"/>
          <w:marTop w:val="0"/>
          <w:marBottom w:val="0"/>
          <w:divBdr>
            <w:top w:val="none" w:sz="0" w:space="0" w:color="auto"/>
            <w:left w:val="none" w:sz="0" w:space="0" w:color="auto"/>
            <w:bottom w:val="none" w:sz="0" w:space="0" w:color="auto"/>
            <w:right w:val="none" w:sz="0" w:space="0" w:color="auto"/>
          </w:divBdr>
          <w:divsChild>
            <w:div w:id="443043342">
              <w:marLeft w:val="0"/>
              <w:marRight w:val="0"/>
              <w:marTop w:val="0"/>
              <w:marBottom w:val="0"/>
              <w:divBdr>
                <w:top w:val="none" w:sz="0" w:space="0" w:color="auto"/>
                <w:left w:val="none" w:sz="0" w:space="0" w:color="auto"/>
                <w:bottom w:val="none" w:sz="0" w:space="0" w:color="auto"/>
                <w:right w:val="none" w:sz="0" w:space="0" w:color="auto"/>
              </w:divBdr>
              <w:divsChild>
                <w:div w:id="124930414">
                  <w:marLeft w:val="0"/>
                  <w:marRight w:val="0"/>
                  <w:marTop w:val="0"/>
                  <w:marBottom w:val="0"/>
                  <w:divBdr>
                    <w:top w:val="none" w:sz="0" w:space="0" w:color="auto"/>
                    <w:left w:val="none" w:sz="0" w:space="0" w:color="auto"/>
                    <w:bottom w:val="none" w:sz="0" w:space="0" w:color="auto"/>
                    <w:right w:val="none" w:sz="0" w:space="0" w:color="auto"/>
                  </w:divBdr>
                  <w:divsChild>
                    <w:div w:id="260454367">
                      <w:marLeft w:val="0"/>
                      <w:marRight w:val="0"/>
                      <w:marTop w:val="0"/>
                      <w:marBottom w:val="0"/>
                      <w:divBdr>
                        <w:top w:val="none" w:sz="0" w:space="0" w:color="auto"/>
                        <w:left w:val="none" w:sz="0" w:space="0" w:color="auto"/>
                        <w:bottom w:val="none" w:sz="0" w:space="0" w:color="auto"/>
                        <w:right w:val="none" w:sz="0" w:space="0" w:color="auto"/>
                      </w:divBdr>
                      <w:divsChild>
                        <w:div w:id="973683520">
                          <w:marLeft w:val="0"/>
                          <w:marRight w:val="0"/>
                          <w:marTop w:val="0"/>
                          <w:marBottom w:val="0"/>
                          <w:divBdr>
                            <w:top w:val="none" w:sz="0" w:space="0" w:color="auto"/>
                            <w:left w:val="none" w:sz="0" w:space="0" w:color="auto"/>
                            <w:bottom w:val="none" w:sz="0" w:space="0" w:color="auto"/>
                            <w:right w:val="none" w:sz="0" w:space="0" w:color="auto"/>
                          </w:divBdr>
                          <w:divsChild>
                            <w:div w:id="1266691310">
                              <w:marLeft w:val="0"/>
                              <w:marRight w:val="0"/>
                              <w:marTop w:val="0"/>
                              <w:marBottom w:val="0"/>
                              <w:divBdr>
                                <w:top w:val="none" w:sz="0" w:space="0" w:color="auto"/>
                                <w:left w:val="none" w:sz="0" w:space="0" w:color="auto"/>
                                <w:bottom w:val="none" w:sz="0" w:space="0" w:color="auto"/>
                                <w:right w:val="none" w:sz="0" w:space="0" w:color="auto"/>
                              </w:divBdr>
                              <w:divsChild>
                                <w:div w:id="1967075370">
                                  <w:marLeft w:val="0"/>
                                  <w:marRight w:val="0"/>
                                  <w:marTop w:val="0"/>
                                  <w:marBottom w:val="0"/>
                                  <w:divBdr>
                                    <w:top w:val="none" w:sz="0" w:space="0" w:color="auto"/>
                                    <w:left w:val="none" w:sz="0" w:space="0" w:color="auto"/>
                                    <w:bottom w:val="none" w:sz="0" w:space="0" w:color="auto"/>
                                    <w:right w:val="none" w:sz="0" w:space="0" w:color="auto"/>
                                  </w:divBdr>
                                  <w:divsChild>
                                    <w:div w:id="1906067944">
                                      <w:marLeft w:val="0"/>
                                      <w:marRight w:val="0"/>
                                      <w:marTop w:val="0"/>
                                      <w:marBottom w:val="0"/>
                                      <w:divBdr>
                                        <w:top w:val="none" w:sz="0" w:space="0" w:color="auto"/>
                                        <w:left w:val="none" w:sz="0" w:space="0" w:color="auto"/>
                                        <w:bottom w:val="none" w:sz="0" w:space="0" w:color="auto"/>
                                        <w:right w:val="none" w:sz="0" w:space="0" w:color="auto"/>
                                      </w:divBdr>
                                      <w:divsChild>
                                        <w:div w:id="1069764153">
                                          <w:marLeft w:val="0"/>
                                          <w:marRight w:val="0"/>
                                          <w:marTop w:val="0"/>
                                          <w:marBottom w:val="0"/>
                                          <w:divBdr>
                                            <w:top w:val="none" w:sz="0" w:space="0" w:color="auto"/>
                                            <w:left w:val="none" w:sz="0" w:space="0" w:color="auto"/>
                                            <w:bottom w:val="none" w:sz="0" w:space="0" w:color="auto"/>
                                            <w:right w:val="none" w:sz="0" w:space="0" w:color="auto"/>
                                          </w:divBdr>
                                          <w:divsChild>
                                            <w:div w:id="1546942818">
                                              <w:marLeft w:val="0"/>
                                              <w:marRight w:val="0"/>
                                              <w:marTop w:val="0"/>
                                              <w:marBottom w:val="0"/>
                                              <w:divBdr>
                                                <w:top w:val="none" w:sz="0" w:space="0" w:color="auto"/>
                                                <w:left w:val="none" w:sz="0" w:space="0" w:color="auto"/>
                                                <w:bottom w:val="none" w:sz="0" w:space="0" w:color="auto"/>
                                                <w:right w:val="none" w:sz="0" w:space="0" w:color="auto"/>
                                              </w:divBdr>
                                              <w:divsChild>
                                                <w:div w:id="895117692">
                                                  <w:marLeft w:val="0"/>
                                                  <w:marRight w:val="0"/>
                                                  <w:marTop w:val="0"/>
                                                  <w:marBottom w:val="0"/>
                                                  <w:divBdr>
                                                    <w:top w:val="none" w:sz="0" w:space="0" w:color="auto"/>
                                                    <w:left w:val="none" w:sz="0" w:space="0" w:color="auto"/>
                                                    <w:bottom w:val="none" w:sz="0" w:space="0" w:color="auto"/>
                                                    <w:right w:val="none" w:sz="0" w:space="0" w:color="auto"/>
                                                  </w:divBdr>
                                                  <w:divsChild>
                                                    <w:div w:id="1694917343">
                                                      <w:marLeft w:val="0"/>
                                                      <w:marRight w:val="0"/>
                                                      <w:marTop w:val="0"/>
                                                      <w:marBottom w:val="0"/>
                                                      <w:divBdr>
                                                        <w:top w:val="none" w:sz="0" w:space="0" w:color="auto"/>
                                                        <w:left w:val="none" w:sz="0" w:space="0" w:color="auto"/>
                                                        <w:bottom w:val="none" w:sz="0" w:space="0" w:color="auto"/>
                                                        <w:right w:val="none" w:sz="0" w:space="0" w:color="auto"/>
                                                      </w:divBdr>
                                                      <w:divsChild>
                                                        <w:div w:id="169839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3040024">
          <w:marLeft w:val="0"/>
          <w:marRight w:val="0"/>
          <w:marTop w:val="0"/>
          <w:marBottom w:val="0"/>
          <w:divBdr>
            <w:top w:val="none" w:sz="0" w:space="0" w:color="auto"/>
            <w:left w:val="none" w:sz="0" w:space="0" w:color="auto"/>
            <w:bottom w:val="none" w:sz="0" w:space="0" w:color="auto"/>
            <w:right w:val="none" w:sz="0" w:space="0" w:color="auto"/>
          </w:divBdr>
          <w:divsChild>
            <w:div w:id="351610978">
              <w:marLeft w:val="0"/>
              <w:marRight w:val="0"/>
              <w:marTop w:val="0"/>
              <w:marBottom w:val="0"/>
              <w:divBdr>
                <w:top w:val="none" w:sz="0" w:space="0" w:color="auto"/>
                <w:left w:val="none" w:sz="0" w:space="0" w:color="auto"/>
                <w:bottom w:val="none" w:sz="0" w:space="0" w:color="auto"/>
                <w:right w:val="none" w:sz="0" w:space="0" w:color="auto"/>
              </w:divBdr>
              <w:divsChild>
                <w:div w:id="12323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896833">
      <w:bodyDiv w:val="1"/>
      <w:marLeft w:val="0"/>
      <w:marRight w:val="0"/>
      <w:marTop w:val="0"/>
      <w:marBottom w:val="0"/>
      <w:divBdr>
        <w:top w:val="none" w:sz="0" w:space="0" w:color="auto"/>
        <w:left w:val="none" w:sz="0" w:space="0" w:color="auto"/>
        <w:bottom w:val="none" w:sz="0" w:space="0" w:color="auto"/>
        <w:right w:val="none" w:sz="0" w:space="0" w:color="auto"/>
      </w:divBdr>
    </w:div>
    <w:div w:id="1797482130">
      <w:bodyDiv w:val="1"/>
      <w:marLeft w:val="0"/>
      <w:marRight w:val="0"/>
      <w:marTop w:val="0"/>
      <w:marBottom w:val="0"/>
      <w:divBdr>
        <w:top w:val="none" w:sz="0" w:space="0" w:color="auto"/>
        <w:left w:val="none" w:sz="0" w:space="0" w:color="auto"/>
        <w:bottom w:val="none" w:sz="0" w:space="0" w:color="auto"/>
        <w:right w:val="none" w:sz="0" w:space="0" w:color="auto"/>
      </w:divBdr>
      <w:divsChild>
        <w:div w:id="1370642255">
          <w:marLeft w:val="0"/>
          <w:marRight w:val="0"/>
          <w:marTop w:val="0"/>
          <w:marBottom w:val="0"/>
          <w:divBdr>
            <w:top w:val="none" w:sz="0" w:space="0" w:color="auto"/>
            <w:left w:val="none" w:sz="0" w:space="0" w:color="auto"/>
            <w:bottom w:val="none" w:sz="0" w:space="0" w:color="auto"/>
            <w:right w:val="none" w:sz="0" w:space="0" w:color="auto"/>
          </w:divBdr>
          <w:divsChild>
            <w:div w:id="1486506218">
              <w:marLeft w:val="0"/>
              <w:marRight w:val="0"/>
              <w:marTop w:val="0"/>
              <w:marBottom w:val="0"/>
              <w:divBdr>
                <w:top w:val="none" w:sz="0" w:space="0" w:color="auto"/>
                <w:left w:val="none" w:sz="0" w:space="0" w:color="auto"/>
                <w:bottom w:val="none" w:sz="0" w:space="0" w:color="auto"/>
                <w:right w:val="none" w:sz="0" w:space="0" w:color="auto"/>
              </w:divBdr>
              <w:divsChild>
                <w:div w:id="1433553610">
                  <w:marLeft w:val="0"/>
                  <w:marRight w:val="0"/>
                  <w:marTop w:val="0"/>
                  <w:marBottom w:val="0"/>
                  <w:divBdr>
                    <w:top w:val="none" w:sz="0" w:space="0" w:color="auto"/>
                    <w:left w:val="none" w:sz="0" w:space="0" w:color="auto"/>
                    <w:bottom w:val="none" w:sz="0" w:space="0" w:color="auto"/>
                    <w:right w:val="none" w:sz="0" w:space="0" w:color="auto"/>
                  </w:divBdr>
                  <w:divsChild>
                    <w:div w:id="1235816094">
                      <w:marLeft w:val="0"/>
                      <w:marRight w:val="0"/>
                      <w:marTop w:val="0"/>
                      <w:marBottom w:val="0"/>
                      <w:divBdr>
                        <w:top w:val="none" w:sz="0" w:space="0" w:color="auto"/>
                        <w:left w:val="none" w:sz="0" w:space="0" w:color="auto"/>
                        <w:bottom w:val="none" w:sz="0" w:space="0" w:color="auto"/>
                        <w:right w:val="none" w:sz="0" w:space="0" w:color="auto"/>
                      </w:divBdr>
                      <w:divsChild>
                        <w:div w:id="894853919">
                          <w:marLeft w:val="0"/>
                          <w:marRight w:val="0"/>
                          <w:marTop w:val="0"/>
                          <w:marBottom w:val="0"/>
                          <w:divBdr>
                            <w:top w:val="none" w:sz="0" w:space="0" w:color="auto"/>
                            <w:left w:val="none" w:sz="0" w:space="0" w:color="auto"/>
                            <w:bottom w:val="none" w:sz="0" w:space="0" w:color="auto"/>
                            <w:right w:val="none" w:sz="0" w:space="0" w:color="auto"/>
                          </w:divBdr>
                          <w:divsChild>
                            <w:div w:id="1605259494">
                              <w:marLeft w:val="0"/>
                              <w:marRight w:val="0"/>
                              <w:marTop w:val="0"/>
                              <w:marBottom w:val="0"/>
                              <w:divBdr>
                                <w:top w:val="none" w:sz="0" w:space="0" w:color="auto"/>
                                <w:left w:val="none" w:sz="0" w:space="0" w:color="auto"/>
                                <w:bottom w:val="none" w:sz="0" w:space="0" w:color="auto"/>
                                <w:right w:val="none" w:sz="0" w:space="0" w:color="auto"/>
                              </w:divBdr>
                              <w:divsChild>
                                <w:div w:id="317422610">
                                  <w:marLeft w:val="0"/>
                                  <w:marRight w:val="0"/>
                                  <w:marTop w:val="0"/>
                                  <w:marBottom w:val="0"/>
                                  <w:divBdr>
                                    <w:top w:val="none" w:sz="0" w:space="0" w:color="auto"/>
                                    <w:left w:val="none" w:sz="0" w:space="0" w:color="auto"/>
                                    <w:bottom w:val="none" w:sz="0" w:space="0" w:color="auto"/>
                                    <w:right w:val="none" w:sz="0" w:space="0" w:color="auto"/>
                                  </w:divBdr>
                                  <w:divsChild>
                                    <w:div w:id="1121874242">
                                      <w:marLeft w:val="0"/>
                                      <w:marRight w:val="0"/>
                                      <w:marTop w:val="0"/>
                                      <w:marBottom w:val="0"/>
                                      <w:divBdr>
                                        <w:top w:val="none" w:sz="0" w:space="0" w:color="auto"/>
                                        <w:left w:val="none" w:sz="0" w:space="0" w:color="auto"/>
                                        <w:bottom w:val="none" w:sz="0" w:space="0" w:color="auto"/>
                                        <w:right w:val="none" w:sz="0" w:space="0" w:color="auto"/>
                                      </w:divBdr>
                                      <w:divsChild>
                                        <w:div w:id="593440379">
                                          <w:marLeft w:val="0"/>
                                          <w:marRight w:val="0"/>
                                          <w:marTop w:val="0"/>
                                          <w:marBottom w:val="0"/>
                                          <w:divBdr>
                                            <w:top w:val="none" w:sz="0" w:space="0" w:color="auto"/>
                                            <w:left w:val="none" w:sz="0" w:space="0" w:color="auto"/>
                                            <w:bottom w:val="none" w:sz="0" w:space="0" w:color="auto"/>
                                            <w:right w:val="none" w:sz="0" w:space="0" w:color="auto"/>
                                          </w:divBdr>
                                          <w:divsChild>
                                            <w:div w:id="1343429691">
                                              <w:marLeft w:val="0"/>
                                              <w:marRight w:val="0"/>
                                              <w:marTop w:val="0"/>
                                              <w:marBottom w:val="0"/>
                                              <w:divBdr>
                                                <w:top w:val="none" w:sz="0" w:space="0" w:color="auto"/>
                                                <w:left w:val="none" w:sz="0" w:space="0" w:color="auto"/>
                                                <w:bottom w:val="none" w:sz="0" w:space="0" w:color="auto"/>
                                                <w:right w:val="none" w:sz="0" w:space="0" w:color="auto"/>
                                              </w:divBdr>
                                              <w:divsChild>
                                                <w:div w:id="225917968">
                                                  <w:marLeft w:val="0"/>
                                                  <w:marRight w:val="0"/>
                                                  <w:marTop w:val="0"/>
                                                  <w:marBottom w:val="0"/>
                                                  <w:divBdr>
                                                    <w:top w:val="none" w:sz="0" w:space="0" w:color="auto"/>
                                                    <w:left w:val="none" w:sz="0" w:space="0" w:color="auto"/>
                                                    <w:bottom w:val="none" w:sz="0" w:space="0" w:color="auto"/>
                                                    <w:right w:val="none" w:sz="0" w:space="0" w:color="auto"/>
                                                  </w:divBdr>
                                                  <w:divsChild>
                                                    <w:div w:id="1167944014">
                                                      <w:marLeft w:val="0"/>
                                                      <w:marRight w:val="0"/>
                                                      <w:marTop w:val="0"/>
                                                      <w:marBottom w:val="0"/>
                                                      <w:divBdr>
                                                        <w:top w:val="none" w:sz="0" w:space="0" w:color="auto"/>
                                                        <w:left w:val="none" w:sz="0" w:space="0" w:color="auto"/>
                                                        <w:bottom w:val="none" w:sz="0" w:space="0" w:color="auto"/>
                                                        <w:right w:val="none" w:sz="0" w:space="0" w:color="auto"/>
                                                      </w:divBdr>
                                                      <w:divsChild>
                                                        <w:div w:id="9772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7847119">
          <w:marLeft w:val="0"/>
          <w:marRight w:val="0"/>
          <w:marTop w:val="0"/>
          <w:marBottom w:val="0"/>
          <w:divBdr>
            <w:top w:val="none" w:sz="0" w:space="0" w:color="auto"/>
            <w:left w:val="none" w:sz="0" w:space="0" w:color="auto"/>
            <w:bottom w:val="none" w:sz="0" w:space="0" w:color="auto"/>
            <w:right w:val="none" w:sz="0" w:space="0" w:color="auto"/>
          </w:divBdr>
          <w:divsChild>
            <w:div w:id="592006799">
              <w:marLeft w:val="0"/>
              <w:marRight w:val="0"/>
              <w:marTop w:val="0"/>
              <w:marBottom w:val="0"/>
              <w:divBdr>
                <w:top w:val="none" w:sz="0" w:space="0" w:color="auto"/>
                <w:left w:val="none" w:sz="0" w:space="0" w:color="auto"/>
                <w:bottom w:val="none" w:sz="0" w:space="0" w:color="auto"/>
                <w:right w:val="none" w:sz="0" w:space="0" w:color="auto"/>
              </w:divBdr>
              <w:divsChild>
                <w:div w:id="15514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05113">
      <w:bodyDiv w:val="1"/>
      <w:marLeft w:val="0"/>
      <w:marRight w:val="0"/>
      <w:marTop w:val="0"/>
      <w:marBottom w:val="0"/>
      <w:divBdr>
        <w:top w:val="none" w:sz="0" w:space="0" w:color="auto"/>
        <w:left w:val="none" w:sz="0" w:space="0" w:color="auto"/>
        <w:bottom w:val="none" w:sz="0" w:space="0" w:color="auto"/>
        <w:right w:val="none" w:sz="0" w:space="0" w:color="auto"/>
      </w:divBdr>
    </w:div>
    <w:div w:id="1837721926">
      <w:bodyDiv w:val="1"/>
      <w:marLeft w:val="0"/>
      <w:marRight w:val="0"/>
      <w:marTop w:val="0"/>
      <w:marBottom w:val="0"/>
      <w:divBdr>
        <w:top w:val="none" w:sz="0" w:space="0" w:color="auto"/>
        <w:left w:val="none" w:sz="0" w:space="0" w:color="auto"/>
        <w:bottom w:val="none" w:sz="0" w:space="0" w:color="auto"/>
        <w:right w:val="none" w:sz="0" w:space="0" w:color="auto"/>
      </w:divBdr>
    </w:div>
    <w:div w:id="1840730900">
      <w:bodyDiv w:val="1"/>
      <w:marLeft w:val="0"/>
      <w:marRight w:val="0"/>
      <w:marTop w:val="0"/>
      <w:marBottom w:val="0"/>
      <w:divBdr>
        <w:top w:val="none" w:sz="0" w:space="0" w:color="auto"/>
        <w:left w:val="none" w:sz="0" w:space="0" w:color="auto"/>
        <w:bottom w:val="none" w:sz="0" w:space="0" w:color="auto"/>
        <w:right w:val="none" w:sz="0" w:space="0" w:color="auto"/>
      </w:divBdr>
      <w:divsChild>
        <w:div w:id="1405106495">
          <w:marLeft w:val="0"/>
          <w:marRight w:val="0"/>
          <w:marTop w:val="0"/>
          <w:marBottom w:val="0"/>
          <w:divBdr>
            <w:top w:val="none" w:sz="0" w:space="0" w:color="auto"/>
            <w:left w:val="none" w:sz="0" w:space="0" w:color="auto"/>
            <w:bottom w:val="none" w:sz="0" w:space="0" w:color="auto"/>
            <w:right w:val="none" w:sz="0" w:space="0" w:color="auto"/>
          </w:divBdr>
          <w:divsChild>
            <w:div w:id="969634399">
              <w:marLeft w:val="0"/>
              <w:marRight w:val="0"/>
              <w:marTop w:val="0"/>
              <w:marBottom w:val="0"/>
              <w:divBdr>
                <w:top w:val="none" w:sz="0" w:space="0" w:color="auto"/>
                <w:left w:val="none" w:sz="0" w:space="0" w:color="auto"/>
                <w:bottom w:val="none" w:sz="0" w:space="0" w:color="auto"/>
                <w:right w:val="none" w:sz="0" w:space="0" w:color="auto"/>
              </w:divBdr>
              <w:divsChild>
                <w:div w:id="2104108893">
                  <w:marLeft w:val="0"/>
                  <w:marRight w:val="0"/>
                  <w:marTop w:val="0"/>
                  <w:marBottom w:val="0"/>
                  <w:divBdr>
                    <w:top w:val="none" w:sz="0" w:space="0" w:color="auto"/>
                    <w:left w:val="none" w:sz="0" w:space="0" w:color="auto"/>
                    <w:bottom w:val="none" w:sz="0" w:space="0" w:color="auto"/>
                    <w:right w:val="none" w:sz="0" w:space="0" w:color="auto"/>
                  </w:divBdr>
                  <w:divsChild>
                    <w:div w:id="764108683">
                      <w:marLeft w:val="0"/>
                      <w:marRight w:val="0"/>
                      <w:marTop w:val="0"/>
                      <w:marBottom w:val="0"/>
                      <w:divBdr>
                        <w:top w:val="none" w:sz="0" w:space="0" w:color="auto"/>
                        <w:left w:val="none" w:sz="0" w:space="0" w:color="auto"/>
                        <w:bottom w:val="none" w:sz="0" w:space="0" w:color="auto"/>
                        <w:right w:val="none" w:sz="0" w:space="0" w:color="auto"/>
                      </w:divBdr>
                      <w:divsChild>
                        <w:div w:id="2052685280">
                          <w:marLeft w:val="0"/>
                          <w:marRight w:val="0"/>
                          <w:marTop w:val="0"/>
                          <w:marBottom w:val="0"/>
                          <w:divBdr>
                            <w:top w:val="none" w:sz="0" w:space="0" w:color="auto"/>
                            <w:left w:val="none" w:sz="0" w:space="0" w:color="auto"/>
                            <w:bottom w:val="none" w:sz="0" w:space="0" w:color="auto"/>
                            <w:right w:val="none" w:sz="0" w:space="0" w:color="auto"/>
                          </w:divBdr>
                          <w:divsChild>
                            <w:div w:id="1979533190">
                              <w:marLeft w:val="0"/>
                              <w:marRight w:val="0"/>
                              <w:marTop w:val="0"/>
                              <w:marBottom w:val="0"/>
                              <w:divBdr>
                                <w:top w:val="none" w:sz="0" w:space="0" w:color="auto"/>
                                <w:left w:val="none" w:sz="0" w:space="0" w:color="auto"/>
                                <w:bottom w:val="none" w:sz="0" w:space="0" w:color="auto"/>
                                <w:right w:val="none" w:sz="0" w:space="0" w:color="auto"/>
                              </w:divBdr>
                              <w:divsChild>
                                <w:div w:id="613368196">
                                  <w:marLeft w:val="0"/>
                                  <w:marRight w:val="0"/>
                                  <w:marTop w:val="0"/>
                                  <w:marBottom w:val="0"/>
                                  <w:divBdr>
                                    <w:top w:val="none" w:sz="0" w:space="0" w:color="auto"/>
                                    <w:left w:val="none" w:sz="0" w:space="0" w:color="auto"/>
                                    <w:bottom w:val="none" w:sz="0" w:space="0" w:color="auto"/>
                                    <w:right w:val="none" w:sz="0" w:space="0" w:color="auto"/>
                                  </w:divBdr>
                                  <w:divsChild>
                                    <w:div w:id="935940546">
                                      <w:marLeft w:val="0"/>
                                      <w:marRight w:val="0"/>
                                      <w:marTop w:val="0"/>
                                      <w:marBottom w:val="0"/>
                                      <w:divBdr>
                                        <w:top w:val="none" w:sz="0" w:space="0" w:color="auto"/>
                                        <w:left w:val="none" w:sz="0" w:space="0" w:color="auto"/>
                                        <w:bottom w:val="none" w:sz="0" w:space="0" w:color="auto"/>
                                        <w:right w:val="none" w:sz="0" w:space="0" w:color="auto"/>
                                      </w:divBdr>
                                      <w:divsChild>
                                        <w:div w:id="1855025535">
                                          <w:marLeft w:val="0"/>
                                          <w:marRight w:val="0"/>
                                          <w:marTop w:val="0"/>
                                          <w:marBottom w:val="0"/>
                                          <w:divBdr>
                                            <w:top w:val="none" w:sz="0" w:space="0" w:color="auto"/>
                                            <w:left w:val="none" w:sz="0" w:space="0" w:color="auto"/>
                                            <w:bottom w:val="none" w:sz="0" w:space="0" w:color="auto"/>
                                            <w:right w:val="none" w:sz="0" w:space="0" w:color="auto"/>
                                          </w:divBdr>
                                          <w:divsChild>
                                            <w:div w:id="2066221960">
                                              <w:marLeft w:val="0"/>
                                              <w:marRight w:val="0"/>
                                              <w:marTop w:val="0"/>
                                              <w:marBottom w:val="0"/>
                                              <w:divBdr>
                                                <w:top w:val="none" w:sz="0" w:space="0" w:color="auto"/>
                                                <w:left w:val="none" w:sz="0" w:space="0" w:color="auto"/>
                                                <w:bottom w:val="none" w:sz="0" w:space="0" w:color="auto"/>
                                                <w:right w:val="none" w:sz="0" w:space="0" w:color="auto"/>
                                              </w:divBdr>
                                              <w:divsChild>
                                                <w:div w:id="2095201427">
                                                  <w:marLeft w:val="0"/>
                                                  <w:marRight w:val="0"/>
                                                  <w:marTop w:val="0"/>
                                                  <w:marBottom w:val="0"/>
                                                  <w:divBdr>
                                                    <w:top w:val="none" w:sz="0" w:space="0" w:color="auto"/>
                                                    <w:left w:val="none" w:sz="0" w:space="0" w:color="auto"/>
                                                    <w:bottom w:val="none" w:sz="0" w:space="0" w:color="auto"/>
                                                    <w:right w:val="none" w:sz="0" w:space="0" w:color="auto"/>
                                                  </w:divBdr>
                                                  <w:divsChild>
                                                    <w:div w:id="924071743">
                                                      <w:marLeft w:val="0"/>
                                                      <w:marRight w:val="0"/>
                                                      <w:marTop w:val="0"/>
                                                      <w:marBottom w:val="0"/>
                                                      <w:divBdr>
                                                        <w:top w:val="none" w:sz="0" w:space="0" w:color="auto"/>
                                                        <w:left w:val="none" w:sz="0" w:space="0" w:color="auto"/>
                                                        <w:bottom w:val="none" w:sz="0" w:space="0" w:color="auto"/>
                                                        <w:right w:val="none" w:sz="0" w:space="0" w:color="auto"/>
                                                      </w:divBdr>
                                                      <w:divsChild>
                                                        <w:div w:id="88456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2563235">
          <w:marLeft w:val="0"/>
          <w:marRight w:val="0"/>
          <w:marTop w:val="0"/>
          <w:marBottom w:val="0"/>
          <w:divBdr>
            <w:top w:val="none" w:sz="0" w:space="0" w:color="auto"/>
            <w:left w:val="none" w:sz="0" w:space="0" w:color="auto"/>
            <w:bottom w:val="none" w:sz="0" w:space="0" w:color="auto"/>
            <w:right w:val="none" w:sz="0" w:space="0" w:color="auto"/>
          </w:divBdr>
          <w:divsChild>
            <w:div w:id="1739786441">
              <w:marLeft w:val="0"/>
              <w:marRight w:val="0"/>
              <w:marTop w:val="0"/>
              <w:marBottom w:val="0"/>
              <w:divBdr>
                <w:top w:val="none" w:sz="0" w:space="0" w:color="auto"/>
                <w:left w:val="none" w:sz="0" w:space="0" w:color="auto"/>
                <w:bottom w:val="none" w:sz="0" w:space="0" w:color="auto"/>
                <w:right w:val="none" w:sz="0" w:space="0" w:color="auto"/>
              </w:divBdr>
              <w:divsChild>
                <w:div w:id="86706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665733">
      <w:bodyDiv w:val="1"/>
      <w:marLeft w:val="0"/>
      <w:marRight w:val="0"/>
      <w:marTop w:val="0"/>
      <w:marBottom w:val="0"/>
      <w:divBdr>
        <w:top w:val="none" w:sz="0" w:space="0" w:color="auto"/>
        <w:left w:val="none" w:sz="0" w:space="0" w:color="auto"/>
        <w:bottom w:val="none" w:sz="0" w:space="0" w:color="auto"/>
        <w:right w:val="none" w:sz="0" w:space="0" w:color="auto"/>
      </w:divBdr>
    </w:div>
    <w:div w:id="1898784354">
      <w:bodyDiv w:val="1"/>
      <w:marLeft w:val="0"/>
      <w:marRight w:val="0"/>
      <w:marTop w:val="0"/>
      <w:marBottom w:val="0"/>
      <w:divBdr>
        <w:top w:val="none" w:sz="0" w:space="0" w:color="auto"/>
        <w:left w:val="none" w:sz="0" w:space="0" w:color="auto"/>
        <w:bottom w:val="none" w:sz="0" w:space="0" w:color="auto"/>
        <w:right w:val="none" w:sz="0" w:space="0" w:color="auto"/>
      </w:divBdr>
      <w:divsChild>
        <w:div w:id="1126657445">
          <w:marLeft w:val="0"/>
          <w:marRight w:val="0"/>
          <w:marTop w:val="0"/>
          <w:marBottom w:val="0"/>
          <w:divBdr>
            <w:top w:val="none" w:sz="0" w:space="0" w:color="auto"/>
            <w:left w:val="none" w:sz="0" w:space="0" w:color="auto"/>
            <w:bottom w:val="none" w:sz="0" w:space="0" w:color="auto"/>
            <w:right w:val="none" w:sz="0" w:space="0" w:color="auto"/>
          </w:divBdr>
          <w:divsChild>
            <w:div w:id="1420566378">
              <w:marLeft w:val="0"/>
              <w:marRight w:val="0"/>
              <w:marTop w:val="0"/>
              <w:marBottom w:val="0"/>
              <w:divBdr>
                <w:top w:val="none" w:sz="0" w:space="0" w:color="auto"/>
                <w:left w:val="none" w:sz="0" w:space="0" w:color="auto"/>
                <w:bottom w:val="none" w:sz="0" w:space="0" w:color="auto"/>
                <w:right w:val="none" w:sz="0" w:space="0" w:color="auto"/>
              </w:divBdr>
              <w:divsChild>
                <w:div w:id="1221329946">
                  <w:marLeft w:val="0"/>
                  <w:marRight w:val="0"/>
                  <w:marTop w:val="0"/>
                  <w:marBottom w:val="0"/>
                  <w:divBdr>
                    <w:top w:val="none" w:sz="0" w:space="0" w:color="auto"/>
                    <w:left w:val="none" w:sz="0" w:space="0" w:color="auto"/>
                    <w:bottom w:val="none" w:sz="0" w:space="0" w:color="auto"/>
                    <w:right w:val="none" w:sz="0" w:space="0" w:color="auto"/>
                  </w:divBdr>
                  <w:divsChild>
                    <w:div w:id="416754966">
                      <w:marLeft w:val="0"/>
                      <w:marRight w:val="0"/>
                      <w:marTop w:val="0"/>
                      <w:marBottom w:val="0"/>
                      <w:divBdr>
                        <w:top w:val="none" w:sz="0" w:space="0" w:color="auto"/>
                        <w:left w:val="none" w:sz="0" w:space="0" w:color="auto"/>
                        <w:bottom w:val="none" w:sz="0" w:space="0" w:color="auto"/>
                        <w:right w:val="none" w:sz="0" w:space="0" w:color="auto"/>
                      </w:divBdr>
                      <w:divsChild>
                        <w:div w:id="31468634">
                          <w:marLeft w:val="0"/>
                          <w:marRight w:val="0"/>
                          <w:marTop w:val="0"/>
                          <w:marBottom w:val="0"/>
                          <w:divBdr>
                            <w:top w:val="none" w:sz="0" w:space="0" w:color="auto"/>
                            <w:left w:val="none" w:sz="0" w:space="0" w:color="auto"/>
                            <w:bottom w:val="none" w:sz="0" w:space="0" w:color="auto"/>
                            <w:right w:val="none" w:sz="0" w:space="0" w:color="auto"/>
                          </w:divBdr>
                          <w:divsChild>
                            <w:div w:id="77957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242931">
      <w:bodyDiv w:val="1"/>
      <w:marLeft w:val="0"/>
      <w:marRight w:val="0"/>
      <w:marTop w:val="0"/>
      <w:marBottom w:val="0"/>
      <w:divBdr>
        <w:top w:val="none" w:sz="0" w:space="0" w:color="auto"/>
        <w:left w:val="none" w:sz="0" w:space="0" w:color="auto"/>
        <w:bottom w:val="none" w:sz="0" w:space="0" w:color="auto"/>
        <w:right w:val="none" w:sz="0" w:space="0" w:color="auto"/>
      </w:divBdr>
    </w:div>
    <w:div w:id="1956712831">
      <w:bodyDiv w:val="1"/>
      <w:marLeft w:val="0"/>
      <w:marRight w:val="0"/>
      <w:marTop w:val="0"/>
      <w:marBottom w:val="0"/>
      <w:divBdr>
        <w:top w:val="none" w:sz="0" w:space="0" w:color="auto"/>
        <w:left w:val="none" w:sz="0" w:space="0" w:color="auto"/>
        <w:bottom w:val="none" w:sz="0" w:space="0" w:color="auto"/>
        <w:right w:val="none" w:sz="0" w:space="0" w:color="auto"/>
      </w:divBdr>
    </w:div>
    <w:div w:id="1963338746">
      <w:bodyDiv w:val="1"/>
      <w:marLeft w:val="0"/>
      <w:marRight w:val="0"/>
      <w:marTop w:val="0"/>
      <w:marBottom w:val="0"/>
      <w:divBdr>
        <w:top w:val="none" w:sz="0" w:space="0" w:color="auto"/>
        <w:left w:val="none" w:sz="0" w:space="0" w:color="auto"/>
        <w:bottom w:val="none" w:sz="0" w:space="0" w:color="auto"/>
        <w:right w:val="none" w:sz="0" w:space="0" w:color="auto"/>
      </w:divBdr>
      <w:divsChild>
        <w:div w:id="1358963181">
          <w:marLeft w:val="0"/>
          <w:marRight w:val="0"/>
          <w:marTop w:val="0"/>
          <w:marBottom w:val="0"/>
          <w:divBdr>
            <w:top w:val="none" w:sz="0" w:space="0" w:color="auto"/>
            <w:left w:val="none" w:sz="0" w:space="0" w:color="auto"/>
            <w:bottom w:val="none" w:sz="0" w:space="0" w:color="auto"/>
            <w:right w:val="none" w:sz="0" w:space="0" w:color="auto"/>
          </w:divBdr>
          <w:divsChild>
            <w:div w:id="1236016759">
              <w:marLeft w:val="0"/>
              <w:marRight w:val="0"/>
              <w:marTop w:val="0"/>
              <w:marBottom w:val="0"/>
              <w:divBdr>
                <w:top w:val="none" w:sz="0" w:space="0" w:color="auto"/>
                <w:left w:val="none" w:sz="0" w:space="0" w:color="auto"/>
                <w:bottom w:val="none" w:sz="0" w:space="0" w:color="auto"/>
                <w:right w:val="none" w:sz="0" w:space="0" w:color="auto"/>
              </w:divBdr>
              <w:divsChild>
                <w:div w:id="2069693355">
                  <w:marLeft w:val="0"/>
                  <w:marRight w:val="0"/>
                  <w:marTop w:val="0"/>
                  <w:marBottom w:val="0"/>
                  <w:divBdr>
                    <w:top w:val="none" w:sz="0" w:space="0" w:color="auto"/>
                    <w:left w:val="none" w:sz="0" w:space="0" w:color="auto"/>
                    <w:bottom w:val="none" w:sz="0" w:space="0" w:color="auto"/>
                    <w:right w:val="none" w:sz="0" w:space="0" w:color="auto"/>
                  </w:divBdr>
                  <w:divsChild>
                    <w:div w:id="1010793854">
                      <w:marLeft w:val="0"/>
                      <w:marRight w:val="0"/>
                      <w:marTop w:val="0"/>
                      <w:marBottom w:val="0"/>
                      <w:divBdr>
                        <w:top w:val="none" w:sz="0" w:space="0" w:color="auto"/>
                        <w:left w:val="none" w:sz="0" w:space="0" w:color="auto"/>
                        <w:bottom w:val="none" w:sz="0" w:space="0" w:color="auto"/>
                        <w:right w:val="none" w:sz="0" w:space="0" w:color="auto"/>
                      </w:divBdr>
                      <w:divsChild>
                        <w:div w:id="1755198786">
                          <w:marLeft w:val="0"/>
                          <w:marRight w:val="0"/>
                          <w:marTop w:val="0"/>
                          <w:marBottom w:val="0"/>
                          <w:divBdr>
                            <w:top w:val="none" w:sz="0" w:space="0" w:color="auto"/>
                            <w:left w:val="none" w:sz="0" w:space="0" w:color="auto"/>
                            <w:bottom w:val="none" w:sz="0" w:space="0" w:color="auto"/>
                            <w:right w:val="none" w:sz="0" w:space="0" w:color="auto"/>
                          </w:divBdr>
                          <w:divsChild>
                            <w:div w:id="908885033">
                              <w:marLeft w:val="0"/>
                              <w:marRight w:val="0"/>
                              <w:marTop w:val="0"/>
                              <w:marBottom w:val="0"/>
                              <w:divBdr>
                                <w:top w:val="none" w:sz="0" w:space="0" w:color="auto"/>
                                <w:left w:val="none" w:sz="0" w:space="0" w:color="auto"/>
                                <w:bottom w:val="none" w:sz="0" w:space="0" w:color="auto"/>
                                <w:right w:val="none" w:sz="0" w:space="0" w:color="auto"/>
                              </w:divBdr>
                              <w:divsChild>
                                <w:div w:id="1818381145">
                                  <w:marLeft w:val="0"/>
                                  <w:marRight w:val="0"/>
                                  <w:marTop w:val="0"/>
                                  <w:marBottom w:val="0"/>
                                  <w:divBdr>
                                    <w:top w:val="none" w:sz="0" w:space="0" w:color="auto"/>
                                    <w:left w:val="none" w:sz="0" w:space="0" w:color="auto"/>
                                    <w:bottom w:val="none" w:sz="0" w:space="0" w:color="auto"/>
                                    <w:right w:val="none" w:sz="0" w:space="0" w:color="auto"/>
                                  </w:divBdr>
                                  <w:divsChild>
                                    <w:div w:id="333723681">
                                      <w:marLeft w:val="0"/>
                                      <w:marRight w:val="0"/>
                                      <w:marTop w:val="0"/>
                                      <w:marBottom w:val="0"/>
                                      <w:divBdr>
                                        <w:top w:val="none" w:sz="0" w:space="0" w:color="auto"/>
                                        <w:left w:val="none" w:sz="0" w:space="0" w:color="auto"/>
                                        <w:bottom w:val="none" w:sz="0" w:space="0" w:color="auto"/>
                                        <w:right w:val="none" w:sz="0" w:space="0" w:color="auto"/>
                                      </w:divBdr>
                                      <w:divsChild>
                                        <w:div w:id="332801784">
                                          <w:marLeft w:val="0"/>
                                          <w:marRight w:val="0"/>
                                          <w:marTop w:val="0"/>
                                          <w:marBottom w:val="0"/>
                                          <w:divBdr>
                                            <w:top w:val="none" w:sz="0" w:space="0" w:color="auto"/>
                                            <w:left w:val="none" w:sz="0" w:space="0" w:color="auto"/>
                                            <w:bottom w:val="none" w:sz="0" w:space="0" w:color="auto"/>
                                            <w:right w:val="none" w:sz="0" w:space="0" w:color="auto"/>
                                          </w:divBdr>
                                          <w:divsChild>
                                            <w:div w:id="261301004">
                                              <w:marLeft w:val="0"/>
                                              <w:marRight w:val="0"/>
                                              <w:marTop w:val="0"/>
                                              <w:marBottom w:val="0"/>
                                              <w:divBdr>
                                                <w:top w:val="none" w:sz="0" w:space="0" w:color="auto"/>
                                                <w:left w:val="none" w:sz="0" w:space="0" w:color="auto"/>
                                                <w:bottom w:val="none" w:sz="0" w:space="0" w:color="auto"/>
                                                <w:right w:val="none" w:sz="0" w:space="0" w:color="auto"/>
                                              </w:divBdr>
                                              <w:divsChild>
                                                <w:div w:id="264847682">
                                                  <w:marLeft w:val="0"/>
                                                  <w:marRight w:val="0"/>
                                                  <w:marTop w:val="0"/>
                                                  <w:marBottom w:val="0"/>
                                                  <w:divBdr>
                                                    <w:top w:val="none" w:sz="0" w:space="0" w:color="auto"/>
                                                    <w:left w:val="none" w:sz="0" w:space="0" w:color="auto"/>
                                                    <w:bottom w:val="none" w:sz="0" w:space="0" w:color="auto"/>
                                                    <w:right w:val="none" w:sz="0" w:space="0" w:color="auto"/>
                                                  </w:divBdr>
                                                  <w:divsChild>
                                                    <w:div w:id="1867136105">
                                                      <w:marLeft w:val="0"/>
                                                      <w:marRight w:val="0"/>
                                                      <w:marTop w:val="0"/>
                                                      <w:marBottom w:val="0"/>
                                                      <w:divBdr>
                                                        <w:top w:val="none" w:sz="0" w:space="0" w:color="auto"/>
                                                        <w:left w:val="none" w:sz="0" w:space="0" w:color="auto"/>
                                                        <w:bottom w:val="none" w:sz="0" w:space="0" w:color="auto"/>
                                                        <w:right w:val="none" w:sz="0" w:space="0" w:color="auto"/>
                                                      </w:divBdr>
                                                      <w:divsChild>
                                                        <w:div w:id="200751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1525047">
          <w:marLeft w:val="0"/>
          <w:marRight w:val="0"/>
          <w:marTop w:val="0"/>
          <w:marBottom w:val="0"/>
          <w:divBdr>
            <w:top w:val="none" w:sz="0" w:space="0" w:color="auto"/>
            <w:left w:val="none" w:sz="0" w:space="0" w:color="auto"/>
            <w:bottom w:val="none" w:sz="0" w:space="0" w:color="auto"/>
            <w:right w:val="none" w:sz="0" w:space="0" w:color="auto"/>
          </w:divBdr>
          <w:divsChild>
            <w:div w:id="1550537009">
              <w:marLeft w:val="0"/>
              <w:marRight w:val="0"/>
              <w:marTop w:val="0"/>
              <w:marBottom w:val="0"/>
              <w:divBdr>
                <w:top w:val="none" w:sz="0" w:space="0" w:color="auto"/>
                <w:left w:val="none" w:sz="0" w:space="0" w:color="auto"/>
                <w:bottom w:val="none" w:sz="0" w:space="0" w:color="auto"/>
                <w:right w:val="none" w:sz="0" w:space="0" w:color="auto"/>
              </w:divBdr>
              <w:divsChild>
                <w:div w:id="30778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5446">
      <w:bodyDiv w:val="1"/>
      <w:marLeft w:val="0"/>
      <w:marRight w:val="0"/>
      <w:marTop w:val="0"/>
      <w:marBottom w:val="0"/>
      <w:divBdr>
        <w:top w:val="none" w:sz="0" w:space="0" w:color="auto"/>
        <w:left w:val="none" w:sz="0" w:space="0" w:color="auto"/>
        <w:bottom w:val="none" w:sz="0" w:space="0" w:color="auto"/>
        <w:right w:val="none" w:sz="0" w:space="0" w:color="auto"/>
      </w:divBdr>
      <w:divsChild>
        <w:div w:id="731468586">
          <w:marLeft w:val="0"/>
          <w:marRight w:val="0"/>
          <w:marTop w:val="0"/>
          <w:marBottom w:val="0"/>
          <w:divBdr>
            <w:top w:val="none" w:sz="0" w:space="0" w:color="auto"/>
            <w:left w:val="none" w:sz="0" w:space="0" w:color="auto"/>
            <w:bottom w:val="none" w:sz="0" w:space="0" w:color="auto"/>
            <w:right w:val="none" w:sz="0" w:space="0" w:color="auto"/>
          </w:divBdr>
          <w:divsChild>
            <w:div w:id="1711415680">
              <w:marLeft w:val="0"/>
              <w:marRight w:val="0"/>
              <w:marTop w:val="0"/>
              <w:marBottom w:val="0"/>
              <w:divBdr>
                <w:top w:val="none" w:sz="0" w:space="0" w:color="auto"/>
                <w:left w:val="none" w:sz="0" w:space="0" w:color="auto"/>
                <w:bottom w:val="none" w:sz="0" w:space="0" w:color="auto"/>
                <w:right w:val="none" w:sz="0" w:space="0" w:color="auto"/>
              </w:divBdr>
              <w:divsChild>
                <w:div w:id="1860779362">
                  <w:marLeft w:val="0"/>
                  <w:marRight w:val="0"/>
                  <w:marTop w:val="0"/>
                  <w:marBottom w:val="0"/>
                  <w:divBdr>
                    <w:top w:val="none" w:sz="0" w:space="0" w:color="auto"/>
                    <w:left w:val="none" w:sz="0" w:space="0" w:color="auto"/>
                    <w:bottom w:val="none" w:sz="0" w:space="0" w:color="auto"/>
                    <w:right w:val="none" w:sz="0" w:space="0" w:color="auto"/>
                  </w:divBdr>
                  <w:divsChild>
                    <w:div w:id="1187254239">
                      <w:marLeft w:val="0"/>
                      <w:marRight w:val="0"/>
                      <w:marTop w:val="0"/>
                      <w:marBottom w:val="0"/>
                      <w:divBdr>
                        <w:top w:val="none" w:sz="0" w:space="0" w:color="auto"/>
                        <w:left w:val="none" w:sz="0" w:space="0" w:color="auto"/>
                        <w:bottom w:val="none" w:sz="0" w:space="0" w:color="auto"/>
                        <w:right w:val="none" w:sz="0" w:space="0" w:color="auto"/>
                      </w:divBdr>
                      <w:divsChild>
                        <w:div w:id="20128579">
                          <w:marLeft w:val="0"/>
                          <w:marRight w:val="0"/>
                          <w:marTop w:val="0"/>
                          <w:marBottom w:val="0"/>
                          <w:divBdr>
                            <w:top w:val="none" w:sz="0" w:space="0" w:color="auto"/>
                            <w:left w:val="none" w:sz="0" w:space="0" w:color="auto"/>
                            <w:bottom w:val="none" w:sz="0" w:space="0" w:color="auto"/>
                            <w:right w:val="none" w:sz="0" w:space="0" w:color="auto"/>
                          </w:divBdr>
                          <w:divsChild>
                            <w:div w:id="480773500">
                              <w:marLeft w:val="0"/>
                              <w:marRight w:val="0"/>
                              <w:marTop w:val="0"/>
                              <w:marBottom w:val="0"/>
                              <w:divBdr>
                                <w:top w:val="none" w:sz="0" w:space="0" w:color="auto"/>
                                <w:left w:val="none" w:sz="0" w:space="0" w:color="auto"/>
                                <w:bottom w:val="none" w:sz="0" w:space="0" w:color="auto"/>
                                <w:right w:val="none" w:sz="0" w:space="0" w:color="auto"/>
                              </w:divBdr>
                              <w:divsChild>
                                <w:div w:id="179853279">
                                  <w:marLeft w:val="0"/>
                                  <w:marRight w:val="0"/>
                                  <w:marTop w:val="0"/>
                                  <w:marBottom w:val="0"/>
                                  <w:divBdr>
                                    <w:top w:val="none" w:sz="0" w:space="0" w:color="auto"/>
                                    <w:left w:val="none" w:sz="0" w:space="0" w:color="auto"/>
                                    <w:bottom w:val="none" w:sz="0" w:space="0" w:color="auto"/>
                                    <w:right w:val="none" w:sz="0" w:space="0" w:color="auto"/>
                                  </w:divBdr>
                                  <w:divsChild>
                                    <w:div w:id="269242214">
                                      <w:marLeft w:val="0"/>
                                      <w:marRight w:val="0"/>
                                      <w:marTop w:val="0"/>
                                      <w:marBottom w:val="0"/>
                                      <w:divBdr>
                                        <w:top w:val="none" w:sz="0" w:space="0" w:color="auto"/>
                                        <w:left w:val="none" w:sz="0" w:space="0" w:color="auto"/>
                                        <w:bottom w:val="none" w:sz="0" w:space="0" w:color="auto"/>
                                        <w:right w:val="none" w:sz="0" w:space="0" w:color="auto"/>
                                      </w:divBdr>
                                      <w:divsChild>
                                        <w:div w:id="144401345">
                                          <w:marLeft w:val="0"/>
                                          <w:marRight w:val="0"/>
                                          <w:marTop w:val="0"/>
                                          <w:marBottom w:val="0"/>
                                          <w:divBdr>
                                            <w:top w:val="none" w:sz="0" w:space="0" w:color="auto"/>
                                            <w:left w:val="none" w:sz="0" w:space="0" w:color="auto"/>
                                            <w:bottom w:val="none" w:sz="0" w:space="0" w:color="auto"/>
                                            <w:right w:val="none" w:sz="0" w:space="0" w:color="auto"/>
                                          </w:divBdr>
                                          <w:divsChild>
                                            <w:div w:id="1921475391">
                                              <w:marLeft w:val="0"/>
                                              <w:marRight w:val="0"/>
                                              <w:marTop w:val="0"/>
                                              <w:marBottom w:val="0"/>
                                              <w:divBdr>
                                                <w:top w:val="none" w:sz="0" w:space="0" w:color="auto"/>
                                                <w:left w:val="none" w:sz="0" w:space="0" w:color="auto"/>
                                                <w:bottom w:val="none" w:sz="0" w:space="0" w:color="auto"/>
                                                <w:right w:val="none" w:sz="0" w:space="0" w:color="auto"/>
                                              </w:divBdr>
                                              <w:divsChild>
                                                <w:div w:id="173225207">
                                                  <w:marLeft w:val="0"/>
                                                  <w:marRight w:val="0"/>
                                                  <w:marTop w:val="0"/>
                                                  <w:marBottom w:val="0"/>
                                                  <w:divBdr>
                                                    <w:top w:val="none" w:sz="0" w:space="0" w:color="auto"/>
                                                    <w:left w:val="none" w:sz="0" w:space="0" w:color="auto"/>
                                                    <w:bottom w:val="none" w:sz="0" w:space="0" w:color="auto"/>
                                                    <w:right w:val="none" w:sz="0" w:space="0" w:color="auto"/>
                                                  </w:divBdr>
                                                  <w:divsChild>
                                                    <w:div w:id="1995527838">
                                                      <w:marLeft w:val="0"/>
                                                      <w:marRight w:val="0"/>
                                                      <w:marTop w:val="0"/>
                                                      <w:marBottom w:val="0"/>
                                                      <w:divBdr>
                                                        <w:top w:val="none" w:sz="0" w:space="0" w:color="auto"/>
                                                        <w:left w:val="none" w:sz="0" w:space="0" w:color="auto"/>
                                                        <w:bottom w:val="none" w:sz="0" w:space="0" w:color="auto"/>
                                                        <w:right w:val="none" w:sz="0" w:space="0" w:color="auto"/>
                                                      </w:divBdr>
                                                      <w:divsChild>
                                                        <w:div w:id="37605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4830270">
          <w:marLeft w:val="0"/>
          <w:marRight w:val="0"/>
          <w:marTop w:val="0"/>
          <w:marBottom w:val="0"/>
          <w:divBdr>
            <w:top w:val="none" w:sz="0" w:space="0" w:color="auto"/>
            <w:left w:val="none" w:sz="0" w:space="0" w:color="auto"/>
            <w:bottom w:val="none" w:sz="0" w:space="0" w:color="auto"/>
            <w:right w:val="none" w:sz="0" w:space="0" w:color="auto"/>
          </w:divBdr>
          <w:divsChild>
            <w:div w:id="1173447628">
              <w:marLeft w:val="0"/>
              <w:marRight w:val="0"/>
              <w:marTop w:val="0"/>
              <w:marBottom w:val="0"/>
              <w:divBdr>
                <w:top w:val="none" w:sz="0" w:space="0" w:color="auto"/>
                <w:left w:val="none" w:sz="0" w:space="0" w:color="auto"/>
                <w:bottom w:val="none" w:sz="0" w:space="0" w:color="auto"/>
                <w:right w:val="none" w:sz="0" w:space="0" w:color="auto"/>
              </w:divBdr>
              <w:divsChild>
                <w:div w:id="55924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752039">
      <w:bodyDiv w:val="1"/>
      <w:marLeft w:val="0"/>
      <w:marRight w:val="0"/>
      <w:marTop w:val="0"/>
      <w:marBottom w:val="0"/>
      <w:divBdr>
        <w:top w:val="none" w:sz="0" w:space="0" w:color="auto"/>
        <w:left w:val="none" w:sz="0" w:space="0" w:color="auto"/>
        <w:bottom w:val="none" w:sz="0" w:space="0" w:color="auto"/>
        <w:right w:val="none" w:sz="0" w:space="0" w:color="auto"/>
      </w:divBdr>
    </w:div>
    <w:div w:id="2036611540">
      <w:bodyDiv w:val="1"/>
      <w:marLeft w:val="0"/>
      <w:marRight w:val="0"/>
      <w:marTop w:val="0"/>
      <w:marBottom w:val="0"/>
      <w:divBdr>
        <w:top w:val="none" w:sz="0" w:space="0" w:color="auto"/>
        <w:left w:val="none" w:sz="0" w:space="0" w:color="auto"/>
        <w:bottom w:val="none" w:sz="0" w:space="0" w:color="auto"/>
        <w:right w:val="none" w:sz="0" w:space="0" w:color="auto"/>
      </w:divBdr>
    </w:div>
    <w:div w:id="2038121486">
      <w:bodyDiv w:val="1"/>
      <w:marLeft w:val="0"/>
      <w:marRight w:val="0"/>
      <w:marTop w:val="0"/>
      <w:marBottom w:val="0"/>
      <w:divBdr>
        <w:top w:val="none" w:sz="0" w:space="0" w:color="auto"/>
        <w:left w:val="none" w:sz="0" w:space="0" w:color="auto"/>
        <w:bottom w:val="none" w:sz="0" w:space="0" w:color="auto"/>
        <w:right w:val="none" w:sz="0" w:space="0" w:color="auto"/>
      </w:divBdr>
    </w:div>
    <w:div w:id="2076925270">
      <w:bodyDiv w:val="1"/>
      <w:marLeft w:val="0"/>
      <w:marRight w:val="0"/>
      <w:marTop w:val="0"/>
      <w:marBottom w:val="0"/>
      <w:divBdr>
        <w:top w:val="none" w:sz="0" w:space="0" w:color="auto"/>
        <w:left w:val="none" w:sz="0" w:space="0" w:color="auto"/>
        <w:bottom w:val="none" w:sz="0" w:space="0" w:color="auto"/>
        <w:right w:val="none" w:sz="0" w:space="0" w:color="auto"/>
      </w:divBdr>
      <w:divsChild>
        <w:div w:id="1792236613">
          <w:marLeft w:val="547"/>
          <w:marRight w:val="0"/>
          <w:marTop w:val="0"/>
          <w:marBottom w:val="0"/>
          <w:divBdr>
            <w:top w:val="none" w:sz="0" w:space="0" w:color="auto"/>
            <w:left w:val="none" w:sz="0" w:space="0" w:color="auto"/>
            <w:bottom w:val="none" w:sz="0" w:space="0" w:color="auto"/>
            <w:right w:val="none" w:sz="0" w:space="0" w:color="auto"/>
          </w:divBdr>
        </w:div>
        <w:div w:id="1571426283">
          <w:marLeft w:val="1166"/>
          <w:marRight w:val="0"/>
          <w:marTop w:val="0"/>
          <w:marBottom w:val="0"/>
          <w:divBdr>
            <w:top w:val="none" w:sz="0" w:space="0" w:color="auto"/>
            <w:left w:val="none" w:sz="0" w:space="0" w:color="auto"/>
            <w:bottom w:val="none" w:sz="0" w:space="0" w:color="auto"/>
            <w:right w:val="none" w:sz="0" w:space="0" w:color="auto"/>
          </w:divBdr>
        </w:div>
        <w:div w:id="871915252">
          <w:marLeft w:val="1166"/>
          <w:marRight w:val="0"/>
          <w:marTop w:val="0"/>
          <w:marBottom w:val="0"/>
          <w:divBdr>
            <w:top w:val="none" w:sz="0" w:space="0" w:color="auto"/>
            <w:left w:val="none" w:sz="0" w:space="0" w:color="auto"/>
            <w:bottom w:val="none" w:sz="0" w:space="0" w:color="auto"/>
            <w:right w:val="none" w:sz="0" w:space="0" w:color="auto"/>
          </w:divBdr>
        </w:div>
        <w:div w:id="2043162802">
          <w:marLeft w:val="547"/>
          <w:marRight w:val="0"/>
          <w:marTop w:val="0"/>
          <w:marBottom w:val="0"/>
          <w:divBdr>
            <w:top w:val="none" w:sz="0" w:space="0" w:color="auto"/>
            <w:left w:val="none" w:sz="0" w:space="0" w:color="auto"/>
            <w:bottom w:val="none" w:sz="0" w:space="0" w:color="auto"/>
            <w:right w:val="none" w:sz="0" w:space="0" w:color="auto"/>
          </w:divBdr>
        </w:div>
        <w:div w:id="71004171">
          <w:marLeft w:val="1166"/>
          <w:marRight w:val="0"/>
          <w:marTop w:val="0"/>
          <w:marBottom w:val="0"/>
          <w:divBdr>
            <w:top w:val="none" w:sz="0" w:space="0" w:color="auto"/>
            <w:left w:val="none" w:sz="0" w:space="0" w:color="auto"/>
            <w:bottom w:val="none" w:sz="0" w:space="0" w:color="auto"/>
            <w:right w:val="none" w:sz="0" w:space="0" w:color="auto"/>
          </w:divBdr>
        </w:div>
        <w:div w:id="1261374895">
          <w:marLeft w:val="0"/>
          <w:marRight w:val="1166"/>
          <w:marTop w:val="0"/>
          <w:marBottom w:val="0"/>
          <w:divBdr>
            <w:top w:val="none" w:sz="0" w:space="0" w:color="auto"/>
            <w:left w:val="none" w:sz="0" w:space="0" w:color="auto"/>
            <w:bottom w:val="none" w:sz="0" w:space="0" w:color="auto"/>
            <w:right w:val="none" w:sz="0" w:space="0" w:color="auto"/>
          </w:divBdr>
        </w:div>
      </w:divsChild>
    </w:div>
    <w:div w:id="2089762583">
      <w:bodyDiv w:val="1"/>
      <w:marLeft w:val="0"/>
      <w:marRight w:val="0"/>
      <w:marTop w:val="0"/>
      <w:marBottom w:val="0"/>
      <w:divBdr>
        <w:top w:val="none" w:sz="0" w:space="0" w:color="auto"/>
        <w:left w:val="none" w:sz="0" w:space="0" w:color="auto"/>
        <w:bottom w:val="none" w:sz="0" w:space="0" w:color="auto"/>
        <w:right w:val="none" w:sz="0" w:space="0" w:color="auto"/>
      </w:divBdr>
      <w:divsChild>
        <w:div w:id="1427384566">
          <w:marLeft w:val="0"/>
          <w:marRight w:val="0"/>
          <w:marTop w:val="0"/>
          <w:marBottom w:val="0"/>
          <w:divBdr>
            <w:top w:val="none" w:sz="0" w:space="0" w:color="auto"/>
            <w:left w:val="none" w:sz="0" w:space="0" w:color="auto"/>
            <w:bottom w:val="none" w:sz="0" w:space="0" w:color="auto"/>
            <w:right w:val="none" w:sz="0" w:space="0" w:color="auto"/>
          </w:divBdr>
          <w:divsChild>
            <w:div w:id="484132661">
              <w:marLeft w:val="0"/>
              <w:marRight w:val="0"/>
              <w:marTop w:val="0"/>
              <w:marBottom w:val="0"/>
              <w:divBdr>
                <w:top w:val="none" w:sz="0" w:space="0" w:color="auto"/>
                <w:left w:val="none" w:sz="0" w:space="0" w:color="auto"/>
                <w:bottom w:val="none" w:sz="0" w:space="0" w:color="auto"/>
                <w:right w:val="none" w:sz="0" w:space="0" w:color="auto"/>
              </w:divBdr>
              <w:divsChild>
                <w:div w:id="415710523">
                  <w:marLeft w:val="0"/>
                  <w:marRight w:val="0"/>
                  <w:marTop w:val="0"/>
                  <w:marBottom w:val="0"/>
                  <w:divBdr>
                    <w:top w:val="none" w:sz="0" w:space="0" w:color="auto"/>
                    <w:left w:val="none" w:sz="0" w:space="0" w:color="auto"/>
                    <w:bottom w:val="none" w:sz="0" w:space="0" w:color="auto"/>
                    <w:right w:val="none" w:sz="0" w:space="0" w:color="auto"/>
                  </w:divBdr>
                  <w:divsChild>
                    <w:div w:id="1761753856">
                      <w:marLeft w:val="0"/>
                      <w:marRight w:val="0"/>
                      <w:marTop w:val="0"/>
                      <w:marBottom w:val="0"/>
                      <w:divBdr>
                        <w:top w:val="none" w:sz="0" w:space="0" w:color="auto"/>
                        <w:left w:val="none" w:sz="0" w:space="0" w:color="auto"/>
                        <w:bottom w:val="none" w:sz="0" w:space="0" w:color="auto"/>
                        <w:right w:val="none" w:sz="0" w:space="0" w:color="auto"/>
                      </w:divBdr>
                      <w:divsChild>
                        <w:div w:id="956259541">
                          <w:marLeft w:val="0"/>
                          <w:marRight w:val="0"/>
                          <w:marTop w:val="0"/>
                          <w:marBottom w:val="0"/>
                          <w:divBdr>
                            <w:top w:val="none" w:sz="0" w:space="0" w:color="auto"/>
                            <w:left w:val="none" w:sz="0" w:space="0" w:color="auto"/>
                            <w:bottom w:val="none" w:sz="0" w:space="0" w:color="auto"/>
                            <w:right w:val="none" w:sz="0" w:space="0" w:color="auto"/>
                          </w:divBdr>
                          <w:divsChild>
                            <w:div w:id="864830033">
                              <w:marLeft w:val="0"/>
                              <w:marRight w:val="0"/>
                              <w:marTop w:val="0"/>
                              <w:marBottom w:val="0"/>
                              <w:divBdr>
                                <w:top w:val="none" w:sz="0" w:space="0" w:color="auto"/>
                                <w:left w:val="none" w:sz="0" w:space="0" w:color="auto"/>
                                <w:bottom w:val="none" w:sz="0" w:space="0" w:color="auto"/>
                                <w:right w:val="none" w:sz="0" w:space="0" w:color="auto"/>
                              </w:divBdr>
                              <w:divsChild>
                                <w:div w:id="1821068468">
                                  <w:marLeft w:val="0"/>
                                  <w:marRight w:val="0"/>
                                  <w:marTop w:val="0"/>
                                  <w:marBottom w:val="0"/>
                                  <w:divBdr>
                                    <w:top w:val="none" w:sz="0" w:space="0" w:color="auto"/>
                                    <w:left w:val="none" w:sz="0" w:space="0" w:color="auto"/>
                                    <w:bottom w:val="none" w:sz="0" w:space="0" w:color="auto"/>
                                    <w:right w:val="none" w:sz="0" w:space="0" w:color="auto"/>
                                  </w:divBdr>
                                  <w:divsChild>
                                    <w:div w:id="256793569">
                                      <w:marLeft w:val="0"/>
                                      <w:marRight w:val="0"/>
                                      <w:marTop w:val="0"/>
                                      <w:marBottom w:val="0"/>
                                      <w:divBdr>
                                        <w:top w:val="none" w:sz="0" w:space="0" w:color="auto"/>
                                        <w:left w:val="none" w:sz="0" w:space="0" w:color="auto"/>
                                        <w:bottom w:val="none" w:sz="0" w:space="0" w:color="auto"/>
                                        <w:right w:val="none" w:sz="0" w:space="0" w:color="auto"/>
                                      </w:divBdr>
                                      <w:divsChild>
                                        <w:div w:id="598098712">
                                          <w:marLeft w:val="0"/>
                                          <w:marRight w:val="0"/>
                                          <w:marTop w:val="0"/>
                                          <w:marBottom w:val="0"/>
                                          <w:divBdr>
                                            <w:top w:val="none" w:sz="0" w:space="0" w:color="auto"/>
                                            <w:left w:val="none" w:sz="0" w:space="0" w:color="auto"/>
                                            <w:bottom w:val="none" w:sz="0" w:space="0" w:color="auto"/>
                                            <w:right w:val="none" w:sz="0" w:space="0" w:color="auto"/>
                                          </w:divBdr>
                                          <w:divsChild>
                                            <w:div w:id="763459053">
                                              <w:marLeft w:val="0"/>
                                              <w:marRight w:val="0"/>
                                              <w:marTop w:val="0"/>
                                              <w:marBottom w:val="0"/>
                                              <w:divBdr>
                                                <w:top w:val="none" w:sz="0" w:space="0" w:color="auto"/>
                                                <w:left w:val="none" w:sz="0" w:space="0" w:color="auto"/>
                                                <w:bottom w:val="none" w:sz="0" w:space="0" w:color="auto"/>
                                                <w:right w:val="none" w:sz="0" w:space="0" w:color="auto"/>
                                              </w:divBdr>
                                              <w:divsChild>
                                                <w:div w:id="1864974565">
                                                  <w:marLeft w:val="0"/>
                                                  <w:marRight w:val="0"/>
                                                  <w:marTop w:val="0"/>
                                                  <w:marBottom w:val="0"/>
                                                  <w:divBdr>
                                                    <w:top w:val="none" w:sz="0" w:space="0" w:color="auto"/>
                                                    <w:left w:val="none" w:sz="0" w:space="0" w:color="auto"/>
                                                    <w:bottom w:val="none" w:sz="0" w:space="0" w:color="auto"/>
                                                    <w:right w:val="none" w:sz="0" w:space="0" w:color="auto"/>
                                                  </w:divBdr>
                                                  <w:divsChild>
                                                    <w:div w:id="511720752">
                                                      <w:marLeft w:val="0"/>
                                                      <w:marRight w:val="0"/>
                                                      <w:marTop w:val="0"/>
                                                      <w:marBottom w:val="0"/>
                                                      <w:divBdr>
                                                        <w:top w:val="none" w:sz="0" w:space="0" w:color="auto"/>
                                                        <w:left w:val="none" w:sz="0" w:space="0" w:color="auto"/>
                                                        <w:bottom w:val="none" w:sz="0" w:space="0" w:color="auto"/>
                                                        <w:right w:val="none" w:sz="0" w:space="0" w:color="auto"/>
                                                      </w:divBdr>
                                                      <w:divsChild>
                                                        <w:div w:id="46939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1442805">
          <w:marLeft w:val="0"/>
          <w:marRight w:val="0"/>
          <w:marTop w:val="0"/>
          <w:marBottom w:val="0"/>
          <w:divBdr>
            <w:top w:val="none" w:sz="0" w:space="0" w:color="auto"/>
            <w:left w:val="none" w:sz="0" w:space="0" w:color="auto"/>
            <w:bottom w:val="none" w:sz="0" w:space="0" w:color="auto"/>
            <w:right w:val="none" w:sz="0" w:space="0" w:color="auto"/>
          </w:divBdr>
          <w:divsChild>
            <w:div w:id="1175264407">
              <w:marLeft w:val="0"/>
              <w:marRight w:val="0"/>
              <w:marTop w:val="0"/>
              <w:marBottom w:val="0"/>
              <w:divBdr>
                <w:top w:val="none" w:sz="0" w:space="0" w:color="auto"/>
                <w:left w:val="none" w:sz="0" w:space="0" w:color="auto"/>
                <w:bottom w:val="none" w:sz="0" w:space="0" w:color="auto"/>
                <w:right w:val="none" w:sz="0" w:space="0" w:color="auto"/>
              </w:divBdr>
              <w:divsChild>
                <w:div w:id="17533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211481">
      <w:bodyDiv w:val="1"/>
      <w:marLeft w:val="0"/>
      <w:marRight w:val="0"/>
      <w:marTop w:val="0"/>
      <w:marBottom w:val="0"/>
      <w:divBdr>
        <w:top w:val="none" w:sz="0" w:space="0" w:color="auto"/>
        <w:left w:val="none" w:sz="0" w:space="0" w:color="auto"/>
        <w:bottom w:val="none" w:sz="0" w:space="0" w:color="auto"/>
        <w:right w:val="none" w:sz="0" w:space="0" w:color="auto"/>
      </w:divBdr>
    </w:div>
    <w:div w:id="2102942426">
      <w:bodyDiv w:val="1"/>
      <w:marLeft w:val="0"/>
      <w:marRight w:val="0"/>
      <w:marTop w:val="0"/>
      <w:marBottom w:val="0"/>
      <w:divBdr>
        <w:top w:val="none" w:sz="0" w:space="0" w:color="auto"/>
        <w:left w:val="none" w:sz="0" w:space="0" w:color="auto"/>
        <w:bottom w:val="none" w:sz="0" w:space="0" w:color="auto"/>
        <w:right w:val="none" w:sz="0" w:space="0" w:color="auto"/>
      </w:divBdr>
      <w:divsChild>
        <w:div w:id="392461132">
          <w:marLeft w:val="0"/>
          <w:marRight w:val="0"/>
          <w:marTop w:val="0"/>
          <w:marBottom w:val="0"/>
          <w:divBdr>
            <w:top w:val="none" w:sz="0" w:space="0" w:color="auto"/>
            <w:left w:val="none" w:sz="0" w:space="0" w:color="auto"/>
            <w:bottom w:val="none" w:sz="0" w:space="0" w:color="auto"/>
            <w:right w:val="none" w:sz="0" w:space="0" w:color="auto"/>
          </w:divBdr>
          <w:divsChild>
            <w:div w:id="798887681">
              <w:marLeft w:val="0"/>
              <w:marRight w:val="0"/>
              <w:marTop w:val="0"/>
              <w:marBottom w:val="0"/>
              <w:divBdr>
                <w:top w:val="none" w:sz="0" w:space="0" w:color="auto"/>
                <w:left w:val="none" w:sz="0" w:space="0" w:color="auto"/>
                <w:bottom w:val="none" w:sz="0" w:space="0" w:color="auto"/>
                <w:right w:val="none" w:sz="0" w:space="0" w:color="auto"/>
              </w:divBdr>
              <w:divsChild>
                <w:div w:id="481964604">
                  <w:marLeft w:val="0"/>
                  <w:marRight w:val="0"/>
                  <w:marTop w:val="0"/>
                  <w:marBottom w:val="0"/>
                  <w:divBdr>
                    <w:top w:val="none" w:sz="0" w:space="0" w:color="auto"/>
                    <w:left w:val="none" w:sz="0" w:space="0" w:color="auto"/>
                    <w:bottom w:val="none" w:sz="0" w:space="0" w:color="auto"/>
                    <w:right w:val="none" w:sz="0" w:space="0" w:color="auto"/>
                  </w:divBdr>
                  <w:divsChild>
                    <w:div w:id="2019655333">
                      <w:marLeft w:val="0"/>
                      <w:marRight w:val="0"/>
                      <w:marTop w:val="0"/>
                      <w:marBottom w:val="0"/>
                      <w:divBdr>
                        <w:top w:val="none" w:sz="0" w:space="0" w:color="auto"/>
                        <w:left w:val="none" w:sz="0" w:space="0" w:color="auto"/>
                        <w:bottom w:val="none" w:sz="0" w:space="0" w:color="auto"/>
                        <w:right w:val="none" w:sz="0" w:space="0" w:color="auto"/>
                      </w:divBdr>
                      <w:divsChild>
                        <w:div w:id="546182502">
                          <w:marLeft w:val="0"/>
                          <w:marRight w:val="0"/>
                          <w:marTop w:val="0"/>
                          <w:marBottom w:val="0"/>
                          <w:divBdr>
                            <w:top w:val="none" w:sz="0" w:space="0" w:color="auto"/>
                            <w:left w:val="none" w:sz="0" w:space="0" w:color="auto"/>
                            <w:bottom w:val="none" w:sz="0" w:space="0" w:color="auto"/>
                            <w:right w:val="none" w:sz="0" w:space="0" w:color="auto"/>
                          </w:divBdr>
                          <w:divsChild>
                            <w:div w:id="1417289751">
                              <w:marLeft w:val="0"/>
                              <w:marRight w:val="0"/>
                              <w:marTop w:val="0"/>
                              <w:marBottom w:val="0"/>
                              <w:divBdr>
                                <w:top w:val="none" w:sz="0" w:space="0" w:color="auto"/>
                                <w:left w:val="none" w:sz="0" w:space="0" w:color="auto"/>
                                <w:bottom w:val="none" w:sz="0" w:space="0" w:color="auto"/>
                                <w:right w:val="none" w:sz="0" w:space="0" w:color="auto"/>
                              </w:divBdr>
                              <w:divsChild>
                                <w:div w:id="614409461">
                                  <w:marLeft w:val="0"/>
                                  <w:marRight w:val="0"/>
                                  <w:marTop w:val="0"/>
                                  <w:marBottom w:val="0"/>
                                  <w:divBdr>
                                    <w:top w:val="none" w:sz="0" w:space="0" w:color="auto"/>
                                    <w:left w:val="none" w:sz="0" w:space="0" w:color="auto"/>
                                    <w:bottom w:val="none" w:sz="0" w:space="0" w:color="auto"/>
                                    <w:right w:val="none" w:sz="0" w:space="0" w:color="auto"/>
                                  </w:divBdr>
                                  <w:divsChild>
                                    <w:div w:id="368650277">
                                      <w:marLeft w:val="0"/>
                                      <w:marRight w:val="0"/>
                                      <w:marTop w:val="0"/>
                                      <w:marBottom w:val="0"/>
                                      <w:divBdr>
                                        <w:top w:val="none" w:sz="0" w:space="0" w:color="auto"/>
                                        <w:left w:val="none" w:sz="0" w:space="0" w:color="auto"/>
                                        <w:bottom w:val="none" w:sz="0" w:space="0" w:color="auto"/>
                                        <w:right w:val="none" w:sz="0" w:space="0" w:color="auto"/>
                                      </w:divBdr>
                                      <w:divsChild>
                                        <w:div w:id="888997712">
                                          <w:marLeft w:val="0"/>
                                          <w:marRight w:val="0"/>
                                          <w:marTop w:val="0"/>
                                          <w:marBottom w:val="0"/>
                                          <w:divBdr>
                                            <w:top w:val="none" w:sz="0" w:space="0" w:color="auto"/>
                                            <w:left w:val="none" w:sz="0" w:space="0" w:color="auto"/>
                                            <w:bottom w:val="none" w:sz="0" w:space="0" w:color="auto"/>
                                            <w:right w:val="none" w:sz="0" w:space="0" w:color="auto"/>
                                          </w:divBdr>
                                          <w:divsChild>
                                            <w:div w:id="534080481">
                                              <w:marLeft w:val="0"/>
                                              <w:marRight w:val="0"/>
                                              <w:marTop w:val="0"/>
                                              <w:marBottom w:val="0"/>
                                              <w:divBdr>
                                                <w:top w:val="none" w:sz="0" w:space="0" w:color="auto"/>
                                                <w:left w:val="none" w:sz="0" w:space="0" w:color="auto"/>
                                                <w:bottom w:val="none" w:sz="0" w:space="0" w:color="auto"/>
                                                <w:right w:val="none" w:sz="0" w:space="0" w:color="auto"/>
                                              </w:divBdr>
                                              <w:divsChild>
                                                <w:div w:id="331757436">
                                                  <w:marLeft w:val="0"/>
                                                  <w:marRight w:val="0"/>
                                                  <w:marTop w:val="0"/>
                                                  <w:marBottom w:val="0"/>
                                                  <w:divBdr>
                                                    <w:top w:val="none" w:sz="0" w:space="0" w:color="auto"/>
                                                    <w:left w:val="none" w:sz="0" w:space="0" w:color="auto"/>
                                                    <w:bottom w:val="none" w:sz="0" w:space="0" w:color="auto"/>
                                                    <w:right w:val="none" w:sz="0" w:space="0" w:color="auto"/>
                                                  </w:divBdr>
                                                  <w:divsChild>
                                                    <w:div w:id="465201713">
                                                      <w:marLeft w:val="0"/>
                                                      <w:marRight w:val="0"/>
                                                      <w:marTop w:val="0"/>
                                                      <w:marBottom w:val="0"/>
                                                      <w:divBdr>
                                                        <w:top w:val="none" w:sz="0" w:space="0" w:color="auto"/>
                                                        <w:left w:val="none" w:sz="0" w:space="0" w:color="auto"/>
                                                        <w:bottom w:val="none" w:sz="0" w:space="0" w:color="auto"/>
                                                        <w:right w:val="none" w:sz="0" w:space="0" w:color="auto"/>
                                                      </w:divBdr>
                                                      <w:divsChild>
                                                        <w:div w:id="100744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9850158">
          <w:marLeft w:val="0"/>
          <w:marRight w:val="0"/>
          <w:marTop w:val="0"/>
          <w:marBottom w:val="0"/>
          <w:divBdr>
            <w:top w:val="none" w:sz="0" w:space="0" w:color="auto"/>
            <w:left w:val="none" w:sz="0" w:space="0" w:color="auto"/>
            <w:bottom w:val="none" w:sz="0" w:space="0" w:color="auto"/>
            <w:right w:val="none" w:sz="0" w:space="0" w:color="auto"/>
          </w:divBdr>
          <w:divsChild>
            <w:div w:id="1473643360">
              <w:marLeft w:val="0"/>
              <w:marRight w:val="0"/>
              <w:marTop w:val="0"/>
              <w:marBottom w:val="0"/>
              <w:divBdr>
                <w:top w:val="none" w:sz="0" w:space="0" w:color="auto"/>
                <w:left w:val="none" w:sz="0" w:space="0" w:color="auto"/>
                <w:bottom w:val="none" w:sz="0" w:space="0" w:color="auto"/>
                <w:right w:val="none" w:sz="0" w:space="0" w:color="auto"/>
              </w:divBdr>
              <w:divsChild>
                <w:div w:id="7543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059605">
      <w:bodyDiv w:val="1"/>
      <w:marLeft w:val="0"/>
      <w:marRight w:val="0"/>
      <w:marTop w:val="0"/>
      <w:marBottom w:val="0"/>
      <w:divBdr>
        <w:top w:val="none" w:sz="0" w:space="0" w:color="auto"/>
        <w:left w:val="none" w:sz="0" w:space="0" w:color="auto"/>
        <w:bottom w:val="none" w:sz="0" w:space="0" w:color="auto"/>
        <w:right w:val="none" w:sz="0" w:space="0" w:color="auto"/>
      </w:divBdr>
      <w:divsChild>
        <w:div w:id="981731709">
          <w:marLeft w:val="0"/>
          <w:marRight w:val="0"/>
          <w:marTop w:val="0"/>
          <w:marBottom w:val="0"/>
          <w:divBdr>
            <w:top w:val="none" w:sz="0" w:space="0" w:color="auto"/>
            <w:left w:val="none" w:sz="0" w:space="0" w:color="auto"/>
            <w:bottom w:val="none" w:sz="0" w:space="0" w:color="auto"/>
            <w:right w:val="none" w:sz="0" w:space="0" w:color="auto"/>
          </w:divBdr>
          <w:divsChild>
            <w:div w:id="703018993">
              <w:marLeft w:val="0"/>
              <w:marRight w:val="0"/>
              <w:marTop w:val="0"/>
              <w:marBottom w:val="0"/>
              <w:divBdr>
                <w:top w:val="none" w:sz="0" w:space="0" w:color="auto"/>
                <w:left w:val="none" w:sz="0" w:space="0" w:color="auto"/>
                <w:bottom w:val="none" w:sz="0" w:space="0" w:color="auto"/>
                <w:right w:val="none" w:sz="0" w:space="0" w:color="auto"/>
              </w:divBdr>
              <w:divsChild>
                <w:div w:id="98182207">
                  <w:marLeft w:val="0"/>
                  <w:marRight w:val="0"/>
                  <w:marTop w:val="0"/>
                  <w:marBottom w:val="0"/>
                  <w:divBdr>
                    <w:top w:val="none" w:sz="0" w:space="0" w:color="auto"/>
                    <w:left w:val="none" w:sz="0" w:space="0" w:color="auto"/>
                    <w:bottom w:val="none" w:sz="0" w:space="0" w:color="auto"/>
                    <w:right w:val="none" w:sz="0" w:space="0" w:color="auto"/>
                  </w:divBdr>
                  <w:divsChild>
                    <w:div w:id="3855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025460">
          <w:marLeft w:val="0"/>
          <w:marRight w:val="0"/>
          <w:marTop w:val="0"/>
          <w:marBottom w:val="0"/>
          <w:divBdr>
            <w:top w:val="none" w:sz="0" w:space="0" w:color="auto"/>
            <w:left w:val="none" w:sz="0" w:space="0" w:color="auto"/>
            <w:bottom w:val="none" w:sz="0" w:space="0" w:color="auto"/>
            <w:right w:val="none" w:sz="0" w:space="0" w:color="auto"/>
          </w:divBdr>
          <w:divsChild>
            <w:div w:id="933440664">
              <w:marLeft w:val="0"/>
              <w:marRight w:val="0"/>
              <w:marTop w:val="0"/>
              <w:marBottom w:val="0"/>
              <w:divBdr>
                <w:top w:val="none" w:sz="0" w:space="0" w:color="auto"/>
                <w:left w:val="none" w:sz="0" w:space="0" w:color="auto"/>
                <w:bottom w:val="none" w:sz="0" w:space="0" w:color="auto"/>
                <w:right w:val="none" w:sz="0" w:space="0" w:color="auto"/>
              </w:divBdr>
              <w:divsChild>
                <w:div w:id="661931992">
                  <w:marLeft w:val="0"/>
                  <w:marRight w:val="0"/>
                  <w:marTop w:val="0"/>
                  <w:marBottom w:val="0"/>
                  <w:divBdr>
                    <w:top w:val="none" w:sz="0" w:space="0" w:color="auto"/>
                    <w:left w:val="none" w:sz="0" w:space="0" w:color="auto"/>
                    <w:bottom w:val="none" w:sz="0" w:space="0" w:color="auto"/>
                    <w:right w:val="none" w:sz="0" w:space="0" w:color="auto"/>
                  </w:divBdr>
                  <w:divsChild>
                    <w:div w:id="208020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580048">
      <w:bodyDiv w:val="1"/>
      <w:marLeft w:val="0"/>
      <w:marRight w:val="0"/>
      <w:marTop w:val="0"/>
      <w:marBottom w:val="0"/>
      <w:divBdr>
        <w:top w:val="none" w:sz="0" w:space="0" w:color="auto"/>
        <w:left w:val="none" w:sz="0" w:space="0" w:color="auto"/>
        <w:bottom w:val="none" w:sz="0" w:space="0" w:color="auto"/>
        <w:right w:val="none" w:sz="0" w:space="0" w:color="auto"/>
      </w:divBdr>
      <w:divsChild>
        <w:div w:id="578489419">
          <w:marLeft w:val="0"/>
          <w:marRight w:val="0"/>
          <w:marTop w:val="0"/>
          <w:marBottom w:val="0"/>
          <w:divBdr>
            <w:top w:val="none" w:sz="0" w:space="0" w:color="auto"/>
            <w:left w:val="none" w:sz="0" w:space="0" w:color="auto"/>
            <w:bottom w:val="none" w:sz="0" w:space="0" w:color="auto"/>
            <w:right w:val="none" w:sz="0" w:space="0" w:color="auto"/>
          </w:divBdr>
          <w:divsChild>
            <w:div w:id="673992777">
              <w:marLeft w:val="0"/>
              <w:marRight w:val="0"/>
              <w:marTop w:val="0"/>
              <w:marBottom w:val="0"/>
              <w:divBdr>
                <w:top w:val="none" w:sz="0" w:space="0" w:color="auto"/>
                <w:left w:val="none" w:sz="0" w:space="0" w:color="auto"/>
                <w:bottom w:val="none" w:sz="0" w:space="0" w:color="auto"/>
                <w:right w:val="none" w:sz="0" w:space="0" w:color="auto"/>
              </w:divBdr>
              <w:divsChild>
                <w:div w:id="1287127261">
                  <w:marLeft w:val="0"/>
                  <w:marRight w:val="0"/>
                  <w:marTop w:val="0"/>
                  <w:marBottom w:val="0"/>
                  <w:divBdr>
                    <w:top w:val="none" w:sz="0" w:space="0" w:color="auto"/>
                    <w:left w:val="none" w:sz="0" w:space="0" w:color="auto"/>
                    <w:bottom w:val="none" w:sz="0" w:space="0" w:color="auto"/>
                    <w:right w:val="none" w:sz="0" w:space="0" w:color="auto"/>
                  </w:divBdr>
                  <w:divsChild>
                    <w:div w:id="916596771">
                      <w:marLeft w:val="0"/>
                      <w:marRight w:val="0"/>
                      <w:marTop w:val="0"/>
                      <w:marBottom w:val="0"/>
                      <w:divBdr>
                        <w:top w:val="none" w:sz="0" w:space="0" w:color="auto"/>
                        <w:left w:val="none" w:sz="0" w:space="0" w:color="auto"/>
                        <w:bottom w:val="none" w:sz="0" w:space="0" w:color="auto"/>
                        <w:right w:val="none" w:sz="0" w:space="0" w:color="auto"/>
                      </w:divBdr>
                      <w:divsChild>
                        <w:div w:id="542180731">
                          <w:marLeft w:val="0"/>
                          <w:marRight w:val="0"/>
                          <w:marTop w:val="0"/>
                          <w:marBottom w:val="0"/>
                          <w:divBdr>
                            <w:top w:val="none" w:sz="0" w:space="0" w:color="auto"/>
                            <w:left w:val="none" w:sz="0" w:space="0" w:color="auto"/>
                            <w:bottom w:val="none" w:sz="0" w:space="0" w:color="auto"/>
                            <w:right w:val="none" w:sz="0" w:space="0" w:color="auto"/>
                          </w:divBdr>
                          <w:divsChild>
                            <w:div w:id="1434982876">
                              <w:marLeft w:val="0"/>
                              <w:marRight w:val="0"/>
                              <w:marTop w:val="0"/>
                              <w:marBottom w:val="0"/>
                              <w:divBdr>
                                <w:top w:val="none" w:sz="0" w:space="0" w:color="auto"/>
                                <w:left w:val="none" w:sz="0" w:space="0" w:color="auto"/>
                                <w:bottom w:val="none" w:sz="0" w:space="0" w:color="auto"/>
                                <w:right w:val="none" w:sz="0" w:space="0" w:color="auto"/>
                              </w:divBdr>
                              <w:divsChild>
                                <w:div w:id="572593392">
                                  <w:marLeft w:val="0"/>
                                  <w:marRight w:val="0"/>
                                  <w:marTop w:val="0"/>
                                  <w:marBottom w:val="0"/>
                                  <w:divBdr>
                                    <w:top w:val="none" w:sz="0" w:space="0" w:color="auto"/>
                                    <w:left w:val="none" w:sz="0" w:space="0" w:color="auto"/>
                                    <w:bottom w:val="none" w:sz="0" w:space="0" w:color="auto"/>
                                    <w:right w:val="none" w:sz="0" w:space="0" w:color="auto"/>
                                  </w:divBdr>
                                  <w:divsChild>
                                    <w:div w:id="826942994">
                                      <w:marLeft w:val="0"/>
                                      <w:marRight w:val="0"/>
                                      <w:marTop w:val="0"/>
                                      <w:marBottom w:val="0"/>
                                      <w:divBdr>
                                        <w:top w:val="none" w:sz="0" w:space="0" w:color="auto"/>
                                        <w:left w:val="none" w:sz="0" w:space="0" w:color="auto"/>
                                        <w:bottom w:val="none" w:sz="0" w:space="0" w:color="auto"/>
                                        <w:right w:val="none" w:sz="0" w:space="0" w:color="auto"/>
                                      </w:divBdr>
                                      <w:divsChild>
                                        <w:div w:id="297345241">
                                          <w:marLeft w:val="0"/>
                                          <w:marRight w:val="0"/>
                                          <w:marTop w:val="0"/>
                                          <w:marBottom w:val="0"/>
                                          <w:divBdr>
                                            <w:top w:val="none" w:sz="0" w:space="0" w:color="auto"/>
                                            <w:left w:val="none" w:sz="0" w:space="0" w:color="auto"/>
                                            <w:bottom w:val="none" w:sz="0" w:space="0" w:color="auto"/>
                                            <w:right w:val="none" w:sz="0" w:space="0" w:color="auto"/>
                                          </w:divBdr>
                                          <w:divsChild>
                                            <w:div w:id="1562404274">
                                              <w:marLeft w:val="0"/>
                                              <w:marRight w:val="0"/>
                                              <w:marTop w:val="0"/>
                                              <w:marBottom w:val="0"/>
                                              <w:divBdr>
                                                <w:top w:val="none" w:sz="0" w:space="0" w:color="auto"/>
                                                <w:left w:val="none" w:sz="0" w:space="0" w:color="auto"/>
                                                <w:bottom w:val="none" w:sz="0" w:space="0" w:color="auto"/>
                                                <w:right w:val="none" w:sz="0" w:space="0" w:color="auto"/>
                                              </w:divBdr>
                                              <w:divsChild>
                                                <w:div w:id="2144612877">
                                                  <w:marLeft w:val="0"/>
                                                  <w:marRight w:val="0"/>
                                                  <w:marTop w:val="0"/>
                                                  <w:marBottom w:val="0"/>
                                                  <w:divBdr>
                                                    <w:top w:val="none" w:sz="0" w:space="0" w:color="auto"/>
                                                    <w:left w:val="none" w:sz="0" w:space="0" w:color="auto"/>
                                                    <w:bottom w:val="none" w:sz="0" w:space="0" w:color="auto"/>
                                                    <w:right w:val="none" w:sz="0" w:space="0" w:color="auto"/>
                                                  </w:divBdr>
                                                  <w:divsChild>
                                                    <w:div w:id="486632759">
                                                      <w:marLeft w:val="0"/>
                                                      <w:marRight w:val="0"/>
                                                      <w:marTop w:val="0"/>
                                                      <w:marBottom w:val="0"/>
                                                      <w:divBdr>
                                                        <w:top w:val="none" w:sz="0" w:space="0" w:color="auto"/>
                                                        <w:left w:val="none" w:sz="0" w:space="0" w:color="auto"/>
                                                        <w:bottom w:val="none" w:sz="0" w:space="0" w:color="auto"/>
                                                        <w:right w:val="none" w:sz="0" w:space="0" w:color="auto"/>
                                                      </w:divBdr>
                                                      <w:divsChild>
                                                        <w:div w:id="1712923851">
                                                          <w:marLeft w:val="0"/>
                                                          <w:marRight w:val="0"/>
                                                          <w:marTop w:val="0"/>
                                                          <w:marBottom w:val="0"/>
                                                          <w:divBdr>
                                                            <w:top w:val="none" w:sz="0" w:space="0" w:color="auto"/>
                                                            <w:left w:val="none" w:sz="0" w:space="0" w:color="auto"/>
                                                            <w:bottom w:val="none" w:sz="0" w:space="0" w:color="auto"/>
                                                            <w:right w:val="none" w:sz="0" w:space="0" w:color="auto"/>
                                                          </w:divBdr>
                                                          <w:divsChild>
                                                            <w:div w:id="30828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209376">
                                                  <w:marLeft w:val="0"/>
                                                  <w:marRight w:val="0"/>
                                                  <w:marTop w:val="0"/>
                                                  <w:marBottom w:val="0"/>
                                                  <w:divBdr>
                                                    <w:top w:val="none" w:sz="0" w:space="0" w:color="auto"/>
                                                    <w:left w:val="none" w:sz="0" w:space="0" w:color="auto"/>
                                                    <w:bottom w:val="none" w:sz="0" w:space="0" w:color="auto"/>
                                                    <w:right w:val="none" w:sz="0" w:space="0" w:color="auto"/>
                                                  </w:divBdr>
                                                  <w:divsChild>
                                                    <w:div w:id="740912485">
                                                      <w:marLeft w:val="0"/>
                                                      <w:marRight w:val="0"/>
                                                      <w:marTop w:val="0"/>
                                                      <w:marBottom w:val="0"/>
                                                      <w:divBdr>
                                                        <w:top w:val="none" w:sz="0" w:space="0" w:color="auto"/>
                                                        <w:left w:val="none" w:sz="0" w:space="0" w:color="auto"/>
                                                        <w:bottom w:val="none" w:sz="0" w:space="0" w:color="auto"/>
                                                        <w:right w:val="none" w:sz="0" w:space="0" w:color="auto"/>
                                                      </w:divBdr>
                                                      <w:divsChild>
                                                        <w:div w:id="72973295">
                                                          <w:marLeft w:val="0"/>
                                                          <w:marRight w:val="0"/>
                                                          <w:marTop w:val="0"/>
                                                          <w:marBottom w:val="0"/>
                                                          <w:divBdr>
                                                            <w:top w:val="none" w:sz="0" w:space="0" w:color="auto"/>
                                                            <w:left w:val="none" w:sz="0" w:space="0" w:color="auto"/>
                                                            <w:bottom w:val="none" w:sz="0" w:space="0" w:color="auto"/>
                                                            <w:right w:val="none" w:sz="0" w:space="0" w:color="auto"/>
                                                          </w:divBdr>
                                                          <w:divsChild>
                                                            <w:div w:id="63572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03284997">
          <w:marLeft w:val="0"/>
          <w:marRight w:val="0"/>
          <w:marTop w:val="0"/>
          <w:marBottom w:val="0"/>
          <w:divBdr>
            <w:top w:val="none" w:sz="0" w:space="0" w:color="auto"/>
            <w:left w:val="none" w:sz="0" w:space="0" w:color="auto"/>
            <w:bottom w:val="none" w:sz="0" w:space="0" w:color="auto"/>
            <w:right w:val="none" w:sz="0" w:space="0" w:color="auto"/>
          </w:divBdr>
          <w:divsChild>
            <w:div w:id="1751653692">
              <w:marLeft w:val="0"/>
              <w:marRight w:val="0"/>
              <w:marTop w:val="0"/>
              <w:marBottom w:val="0"/>
              <w:divBdr>
                <w:top w:val="none" w:sz="0" w:space="0" w:color="auto"/>
                <w:left w:val="none" w:sz="0" w:space="0" w:color="auto"/>
                <w:bottom w:val="none" w:sz="0" w:space="0" w:color="auto"/>
                <w:right w:val="none" w:sz="0" w:space="0" w:color="auto"/>
              </w:divBdr>
              <w:divsChild>
                <w:div w:id="919216043">
                  <w:marLeft w:val="0"/>
                  <w:marRight w:val="0"/>
                  <w:marTop w:val="0"/>
                  <w:marBottom w:val="0"/>
                  <w:divBdr>
                    <w:top w:val="none" w:sz="0" w:space="0" w:color="auto"/>
                    <w:left w:val="none" w:sz="0" w:space="0" w:color="auto"/>
                    <w:bottom w:val="none" w:sz="0" w:space="0" w:color="auto"/>
                    <w:right w:val="none" w:sz="0" w:space="0" w:color="auto"/>
                  </w:divBdr>
                </w:div>
              </w:divsChild>
            </w:div>
            <w:div w:id="22742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00943">
      <w:bodyDiv w:val="1"/>
      <w:marLeft w:val="0"/>
      <w:marRight w:val="0"/>
      <w:marTop w:val="0"/>
      <w:marBottom w:val="0"/>
      <w:divBdr>
        <w:top w:val="none" w:sz="0" w:space="0" w:color="auto"/>
        <w:left w:val="none" w:sz="0" w:space="0" w:color="auto"/>
        <w:bottom w:val="none" w:sz="0" w:space="0" w:color="auto"/>
        <w:right w:val="none" w:sz="0" w:space="0" w:color="auto"/>
      </w:divBdr>
    </w:div>
    <w:div w:id="21468544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28</Pages>
  <Words>3662</Words>
  <Characters>20879</Characters>
  <Application>Microsoft Office Word</Application>
  <DocSecurity>0</DocSecurity>
  <Lines>173</Lines>
  <Paragraphs>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24493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Abdullah the best</cp:lastModifiedBy>
  <cp:revision>5</cp:revision>
  <dcterms:created xsi:type="dcterms:W3CDTF">2024-08-17T21:08:00Z</dcterms:created>
  <dcterms:modified xsi:type="dcterms:W3CDTF">2024-08-18T14:45:00Z</dcterms:modified>
  <cp:category/>
</cp:coreProperties>
</file>