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C7804" w14:textId="77777777" w:rsidR="008730A0" w:rsidRDefault="00000000" w:rsidP="00D81E31">
      <w:pPr>
        <w:pStyle w:val="Title"/>
        <w:jc w:val="right"/>
      </w:pPr>
      <w:r>
        <w:t>إجابات اختبار أمن الويب وممارسات البرمجة الآمنة</w:t>
      </w:r>
    </w:p>
    <w:p w14:paraId="3E850F30" w14:textId="77777777" w:rsidR="008730A0" w:rsidRDefault="00000000" w:rsidP="00D81E31">
      <w:pPr>
        <w:pStyle w:val="Heading1"/>
        <w:jc w:val="right"/>
      </w:pPr>
      <w:r>
        <w:t>SQL Injection</w:t>
      </w:r>
    </w:p>
    <w:p w14:paraId="11A48732" w14:textId="77777777" w:rsidR="008730A0" w:rsidRDefault="00000000" w:rsidP="00D81E31">
      <w:pPr>
        <w:jc w:val="right"/>
      </w:pPr>
      <w:r>
        <w:t>السؤال:</w:t>
      </w:r>
    </w:p>
    <w:p w14:paraId="6FE34C13" w14:textId="77777777" w:rsidR="008730A0" w:rsidRDefault="00000000" w:rsidP="00D81E31">
      <w:pPr>
        <w:jc w:val="right"/>
      </w:pPr>
      <w:r>
        <w:t>لماذا هذه الشيفرة عرضة لـ SQL Injection؟</w:t>
      </w:r>
    </w:p>
    <w:p w14:paraId="7DEA569B" w14:textId="77777777" w:rsidR="008730A0" w:rsidRDefault="00000000" w:rsidP="00D81E31">
      <w:pPr>
        <w:pStyle w:val="ListBullet"/>
        <w:jc w:val="right"/>
      </w:pPr>
      <w:r>
        <w:t>الإجابة:</w:t>
      </w:r>
    </w:p>
    <w:p w14:paraId="2209731E" w14:textId="77777777" w:rsidR="008730A0" w:rsidRDefault="00000000" w:rsidP="00D81E31">
      <w:pPr>
        <w:jc w:val="right"/>
      </w:pPr>
      <w:r>
        <w:t>الشيفرة عرضة لهجوم SQL Injection لأنها تسمح للمستخدمين بإدخال بيانات مباشرة في استعلام SQL بدون التحقق من صحتها أو تنقيتها. يمكن للمهاجم إدخال تعليمات SQL خبيثة تؤثر على قاعدة البيانات مثل حذف أو تعديل البيانات.</w:t>
      </w:r>
    </w:p>
    <w:p w14:paraId="5F9214A5" w14:textId="77777777" w:rsidR="008730A0" w:rsidRDefault="00000000" w:rsidP="00D81E31">
      <w:pPr>
        <w:pStyle w:val="ListBullet"/>
        <w:jc w:val="right"/>
      </w:pPr>
      <w:r>
        <w:t>اقترح طريقة لإصلاحها:</w:t>
      </w:r>
    </w:p>
    <w:p w14:paraId="022EFA7A" w14:textId="77777777" w:rsidR="008730A0" w:rsidRDefault="00000000" w:rsidP="00D81E31">
      <w:pPr>
        <w:jc w:val="right"/>
      </w:pPr>
      <w:r>
        <w:t>لحماية الشيفرة من هجوم SQL Injection، يجب استخدام الاستعلامات المُحضّرة (Prepared Statements) أو استعلامات المعلمات (Parameterized Queries)، والتأكد من التحقق وتنقية مدخلات المستخدم قبل استخدامها في الاستعلامات.</w:t>
      </w:r>
    </w:p>
    <w:p w14:paraId="5F4BC973" w14:textId="77777777" w:rsidR="008730A0" w:rsidRDefault="00000000" w:rsidP="00D81E31">
      <w:pPr>
        <w:pStyle w:val="Heading1"/>
        <w:jc w:val="right"/>
      </w:pPr>
      <w:r>
        <w:t>XSS (Cross-Site Scripting)</w:t>
      </w:r>
    </w:p>
    <w:p w14:paraId="797C2448" w14:textId="77777777" w:rsidR="008730A0" w:rsidRDefault="00000000" w:rsidP="00D81E31">
      <w:pPr>
        <w:jc w:val="right"/>
      </w:pPr>
      <w:r>
        <w:t>السؤال:</w:t>
      </w:r>
    </w:p>
    <w:p w14:paraId="2A88D764" w14:textId="77777777" w:rsidR="008730A0" w:rsidRDefault="00000000" w:rsidP="00D81E31">
      <w:pPr>
        <w:jc w:val="right"/>
      </w:pPr>
      <w:r>
        <w:t>لماذا هذه الشيفرة عرضة لـ XSS؟</w:t>
      </w:r>
    </w:p>
    <w:p w14:paraId="5EBBED45" w14:textId="77777777" w:rsidR="008730A0" w:rsidRDefault="00000000" w:rsidP="00D81E31">
      <w:pPr>
        <w:pStyle w:val="ListBullet"/>
        <w:jc w:val="right"/>
      </w:pPr>
      <w:r>
        <w:t>الإجابة:</w:t>
      </w:r>
    </w:p>
    <w:p w14:paraId="6A8A5704" w14:textId="77777777" w:rsidR="008730A0" w:rsidRDefault="00000000" w:rsidP="00D81E31">
      <w:pPr>
        <w:jc w:val="right"/>
      </w:pPr>
      <w:r>
        <w:t>الشيفرة عرضة لهجوم XSS لأنها تسمح للمستخدمين بإدخال تعليقات يتم عرضها لاحقًا دون تنقية أو ترميز خاص للمدخلات، مما يسمح بحقن شيفرة JavaScript وتنفيذها في متصفحات المستخدمين الآخرين.</w:t>
      </w:r>
    </w:p>
    <w:p w14:paraId="58392452" w14:textId="77777777" w:rsidR="008730A0" w:rsidRDefault="00000000" w:rsidP="00D81E31">
      <w:pPr>
        <w:pStyle w:val="ListBullet"/>
        <w:jc w:val="right"/>
      </w:pPr>
      <w:r>
        <w:t>اقترح طريقة لإصلاحها:</w:t>
      </w:r>
    </w:p>
    <w:p w14:paraId="23333EE6" w14:textId="77777777" w:rsidR="008730A0" w:rsidRDefault="00000000" w:rsidP="00D81E31">
      <w:pPr>
        <w:jc w:val="right"/>
      </w:pPr>
      <w:r>
        <w:t>لمنع هجمات XSS، يجب تنقية (Sanitize) أو ترميز (Encode) جميع مدخلات المستخدم قبل عرضها، واستخدام مكتبات أو أدوات موثوقة لتصفية المحتوى مثل HTMLPurifier.</w:t>
      </w:r>
    </w:p>
    <w:p w14:paraId="0000C09F" w14:textId="77777777" w:rsidR="008730A0" w:rsidRDefault="00000000" w:rsidP="00D81E31">
      <w:pPr>
        <w:pStyle w:val="Heading1"/>
        <w:jc w:val="right"/>
      </w:pPr>
      <w:r>
        <w:t>CSRF (Cross-Site Request Forgery)</w:t>
      </w:r>
    </w:p>
    <w:p w14:paraId="37EA36AE" w14:textId="77777777" w:rsidR="008730A0" w:rsidRDefault="00000000" w:rsidP="00D81E31">
      <w:pPr>
        <w:jc w:val="right"/>
      </w:pPr>
      <w:r>
        <w:t>السؤال:</w:t>
      </w:r>
    </w:p>
    <w:p w14:paraId="2F407D6A" w14:textId="77777777" w:rsidR="008730A0" w:rsidRDefault="00000000" w:rsidP="00D81E31">
      <w:pPr>
        <w:jc w:val="right"/>
      </w:pPr>
      <w:r>
        <w:t>لماذا هذا النموذج عرضة لـ CSRF؟</w:t>
      </w:r>
    </w:p>
    <w:p w14:paraId="581828B8" w14:textId="77777777" w:rsidR="008730A0" w:rsidRDefault="00000000" w:rsidP="00D81E31">
      <w:pPr>
        <w:pStyle w:val="ListBullet"/>
        <w:jc w:val="right"/>
      </w:pPr>
      <w:r>
        <w:t>الإجابة:</w:t>
      </w:r>
    </w:p>
    <w:p w14:paraId="31DEF32F" w14:textId="77777777" w:rsidR="008730A0" w:rsidRDefault="00000000" w:rsidP="00D81E31">
      <w:pPr>
        <w:jc w:val="right"/>
      </w:pPr>
      <w:r>
        <w:lastRenderedPageBreak/>
        <w:t>النموذج عرضة لهجوم CSRF لأنه لا يحتوي على آلية تحقق من أن الطلب أُرسل من المستخدم الصحيح، مثل رمز CSRF Token، مما يسمح لمهاجم بإرسال طلبات بالنيابة عن المستخدم دون علمه.</w:t>
      </w:r>
    </w:p>
    <w:p w14:paraId="512431D5" w14:textId="77777777" w:rsidR="008730A0" w:rsidRDefault="00000000" w:rsidP="00D81E31">
      <w:pPr>
        <w:pStyle w:val="ListBullet"/>
        <w:jc w:val="right"/>
      </w:pPr>
      <w:r>
        <w:t>اقترح طريقة لإصلاحها:</w:t>
      </w:r>
    </w:p>
    <w:p w14:paraId="74989776" w14:textId="77777777" w:rsidR="008730A0" w:rsidRDefault="00000000" w:rsidP="00D81E31">
      <w:pPr>
        <w:jc w:val="right"/>
      </w:pPr>
      <w:r>
        <w:t>لحماية النموذج من CSRF، يجب تضمين رمز CSRF Token فريد في كل نموذج والتحقق منه في كل طلب، واستخدام طرق تحقق إضافية مثل SameSite cookies.</w:t>
      </w:r>
    </w:p>
    <w:sectPr w:rsidR="008730A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49458151">
    <w:abstractNumId w:val="8"/>
  </w:num>
  <w:num w:numId="2" w16cid:durableId="1625694323">
    <w:abstractNumId w:val="6"/>
  </w:num>
  <w:num w:numId="3" w16cid:durableId="484124812">
    <w:abstractNumId w:val="5"/>
  </w:num>
  <w:num w:numId="4" w16cid:durableId="1718821764">
    <w:abstractNumId w:val="4"/>
  </w:num>
  <w:num w:numId="5" w16cid:durableId="1782605961">
    <w:abstractNumId w:val="7"/>
  </w:num>
  <w:num w:numId="6" w16cid:durableId="609045681">
    <w:abstractNumId w:val="3"/>
  </w:num>
  <w:num w:numId="7" w16cid:durableId="549458210">
    <w:abstractNumId w:val="2"/>
  </w:num>
  <w:num w:numId="8" w16cid:durableId="2128115950">
    <w:abstractNumId w:val="1"/>
  </w:num>
  <w:num w:numId="9" w16cid:durableId="883368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659DE"/>
    <w:rsid w:val="008730A0"/>
    <w:rsid w:val="00AA1D8D"/>
    <w:rsid w:val="00B47730"/>
    <w:rsid w:val="00CB0664"/>
    <w:rsid w:val="00D81E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69C4E3"/>
  <w14:defaultImageDpi w14:val="300"/>
  <w15:docId w15:val="{4AB5C84F-C0CD-4F04-8614-22FFC8FB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Lenovo</cp:lastModifiedBy>
  <cp:revision>3</cp:revision>
  <dcterms:created xsi:type="dcterms:W3CDTF">2013-12-23T23:15:00Z</dcterms:created>
  <dcterms:modified xsi:type="dcterms:W3CDTF">2025-04-27T09:48:00Z</dcterms:modified>
  <cp:category/>
</cp:coreProperties>
</file>