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CF7" w:rsidRPr="002267B8" w:rsidRDefault="002267B8" w:rsidP="002267B8">
      <w:pPr>
        <w:jc w:val="center"/>
        <w:rPr>
          <w:sz w:val="48"/>
          <w:szCs w:val="48"/>
        </w:rPr>
      </w:pPr>
      <w:proofErr w:type="spellStart"/>
      <w:r>
        <w:rPr>
          <w:sz w:val="48"/>
          <w:szCs w:val="48"/>
        </w:rPr>
        <w:t>Ptoject</w:t>
      </w:r>
      <w:proofErr w:type="spellEnd"/>
      <w:r>
        <w:rPr>
          <w:sz w:val="48"/>
          <w:szCs w:val="48"/>
        </w:rPr>
        <w:t xml:space="preserve"> 2: </w:t>
      </w:r>
      <w:bookmarkStart w:id="0" w:name="_GoBack"/>
      <w:bookmarkEnd w:id="0"/>
      <w:r w:rsidR="002F2BDA" w:rsidRPr="002267B8">
        <w:rPr>
          <w:sz w:val="48"/>
          <w:szCs w:val="48"/>
        </w:rPr>
        <w:t>Text Classification</w:t>
      </w:r>
    </w:p>
    <w:p w:rsidR="00422CF7" w:rsidRDefault="002F2BDA">
      <w:r>
        <w:br/>
        <w:t>import pandas as pd</w:t>
      </w:r>
      <w:r>
        <w:br/>
        <w:t>import re</w:t>
      </w:r>
      <w:r>
        <w:br/>
        <w:t>from sklearn.model_selection import train_test_split</w:t>
      </w:r>
      <w:r>
        <w:br/>
        <w:t>from sklearn.feature_extraction.text import TfidfVectorizer</w:t>
      </w:r>
      <w:r>
        <w:br/>
        <w:t>from sklearn.ensemble import RandomForestClassifier</w:t>
      </w:r>
      <w:r>
        <w:br/>
        <w:t xml:space="preserve">from sklearn.linear_model </w:t>
      </w:r>
      <w:r>
        <w:t>import LogisticRegression</w:t>
      </w:r>
      <w:r>
        <w:br/>
        <w:t>from sklearn.metrics import classification_report, accuracy_score, precision_score, recall_score, f1_score</w:t>
      </w:r>
      <w:r>
        <w:br/>
      </w:r>
      <w:r>
        <w:br/>
        <w:t># Load dataset</w:t>
      </w:r>
      <w:r>
        <w:br/>
        <w:t>df = pd.read_csv("unbalanceddataset.csv")</w:t>
      </w:r>
      <w:r>
        <w:br/>
      </w:r>
      <w:r>
        <w:br/>
        <w:t># Preprocessing function</w:t>
      </w:r>
      <w:r>
        <w:br/>
        <w:t>def preprocess_text(text):</w:t>
      </w:r>
      <w:r>
        <w:br/>
        <w:t xml:space="preserve">    text = t</w:t>
      </w:r>
      <w:r>
        <w:t>ext.lower()</w:t>
      </w:r>
      <w:r>
        <w:br/>
        <w:t xml:space="preserve">    text = re.sub(r'http\S+|www\.\S+', '', text)</w:t>
      </w:r>
      <w:r>
        <w:br/>
        <w:t xml:space="preserve">    text = re.sub(r'&lt;.*?&gt;', '', text)</w:t>
      </w:r>
      <w:r>
        <w:br/>
        <w:t xml:space="preserve">    text = re.sub(r'[^a-zA-Z\s]', '', text)</w:t>
      </w:r>
      <w:r>
        <w:br/>
        <w:t xml:space="preserve">    text = text.strip()</w:t>
      </w:r>
      <w:r>
        <w:br/>
        <w:t xml:space="preserve">    return text</w:t>
      </w:r>
      <w:r>
        <w:br/>
      </w:r>
      <w:r>
        <w:br/>
        <w:t>df['clean_text'] = df['text'].apply(preprocess_text)</w:t>
      </w:r>
      <w:r>
        <w:br/>
      </w:r>
      <w:r>
        <w:br/>
        <w:t># Split data</w:t>
      </w:r>
      <w:r>
        <w:br/>
        <w:t>X = d</w:t>
      </w:r>
      <w:r>
        <w:t>f['clean_text']</w:t>
      </w:r>
      <w:r>
        <w:br/>
        <w:t>y = df['sentiment']</w:t>
      </w:r>
      <w:r>
        <w:br/>
      </w:r>
      <w:r>
        <w:br/>
        <w:t>X_train_raw, X_test_raw, y_train, y_test = train_test_split(</w:t>
      </w:r>
      <w:r>
        <w:br/>
        <w:t xml:space="preserve">    X, y, test_size=0.30, random_state=42, stratify=y</w:t>
      </w:r>
      <w:r>
        <w:br/>
        <w:t>)</w:t>
      </w:r>
      <w:r>
        <w:br/>
      </w:r>
      <w:r>
        <w:br/>
        <w:t># Feature extraction</w:t>
      </w:r>
      <w:r>
        <w:br/>
        <w:t>vectorizer = TfidfVectorizer(ngram_range=(1, 2))</w:t>
      </w:r>
      <w:r>
        <w:br/>
        <w:t>X_train = vectorizer.fit_transf</w:t>
      </w:r>
      <w:r>
        <w:t>orm(X_train_raw)</w:t>
      </w:r>
      <w:r>
        <w:br/>
        <w:t>X_test = vectorizer.transform(X_test_raw)</w:t>
      </w:r>
      <w:r>
        <w:br/>
      </w:r>
      <w:r>
        <w:br/>
        <w:t># Evaluation function</w:t>
      </w:r>
      <w:r>
        <w:br/>
        <w:t>def evaluate_model(name, model, X_train, y_train, X_test, y_test):</w:t>
      </w:r>
      <w:r>
        <w:br/>
        <w:t xml:space="preserve">    model.fit(X_train, y_train)</w:t>
      </w:r>
      <w:r>
        <w:br/>
      </w:r>
      <w:r>
        <w:lastRenderedPageBreak/>
        <w:t xml:space="preserve">    y_pred = model.predict(X_test)</w:t>
      </w:r>
      <w:r>
        <w:br/>
        <w:t xml:space="preserve">    print(f"\n=== {name} Results ===")</w:t>
      </w:r>
      <w:r>
        <w:br/>
        <w:t xml:space="preserve"> </w:t>
      </w:r>
      <w:r>
        <w:t xml:space="preserve">   print("Accuracy:", round(accuracy_score(y_test, y_pred), 4))</w:t>
      </w:r>
      <w:r>
        <w:br/>
        <w:t xml:space="preserve">    print("Precision:", round(precision_score(y_test, y_pred, average='weighted'), 4))</w:t>
      </w:r>
      <w:r>
        <w:br/>
        <w:t xml:space="preserve">    print("Recall:", round(recall_score(y_test, y_pred, average='weighted'), 4))</w:t>
      </w:r>
      <w:r>
        <w:br/>
        <w:t xml:space="preserve">    print("F1 Score:", r</w:t>
      </w:r>
      <w:r>
        <w:t>ound(f1_score(y_test, y_pred, average='weighted'), 4))</w:t>
      </w:r>
      <w:r>
        <w:br/>
        <w:t xml:space="preserve">    print("\nClassification Report:\n", classification_report(y_test, y_pred))</w:t>
      </w:r>
      <w:r>
        <w:br/>
      </w:r>
      <w:r>
        <w:br/>
        <w:t># Random Forest</w:t>
      </w:r>
      <w:r>
        <w:br/>
        <w:t>rf_model = RandomForestClassifier(random_state=42)</w:t>
      </w:r>
      <w:r>
        <w:br/>
        <w:t>evaluate_model("Random Forest (TF-IDF 1,2)", rf_model,</w:t>
      </w:r>
      <w:r>
        <w:t xml:space="preserve"> X_train, y_train, X_test, y_test)</w:t>
      </w:r>
      <w:r>
        <w:br/>
      </w:r>
      <w:r>
        <w:br/>
        <w:t># Logistic Regression</w:t>
      </w:r>
      <w:r>
        <w:br/>
        <w:t>lr_model = LogisticRegression(max_iter=1000, random_state=42)</w:t>
      </w:r>
      <w:r>
        <w:br/>
        <w:t>evaluate_model("Logistic Regression (TF-IDF 1,2)", lr_model, X_train, y_train, X_test, y_test)</w:t>
      </w:r>
      <w:r>
        <w:br/>
      </w:r>
    </w:p>
    <w:sectPr w:rsidR="00422CF7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BDA" w:rsidRDefault="002F2BDA" w:rsidP="002267B8">
      <w:pPr>
        <w:spacing w:after="0" w:line="240" w:lineRule="auto"/>
      </w:pPr>
      <w:r>
        <w:separator/>
      </w:r>
    </w:p>
  </w:endnote>
  <w:endnote w:type="continuationSeparator" w:id="0">
    <w:p w:rsidR="002F2BDA" w:rsidRDefault="002F2BDA" w:rsidP="0022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BDA" w:rsidRDefault="002F2BDA" w:rsidP="002267B8">
      <w:pPr>
        <w:spacing w:after="0" w:line="240" w:lineRule="auto"/>
      </w:pPr>
      <w:r>
        <w:separator/>
      </w:r>
    </w:p>
  </w:footnote>
  <w:footnote w:type="continuationSeparator" w:id="0">
    <w:p w:rsidR="002F2BDA" w:rsidRDefault="002F2BDA" w:rsidP="0022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7B8" w:rsidRDefault="002267B8">
    <w:pPr>
      <w:pStyle w:val="Header"/>
    </w:pPr>
    <w:r>
      <w:t xml:space="preserve">Fatimah </w:t>
    </w:r>
    <w:proofErr w:type="spellStart"/>
    <w:r>
      <w:t>Nowh</w:t>
    </w:r>
    <w:proofErr w:type="spellEnd"/>
    <w:r>
      <w:t xml:space="preserve"> Aljaroudi</w:t>
    </w:r>
    <w:r>
      <w:br/>
    </w:r>
    <w:r w:rsidRPr="002A2833">
      <w:t>242000474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67B8"/>
    <w:rsid w:val="0029639D"/>
    <w:rsid w:val="002F2BDA"/>
    <w:rsid w:val="00326F90"/>
    <w:rsid w:val="00422CF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35AC15"/>
  <w14:defaultImageDpi w14:val="300"/>
  <w15:docId w15:val="{7B2A1EDB-39A8-4141-AFF0-12A6B3DB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26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2C95C8-6C42-4943-BBE9-DD273F155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Reports</cp:lastModifiedBy>
  <cp:revision>2</cp:revision>
  <dcterms:created xsi:type="dcterms:W3CDTF">2013-12-23T23:15:00Z</dcterms:created>
  <dcterms:modified xsi:type="dcterms:W3CDTF">2025-04-27T08:45:00Z</dcterms:modified>
  <cp:category/>
</cp:coreProperties>
</file>