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074D6" w14:textId="77777777" w:rsidR="00DF1BAD" w:rsidRDefault="00DF1BAD" w:rsidP="00DF1BAD">
      <w:pPr>
        <w:bidi/>
        <w:jc w:val="center"/>
        <w:rPr>
          <w:rFonts w:ascii="Simplified Arabic" w:hAnsi="Simplified Arabic" w:cs="Simplified Arabic"/>
          <w:b/>
          <w:sz w:val="44"/>
        </w:rPr>
      </w:pPr>
      <w:r>
        <w:rPr>
          <w:rFonts w:ascii="Simplified Arabic" w:hAnsi="Simplified Arabic" w:cs="Simplified Arabic"/>
          <w:b/>
          <w:noProof/>
          <w:sz w:val="44"/>
        </w:rPr>
        <w:drawing>
          <wp:anchor distT="0" distB="0" distL="114300" distR="114300" simplePos="0" relativeHeight="251658240" behindDoc="1" locked="0" layoutInCell="1" allowOverlap="1" wp14:anchorId="35EC8F57" wp14:editId="0B3060B3">
            <wp:simplePos x="0" y="0"/>
            <wp:positionH relativeFrom="page">
              <wp:align>center</wp:align>
            </wp:positionH>
            <wp:positionV relativeFrom="paragraph">
              <wp:posOffset>-1402736</wp:posOffset>
            </wp:positionV>
            <wp:extent cx="3024554" cy="3024554"/>
            <wp:effectExtent l="0" t="0" r="4445" b="4445"/>
            <wp:wrapNone/>
            <wp:docPr id="433177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54" cy="3024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25DA9" w14:textId="77777777" w:rsidR="00DF1BAD" w:rsidRDefault="00DF1BAD" w:rsidP="00DF1BAD">
      <w:pPr>
        <w:bidi/>
        <w:jc w:val="center"/>
        <w:rPr>
          <w:rFonts w:ascii="Simplified Arabic" w:hAnsi="Simplified Arabic" w:cs="Simplified Arabic"/>
          <w:b/>
          <w:sz w:val="44"/>
        </w:rPr>
      </w:pPr>
    </w:p>
    <w:p w14:paraId="438EA7B9" w14:textId="77777777" w:rsidR="00DF1BAD" w:rsidRDefault="00DF1BAD" w:rsidP="00DF1BAD">
      <w:pPr>
        <w:bidi/>
        <w:jc w:val="center"/>
        <w:rPr>
          <w:rFonts w:ascii="Simplified Arabic" w:hAnsi="Simplified Arabic" w:cs="Simplified Arabic"/>
          <w:b/>
          <w:sz w:val="44"/>
        </w:rPr>
      </w:pPr>
    </w:p>
    <w:p w14:paraId="7475991E" w14:textId="52C5362E" w:rsidR="00AD7F17" w:rsidRPr="00DF1BAD" w:rsidRDefault="00D85939" w:rsidP="00DF1BAD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b/>
          <w:sz w:val="44"/>
        </w:rPr>
        <w:t>جامعة</w:t>
      </w:r>
      <w:proofErr w:type="spellEnd"/>
      <w:r w:rsidRPr="00DF1BAD">
        <w:rPr>
          <w:rFonts w:ascii="Simplified Arabic" w:hAnsi="Simplified Arabic" w:cs="Simplified Arabic"/>
          <w:b/>
          <w:sz w:val="4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4"/>
        </w:rPr>
        <w:t>ميدأوشن</w:t>
      </w:r>
      <w:proofErr w:type="spellEnd"/>
    </w:p>
    <w:p w14:paraId="0AF9B344" w14:textId="3BD8CD35" w:rsidR="00AD7F17" w:rsidRPr="00DF1BAD" w:rsidRDefault="00D85939" w:rsidP="004E7A5A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b/>
          <w:sz w:val="40"/>
        </w:rPr>
        <w:t>كلية</w:t>
      </w:r>
      <w:proofErr w:type="spellEnd"/>
      <w:r w:rsidRPr="00DF1BAD">
        <w:rPr>
          <w:rFonts w:ascii="Simplified Arabic" w:hAnsi="Simplified Arabic" w:cs="Simplified Arabic"/>
          <w:b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0"/>
        </w:rPr>
        <w:t>الإدارة</w:t>
      </w:r>
      <w:proofErr w:type="spellEnd"/>
    </w:p>
    <w:p w14:paraId="285EE87C" w14:textId="77777777" w:rsidR="00AD7F17" w:rsidRPr="00DF1BAD" w:rsidRDefault="00AD7F17" w:rsidP="00EA3DEC">
      <w:pPr>
        <w:bidi/>
        <w:jc w:val="center"/>
        <w:rPr>
          <w:rFonts w:ascii="Simplified Arabic" w:hAnsi="Simplified Arabic" w:cs="Simplified Arabic"/>
        </w:rPr>
      </w:pPr>
    </w:p>
    <w:p w14:paraId="5C099A0A" w14:textId="77777777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b/>
          <w:sz w:val="48"/>
        </w:rPr>
        <w:t>الاحتيال</w:t>
      </w:r>
      <w:proofErr w:type="spellEnd"/>
      <w:r w:rsidRPr="00DF1BAD">
        <w:rPr>
          <w:rFonts w:ascii="Simplified Arabic" w:hAnsi="Simplified Arabic" w:cs="Simplified Arabic"/>
          <w:b/>
          <w:sz w:val="4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8"/>
        </w:rPr>
        <w:t>البنكي</w:t>
      </w:r>
      <w:proofErr w:type="spellEnd"/>
      <w:r w:rsidRPr="00DF1BAD">
        <w:rPr>
          <w:rFonts w:ascii="Simplified Arabic" w:hAnsi="Simplified Arabic" w:cs="Simplified Arabic"/>
          <w:b/>
          <w:sz w:val="4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8"/>
        </w:rPr>
        <w:t>وأساليبه</w:t>
      </w:r>
      <w:proofErr w:type="spellEnd"/>
      <w:r w:rsidRPr="00DF1BAD">
        <w:rPr>
          <w:rFonts w:ascii="Simplified Arabic" w:hAnsi="Simplified Arabic" w:cs="Simplified Arabic"/>
          <w:b/>
          <w:sz w:val="4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8"/>
        </w:rPr>
        <w:t>الحديثة</w:t>
      </w:r>
      <w:proofErr w:type="spellEnd"/>
    </w:p>
    <w:p w14:paraId="776745ED" w14:textId="77777777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b/>
          <w:sz w:val="48"/>
        </w:rPr>
        <w:t>في</w:t>
      </w:r>
      <w:proofErr w:type="spellEnd"/>
      <w:r w:rsidRPr="00DF1BAD">
        <w:rPr>
          <w:rFonts w:ascii="Simplified Arabic" w:hAnsi="Simplified Arabic" w:cs="Simplified Arabic"/>
          <w:b/>
          <w:sz w:val="4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8"/>
        </w:rPr>
        <w:t>البنوك</w:t>
      </w:r>
      <w:proofErr w:type="spellEnd"/>
      <w:r w:rsidRPr="00DF1BAD">
        <w:rPr>
          <w:rFonts w:ascii="Simplified Arabic" w:hAnsi="Simplified Arabic" w:cs="Simplified Arabic"/>
          <w:b/>
          <w:sz w:val="4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8"/>
        </w:rPr>
        <w:t>السعودية</w:t>
      </w:r>
      <w:proofErr w:type="spellEnd"/>
    </w:p>
    <w:p w14:paraId="4FF27C33" w14:textId="77777777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36"/>
        </w:rPr>
        <w:t>دراسة</w:t>
      </w:r>
      <w:proofErr w:type="spellEnd"/>
      <w:r w:rsidRPr="00DF1BAD">
        <w:rPr>
          <w:rFonts w:ascii="Simplified Arabic" w:hAnsi="Simplified Arabic" w:cs="Simplified Arabic"/>
          <w:sz w:val="36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</w:rPr>
        <w:t>ميدانية</w:t>
      </w:r>
      <w:proofErr w:type="spellEnd"/>
      <w:r w:rsidRPr="00DF1BAD">
        <w:rPr>
          <w:rFonts w:ascii="Simplified Arabic" w:hAnsi="Simplified Arabic" w:cs="Simplified Arabic"/>
          <w:sz w:val="36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</w:rPr>
        <w:t>تحليلية</w:t>
      </w:r>
      <w:proofErr w:type="spellEnd"/>
    </w:p>
    <w:p w14:paraId="44285A2D" w14:textId="535F5071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32"/>
        </w:rPr>
        <w:t>إعداد</w:t>
      </w:r>
      <w:proofErr w:type="spellEnd"/>
      <w:r w:rsidRPr="00DF1BAD">
        <w:rPr>
          <w:rFonts w:ascii="Simplified Arabic" w:hAnsi="Simplified Arabic" w:cs="Simplified Arabic"/>
          <w:sz w:val="32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2"/>
        </w:rPr>
        <w:t>الطالب</w:t>
      </w:r>
      <w:proofErr w:type="spellEnd"/>
      <w:r w:rsidR="004E7A5A" w:rsidRPr="00DF1BAD">
        <w:rPr>
          <w:rFonts w:ascii="Simplified Arabic" w:hAnsi="Simplified Arabic" w:cs="Simplified Arabic"/>
          <w:sz w:val="32"/>
          <w:rtl/>
        </w:rPr>
        <w:t>:</w:t>
      </w:r>
    </w:p>
    <w:p w14:paraId="62F501A5" w14:textId="77777777" w:rsidR="00723BE4" w:rsidRPr="00C23E73" w:rsidRDefault="00723BE4" w:rsidP="00723BE4">
      <w:pPr>
        <w:bidi/>
        <w:jc w:val="center"/>
        <w:rPr>
          <w:rFonts w:ascii="Simplified Arabic" w:hAnsi="Simplified Arabic" w:cs="Simplified Arabic"/>
          <w:b/>
          <w:sz w:val="32"/>
          <w:szCs w:val="32"/>
        </w:rPr>
      </w:pPr>
      <w:proofErr w:type="spellStart"/>
      <w:r w:rsidRPr="00C23E73">
        <w:rPr>
          <w:rFonts w:ascii="Simplified Arabic" w:hAnsi="Simplified Arabic" w:cs="Simplified Arabic"/>
          <w:b/>
          <w:sz w:val="32"/>
          <w:szCs w:val="32"/>
        </w:rPr>
        <w:t>محمد</w:t>
      </w:r>
      <w:proofErr w:type="spellEnd"/>
      <w:r w:rsidRPr="00C23E73">
        <w:rPr>
          <w:rFonts w:ascii="Simplified Arabic" w:hAnsi="Simplified Arabic" w:cs="Simplified Arabic"/>
          <w:b/>
          <w:sz w:val="32"/>
          <w:szCs w:val="32"/>
        </w:rPr>
        <w:t xml:space="preserve"> </w:t>
      </w:r>
      <w:proofErr w:type="spellStart"/>
      <w:r w:rsidRPr="00C23E73">
        <w:rPr>
          <w:rFonts w:ascii="Simplified Arabic" w:hAnsi="Simplified Arabic" w:cs="Simplified Arabic"/>
          <w:b/>
          <w:sz w:val="32"/>
          <w:szCs w:val="32"/>
        </w:rPr>
        <w:t>قاسم</w:t>
      </w:r>
      <w:proofErr w:type="spellEnd"/>
      <w:r w:rsidRPr="00C23E73">
        <w:rPr>
          <w:rFonts w:ascii="Simplified Arabic" w:hAnsi="Simplified Arabic" w:cs="Simplified Arabic"/>
          <w:b/>
          <w:sz w:val="32"/>
          <w:szCs w:val="32"/>
        </w:rPr>
        <w:t xml:space="preserve"> </w:t>
      </w:r>
      <w:proofErr w:type="spellStart"/>
      <w:r w:rsidRPr="00C23E73">
        <w:rPr>
          <w:rFonts w:ascii="Simplified Arabic" w:hAnsi="Simplified Arabic" w:cs="Simplified Arabic"/>
          <w:b/>
          <w:sz w:val="32"/>
          <w:szCs w:val="32"/>
        </w:rPr>
        <w:t>هندي</w:t>
      </w:r>
      <w:proofErr w:type="spellEnd"/>
      <w:r w:rsidRPr="00C23E73">
        <w:rPr>
          <w:rFonts w:ascii="Simplified Arabic" w:hAnsi="Simplified Arabic" w:cs="Simplified Arabic" w:hint="cs"/>
          <w:b/>
          <w:sz w:val="32"/>
          <w:szCs w:val="32"/>
          <w:rtl/>
        </w:rPr>
        <w:t xml:space="preserve"> - 251002200</w:t>
      </w:r>
    </w:p>
    <w:p w14:paraId="70ABB905" w14:textId="64403861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32"/>
        </w:rPr>
        <w:t>إشراف</w:t>
      </w:r>
      <w:proofErr w:type="spellEnd"/>
      <w:r w:rsidR="004E7A5A" w:rsidRPr="00DF1BAD">
        <w:rPr>
          <w:rFonts w:ascii="Simplified Arabic" w:hAnsi="Simplified Arabic" w:cs="Simplified Arabic"/>
          <w:sz w:val="32"/>
          <w:rtl/>
        </w:rPr>
        <w:t>:</w:t>
      </w:r>
    </w:p>
    <w:p w14:paraId="06E5E67D" w14:textId="1114AF31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r w:rsidRPr="00DF1BAD">
        <w:rPr>
          <w:rFonts w:ascii="Simplified Arabic" w:hAnsi="Simplified Arabic" w:cs="Simplified Arabic"/>
          <w:b/>
          <w:sz w:val="32"/>
        </w:rPr>
        <w:t>د</w:t>
      </w:r>
      <w:r w:rsidR="00EA3DEC" w:rsidRPr="00DF1BAD">
        <w:rPr>
          <w:rFonts w:ascii="Simplified Arabic" w:hAnsi="Simplified Arabic" w:cs="Simplified Arabic"/>
          <w:b/>
          <w:sz w:val="32"/>
        </w:rPr>
        <w:t>.</w:t>
      </w:r>
      <w:r w:rsidRPr="00DF1BAD">
        <w:rPr>
          <w:rFonts w:ascii="Simplified Arabic" w:hAnsi="Simplified Arabic" w:cs="Simplified Arabic"/>
          <w:b/>
          <w:sz w:val="32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32"/>
        </w:rPr>
        <w:t>عبدالحميد</w:t>
      </w:r>
      <w:proofErr w:type="spellEnd"/>
      <w:r w:rsidRPr="00DF1BAD">
        <w:rPr>
          <w:rFonts w:ascii="Simplified Arabic" w:hAnsi="Simplified Arabic" w:cs="Simplified Arabic"/>
          <w:b/>
          <w:sz w:val="32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32"/>
        </w:rPr>
        <w:t>الفيصل</w:t>
      </w:r>
      <w:proofErr w:type="spellEnd"/>
      <w:r w:rsidRPr="00DF1BAD">
        <w:rPr>
          <w:rFonts w:ascii="Simplified Arabic" w:hAnsi="Simplified Arabic" w:cs="Simplified Arabic"/>
          <w:b/>
          <w:sz w:val="32"/>
        </w:rPr>
        <w:t xml:space="preserve">                    </w:t>
      </w:r>
      <w:r w:rsidRPr="00723BE4">
        <w:rPr>
          <w:rFonts w:ascii="Simplified Arabic" w:hAnsi="Simplified Arabic" w:cs="Simplified Arabic"/>
          <w:b/>
          <w:sz w:val="32"/>
          <w:szCs w:val="32"/>
        </w:rPr>
        <w:t>د</w:t>
      </w:r>
      <w:r w:rsidR="00EA3DEC" w:rsidRPr="00723BE4">
        <w:rPr>
          <w:rFonts w:ascii="Simplified Arabic" w:hAnsi="Simplified Arabic" w:cs="Simplified Arabic"/>
          <w:b/>
          <w:sz w:val="32"/>
          <w:szCs w:val="32"/>
        </w:rPr>
        <w:t>.</w:t>
      </w:r>
      <w:r w:rsidRPr="00723BE4">
        <w:rPr>
          <w:rFonts w:ascii="Simplified Arabic" w:hAnsi="Simplified Arabic" w:cs="Simplified Arabic"/>
          <w:b/>
          <w:sz w:val="32"/>
          <w:szCs w:val="32"/>
        </w:rPr>
        <w:t xml:space="preserve"> </w:t>
      </w:r>
      <w:r w:rsidR="00723BE4" w:rsidRPr="00723BE4">
        <w:rPr>
          <w:rFonts w:ascii="Simplified Arabic" w:hAnsi="Simplified Arabic" w:cs="Simplified Arabic" w:hint="cs"/>
          <w:b/>
          <w:sz w:val="32"/>
          <w:szCs w:val="32"/>
          <w:rtl/>
        </w:rPr>
        <w:t>. أ</w:t>
      </w:r>
      <w:proofErr w:type="spellStart"/>
      <w:r w:rsidRPr="00723BE4">
        <w:rPr>
          <w:rFonts w:ascii="Simplified Arabic" w:hAnsi="Simplified Arabic" w:cs="Simplified Arabic"/>
          <w:b/>
          <w:sz w:val="32"/>
          <w:szCs w:val="32"/>
        </w:rPr>
        <w:t>لاء</w:t>
      </w:r>
      <w:proofErr w:type="spellEnd"/>
      <w:r w:rsidRPr="00723BE4">
        <w:rPr>
          <w:rFonts w:ascii="Simplified Arabic" w:hAnsi="Simplified Arabic" w:cs="Simplified Arabic"/>
          <w:b/>
          <w:sz w:val="32"/>
          <w:szCs w:val="32"/>
        </w:rPr>
        <w:t xml:space="preserve"> </w:t>
      </w:r>
      <w:proofErr w:type="spellStart"/>
      <w:r w:rsidRPr="00723BE4">
        <w:rPr>
          <w:rFonts w:ascii="Simplified Arabic" w:hAnsi="Simplified Arabic" w:cs="Simplified Arabic"/>
          <w:b/>
          <w:sz w:val="32"/>
          <w:szCs w:val="32"/>
        </w:rPr>
        <w:t>أحمد</w:t>
      </w:r>
      <w:proofErr w:type="spellEnd"/>
    </w:p>
    <w:p w14:paraId="3CC7EBA7" w14:textId="77777777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r w:rsidRPr="00DF1BAD">
        <w:rPr>
          <w:rFonts w:ascii="Simplified Arabic" w:hAnsi="Simplified Arabic" w:cs="Simplified Arabic"/>
          <w:sz w:val="28"/>
        </w:rPr>
        <w:t>(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المشرف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الرئيسي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)                 </w:t>
      </w:r>
      <w:r w:rsidR="00EA3DEC" w:rsidRPr="00DF1BAD">
        <w:rPr>
          <w:rFonts w:ascii="Simplified Arabic" w:hAnsi="Simplified Arabic" w:cs="Simplified Arabic"/>
          <w:sz w:val="28"/>
        </w:rPr>
        <w:t xml:space="preserve">            </w:t>
      </w:r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المشرف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المشارك</w:t>
      </w:r>
      <w:proofErr w:type="spellEnd"/>
      <w:r w:rsidRPr="00DF1BAD">
        <w:rPr>
          <w:rFonts w:ascii="Simplified Arabic" w:hAnsi="Simplified Arabic" w:cs="Simplified Arabic"/>
          <w:sz w:val="28"/>
        </w:rPr>
        <w:t>)</w:t>
      </w:r>
    </w:p>
    <w:p w14:paraId="5CA83FE1" w14:textId="77777777" w:rsidR="00AD7F17" w:rsidRPr="00DF1BAD" w:rsidRDefault="00D85939" w:rsidP="00EA3DEC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32"/>
        </w:rPr>
        <w:t>العام</w:t>
      </w:r>
      <w:proofErr w:type="spellEnd"/>
      <w:r w:rsidRPr="00DF1BAD">
        <w:rPr>
          <w:rFonts w:ascii="Simplified Arabic" w:hAnsi="Simplified Arabic" w:cs="Simplified Arabic"/>
          <w:sz w:val="32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2"/>
        </w:rPr>
        <w:t>الجامعي</w:t>
      </w:r>
      <w:proofErr w:type="spellEnd"/>
    </w:p>
    <w:p w14:paraId="3DA78F41" w14:textId="77777777" w:rsidR="00EA3DEC" w:rsidRPr="00DF1BAD" w:rsidRDefault="00D85939" w:rsidP="00EA3DEC">
      <w:pPr>
        <w:bidi/>
        <w:jc w:val="center"/>
        <w:rPr>
          <w:rFonts w:ascii="Simplified Arabic" w:hAnsi="Simplified Arabic" w:cs="Simplified Arabic"/>
          <w:b/>
          <w:sz w:val="36"/>
          <w:szCs w:val="36"/>
        </w:rPr>
      </w:pPr>
      <w:r w:rsidRPr="00DF1BAD">
        <w:rPr>
          <w:rFonts w:ascii="Simplified Arabic" w:hAnsi="Simplified Arabic" w:cs="Simplified Arabic"/>
          <w:b/>
          <w:sz w:val="36"/>
          <w:szCs w:val="36"/>
        </w:rPr>
        <w:t>2025</w:t>
      </w:r>
      <w:r w:rsidR="007A65E5" w:rsidRPr="00DF1BAD">
        <w:rPr>
          <w:rFonts w:ascii="Simplified Arabic" w:hAnsi="Simplified Arabic" w:cs="Simplified Arabic"/>
          <w:b/>
          <w:sz w:val="36"/>
          <w:szCs w:val="36"/>
        </w:rPr>
        <w:t>-</w:t>
      </w:r>
      <w:r w:rsidRPr="00DF1BAD">
        <w:rPr>
          <w:rFonts w:ascii="Simplified Arabic" w:hAnsi="Simplified Arabic" w:cs="Simplified Arabic"/>
          <w:b/>
          <w:sz w:val="36"/>
          <w:szCs w:val="36"/>
        </w:rPr>
        <w:t xml:space="preserve">2026 هـ </w:t>
      </w:r>
    </w:p>
    <w:p w14:paraId="602F7565" w14:textId="77777777" w:rsidR="00AD7F17" w:rsidRPr="00DF1BAD" w:rsidRDefault="00D85939" w:rsidP="00EA3DEC">
      <w:pPr>
        <w:bidi/>
        <w:jc w:val="center"/>
        <w:rPr>
          <w:rFonts w:ascii="Simplified Arabic" w:hAnsi="Simplified Arabic" w:cs="Simplified Arabic"/>
          <w:sz w:val="36"/>
          <w:szCs w:val="36"/>
        </w:rPr>
      </w:pPr>
      <w:r w:rsidRPr="00DF1BAD">
        <w:rPr>
          <w:rFonts w:ascii="Simplified Arabic" w:hAnsi="Simplified Arabic" w:cs="Simplified Arabic"/>
          <w:b/>
          <w:sz w:val="36"/>
          <w:szCs w:val="36"/>
        </w:rPr>
        <w:t>1446</w:t>
      </w:r>
      <w:r w:rsidR="007A65E5" w:rsidRPr="00DF1BAD">
        <w:rPr>
          <w:rFonts w:ascii="Simplified Arabic" w:hAnsi="Simplified Arabic" w:cs="Simplified Arabic"/>
          <w:b/>
          <w:sz w:val="36"/>
          <w:szCs w:val="36"/>
        </w:rPr>
        <w:t>-</w:t>
      </w:r>
      <w:r w:rsidRPr="00DF1BAD">
        <w:rPr>
          <w:rFonts w:ascii="Simplified Arabic" w:hAnsi="Simplified Arabic" w:cs="Simplified Arabic"/>
          <w:b/>
          <w:sz w:val="36"/>
          <w:szCs w:val="36"/>
        </w:rPr>
        <w:t>1447 م</w:t>
      </w:r>
    </w:p>
    <w:p w14:paraId="17B79A28" w14:textId="7B2107B7" w:rsidR="00AD7F17" w:rsidRPr="00DF1BAD" w:rsidRDefault="00AD7F17" w:rsidP="00EA3DEC">
      <w:pPr>
        <w:bidi/>
        <w:rPr>
          <w:rFonts w:ascii="Simplified Arabic" w:hAnsi="Simplified Arabic" w:cs="Simplified Arabic"/>
          <w:rtl/>
        </w:rPr>
      </w:pPr>
    </w:p>
    <w:p w14:paraId="79A1AAAC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4A1D86E3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69CC9CC9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69A7C18E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63B94C0F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56A7D5BB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7FBF518E" w14:textId="77777777" w:rsidR="00AD7F17" w:rsidRPr="00DF1BAD" w:rsidRDefault="00AD7F17" w:rsidP="00EA3DEC">
      <w:pPr>
        <w:bidi/>
        <w:rPr>
          <w:rFonts w:ascii="Simplified Arabic" w:hAnsi="Simplified Arabic" w:cs="Simplified Arabic"/>
          <w:sz w:val="24"/>
          <w:szCs w:val="24"/>
        </w:rPr>
      </w:pPr>
    </w:p>
    <w:p w14:paraId="69A8A0A1" w14:textId="77777777" w:rsidR="00AD7F17" w:rsidRPr="00DF1BAD" w:rsidRDefault="00AD7F17" w:rsidP="00EA3DEC">
      <w:pPr>
        <w:bidi/>
        <w:rPr>
          <w:rFonts w:ascii="Simplified Arabic" w:hAnsi="Simplified Arabic" w:cs="Simplified Arabic"/>
          <w:sz w:val="24"/>
          <w:szCs w:val="24"/>
        </w:rPr>
      </w:pPr>
    </w:p>
    <w:p w14:paraId="05273DFF" w14:textId="77777777" w:rsidR="00AD7F17" w:rsidRPr="00DF1BAD" w:rsidRDefault="00D85939" w:rsidP="00EA3DEC">
      <w:pPr>
        <w:bidi/>
        <w:spacing w:before="360" w:after="120"/>
        <w:rPr>
          <w:rFonts w:ascii="Simplified Arabic" w:hAnsi="Simplified Arabic" w:cs="Simplified Arabic"/>
          <w:sz w:val="24"/>
          <w:szCs w:val="24"/>
        </w:rPr>
      </w:pPr>
      <w:proofErr w:type="spellStart"/>
      <w:r w:rsidRPr="00DF1BAD">
        <w:rPr>
          <w:rFonts w:ascii="Simplified Arabic" w:hAnsi="Simplified Arabic" w:cs="Simplified Arabic"/>
          <w:b/>
          <w:sz w:val="42"/>
          <w:szCs w:val="24"/>
        </w:rPr>
        <w:t>حقوق</w:t>
      </w:r>
      <w:proofErr w:type="spellEnd"/>
      <w:r w:rsidRPr="00DF1BAD">
        <w:rPr>
          <w:rFonts w:ascii="Simplified Arabic" w:hAnsi="Simplified Arabic" w:cs="Simplified Arabic"/>
          <w:b/>
          <w:sz w:val="42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2"/>
          <w:szCs w:val="24"/>
        </w:rPr>
        <w:t>الطباعة</w:t>
      </w:r>
      <w:proofErr w:type="spellEnd"/>
    </w:p>
    <w:p w14:paraId="4D821CA1" w14:textId="77777777" w:rsidR="00AD7F17" w:rsidRPr="00DF1BAD" w:rsidRDefault="00AD7F17" w:rsidP="00EA3DEC">
      <w:pPr>
        <w:bidi/>
        <w:rPr>
          <w:rFonts w:ascii="Simplified Arabic" w:hAnsi="Simplified Arabic" w:cs="Simplified Arabic"/>
          <w:sz w:val="24"/>
          <w:szCs w:val="24"/>
        </w:rPr>
      </w:pPr>
    </w:p>
    <w:p w14:paraId="139120C9" w14:textId="77777777" w:rsidR="00AD7F17" w:rsidRPr="00DF1BAD" w:rsidRDefault="00D85939" w:rsidP="00EA3DEC">
      <w:pPr>
        <w:bidi/>
        <w:jc w:val="both"/>
        <w:rPr>
          <w:rFonts w:ascii="Simplified Arabic" w:hAnsi="Simplified Arabic" w:cs="Simplified Arabic"/>
          <w:sz w:val="24"/>
          <w:szCs w:val="24"/>
        </w:rPr>
      </w:pP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جميع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حقوق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الطباعة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والنشر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محفوظة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لجامعة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ميدأوشن</w:t>
      </w:r>
      <w:proofErr w:type="spellEnd"/>
      <w:r w:rsidR="00EA3DEC" w:rsidRPr="00DF1BAD">
        <w:rPr>
          <w:rFonts w:ascii="Simplified Arabic" w:hAnsi="Simplified Arabic" w:cs="Simplified Arabic"/>
          <w:sz w:val="30"/>
          <w:szCs w:val="24"/>
        </w:rPr>
        <w:t>.</w:t>
      </w:r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لا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يجوز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إعادة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إنتاج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هذه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الرسالة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أو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أي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جزء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منها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أو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تخزينها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في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نطاق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استعادة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المعلومات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أو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نقلها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بأي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شكل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من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الأشكال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سواء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بطريقة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إلكترونية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أو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ميكانيكية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أو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بالتصوير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أو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بالتسجيل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أو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غير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ذلك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دون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إذن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خطي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مسبق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من</w:t>
      </w:r>
      <w:proofErr w:type="spellEnd"/>
      <w:r w:rsidRPr="00DF1BAD">
        <w:rPr>
          <w:rFonts w:ascii="Simplified Arabic" w:hAnsi="Simplified Arabic" w:cs="Simplified Arabic"/>
          <w:sz w:val="30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0"/>
          <w:szCs w:val="24"/>
        </w:rPr>
        <w:t>الجامعة</w:t>
      </w:r>
      <w:proofErr w:type="spellEnd"/>
      <w:r w:rsidR="00EA3DEC" w:rsidRPr="00DF1BAD">
        <w:rPr>
          <w:rFonts w:ascii="Simplified Arabic" w:hAnsi="Simplified Arabic" w:cs="Simplified Arabic"/>
          <w:sz w:val="30"/>
          <w:szCs w:val="24"/>
          <w:rtl/>
        </w:rPr>
        <w:t>.</w:t>
      </w:r>
    </w:p>
    <w:p w14:paraId="41A37FC2" w14:textId="77777777" w:rsidR="00AD7F17" w:rsidRPr="00DF1BAD" w:rsidRDefault="00D85939" w:rsidP="00EA3DEC">
      <w:pPr>
        <w:bidi/>
        <w:rPr>
          <w:rFonts w:ascii="Simplified Arabic" w:hAnsi="Simplified Arabic" w:cs="Simplified Arabic"/>
          <w:sz w:val="24"/>
          <w:szCs w:val="24"/>
        </w:rPr>
      </w:pPr>
      <w:r w:rsidRPr="00DF1BAD">
        <w:rPr>
          <w:rFonts w:ascii="Simplified Arabic" w:hAnsi="Simplified Arabic" w:cs="Simplified Arabic"/>
          <w:sz w:val="24"/>
          <w:szCs w:val="24"/>
        </w:rPr>
        <w:br w:type="page"/>
      </w:r>
    </w:p>
    <w:p w14:paraId="31216C3D" w14:textId="683B4A6C" w:rsidR="00AD7F17" w:rsidRPr="00DF1BAD" w:rsidRDefault="00D85939" w:rsidP="004E7A5A">
      <w:pPr>
        <w:bidi/>
        <w:spacing w:before="360" w:after="120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b/>
          <w:sz w:val="40"/>
        </w:rPr>
        <w:lastRenderedPageBreak/>
        <w:t>المستخلص</w:t>
      </w:r>
      <w:proofErr w:type="spellEnd"/>
    </w:p>
    <w:p w14:paraId="6A4223F8" w14:textId="6FC158F6" w:rsidR="00AD7F17" w:rsidRPr="00DF1BAD" w:rsidRDefault="00D85939" w:rsidP="00EA3DEC">
      <w:pPr>
        <w:bidi/>
        <w:jc w:val="both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تهدف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ظاهرة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وأساليبه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الحديثة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وتقييم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فاعلية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ومكافحته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وتقديم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نموذج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متكامل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للوقاية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إطار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يشهده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القطاع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اعتمدت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المنهج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الوصفي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التحليلي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حيث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البيانات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الأولية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استبانة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إلكترونية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مصممة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خصيصاً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الغرض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وزعت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عينة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عشوائية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بلغت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72 </w:t>
      </w:r>
      <w:proofErr w:type="spellStart"/>
      <w:r w:rsidRPr="00DF1BAD">
        <w:rPr>
          <w:rFonts w:ascii="Simplified Arabic" w:hAnsi="Simplified Arabic" w:cs="Simplified Arabic"/>
          <w:sz w:val="28"/>
        </w:rPr>
        <w:t>موظفاً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العاملين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إدارات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والأمن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السيبراني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وإدارة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المخاطر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أظهرت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نتائج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65%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تزال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تعتمد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بشكل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رئيسي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تقليدية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يؤدي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تأخر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متوسطه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11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3 </w:t>
      </w:r>
      <w:proofErr w:type="spellStart"/>
      <w:r w:rsidRPr="00DF1BAD">
        <w:rPr>
          <w:rFonts w:ascii="Simplified Arabic" w:hAnsi="Simplified Arabic" w:cs="Simplified Arabic"/>
          <w:sz w:val="28"/>
        </w:rPr>
        <w:t>يوماً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اكتشاف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مقابل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4 </w:t>
      </w:r>
      <w:proofErr w:type="spellStart"/>
      <w:r w:rsidRPr="00DF1BAD">
        <w:rPr>
          <w:rFonts w:ascii="Simplified Arabic" w:hAnsi="Simplified Arabic" w:cs="Simplified Arabic"/>
          <w:sz w:val="28"/>
        </w:rPr>
        <w:t>يوماً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فقط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تستخدم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كشفت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ضعف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ملحوظ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الاستثمار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تأهيل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العنصر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البشري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حيث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37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5%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الموظفين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المشاركين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يتلقوا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تدريب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متخصص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مجال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السنتين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الماضيتين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أبرز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التحديات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تواجه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سرعة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متوسط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72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5)، </w:t>
      </w:r>
      <w:proofErr w:type="spellStart"/>
      <w:r w:rsidRPr="00DF1BAD">
        <w:rPr>
          <w:rFonts w:ascii="Simplified Arabic" w:hAnsi="Simplified Arabic" w:cs="Simplified Arabic"/>
          <w:sz w:val="28"/>
        </w:rPr>
        <w:t>وضعف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لدى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58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5)، </w:t>
      </w:r>
      <w:proofErr w:type="spellStart"/>
      <w:r w:rsidRPr="00DF1BAD">
        <w:rPr>
          <w:rFonts w:ascii="Simplified Arabic" w:hAnsi="Simplified Arabic" w:cs="Simplified Arabic"/>
          <w:sz w:val="28"/>
        </w:rPr>
        <w:t>وقصور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التعاون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تبادل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المعلومات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12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5)</w:t>
      </w:r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أوصت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بضرورة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إنشاء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مركز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وطني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للاستخبارات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يتولى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تجميع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أنماط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القطاع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وإلزام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باعتماد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المبكر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وتطوير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برامج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تدريبية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متخصصة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ومستمرة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للعاملين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مجال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بالإضافة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تكثيف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الحملات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التوعوية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الموجهة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للعملاء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الحديثة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وطرق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الوقاية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منها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اقترحت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نموذجاً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متكاملاً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للوقاية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يقوم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ثلاثة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أبعاد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رئيسية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البعد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المنصة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الموحدة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)،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والبعد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البشري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الرأسمال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البشري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المُحصَّن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)،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والبعد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التنظيمي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الإطار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التعاوني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المتكامل</w:t>
      </w:r>
      <w:proofErr w:type="spellEnd"/>
      <w:r w:rsidRPr="00DF1BAD">
        <w:rPr>
          <w:rFonts w:ascii="Simplified Arabic" w:hAnsi="Simplified Arabic" w:cs="Simplified Arabic"/>
          <w:sz w:val="28"/>
        </w:rPr>
        <w:t>)</w:t>
      </w:r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066AC9B3" w14:textId="77777777" w:rsidR="00AD7F17" w:rsidRPr="00DF1BAD" w:rsidRDefault="00AD7F17" w:rsidP="00EA3DEC">
      <w:pPr>
        <w:bidi/>
        <w:jc w:val="both"/>
        <w:rPr>
          <w:rFonts w:ascii="Simplified Arabic" w:hAnsi="Simplified Arabic" w:cs="Simplified Arabic"/>
        </w:rPr>
      </w:pPr>
    </w:p>
    <w:p w14:paraId="49C87B05" w14:textId="07445A42" w:rsidR="00AD7F17" w:rsidRPr="00DF1BAD" w:rsidRDefault="00D85939" w:rsidP="00EA3DEC">
      <w:pPr>
        <w:bidi/>
        <w:jc w:val="both"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b/>
          <w:sz w:val="28"/>
        </w:rPr>
        <w:t>الكلمات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المفتاحية</w:t>
      </w:r>
      <w:proofErr w:type="spellEnd"/>
      <w:r w:rsidR="004E7A5A" w:rsidRPr="00DF1BAD">
        <w:rPr>
          <w:rFonts w:ascii="Simplified Arabic" w:hAnsi="Simplified Arabic" w:cs="Simplified Arabic"/>
          <w:b/>
          <w:sz w:val="28"/>
        </w:rPr>
        <w:t>:</w:t>
      </w:r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الأمن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السيبراني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إدارة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المخاطر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الجرائم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المالية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التعلم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الآلي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الهندسة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الاجتماعية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التصيد</w:t>
      </w:r>
      <w:proofErr w:type="spellEnd"/>
      <w:r w:rsidRPr="00DF1BAD">
        <w:rPr>
          <w:rFonts w:ascii="Simplified Arabic" w:hAnsi="Simplified Arabic" w:cs="Simplified Arabic"/>
          <w:b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28"/>
        </w:rPr>
        <w:t>الإلكتروني</w:t>
      </w:r>
      <w:proofErr w:type="spellEnd"/>
    </w:p>
    <w:p w14:paraId="2B2441FD" w14:textId="3D31E600" w:rsidR="00AD7F17" w:rsidRPr="00DF1BAD" w:rsidRDefault="00AD7F17" w:rsidP="00EA3DEC">
      <w:pPr>
        <w:bidi/>
        <w:rPr>
          <w:rFonts w:ascii="Simplified Arabic" w:hAnsi="Simplified Arabic" w:cs="Simplified Arabic"/>
          <w:rtl/>
        </w:rPr>
      </w:pPr>
    </w:p>
    <w:p w14:paraId="29045237" w14:textId="77777777" w:rsidR="00AD7F17" w:rsidRPr="00DF1BAD" w:rsidRDefault="00D85939" w:rsidP="00EA3DEC">
      <w:pPr>
        <w:bidi/>
        <w:spacing w:after="0" w:line="240" w:lineRule="auto"/>
        <w:rPr>
          <w:rFonts w:ascii="Simplified Arabic" w:hAnsi="Simplified Arabic" w:cs="Simplified Arabic"/>
          <w:rtl/>
        </w:rPr>
      </w:pPr>
      <w:proofErr w:type="spellStart"/>
      <w:r w:rsidRPr="00DF1BAD">
        <w:rPr>
          <w:rFonts w:ascii="Simplified Arabic" w:hAnsi="Simplified Arabic" w:cs="Simplified Arabic"/>
          <w:b/>
          <w:sz w:val="40"/>
        </w:rPr>
        <w:t>شكر</w:t>
      </w:r>
      <w:proofErr w:type="spellEnd"/>
      <w:r w:rsidRPr="00DF1BAD">
        <w:rPr>
          <w:rFonts w:ascii="Simplified Arabic" w:hAnsi="Simplified Arabic" w:cs="Simplified Arabic"/>
          <w:b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sz w:val="40"/>
        </w:rPr>
        <w:t>وتقدير</w:t>
      </w:r>
      <w:proofErr w:type="spellEnd"/>
    </w:p>
    <w:p w14:paraId="25D2D083" w14:textId="77777777" w:rsidR="00AD7F17" w:rsidRPr="00DF1BAD" w:rsidRDefault="00AD7F17" w:rsidP="00EA3DEC">
      <w:pPr>
        <w:bidi/>
        <w:spacing w:after="0" w:line="240" w:lineRule="auto"/>
        <w:rPr>
          <w:rFonts w:ascii="Simplified Arabic" w:hAnsi="Simplified Arabic" w:cs="Simplified Arabic"/>
        </w:rPr>
      </w:pPr>
    </w:p>
    <w:p w14:paraId="239604D6" w14:textId="1B363735" w:rsidR="00EA3DEC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الحمد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العالمين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والصلاة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والسلام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أشرف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الأنبياء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والمرسلين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سيدنا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محمد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آله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وصحبه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أجمعين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بعد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</w:p>
    <w:p w14:paraId="4D445803" w14:textId="77777777" w:rsidR="00EA3DEC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</w:rPr>
      </w:pP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يطيب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المقام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أتقدم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بخالص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والتقدير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والامتنان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جامعة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ميدأوشن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ممثلة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بكلية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الإدارة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إتاحة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لإكمال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والاستفادة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بيئتها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الأكاديمية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المتميزة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51F155DD" w14:textId="77777777" w:rsidR="00EA3DEC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</w:rPr>
      </w:pP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كما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أتقدم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بجزيل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والعرفان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المشرف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الرئيسي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الدكتور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عبدالحميد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الفيصل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والمشرف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المشارك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الدكتور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أحمد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قدماه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توجيه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وملاحظات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بناءة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ومتابعة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دقيقة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أسهمت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بشكل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كبير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إثراء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الرسالة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وإخراجها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بالصورة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المطلوبة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3277D2E8" w14:textId="77777777" w:rsidR="00EA3DEC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</w:rPr>
      </w:pP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وأتوجه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بالشكر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الجزيل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جميع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العاملين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تفضلوا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بالمشاركة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الإجابة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استبانة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وأخص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بالذكر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موظفي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إدارات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والأمن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السيبراني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وإدارة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المخاطر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الذين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يبخلوا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بوقتهم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وخبراتهم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سبيل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إنجاح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البحث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39E2DD08" w14:textId="77777777" w:rsidR="00EA3DEC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rtl/>
        </w:rPr>
      </w:pP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كما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أشكر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ساهم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إنجاز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قريب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بعيد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سواء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بالمشورة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التوجيه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الدعم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المعنوي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وأخيراً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أتقدم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بخالص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والعرفان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أسرتي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الكريمة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دعمهم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المتواصل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وصبرهم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وتشجيعهم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المستمر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فترة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إعداد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الرسالة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فلهم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جميعاً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والتقدير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4F465213" w14:textId="77777777" w:rsidR="00EA3DEC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rtl/>
        </w:rPr>
      </w:pP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أسأل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الله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القدير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يجعل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خالصاً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لوجهه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الكريم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ينفع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يوفق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الجميع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يحب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ويرضى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والله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التوفيق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،،،</w:t>
      </w:r>
    </w:p>
    <w:p w14:paraId="57C77865" w14:textId="77777777" w:rsidR="00EA3DEC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rtl/>
        </w:rPr>
      </w:pP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الباحث</w:t>
      </w:r>
      <w:proofErr w:type="spellEnd"/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محمد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قاسم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هندي</w:t>
      </w:r>
      <w:proofErr w:type="spellEnd"/>
    </w:p>
    <w:p w14:paraId="1A629E33" w14:textId="77777777" w:rsidR="00AD7F17" w:rsidRPr="00DF1BAD" w:rsidRDefault="00D85939" w:rsidP="00EA3D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ديسمبر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2025</w:t>
      </w:r>
    </w:p>
    <w:p w14:paraId="0DFF0284" w14:textId="3E5164D8" w:rsidR="00EA3DEC" w:rsidRPr="00DF1BAD" w:rsidRDefault="00EA3DEC" w:rsidP="004E7A5A">
      <w:pPr>
        <w:bidi/>
        <w:rPr>
          <w:rFonts w:ascii="Simplified Arabic" w:hAnsi="Simplified Arabic" w:cs="Simplified Arabic"/>
          <w:rtl/>
        </w:rPr>
      </w:pPr>
    </w:p>
    <w:sdt>
      <w:sdtPr>
        <w:rPr>
          <w:rFonts w:ascii="Simplified Arabic" w:eastAsiaTheme="minorEastAsia" w:hAnsi="Simplified Arabic" w:cs="Simplified Arabic"/>
          <w:b w:val="0"/>
          <w:bCs w:val="0"/>
          <w:color w:val="auto"/>
          <w:sz w:val="48"/>
          <w:szCs w:val="48"/>
          <w:rtl/>
        </w:rPr>
        <w:id w:val="-347561819"/>
        <w:docPartObj>
          <w:docPartGallery w:val="Table of Contents"/>
          <w:docPartUnique/>
        </w:docPartObj>
      </w:sdtPr>
      <w:sdtEndPr>
        <w:rPr>
          <w:sz w:val="28"/>
          <w:szCs w:val="28"/>
        </w:rPr>
      </w:sdtEndPr>
      <w:sdtContent>
        <w:p w14:paraId="00E44EC5" w14:textId="0AA51177" w:rsidR="004E7A5A" w:rsidRPr="00DF1BAD" w:rsidRDefault="004E7A5A" w:rsidP="00DF1BAD">
          <w:pPr>
            <w:pStyle w:val="TOCHeading"/>
            <w:bidi/>
            <w:rPr>
              <w:rFonts w:ascii="Simplified Arabic" w:hAnsi="Simplified Arabic" w:cs="Simplified Arabic"/>
              <w:sz w:val="52"/>
              <w:szCs w:val="52"/>
              <w:rtl/>
            </w:rPr>
          </w:pPr>
          <w:r w:rsidRPr="00DF1BAD">
            <w:rPr>
              <w:rFonts w:ascii="Simplified Arabic" w:hAnsi="Simplified Arabic" w:cs="Simplified Arabic"/>
              <w:sz w:val="48"/>
              <w:szCs w:val="48"/>
              <w:rtl/>
            </w:rPr>
            <w:t>فهرس المحتويات</w:t>
          </w:r>
        </w:p>
        <w:p w14:paraId="1CD4B569" w14:textId="2FAFCC9E" w:rsidR="00DF1BAD" w:rsidRPr="00DF1BAD" w:rsidRDefault="004E7A5A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r w:rsidRPr="00DF1BAD">
            <w:rPr>
              <w:rFonts w:ascii="Simplified Arabic" w:hAnsi="Simplified Arabic" w:cs="Simplified Arabic"/>
              <w:b/>
              <w:bCs/>
              <w:sz w:val="28"/>
              <w:szCs w:val="28"/>
            </w:rPr>
            <w:fldChar w:fldCharType="begin"/>
          </w:r>
          <w:r w:rsidRPr="00DF1BAD">
            <w:rPr>
              <w:rFonts w:ascii="Simplified Arabic" w:hAnsi="Simplified Arabic" w:cs="Simplified Arabic"/>
              <w:b/>
              <w:bCs/>
              <w:sz w:val="28"/>
              <w:szCs w:val="28"/>
            </w:rPr>
            <w:instrText xml:space="preserve"> TOC \o "1-3" \h \z \u </w:instrText>
          </w:r>
          <w:r w:rsidRPr="00DF1BAD">
            <w:rPr>
              <w:rFonts w:ascii="Simplified Arabic" w:hAnsi="Simplified Arabic" w:cs="Simplified Arabic"/>
              <w:b/>
              <w:bCs/>
              <w:sz w:val="28"/>
              <w:szCs w:val="28"/>
            </w:rPr>
            <w:fldChar w:fldCharType="separate"/>
          </w:r>
          <w:hyperlink w:anchor="_Toc216291875" w:history="1">
            <w:r w:rsidR="00DF1BAD"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الفصل الأول</w:t>
            </w:r>
            <w:r w:rsidR="00DF1BAD"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="00DF1BAD"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="00DF1BAD"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_Toc216291875 \h </w:instrText>
            </w:r>
            <w:r w:rsidR="00DF1BAD"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="00DF1BAD"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="00DF1BAD"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9</w:t>
            </w:r>
            <w:r w:rsidR="00DF1BAD"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2740436E" w14:textId="528C66E2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76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الإطار العام للبحث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_Toc216291876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9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76794F8" w14:textId="7C227D1E" w:rsidR="00DF1BAD" w:rsidRPr="00DF1BAD" w:rsidRDefault="00DF1BAD" w:rsidP="00DF1BAD">
          <w:pPr>
            <w:pStyle w:val="TOC2"/>
            <w:tabs>
              <w:tab w:val="left" w:pos="192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77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1.1.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مقدمة البحث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_Toc216291877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9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0BCAEF46" w14:textId="3644A5FE" w:rsidR="00DF1BAD" w:rsidRPr="00DF1BAD" w:rsidRDefault="00DF1BAD" w:rsidP="00DF1BAD">
          <w:pPr>
            <w:pStyle w:val="TOC2"/>
            <w:tabs>
              <w:tab w:val="left" w:pos="192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78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1.2.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مشكلة الدراسة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_Toc216291878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10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034A099B" w14:textId="6C8A812B" w:rsidR="00DF1BAD" w:rsidRPr="00DF1BAD" w:rsidRDefault="00DF1BAD" w:rsidP="00DF1BAD">
          <w:pPr>
            <w:pStyle w:val="TOC2"/>
            <w:tabs>
              <w:tab w:val="left" w:pos="192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79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1.3.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أهمية الدراسة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_Toc216291879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11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A5F2320" w14:textId="084A7398" w:rsidR="00DF1BAD" w:rsidRPr="00DF1BAD" w:rsidRDefault="00DF1BAD" w:rsidP="00DF1BAD">
          <w:pPr>
            <w:pStyle w:val="TOC2"/>
            <w:tabs>
              <w:tab w:val="left" w:pos="192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0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1.4.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أهداف الدراسة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_Toc216291880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12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ED355B9" w14:textId="012EBF17" w:rsidR="00DF1BAD" w:rsidRPr="00DF1BAD" w:rsidRDefault="00DF1BAD" w:rsidP="00DF1BAD">
          <w:pPr>
            <w:pStyle w:val="TOC2"/>
            <w:tabs>
              <w:tab w:val="left" w:pos="1942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1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1.5.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فرضيات الدراسة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_Toc216291881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13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C8C758B" w14:textId="47D77E33" w:rsidR="00DF1BAD" w:rsidRPr="00DF1BAD" w:rsidRDefault="00DF1BAD" w:rsidP="00DF1BAD">
          <w:pPr>
            <w:pStyle w:val="TOC2"/>
            <w:tabs>
              <w:tab w:val="left" w:pos="2359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2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1.6.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الإطار النظري للدراسة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_Toc216291882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14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3863F72" w14:textId="7C287675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3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الفصل الثاني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_Toc216291883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16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103CCC1D" w14:textId="62FE77BD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4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الدراسات السابقة والإطار النظري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_Toc216291884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16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076F23E5" w14:textId="7A6DDB30" w:rsidR="00DF1BAD" w:rsidRPr="00DF1BAD" w:rsidRDefault="00DF1BAD" w:rsidP="00DF1BAD">
          <w:pPr>
            <w:pStyle w:val="TOC2"/>
            <w:tabs>
              <w:tab w:val="left" w:pos="144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7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>2.1.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مقدمة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_Toc216291887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16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DC0B3E0" w14:textId="11777C54" w:rsidR="00DF1BAD" w:rsidRPr="00DF1BAD" w:rsidRDefault="00DF1BAD" w:rsidP="00DF1BAD">
          <w:pPr>
            <w:pStyle w:val="TOC2"/>
            <w:tabs>
              <w:tab w:val="left" w:pos="1943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8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2.2.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الدراسات السابقة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_Toc216291888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16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74C16E3D" w14:textId="28E4BCCC" w:rsidR="00DF1BAD" w:rsidRPr="00DF1BAD" w:rsidRDefault="00DF1BAD" w:rsidP="00DF1BAD">
          <w:pPr>
            <w:pStyle w:val="TOC2"/>
            <w:tabs>
              <w:tab w:val="left" w:pos="4173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89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2.2.1.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دراسة البنك المركزي السعودي (ساما، 2023)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_Toc216291889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16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BAF2082" w14:textId="2634C561" w:rsidR="00DF1BAD" w:rsidRPr="00DF1BAD" w:rsidRDefault="00DF1BAD" w:rsidP="00DF1BAD">
          <w:pPr>
            <w:pStyle w:val="TOC2"/>
            <w:tabs>
              <w:tab w:val="left" w:pos="4213"/>
              <w:tab w:val="right" w:leader="dot" w:pos="9061"/>
            </w:tabs>
            <w:bidi/>
            <w:spacing w:after="0" w:line="240" w:lineRule="auto"/>
            <w:ind w:left="0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0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2.2.2.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الذكاء الاصطناعي في مكافحة الاحتيال المالي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t xml:space="preserve"> - 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Albrecht et al. (2022)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_Toc216291890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17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87EE8ED" w14:textId="7202328D" w:rsidR="00DF1BAD" w:rsidRPr="00DF1BAD" w:rsidRDefault="00DF1BAD" w:rsidP="00DF1BAD">
          <w:pPr>
            <w:pStyle w:val="TOC2"/>
            <w:tabs>
              <w:tab w:val="left" w:pos="6217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1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2.2.3.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دراسة الحارثي والشمري (2022) - الاحتيال الإلكتروني في البنوك الخليجية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_Toc216291891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17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7BAB3CC" w14:textId="75ADE18E" w:rsidR="00DF1BAD" w:rsidRPr="00DF1BAD" w:rsidRDefault="00DF1BAD" w:rsidP="00DF1BAD">
          <w:pPr>
            <w:pStyle w:val="TOC2"/>
            <w:tabs>
              <w:tab w:val="left" w:pos="192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2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2.3.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الإطار النظري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_Toc216291892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18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09081EF" w14:textId="2ECEC219" w:rsidR="00DF1BAD" w:rsidRPr="00DF1BAD" w:rsidRDefault="00DF1BAD" w:rsidP="00DF1BAD">
          <w:pPr>
            <w:pStyle w:val="TOC2"/>
            <w:tabs>
              <w:tab w:val="left" w:pos="2322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3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2.4.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مفهوم الاحتيال البنكي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_Toc216291893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18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22D58C16" w14:textId="06B18371" w:rsidR="00DF1BAD" w:rsidRPr="00DF1BAD" w:rsidRDefault="00DF1BAD" w:rsidP="00DF1BAD">
          <w:pPr>
            <w:pStyle w:val="TOC2"/>
            <w:tabs>
              <w:tab w:val="left" w:pos="144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5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3.1.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مقدمة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_Toc216291895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21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756BEECC" w14:textId="6675284F" w:rsidR="00DF1BAD" w:rsidRPr="00DF1BAD" w:rsidRDefault="00DF1BAD" w:rsidP="00DF1BAD">
          <w:pPr>
            <w:pStyle w:val="TOC2"/>
            <w:tabs>
              <w:tab w:val="left" w:pos="96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6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3.2.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3.2 منهج الدراسة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_Toc216291896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21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8B4FAE6" w14:textId="686CD8E5" w:rsidR="00DF1BAD" w:rsidRPr="00DF1BAD" w:rsidRDefault="00DF1BAD" w:rsidP="00DF1BAD">
          <w:pPr>
            <w:pStyle w:val="TOC2"/>
            <w:tabs>
              <w:tab w:val="left" w:pos="96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7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3.3.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3.3 مجتمع الدراسة وعينتها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_Toc216291897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22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20A2DE2" w14:textId="7E4F06C1" w:rsidR="00DF1BAD" w:rsidRPr="00DF1BAD" w:rsidRDefault="00DF1BAD" w:rsidP="00DF1BAD">
          <w:pPr>
            <w:pStyle w:val="TOC2"/>
            <w:tabs>
              <w:tab w:val="left" w:pos="96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8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3.4.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3.4 أداة جمع البيانات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_Toc216291898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23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B8F1942" w14:textId="2E121B8E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899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الفصل الرابع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_Toc216291899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27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7BC8D0DD" w14:textId="320EAB21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0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النتائج والتحليل الإحصائي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_Toc216291900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27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201B0F5" w14:textId="4BE7746B" w:rsidR="00DF1BAD" w:rsidRPr="00DF1BAD" w:rsidRDefault="00DF1BAD" w:rsidP="00DF1BAD">
          <w:pPr>
            <w:pStyle w:val="TOC2"/>
            <w:tabs>
              <w:tab w:val="left" w:pos="96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2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4.1.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4.1 تحليل البيانات الديموغرافية جدول (4-1): توزيع عينة الدراسة حسب المسمى الوظيفي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_Toc216291902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27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75EE9ED0" w14:textId="461FA84D" w:rsidR="00DF1BAD" w:rsidRPr="00DF1BAD" w:rsidRDefault="00DF1BAD" w:rsidP="00DF1BAD">
          <w:pPr>
            <w:pStyle w:val="TOC2"/>
            <w:tabs>
              <w:tab w:val="left" w:pos="4584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3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4.2.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(4-2): توزيع عينة الدراسة حسب سنوات الخبرة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_Toc216291903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28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E4F7C69" w14:textId="5A76FB62" w:rsidR="00DF1BAD" w:rsidRPr="00DF1BAD" w:rsidRDefault="00DF1BAD" w:rsidP="00DF1BAD">
          <w:pPr>
            <w:pStyle w:val="TOC2"/>
            <w:tabs>
              <w:tab w:val="left" w:pos="4662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4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4.3.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(4-3): توزيع عينة الدراسة حسب المؤهل العلمي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_Toc216291904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29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2A64A2E2" w14:textId="32396A2B" w:rsidR="00DF1BAD" w:rsidRPr="00DF1BAD" w:rsidRDefault="00DF1BAD" w:rsidP="00DF1BAD">
          <w:pPr>
            <w:pStyle w:val="TOC2"/>
            <w:tabs>
              <w:tab w:val="left" w:pos="4319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5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4.4.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(4-4): توزيع عينة الدراسة حسب نوع البنك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_Toc216291905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30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71C990AA" w14:textId="32AAE6CE" w:rsidR="00DF1BAD" w:rsidRPr="00DF1BAD" w:rsidRDefault="00DF1BAD" w:rsidP="00DF1BAD">
          <w:pPr>
            <w:pStyle w:val="TOC2"/>
            <w:tabs>
              <w:tab w:val="left" w:pos="5403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6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4.5.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(4-5): توزيع عينة الدراسة حسب تلقي التدريب المتخصص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_Toc216291906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31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CBFBE6B" w14:textId="02F3C7F1" w:rsidR="00DF1BAD" w:rsidRPr="00DF1BAD" w:rsidRDefault="00DF1BAD" w:rsidP="00DF1BAD">
          <w:pPr>
            <w:pStyle w:val="TOC2"/>
            <w:tabs>
              <w:tab w:val="left" w:pos="4260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7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4.6.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(4-6): تحليل محور السياسات والإجراءات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_Toc216291907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32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2F90808" w14:textId="7DC359FE" w:rsidR="00DF1BAD" w:rsidRPr="00DF1BAD" w:rsidRDefault="00DF1BAD" w:rsidP="00DF1BAD">
          <w:pPr>
            <w:pStyle w:val="TOC2"/>
            <w:tabs>
              <w:tab w:val="left" w:pos="3795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8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4.7.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(4-7): تحليل محور الأنظمة التقنية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_Toc216291908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33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6B5E9BB" w14:textId="6D5E7F72" w:rsidR="00DF1BAD" w:rsidRPr="00DF1BAD" w:rsidRDefault="00DF1BAD" w:rsidP="00DF1BAD">
          <w:pPr>
            <w:pStyle w:val="TOC2"/>
            <w:tabs>
              <w:tab w:val="left" w:pos="3785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09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4.8.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(4-8): تحليل محور الموارد البشرية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_Toc216291909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34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6BD48811" w14:textId="4BA42B14" w:rsidR="00DF1BAD" w:rsidRPr="00DF1BAD" w:rsidRDefault="00DF1BAD" w:rsidP="00DF1BAD">
          <w:pPr>
            <w:pStyle w:val="TOC2"/>
            <w:tabs>
              <w:tab w:val="left" w:pos="3413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0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4.9.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(4-9): تحليل محور التحديات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_Toc216291910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35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374EBE9" w14:textId="7922F928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1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الفصل الخامس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_Toc216291911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39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78B2DAC" w14:textId="74FA287A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2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التحليل النوعي والمناقشة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_Toc216291912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39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41640C21" w14:textId="77D7F09A" w:rsidR="00DF1BAD" w:rsidRPr="00DF1BAD" w:rsidRDefault="00DF1BAD" w:rsidP="00DF1BAD">
          <w:pPr>
            <w:pStyle w:val="TOC2"/>
            <w:tabs>
              <w:tab w:val="left" w:pos="4801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4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5.1.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(5-1): أنواع الاحتيال الأكثر شيوعاً (تحليل نوعي)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_Toc216291914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39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632365D" w14:textId="65B36534" w:rsidR="00DF1BAD" w:rsidRPr="00DF1BAD" w:rsidRDefault="00DF1BAD" w:rsidP="00DF1BAD">
          <w:pPr>
            <w:pStyle w:val="TOC2"/>
            <w:tabs>
              <w:tab w:val="left" w:pos="5084"/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5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5.2.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kern w:val="2"/>
                <w:sz w:val="28"/>
                <w:szCs w:val="28"/>
                <w14:ligatures w14:val="standardContextual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جدول (5-2): الحلول المقترحة من المستجيبين (تحليل نوعي)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_Toc216291915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41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3F5C6899" w14:textId="2C0C2ED6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6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الفصل السادس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_Toc216291916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43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725951D" w14:textId="06C931C0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7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النموذج المقترح والتوصيات النهائية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_Toc216291917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43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7D66A14" w14:textId="0D2711E9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8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المراجع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_Toc216291918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44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7B0545C" w14:textId="66CBF8C7" w:rsidR="00DF1BAD" w:rsidRPr="00DF1BAD" w:rsidRDefault="00DF1BAD" w:rsidP="00DF1BAD">
          <w:pPr>
            <w:pStyle w:val="TOC2"/>
            <w:tabs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19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أولاً: المراجع العربية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_Toc216291919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44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22A1381F" w14:textId="255D86BF" w:rsidR="00DF1BAD" w:rsidRPr="00DF1BAD" w:rsidRDefault="00DF1BAD" w:rsidP="00DF1BAD">
          <w:pPr>
            <w:pStyle w:val="TOC2"/>
            <w:tabs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20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ثانياً: المراجع الأجنبية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_Toc216291920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45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1DF2C9EA" w14:textId="7B7904C2" w:rsidR="00DF1BAD" w:rsidRPr="00DF1BAD" w:rsidRDefault="00DF1BAD" w:rsidP="00DF1BAD">
          <w:pPr>
            <w:pStyle w:val="TOC1"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21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الملاحق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_Toc216291921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46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0638E8E2" w14:textId="7EB48BB6" w:rsidR="00DF1BAD" w:rsidRPr="00DF1BAD" w:rsidRDefault="00DF1BAD" w:rsidP="00DF1BAD">
          <w:pPr>
            <w:pStyle w:val="TOC2"/>
            <w:tabs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22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الملحق (أ): الاستبانة الإلكترونية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_Toc216291922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46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04AD588" w14:textId="6F64A230" w:rsidR="00DF1BAD" w:rsidRPr="00DF1BAD" w:rsidRDefault="00DF1BAD" w:rsidP="00DF1BAD">
          <w:pPr>
            <w:pStyle w:val="TOC2"/>
            <w:tabs>
              <w:tab w:val="right" w:leader="dot" w:pos="9061"/>
            </w:tabs>
            <w:bidi/>
            <w:spacing w:after="0" w:line="240" w:lineRule="auto"/>
            <w:rPr>
              <w:rFonts w:ascii="Simplified Arabic" w:hAnsi="Simplified Arabic" w:cs="Simplified Arabic"/>
              <w:b/>
              <w:bCs/>
              <w:noProof/>
              <w:kern w:val="2"/>
              <w:sz w:val="28"/>
              <w:szCs w:val="28"/>
              <w14:ligatures w14:val="standardContextual"/>
            </w:rPr>
          </w:pPr>
          <w:hyperlink w:anchor="_Toc216291923" w:history="1"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</w:rPr>
              <w:t>الملحق (ب): الجداول الإحصائية الإضافية</w:t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ab/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begin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instrText xml:space="preserve"> PAGEREF _Toc216291923 \h </w:instrTex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separate"/>
            </w:r>
            <w:r w:rsidRPr="00DF1BAD">
              <w:rPr>
                <w:rFonts w:ascii="Simplified Arabic" w:hAnsi="Simplified Arabic" w:cs="Simplified Arabic"/>
                <w:b/>
                <w:bCs/>
                <w:noProof/>
                <w:webHidden/>
                <w:sz w:val="28"/>
                <w:szCs w:val="28"/>
              </w:rPr>
              <w:t>47</w:t>
            </w:r>
            <w:r w:rsidRPr="00DF1BAD">
              <w:rPr>
                <w:rStyle w:val="Hyperlink"/>
                <w:rFonts w:ascii="Simplified Arabic" w:hAnsi="Simplified Arabic" w:cs="Simplified Arabic"/>
                <w:b/>
                <w:bCs/>
                <w:noProof/>
                <w:sz w:val="28"/>
                <w:szCs w:val="28"/>
                <w:rtl/>
              </w:rPr>
              <w:fldChar w:fldCharType="end"/>
            </w:r>
          </w:hyperlink>
        </w:p>
        <w:p w14:paraId="51AE8E5E" w14:textId="61EE9B6B" w:rsidR="004E7A5A" w:rsidRPr="00DF1BAD" w:rsidRDefault="004E7A5A" w:rsidP="00DF1BAD">
          <w:pPr>
            <w:bidi/>
            <w:rPr>
              <w:rFonts w:ascii="Simplified Arabic" w:hAnsi="Simplified Arabic" w:cs="Simplified Arabic"/>
            </w:rPr>
          </w:pPr>
          <w:r w:rsidRPr="00DF1BAD">
            <w:rPr>
              <w:rFonts w:ascii="Simplified Arabic" w:hAnsi="Simplified Arabic" w:cs="Simplified Arabic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374579BE" w14:textId="77777777" w:rsidR="00AD7F17" w:rsidRPr="00DF1BAD" w:rsidRDefault="00AD7F17" w:rsidP="00EA3DEC">
      <w:pPr>
        <w:bidi/>
        <w:rPr>
          <w:rFonts w:ascii="Simplified Arabic" w:hAnsi="Simplified Arabic" w:cs="Simplified Arabic"/>
          <w:rtl/>
        </w:rPr>
      </w:pPr>
    </w:p>
    <w:p w14:paraId="5F20C4A2" w14:textId="77777777" w:rsidR="004E7A5A" w:rsidRPr="00DF1BAD" w:rsidRDefault="004E7A5A" w:rsidP="004E7A5A">
      <w:pPr>
        <w:bidi/>
        <w:rPr>
          <w:rFonts w:ascii="Simplified Arabic" w:hAnsi="Simplified Arabic" w:cs="Simplified Arabic"/>
          <w:rtl/>
        </w:rPr>
      </w:pPr>
    </w:p>
    <w:p w14:paraId="17592168" w14:textId="77777777" w:rsidR="004E7A5A" w:rsidRPr="00DF1BAD" w:rsidRDefault="004E7A5A" w:rsidP="004E7A5A">
      <w:pPr>
        <w:bidi/>
        <w:rPr>
          <w:rFonts w:ascii="Simplified Arabic" w:hAnsi="Simplified Arabic" w:cs="Simplified Arabic"/>
          <w:rtl/>
        </w:rPr>
      </w:pPr>
    </w:p>
    <w:p w14:paraId="31820F03" w14:textId="77777777" w:rsidR="004E7A5A" w:rsidRPr="00DF1BAD" w:rsidRDefault="004E7A5A" w:rsidP="004E7A5A">
      <w:pPr>
        <w:bidi/>
        <w:rPr>
          <w:rFonts w:ascii="Simplified Arabic" w:hAnsi="Simplified Arabic" w:cs="Simplified Arabic"/>
        </w:rPr>
      </w:pPr>
    </w:p>
    <w:p w14:paraId="7F5C3042" w14:textId="77777777" w:rsidR="00AD7F17" w:rsidRPr="00DF1BAD" w:rsidRDefault="00D85939" w:rsidP="00EA3DEC">
      <w:pPr>
        <w:pStyle w:val="Heading1"/>
        <w:bidi/>
        <w:rPr>
          <w:rFonts w:ascii="Simplified Arabic" w:hAnsi="Simplified Arabic" w:cs="Simplified Arabic"/>
          <w:rtl/>
        </w:rPr>
      </w:pPr>
      <w:bookmarkStart w:id="0" w:name="_Toc216291875"/>
      <w:proofErr w:type="spellStart"/>
      <w:r w:rsidRPr="00DF1BAD">
        <w:rPr>
          <w:rFonts w:ascii="Simplified Arabic" w:hAnsi="Simplified Arabic" w:cs="Simplified Arabic"/>
          <w:sz w:val="40"/>
        </w:rPr>
        <w:t>الفصل</w:t>
      </w:r>
      <w:proofErr w:type="spellEnd"/>
      <w:r w:rsidRPr="00DF1BAD">
        <w:rPr>
          <w:rFonts w:ascii="Simplified Arabic" w:hAnsi="Simplified Arabic" w:cs="Simplified Arabic"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40"/>
        </w:rPr>
        <w:t>الأول</w:t>
      </w:r>
      <w:bookmarkEnd w:id="0"/>
      <w:proofErr w:type="spellEnd"/>
    </w:p>
    <w:p w14:paraId="0EB443B3" w14:textId="77777777" w:rsidR="00AD7F17" w:rsidRPr="00DF1BAD" w:rsidRDefault="00D85939" w:rsidP="00EA3DEC">
      <w:pPr>
        <w:pStyle w:val="Heading1"/>
        <w:bidi/>
        <w:rPr>
          <w:rFonts w:ascii="Simplified Arabic" w:hAnsi="Simplified Arabic" w:cs="Simplified Arabic"/>
        </w:rPr>
      </w:pPr>
      <w:bookmarkStart w:id="1" w:name="_Toc216291876"/>
      <w:proofErr w:type="spellStart"/>
      <w:r w:rsidRPr="00DF1BAD">
        <w:rPr>
          <w:rFonts w:ascii="Simplified Arabic" w:hAnsi="Simplified Arabic" w:cs="Simplified Arabic"/>
          <w:sz w:val="40"/>
        </w:rPr>
        <w:t>الإطار</w:t>
      </w:r>
      <w:proofErr w:type="spellEnd"/>
      <w:r w:rsidRPr="00DF1BAD">
        <w:rPr>
          <w:rFonts w:ascii="Simplified Arabic" w:hAnsi="Simplified Arabic" w:cs="Simplified Arabic"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40"/>
        </w:rPr>
        <w:t>العام</w:t>
      </w:r>
      <w:proofErr w:type="spellEnd"/>
      <w:r w:rsidRPr="00DF1BAD">
        <w:rPr>
          <w:rFonts w:ascii="Simplified Arabic" w:hAnsi="Simplified Arabic" w:cs="Simplified Arabic"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40"/>
        </w:rPr>
        <w:t>للبحث</w:t>
      </w:r>
      <w:bookmarkEnd w:id="1"/>
      <w:proofErr w:type="spellEnd"/>
    </w:p>
    <w:p w14:paraId="3495D6E9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73627AEA" w14:textId="77777777" w:rsidR="00AD7F17" w:rsidRPr="00DF1BAD" w:rsidRDefault="00D85939" w:rsidP="00EA3DEC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24"/>
          <w:szCs w:val="24"/>
          <w:rtl/>
        </w:rPr>
      </w:pPr>
      <w:bookmarkStart w:id="2" w:name="_Toc216291877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مقدمة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البحث</w:t>
      </w:r>
      <w:bookmarkEnd w:id="2"/>
      <w:proofErr w:type="spellEnd"/>
    </w:p>
    <w:p w14:paraId="5033C93F" w14:textId="77777777" w:rsidR="004E7A5A" w:rsidRPr="00DF1BAD" w:rsidRDefault="00D85939" w:rsidP="004E7A5A">
      <w:pPr>
        <w:bidi/>
        <w:jc w:val="both"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يشهد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القطاع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تحولاً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رقمياً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غير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مسبوق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ظل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رؤية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المملكة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2030، </w:t>
      </w:r>
      <w:proofErr w:type="spellStart"/>
      <w:r w:rsidRPr="00DF1BAD">
        <w:rPr>
          <w:rFonts w:ascii="Simplified Arabic" w:hAnsi="Simplified Arabic" w:cs="Simplified Arabic"/>
          <w:sz w:val="28"/>
        </w:rPr>
        <w:t>حيث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بلغت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المعاملات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القطاع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أكثر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85% </w:t>
      </w:r>
      <w:proofErr w:type="spellStart"/>
      <w:r w:rsidRPr="00DF1BAD">
        <w:rPr>
          <w:rFonts w:ascii="Simplified Arabic" w:hAnsi="Simplified Arabic" w:cs="Simplified Arabic"/>
          <w:sz w:val="28"/>
        </w:rPr>
        <w:t>بحلول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2023، </w:t>
      </w:r>
      <w:proofErr w:type="spellStart"/>
      <w:r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يعكس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التوجه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الاستراتيجي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نحو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رقمنة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الخدمات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وتعزيز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الشمول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رغم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إيجابياته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الكبيرة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تحسين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تجربة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وزيادة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كفاءة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قد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أحدث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خصبة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لظهور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متطورة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ومعقدة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تهدد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ليس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فقط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الاستقرار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للمؤسسات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بل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أيضاً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أكثر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32 </w:t>
      </w:r>
      <w:proofErr w:type="spellStart"/>
      <w:r w:rsidRPr="00DF1BAD">
        <w:rPr>
          <w:rFonts w:ascii="Simplified Arabic" w:hAnsi="Simplified Arabic" w:cs="Simplified Arabic"/>
          <w:sz w:val="28"/>
        </w:rPr>
        <w:t>مليون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عميل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766ECCCC" w14:textId="6DBC5C9C" w:rsidR="004E7A5A" w:rsidRPr="00DF1BAD" w:rsidRDefault="00D85939" w:rsidP="004E7A5A">
      <w:pPr>
        <w:bidi/>
        <w:jc w:val="both"/>
        <w:rPr>
          <w:rFonts w:ascii="Simplified Arabic" w:hAnsi="Simplified Arabic" w:cs="Simplified Arabic"/>
          <w:sz w:val="28"/>
        </w:rPr>
      </w:pP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تشير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بيانات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المركزي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ساما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)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ارتفاع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ملحوظ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بلاغات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47%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الفترة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2020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2023، </w:t>
      </w:r>
      <w:proofErr w:type="spellStart"/>
      <w:r w:rsidRPr="00DF1BAD">
        <w:rPr>
          <w:rFonts w:ascii="Simplified Arabic" w:hAnsi="Simplified Arabic" w:cs="Simplified Arabic"/>
          <w:sz w:val="28"/>
        </w:rPr>
        <w:t>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واضح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أنماط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التقليدية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المتطور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يشكل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يقارب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68%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إجمالي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الحالات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المبلغ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عنها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النوعي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يتطلب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استجابة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استراتيجية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شاملة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تجمع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والكفاءات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البشرية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المتخصصة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والأطر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التنظيمية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الفعالة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24124DC8" w14:textId="6E39CDFF" w:rsidR="00AD7F17" w:rsidRPr="00DF1BAD" w:rsidRDefault="00D85939" w:rsidP="004E7A5A">
      <w:pPr>
        <w:bidi/>
        <w:jc w:val="both"/>
        <w:rPr>
          <w:rFonts w:ascii="Simplified Arabic" w:hAnsi="Simplified Arabic" w:cs="Simplified Arabic"/>
        </w:rPr>
      </w:pP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ظل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السياق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تكتسب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ظاهرة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وأساليبه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الحديثة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أهمية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قصوى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ليس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فقط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منظور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أكاديمي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بحثي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بل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أيضاً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منظور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عملي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تطبيقي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تعزيز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قدرة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المؤسسات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مواجهة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التحديات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بفاعلية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تسعى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الفجوة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البحثية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الأدبيات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العربية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المتعلقة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عصر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وتقديم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نموذج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متكامل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يمكن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تطبيقه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6D3EC559" w14:textId="77777777" w:rsidR="00AD7F17" w:rsidRPr="00DF1BAD" w:rsidRDefault="00AD7F17" w:rsidP="00EA3DEC">
      <w:pPr>
        <w:bidi/>
        <w:rPr>
          <w:rFonts w:ascii="Simplified Arabic" w:hAnsi="Simplified Arabic" w:cs="Simplified Arabic"/>
          <w:rtl/>
        </w:rPr>
      </w:pPr>
    </w:p>
    <w:p w14:paraId="1C25E36A" w14:textId="77777777" w:rsidR="00EA3DEC" w:rsidRPr="00DF1BAD" w:rsidRDefault="00EA3DEC" w:rsidP="00EA3DEC">
      <w:pPr>
        <w:bidi/>
        <w:rPr>
          <w:rFonts w:ascii="Simplified Arabic" w:hAnsi="Simplified Arabic" w:cs="Simplified Arabic"/>
        </w:rPr>
      </w:pPr>
    </w:p>
    <w:p w14:paraId="74922B8D" w14:textId="77777777" w:rsidR="00AD7F17" w:rsidRPr="00DF1BAD" w:rsidRDefault="00D85939" w:rsidP="00EA3DEC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3" w:name="_Toc216291878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مشكلة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الدراسة</w:t>
      </w:r>
      <w:bookmarkEnd w:id="3"/>
      <w:proofErr w:type="spellEnd"/>
    </w:p>
    <w:p w14:paraId="238953F9" w14:textId="77777777" w:rsidR="004E7A5A" w:rsidRPr="00DF1BAD" w:rsidRDefault="00D85939" w:rsidP="004E7A5A">
      <w:pPr>
        <w:bidi/>
        <w:jc w:val="both"/>
        <w:rPr>
          <w:rFonts w:ascii="Simplified Arabic" w:hAnsi="Simplified Arabic" w:cs="Simplified Arabic"/>
          <w:sz w:val="28"/>
          <w:rtl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تواجه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تحدياً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متزايداً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حيث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أظهرت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الإحصاءات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الأخيرة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الخسائر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المباشرة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الناتجة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بلغت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2 </w:t>
      </w:r>
      <w:proofErr w:type="spellStart"/>
      <w:r w:rsidRPr="00DF1BAD">
        <w:rPr>
          <w:rFonts w:ascii="Simplified Arabic" w:hAnsi="Simplified Arabic" w:cs="Simplified Arabic"/>
          <w:sz w:val="28"/>
        </w:rPr>
        <w:t>مليار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2023 </w:t>
      </w:r>
      <w:proofErr w:type="spellStart"/>
      <w:r w:rsidRPr="00DF1BAD">
        <w:rPr>
          <w:rFonts w:ascii="Simplified Arabic" w:hAnsi="Simplified Arabic" w:cs="Simplified Arabic"/>
          <w:sz w:val="28"/>
        </w:rPr>
        <w:t>وحده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بزيادة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قدرها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34%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السابق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الارتفاع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المقلق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يعكس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إشكاليات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جوهرية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منظومة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الحالية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أولاً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تعاني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العديد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الاعتماد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رقابية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تقليدية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غير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قادرة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مواكبة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التطور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السريع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خاصة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تلك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المعتمدة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والتعلم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قبل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المحتالين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ثانياً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هناك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فجوة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واضحة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التكامل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الجهود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المختلفة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يسمح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للمحتالين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بالانتقال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المؤسسات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اكتشاف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فوري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ثالثاً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يوجد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ضعف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ملحوظ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لدى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شريحة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كبيرة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يجعلهم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أهدافاً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سهلة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لعمليات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0F9E36A2" w14:textId="77777777" w:rsidR="004E7A5A" w:rsidRPr="00DF1BAD" w:rsidRDefault="004E7A5A" w:rsidP="004E7A5A">
      <w:pPr>
        <w:bidi/>
        <w:jc w:val="both"/>
        <w:rPr>
          <w:rFonts w:ascii="Simplified Arabic" w:hAnsi="Simplified Arabic" w:cs="Simplified Arabic"/>
          <w:sz w:val="28"/>
        </w:rPr>
      </w:pPr>
    </w:p>
    <w:p w14:paraId="30B04812" w14:textId="77777777" w:rsidR="004E7A5A" w:rsidRPr="00DF1BAD" w:rsidRDefault="00D85939" w:rsidP="004E7A5A">
      <w:pPr>
        <w:bidi/>
        <w:jc w:val="both"/>
        <w:rPr>
          <w:rFonts w:ascii="Simplified Arabic" w:hAnsi="Simplified Arabic" w:cs="Simplified Arabic"/>
          <w:b/>
          <w:bCs/>
          <w:sz w:val="28"/>
          <w:rtl/>
        </w:rPr>
      </w:pP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السؤال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المحوري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للدراسة</w:t>
      </w:r>
      <w:proofErr w:type="spellEnd"/>
      <w:r w:rsidR="004E7A5A" w:rsidRPr="00DF1BAD">
        <w:rPr>
          <w:rFonts w:ascii="Simplified Arabic" w:hAnsi="Simplified Arabic" w:cs="Simplified Arabic"/>
          <w:b/>
          <w:bCs/>
          <w:sz w:val="28"/>
          <w:rtl/>
        </w:rPr>
        <w:t>:</w:t>
      </w:r>
    </w:p>
    <w:p w14:paraId="59B33697" w14:textId="77777777" w:rsidR="004E7A5A" w:rsidRPr="00DF1BAD" w:rsidRDefault="00D85939" w:rsidP="004E7A5A">
      <w:pPr>
        <w:bidi/>
        <w:jc w:val="both"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كيف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يمكن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منظومة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متكاملة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وفعالة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لمواجهة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العصر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والحد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المخاطر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والتشغيلية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والسمعة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الناتجة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بما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تعزيز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واستقرار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</w:t>
      </w:r>
      <w:proofErr w:type="spellEnd"/>
      <w:r w:rsidRPr="00DF1BAD">
        <w:rPr>
          <w:rFonts w:ascii="Simplified Arabic" w:hAnsi="Simplified Arabic" w:cs="Simplified Arabic"/>
          <w:sz w:val="28"/>
        </w:rPr>
        <w:t>؟</w:t>
      </w:r>
    </w:p>
    <w:p w14:paraId="28DA4E6F" w14:textId="77777777" w:rsidR="004E7A5A" w:rsidRPr="00DF1BAD" w:rsidRDefault="00D85939" w:rsidP="004E7A5A">
      <w:pPr>
        <w:bidi/>
        <w:jc w:val="both"/>
        <w:rPr>
          <w:rFonts w:ascii="Simplified Arabic" w:hAnsi="Simplified Arabic" w:cs="Simplified Arabic"/>
          <w:b/>
          <w:bCs/>
          <w:sz w:val="28"/>
        </w:rPr>
      </w:pPr>
      <w:r w:rsidRPr="00DF1BAD">
        <w:rPr>
          <w:rFonts w:ascii="Simplified Arabic" w:hAnsi="Simplified Arabic" w:cs="Simplified Arabic"/>
          <w:b/>
          <w:bCs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التساؤلات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الفرعية</w:t>
      </w:r>
      <w:proofErr w:type="spellEnd"/>
      <w:r w:rsidR="004E7A5A"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</w:p>
    <w:p w14:paraId="15EFFB5E" w14:textId="77777777" w:rsidR="004E7A5A" w:rsidRPr="00DF1BAD" w:rsidRDefault="00D85939" w:rsidP="004E7A5A">
      <w:pPr>
        <w:pStyle w:val="ListParagraph"/>
        <w:numPr>
          <w:ilvl w:val="0"/>
          <w:numId w:val="17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التطورات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الحديثة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أنماط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التقليدي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السوق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الفترة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2020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2024؟</w:t>
      </w:r>
    </w:p>
    <w:p w14:paraId="767D15A2" w14:textId="774F0CA0" w:rsidR="004E7A5A" w:rsidRPr="00DF1BAD" w:rsidRDefault="00D85939" w:rsidP="004E7A5A">
      <w:pPr>
        <w:pStyle w:val="ListParagraph"/>
        <w:numPr>
          <w:ilvl w:val="0"/>
          <w:numId w:val="17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العوامل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الداخلية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والخارجية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تساهم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انتشار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ظاهرة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>؟</w:t>
      </w:r>
    </w:p>
    <w:p w14:paraId="58D9559A" w14:textId="77777777" w:rsidR="004E7A5A" w:rsidRPr="00DF1BAD" w:rsidRDefault="00D85939" w:rsidP="004E7A5A">
      <w:pPr>
        <w:pStyle w:val="ListParagraph"/>
        <w:numPr>
          <w:ilvl w:val="0"/>
          <w:numId w:val="17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مدى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فاعلية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وتحديداً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والتعلم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المبكر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>؟</w:t>
      </w:r>
    </w:p>
    <w:p w14:paraId="587BD8D6" w14:textId="77777777" w:rsidR="004E7A5A" w:rsidRPr="00DF1BAD" w:rsidRDefault="00D85939" w:rsidP="004E7A5A">
      <w:pPr>
        <w:pStyle w:val="ListParagraph"/>
        <w:numPr>
          <w:ilvl w:val="0"/>
          <w:numId w:val="17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lastRenderedPageBreak/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مدى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كفاءة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الموارد البشرية </w:t>
      </w:r>
      <w:proofErr w:type="spellStart"/>
      <w:r w:rsidRPr="00DF1BAD">
        <w:rPr>
          <w:rFonts w:ascii="Simplified Arabic" w:hAnsi="Simplified Arabic" w:cs="Simplified Arabic"/>
          <w:sz w:val="28"/>
        </w:rPr>
        <w:t>العاملة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مجال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التأهيل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والتدريب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المتخصص</w:t>
      </w:r>
      <w:proofErr w:type="spellEnd"/>
      <w:r w:rsidRPr="00DF1BAD">
        <w:rPr>
          <w:rFonts w:ascii="Simplified Arabic" w:hAnsi="Simplified Arabic" w:cs="Simplified Arabic"/>
          <w:sz w:val="28"/>
        </w:rPr>
        <w:t>؟</w:t>
      </w:r>
    </w:p>
    <w:p w14:paraId="6F7BB155" w14:textId="77777777" w:rsidR="004E7A5A" w:rsidRPr="00DF1BAD" w:rsidRDefault="00D85939" w:rsidP="004E7A5A">
      <w:pPr>
        <w:pStyle w:val="ListParagraph"/>
        <w:numPr>
          <w:ilvl w:val="0"/>
          <w:numId w:val="17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التحديات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الرئيسية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تواجه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>؟</w:t>
      </w:r>
    </w:p>
    <w:p w14:paraId="269DBC75" w14:textId="36297509" w:rsidR="00AD7F17" w:rsidRPr="00DF1BAD" w:rsidRDefault="00D85939" w:rsidP="004E7A5A">
      <w:pPr>
        <w:pStyle w:val="ListParagraph"/>
        <w:numPr>
          <w:ilvl w:val="0"/>
          <w:numId w:val="17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الإطار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الوقائي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المتكامل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يمكن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تطبيقه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لتعزيز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المناعة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ضد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>؟</w:t>
      </w:r>
    </w:p>
    <w:p w14:paraId="0C538E47" w14:textId="77777777" w:rsidR="00AD7F17" w:rsidRPr="00DF1BAD" w:rsidRDefault="00AD7F17" w:rsidP="004E7A5A">
      <w:pPr>
        <w:bidi/>
        <w:rPr>
          <w:rFonts w:ascii="Simplified Arabic" w:hAnsi="Simplified Arabic" w:cs="Simplified Arabic"/>
        </w:rPr>
      </w:pPr>
    </w:p>
    <w:p w14:paraId="7C85EEFD" w14:textId="77777777" w:rsidR="00AD7F17" w:rsidRPr="00DF1BAD" w:rsidRDefault="00D85939" w:rsidP="004E7A5A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4" w:name="_Toc216291879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أهمية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الدراسة</w:t>
      </w:r>
      <w:bookmarkEnd w:id="4"/>
      <w:proofErr w:type="spellEnd"/>
    </w:p>
    <w:p w14:paraId="392E5EC4" w14:textId="1FE31580" w:rsidR="00AD7F17" w:rsidRPr="00DF1BAD" w:rsidRDefault="00D85939" w:rsidP="00EA3DEC">
      <w:p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تكتسب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أهميتها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جوانب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أكاديمية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وعملية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ومجتمعية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أولاً</w:t>
      </w:r>
      <w:proofErr w:type="spellEnd"/>
      <w:r w:rsidR="004E7A5A" w:rsidRPr="00DF1BAD">
        <w:rPr>
          <w:rFonts w:ascii="Simplified Arabic" w:hAnsi="Simplified Arabic" w:cs="Simplified Arabic"/>
          <w:b/>
          <w:bCs/>
          <w:sz w:val="28"/>
        </w:rPr>
        <w:t>:</w:t>
      </w:r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الأهمية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الأكاديمية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r w:rsidRPr="00DF1BAD">
        <w:rPr>
          <w:rFonts w:ascii="Simplified Arabic" w:hAnsi="Simplified Arabic" w:cs="Simplified Arabic"/>
          <w:b/>
          <w:bCs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فجوة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بحثية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ملحوظة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الأدبيات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العربية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المتعلقة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بموضوع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عصر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حيث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تفتقر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المكتبة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العربية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دراسات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ميدانية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معمقة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تتناول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الظاهرة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السياق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تحديداً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إطار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نظري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متكامل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يربط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نظريات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إدارة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المخاطر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ونظريات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السيبراني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ونظريات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السلوك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الإجرامي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إثراء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الأدبيات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المجال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إثراء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المكتبة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العربية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ميدانية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حديثة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تعتمد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بيانات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واقعية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أكبر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اقتصاد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عربي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يوفر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مرجعاً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علمياً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للباحثين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والدارسين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المنطقة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ثانياً</w:t>
      </w:r>
      <w:proofErr w:type="spellEnd"/>
      <w:r w:rsidR="004E7A5A" w:rsidRPr="00DF1BAD">
        <w:rPr>
          <w:rFonts w:ascii="Simplified Arabic" w:hAnsi="Simplified Arabic" w:cs="Simplified Arabic"/>
          <w:b/>
          <w:bCs/>
          <w:sz w:val="28"/>
        </w:rPr>
        <w:t>:</w:t>
      </w:r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الأهمية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العملية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r w:rsidRPr="00DF1BAD">
        <w:rPr>
          <w:rFonts w:ascii="Simplified Arabic" w:hAnsi="Simplified Arabic" w:cs="Simplified Arabic"/>
          <w:b/>
          <w:bCs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تزويد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صناع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القرار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بتشخيص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دقيق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لواقع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وتحديد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نقاط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القوة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والضعف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فيها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تقديم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نموذج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عملي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قابل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للتطبيق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يمكن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يساعد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منظومة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متكاملة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lastRenderedPageBreak/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المساهمة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تحسين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كفاءة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تخصيص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الموارد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والبشرية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للاستثمار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تحديد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الأولويات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بناءً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البيانات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الميدانية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توفير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أداة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تقييمية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يمكن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استخدامها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للمقارنة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المرجعية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(Benchmarking) </w:t>
      </w:r>
      <w:proofErr w:type="spellStart"/>
      <w:r w:rsidRPr="00DF1BAD">
        <w:rPr>
          <w:rFonts w:ascii="Simplified Arabic" w:hAnsi="Simplified Arabic" w:cs="Simplified Arabic"/>
          <w:sz w:val="28"/>
        </w:rPr>
        <w:t>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أفضل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الممارسات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القطاع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ثالثاً</w:t>
      </w:r>
      <w:proofErr w:type="spellEnd"/>
      <w:r w:rsidR="004E7A5A" w:rsidRPr="00DF1BAD">
        <w:rPr>
          <w:rFonts w:ascii="Simplified Arabic" w:hAnsi="Simplified Arabic" w:cs="Simplified Arabic"/>
          <w:b/>
          <w:bCs/>
          <w:sz w:val="28"/>
        </w:rPr>
        <w:t>:</w:t>
      </w:r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الأهمية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المجتمعية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r w:rsidRPr="00DF1BAD">
        <w:rPr>
          <w:rFonts w:ascii="Simplified Arabic" w:hAnsi="Simplified Arabic" w:cs="Simplified Arabic"/>
          <w:b/>
          <w:bCs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حماية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مدخرات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وأموال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المواطنين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والمقيمين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المملكة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تقدر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بأكثر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3 </w:t>
      </w:r>
      <w:proofErr w:type="spellStart"/>
      <w:r w:rsidRPr="00DF1BAD">
        <w:rPr>
          <w:rFonts w:ascii="Simplified Arabic" w:hAnsi="Simplified Arabic" w:cs="Simplified Arabic"/>
          <w:sz w:val="28"/>
        </w:rPr>
        <w:t>تريليون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الودائع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تعزيز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المجتمع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سلامة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وأمان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يدعم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جهود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إطار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رؤية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المملكة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2030</w:t>
      </w:r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المساهمة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نشر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مخاطر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وأساليبه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الحديثة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دعم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تحقيق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الاقتصادي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والاستقرار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الاقتصاد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الوطني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42F64C9C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7DE5DA7B" w14:textId="214CDFC7" w:rsidR="00AD7F17" w:rsidRPr="00DF1BAD" w:rsidRDefault="00D85939" w:rsidP="004E7A5A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5" w:name="_Toc216291880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أهداف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الدراسة</w:t>
      </w:r>
      <w:bookmarkEnd w:id="5"/>
      <w:proofErr w:type="spellEnd"/>
    </w:p>
    <w:p w14:paraId="75FB8A68" w14:textId="0F816E02" w:rsidR="00AD7F17" w:rsidRPr="00DF1BAD" w:rsidRDefault="00D85939" w:rsidP="00EA3DEC">
      <w:p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تسعى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تحقيق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مجموعة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الأهداف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الرئيسية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والفرعية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النحو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التالي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الأهداف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الرئيسية</w:t>
      </w:r>
      <w:proofErr w:type="spellEnd"/>
      <w:r w:rsidR="004E7A5A" w:rsidRPr="00DF1BAD">
        <w:rPr>
          <w:rFonts w:ascii="Simplified Arabic" w:hAnsi="Simplified Arabic" w:cs="Simplified Arabic"/>
          <w:b/>
          <w:bCs/>
          <w:sz w:val="28"/>
        </w:rPr>
        <w:t>:</w:t>
      </w:r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r w:rsidRPr="00DF1BAD">
        <w:rPr>
          <w:rFonts w:ascii="Simplified Arabic" w:hAnsi="Simplified Arabic" w:cs="Simplified Arabic"/>
          <w:b/>
          <w:bCs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للأنماط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الحديثة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التقليدي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)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وتوثيق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تطورها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الفترة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2020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>2024</w:t>
      </w:r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تقييم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مدى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فاعلية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للرقابة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التركيز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lastRenderedPageBreak/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دور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والعنصر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البشري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تصميم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نموذج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متكامل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للوقاية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يجمع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الأبعاد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والبشرية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والتنظيمية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ويتناسب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خصوصية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الأهداف</w:t>
      </w:r>
      <w:proofErr w:type="spellEnd"/>
      <w:r w:rsidRPr="00DF1BAD">
        <w:rPr>
          <w:rFonts w:ascii="Simplified Arabic" w:hAnsi="Simplified Arabic" w:cs="Simplified Arabic"/>
          <w:b/>
          <w:bCs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b/>
          <w:bCs/>
          <w:sz w:val="28"/>
        </w:rPr>
        <w:t>الفرعية</w:t>
      </w:r>
      <w:proofErr w:type="spellEnd"/>
      <w:r w:rsidR="004E7A5A" w:rsidRPr="00DF1BAD">
        <w:rPr>
          <w:rFonts w:ascii="Simplified Arabic" w:hAnsi="Simplified Arabic" w:cs="Simplified Arabic"/>
          <w:b/>
          <w:bCs/>
          <w:sz w:val="28"/>
        </w:rPr>
        <w:t>:</w:t>
      </w:r>
      <w:r w:rsidRPr="00DF1BAD">
        <w:rPr>
          <w:rFonts w:ascii="Simplified Arabic" w:hAnsi="Simplified Arabic" w:cs="Simplified Arabic"/>
          <w:b/>
          <w:bCs/>
          <w:sz w:val="28"/>
        </w:rPr>
        <w:t>**</w:t>
      </w:r>
      <w:r w:rsidRPr="00DF1BAD">
        <w:rPr>
          <w:rFonts w:ascii="Simplified Arabic" w:hAnsi="Simplified Arabic" w:cs="Simplified Arabic"/>
          <w:b/>
          <w:bCs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رصد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وتصنيف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الأكثر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شيوعاً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القطاع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تحديد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العوامل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المؤثرة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فاعلية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قياس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لدى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العاملين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مجال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  <w:t>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التحديات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تواجه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تطبيق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  <w:t>5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اقتراح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آليات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عملية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لتعزيز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التعاون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مجال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تبادل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المعلومات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  <w:t>6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توصيات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قابلة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للتطبيق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موجهة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والجهات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التنظيمية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والعملاء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4DF99D02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7C093ED9" w14:textId="09619E2E" w:rsidR="00AD7F17" w:rsidRPr="00DF1BAD" w:rsidRDefault="00D85939" w:rsidP="004E7A5A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6" w:name="_Toc216291881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فرضيات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الدراسة</w:t>
      </w:r>
      <w:bookmarkEnd w:id="6"/>
      <w:proofErr w:type="spellEnd"/>
    </w:p>
    <w:p w14:paraId="09BD04F8" w14:textId="3EE330B5" w:rsidR="00AD7F17" w:rsidRPr="00DF1BAD" w:rsidRDefault="00D85939" w:rsidP="00EA3DEC">
      <w:p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بناءً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مراجعة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الأدبيات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والدراسات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السابقة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تم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صياغة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الفرضيات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التالية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الفرضية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الأولى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توجد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علاقة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ارتباط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طردية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ذات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دلالة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إحصائية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معنوية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r w:rsidRPr="00DF1BAD">
        <w:rPr>
          <w:rFonts w:ascii="Cambria" w:hAnsi="Cambria" w:cs="Cambria"/>
          <w:sz w:val="28"/>
        </w:rPr>
        <w:t>α≤</w:t>
      </w:r>
      <w:r w:rsidRPr="00DF1BAD">
        <w:rPr>
          <w:rFonts w:ascii="Simplified Arabic" w:hAnsi="Simplified Arabic" w:cs="Simplified Arabic"/>
          <w:sz w:val="28"/>
        </w:rPr>
        <w:t>0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05)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ضعف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الرقابة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الداخلية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وارتفاع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معدلات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الناجح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الفرضية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الثانية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يساهم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تطبيق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بشكل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فعال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خفض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متوسط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وقت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70% </w:t>
      </w:r>
      <w:proofErr w:type="spellStart"/>
      <w:r w:rsidRPr="00DF1BAD">
        <w:rPr>
          <w:rFonts w:ascii="Simplified Arabic" w:hAnsi="Simplified Arabic" w:cs="Simplified Arabic"/>
          <w:sz w:val="28"/>
        </w:rPr>
        <w:t>مقارنة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التقليدية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الفرضية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الثالثة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توجد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علاقة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ارتباط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طردية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ذات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دلالة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إحصائية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التدريب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المتخصص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للموظفين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وقدرتهم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اكتشاف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ومنع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الفرضية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الرابعة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تؤدي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الشفافية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المؤسسية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الإبلاغ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وتبادل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المعلومات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تحسين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فاعلية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الوقاية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تفوق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40%</w:t>
      </w:r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lastRenderedPageBreak/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الفرضية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الخامسة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توجد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علاقة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ارتباط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عكسية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ذات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دلالة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إحصائية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للعملاء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ومعدلات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نجاح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المستهدفة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لهم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33745491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10DD1A8B" w14:textId="6D10D45F" w:rsidR="00AD7F17" w:rsidRPr="00DF1BAD" w:rsidRDefault="00D85939" w:rsidP="004E7A5A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7" w:name="_Toc216291882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الإطار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النظري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للدراسة</w:t>
      </w:r>
      <w:bookmarkEnd w:id="7"/>
      <w:proofErr w:type="spellEnd"/>
    </w:p>
    <w:p w14:paraId="0D4FEE23" w14:textId="78C183DD" w:rsidR="00AD7F17" w:rsidRPr="00DF1BAD" w:rsidRDefault="00D85939" w:rsidP="00EA3DEC">
      <w:p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تستند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تكامل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ثلاث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نظريات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رئيسية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توفر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الأساس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لفهم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ظاهرة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أولاً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الوكالة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(Agency Theory)**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تُفسر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العلاقة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الأطراف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المختلفة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المؤسسة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28"/>
        </w:rPr>
        <w:t>المساهمون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الإدارة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الموظفون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) </w:t>
      </w:r>
      <w:proofErr w:type="spellStart"/>
      <w:r w:rsidRPr="00DF1BAD">
        <w:rPr>
          <w:rFonts w:ascii="Simplified Arabic" w:hAnsi="Simplified Arabic" w:cs="Simplified Arabic"/>
          <w:sz w:val="28"/>
        </w:rPr>
        <w:t>وكيف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يمكن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لتعارض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المصالح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يؤدي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سلوكيات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احتيالية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سياق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تساعد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تعارض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المصالح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إدارة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والمساهمين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يتعلق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الاستثمار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ومكافحة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مشكلة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عدم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تماثل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المعلومات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والمحتالين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وكيف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يستغل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المحتالون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الفجوة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تصميم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آليات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رقابية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فعالة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فرص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السلوك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الانتهازي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ثانياً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(Opportunity Theory)**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ترتكز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مبدأ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الجريمة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تحدث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عندما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تتوفر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المناسبة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بغض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الدوافع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تُطبق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كيفية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السريع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لفرص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جديدة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القنوات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العلاقة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مستوى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تعقيد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الخدمات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وزيادة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احتمالات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وجود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ثغرات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قابلة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للاستغلال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تصميم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استراتيجيات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وقائية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تركز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إغلاق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الفرص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أمام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المحتالين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lastRenderedPageBreak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ثالثاً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مثلث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(Fraud Triangle Theory)**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طورها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دونالد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كريسي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1953، </w:t>
      </w:r>
      <w:proofErr w:type="spellStart"/>
      <w:r w:rsidRPr="00DF1BAD">
        <w:rPr>
          <w:rFonts w:ascii="Simplified Arabic" w:hAnsi="Simplified Arabic" w:cs="Simplified Arabic"/>
          <w:sz w:val="28"/>
        </w:rPr>
        <w:t>وهي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أكثر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النماذج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شيوعاً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تفسير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السلوك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الاحتيالي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تتكون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ثلاثة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عناصر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الضغط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(Pressure)**</w:t>
      </w:r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العوامل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الاقتصادية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والاجتماعية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والنفسية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تدفع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الأفراد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نحو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الفرصة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(Opportunity)**</w:t>
      </w:r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نقاط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الضعف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الرقابية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والأمنية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تسمح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بارتكاب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التبرير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(Rationalization)**</w:t>
      </w:r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النفسية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يستخدمها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المحتالون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لتبرير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أفعالهم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</w:r>
      <w:proofErr w:type="spellStart"/>
      <w:r w:rsidRPr="00DF1BAD">
        <w:rPr>
          <w:rFonts w:ascii="Simplified Arabic" w:hAnsi="Simplified Arabic" w:cs="Simplified Arabic"/>
          <w:sz w:val="28"/>
        </w:rPr>
        <w:t>يُستخدم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النموذج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العوامل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المختلفة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تساهم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ارتكاب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وتصميم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تدخلات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تستهدف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عنصر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عناصر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المثلث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4E6F6B90" w14:textId="77777777" w:rsidR="00AD7F17" w:rsidRPr="00DF1BAD" w:rsidRDefault="00D85939" w:rsidP="00EA3DEC">
      <w:pPr>
        <w:bidi/>
        <w:rPr>
          <w:rFonts w:ascii="Simplified Arabic" w:hAnsi="Simplified Arabic" w:cs="Simplified Arabic"/>
        </w:rPr>
      </w:pPr>
      <w:r w:rsidRPr="00DF1BAD">
        <w:rPr>
          <w:rFonts w:ascii="Simplified Arabic" w:hAnsi="Simplified Arabic" w:cs="Simplified Arabic"/>
        </w:rPr>
        <w:br w:type="page"/>
      </w:r>
    </w:p>
    <w:p w14:paraId="237E4BA8" w14:textId="77777777" w:rsidR="00AD7F17" w:rsidRPr="00DF1BAD" w:rsidRDefault="00D85939" w:rsidP="00EA3DEC">
      <w:pPr>
        <w:pStyle w:val="Heading1"/>
        <w:bidi/>
        <w:rPr>
          <w:rFonts w:ascii="Simplified Arabic" w:hAnsi="Simplified Arabic" w:cs="Simplified Arabic"/>
        </w:rPr>
      </w:pPr>
      <w:bookmarkStart w:id="8" w:name="_Toc216291883"/>
      <w:proofErr w:type="spellStart"/>
      <w:r w:rsidRPr="00DF1BAD">
        <w:rPr>
          <w:rFonts w:ascii="Simplified Arabic" w:hAnsi="Simplified Arabic" w:cs="Simplified Arabic"/>
          <w:sz w:val="40"/>
        </w:rPr>
        <w:lastRenderedPageBreak/>
        <w:t>الفصل</w:t>
      </w:r>
      <w:proofErr w:type="spellEnd"/>
      <w:r w:rsidRPr="00DF1BAD">
        <w:rPr>
          <w:rFonts w:ascii="Simplified Arabic" w:hAnsi="Simplified Arabic" w:cs="Simplified Arabic"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40"/>
        </w:rPr>
        <w:t>الثاني</w:t>
      </w:r>
      <w:bookmarkEnd w:id="8"/>
      <w:proofErr w:type="spellEnd"/>
    </w:p>
    <w:p w14:paraId="3F29256D" w14:textId="77777777" w:rsidR="00AD7F17" w:rsidRPr="00DF1BAD" w:rsidRDefault="00D85939" w:rsidP="00EA3DEC">
      <w:pPr>
        <w:pStyle w:val="Heading1"/>
        <w:bidi/>
        <w:rPr>
          <w:rFonts w:ascii="Simplified Arabic" w:hAnsi="Simplified Arabic" w:cs="Simplified Arabic"/>
        </w:rPr>
      </w:pPr>
      <w:bookmarkStart w:id="9" w:name="_Toc216291884"/>
      <w:proofErr w:type="spellStart"/>
      <w:r w:rsidRPr="00DF1BAD">
        <w:rPr>
          <w:rFonts w:ascii="Simplified Arabic" w:hAnsi="Simplified Arabic" w:cs="Simplified Arabic"/>
          <w:sz w:val="40"/>
        </w:rPr>
        <w:t>الدراسات</w:t>
      </w:r>
      <w:proofErr w:type="spellEnd"/>
      <w:r w:rsidRPr="00DF1BAD">
        <w:rPr>
          <w:rFonts w:ascii="Simplified Arabic" w:hAnsi="Simplified Arabic" w:cs="Simplified Arabic"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40"/>
        </w:rPr>
        <w:t>السابقة</w:t>
      </w:r>
      <w:proofErr w:type="spellEnd"/>
      <w:r w:rsidRPr="00DF1BAD">
        <w:rPr>
          <w:rFonts w:ascii="Simplified Arabic" w:hAnsi="Simplified Arabic" w:cs="Simplified Arabic"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40"/>
        </w:rPr>
        <w:t>والإطار</w:t>
      </w:r>
      <w:proofErr w:type="spellEnd"/>
      <w:r w:rsidRPr="00DF1BAD">
        <w:rPr>
          <w:rFonts w:ascii="Simplified Arabic" w:hAnsi="Simplified Arabic" w:cs="Simplified Arabic"/>
          <w:sz w:val="40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40"/>
        </w:rPr>
        <w:t>النظري</w:t>
      </w:r>
      <w:bookmarkEnd w:id="9"/>
      <w:proofErr w:type="spellEnd"/>
    </w:p>
    <w:p w14:paraId="288DA5AF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5D19F14E" w14:textId="77777777" w:rsidR="00EA3DEC" w:rsidRPr="00DF1BAD" w:rsidRDefault="00EA3DEC" w:rsidP="004E7A5A">
      <w:pPr>
        <w:pStyle w:val="ListParagraph"/>
        <w:keepNext/>
        <w:keepLines/>
        <w:numPr>
          <w:ilvl w:val="0"/>
          <w:numId w:val="17"/>
        </w:numPr>
        <w:bidi/>
        <w:spacing w:before="200" w:after="0"/>
        <w:contextualSpacing w:val="0"/>
        <w:outlineLvl w:val="1"/>
        <w:rPr>
          <w:rFonts w:ascii="Simplified Arabic" w:eastAsiaTheme="majorEastAsia" w:hAnsi="Simplified Arabic" w:cs="Simplified Arabic"/>
          <w:b/>
          <w:bCs/>
          <w:vanish/>
          <w:color w:val="4F81BD" w:themeColor="accent1"/>
          <w:sz w:val="36"/>
          <w:szCs w:val="24"/>
        </w:rPr>
      </w:pPr>
      <w:bookmarkStart w:id="10" w:name="_Toc216290123"/>
      <w:bookmarkStart w:id="11" w:name="_Toc216291885"/>
      <w:bookmarkEnd w:id="10"/>
      <w:bookmarkEnd w:id="11"/>
    </w:p>
    <w:p w14:paraId="102401B0" w14:textId="77777777" w:rsidR="004E7A5A" w:rsidRPr="00DF1BAD" w:rsidRDefault="004E7A5A" w:rsidP="004E7A5A">
      <w:pPr>
        <w:pStyle w:val="ListParagraph"/>
        <w:keepNext/>
        <w:keepLines/>
        <w:numPr>
          <w:ilvl w:val="0"/>
          <w:numId w:val="11"/>
        </w:numPr>
        <w:bidi/>
        <w:spacing w:before="200" w:after="0"/>
        <w:contextualSpacing w:val="0"/>
        <w:outlineLvl w:val="1"/>
        <w:rPr>
          <w:rFonts w:ascii="Simplified Arabic" w:eastAsiaTheme="majorEastAsia" w:hAnsi="Simplified Arabic" w:cs="Simplified Arabic"/>
          <w:b/>
          <w:bCs/>
          <w:vanish/>
          <w:color w:val="4F81BD" w:themeColor="accent1"/>
          <w:sz w:val="36"/>
          <w:szCs w:val="24"/>
        </w:rPr>
      </w:pPr>
      <w:bookmarkStart w:id="12" w:name="_Toc216291886"/>
      <w:bookmarkEnd w:id="12"/>
    </w:p>
    <w:p w14:paraId="474B2928" w14:textId="0F2EC40E" w:rsidR="00AD7F17" w:rsidRPr="00DF1BAD" w:rsidRDefault="00D85939" w:rsidP="004E7A5A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  <w:rtl/>
        </w:rPr>
      </w:pPr>
      <w:bookmarkStart w:id="13" w:name="_Toc216291887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مقدمة</w:t>
      </w:r>
      <w:bookmarkEnd w:id="13"/>
      <w:proofErr w:type="spellEnd"/>
    </w:p>
    <w:p w14:paraId="2976CBFC" w14:textId="77777777" w:rsidR="00AD7F17" w:rsidRPr="00DF1BAD" w:rsidRDefault="00D85939" w:rsidP="00EA3DEC">
      <w:p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يستعرض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الفصل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الأدبيات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والدراسات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السابقة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المتعلقة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بموضوع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مكافحته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التركيز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تناولت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الخليجية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والعربية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بالإضافة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أفضل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الممارسات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العالمية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المجال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يهدف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الفصل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توفير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إطار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نظري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يساعد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الظاهرة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وتحديد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الفجوة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البحثية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تسعى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سدها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4D7C3DF7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32620825" w14:textId="77777777" w:rsidR="00AD7F17" w:rsidRPr="00DF1BAD" w:rsidRDefault="00D85939" w:rsidP="004E7A5A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14" w:name="_Toc216291888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الدراسات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السابقة</w:t>
      </w:r>
      <w:bookmarkEnd w:id="14"/>
      <w:proofErr w:type="spellEnd"/>
    </w:p>
    <w:p w14:paraId="75DF3DFE" w14:textId="77777777" w:rsidR="00AD7F17" w:rsidRPr="00DF1BAD" w:rsidRDefault="00D85939" w:rsidP="004E7A5A">
      <w:pPr>
        <w:pStyle w:val="Heading2"/>
        <w:numPr>
          <w:ilvl w:val="2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15" w:name="_Toc216291889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دراسة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البنك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المركزي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السعودي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(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ساما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>، 2023)</w:t>
      </w:r>
      <w:bookmarkEnd w:id="15"/>
    </w:p>
    <w:p w14:paraId="105A2F37" w14:textId="3C6BC00F" w:rsidR="007A65E5" w:rsidRPr="00DF1BAD" w:rsidRDefault="00D85939" w:rsidP="007A65E5">
      <w:p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أصدر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المركزي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تقريراً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شاملاً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يوثق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حالات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القطاع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السعودي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2023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التقرير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نتائج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مقلقة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تمثلت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</w:p>
    <w:p w14:paraId="6ED200DB" w14:textId="77777777" w:rsidR="007A65E5" w:rsidRPr="00DF1BAD" w:rsidRDefault="00D85939" w:rsidP="007A65E5">
      <w:pPr>
        <w:pStyle w:val="ListParagraph"/>
        <w:numPr>
          <w:ilvl w:val="0"/>
          <w:numId w:val="13"/>
        </w:num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بلغت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قيمة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الخسائر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المباشرة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الناتجة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2 </w:t>
      </w:r>
      <w:proofErr w:type="spellStart"/>
      <w:r w:rsidRPr="00DF1BAD">
        <w:rPr>
          <w:rFonts w:ascii="Simplified Arabic" w:hAnsi="Simplified Arabic" w:cs="Simplified Arabic"/>
          <w:sz w:val="28"/>
        </w:rPr>
        <w:t>مليار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سعودي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0977D463" w14:textId="77777777" w:rsidR="007A65E5" w:rsidRPr="00DF1BAD" w:rsidRDefault="007A65E5" w:rsidP="007A65E5">
      <w:pPr>
        <w:pStyle w:val="ListParagraph"/>
        <w:numPr>
          <w:ilvl w:val="0"/>
          <w:numId w:val="13"/>
        </w:numPr>
        <w:bidi/>
        <w:rPr>
          <w:rFonts w:ascii="Simplified Arabic" w:hAnsi="Simplified Arabic" w:cs="Simplified Arabic"/>
        </w:rPr>
      </w:pPr>
      <w:r w:rsidRPr="00DF1BAD">
        <w:rPr>
          <w:rFonts w:ascii="Simplified Arabic" w:hAnsi="Simplified Arabic" w:cs="Simplified Arabic"/>
          <w:sz w:val="28"/>
          <w:rtl/>
        </w:rPr>
        <w:t xml:space="preserve">73%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حالات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تمت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عبر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القنوات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الرقمية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مما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يعكس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التحول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النوعي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أساليب</w:t>
      </w:r>
      <w:proofErr w:type="spellEnd"/>
      <w:r w:rsidR="00D85939"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="00D85939" w:rsidRPr="00DF1BAD">
        <w:rPr>
          <w:rFonts w:ascii="Simplified Arabic" w:hAnsi="Simplified Arabic" w:cs="Simplified Arabic"/>
          <w:sz w:val="28"/>
        </w:rPr>
        <w:t>المحتالين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551B9322" w14:textId="77777777" w:rsidR="007A65E5" w:rsidRPr="00DF1BAD" w:rsidRDefault="00D85939" w:rsidP="007A65E5">
      <w:pPr>
        <w:pStyle w:val="ListParagraph"/>
        <w:numPr>
          <w:ilvl w:val="0"/>
          <w:numId w:val="13"/>
        </w:num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متوسط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الوقت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اللازم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محاولة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بلغ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14 </w:t>
      </w:r>
      <w:proofErr w:type="spellStart"/>
      <w:r w:rsidRPr="00DF1BAD">
        <w:rPr>
          <w:rFonts w:ascii="Simplified Arabic" w:hAnsi="Simplified Arabic" w:cs="Simplified Arabic"/>
          <w:sz w:val="28"/>
        </w:rPr>
        <w:t>يوماً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وهي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فترة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طويلة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نسبياً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تسمح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بإلحاق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أضرار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كبيرة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1DE86FE5" w14:textId="77777777" w:rsidR="007A65E5" w:rsidRPr="00DF1BAD" w:rsidRDefault="00D85939" w:rsidP="007A65E5">
      <w:pPr>
        <w:pStyle w:val="ListParagraph"/>
        <w:numPr>
          <w:ilvl w:val="0"/>
          <w:numId w:val="13"/>
        </w:num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زيادة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47%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عدد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البلاغات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مقارنة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بالعام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السابق</w:t>
      </w:r>
      <w:proofErr w:type="spellEnd"/>
    </w:p>
    <w:p w14:paraId="79197749" w14:textId="77777777" w:rsidR="007A65E5" w:rsidRPr="00DF1BAD" w:rsidRDefault="007A65E5" w:rsidP="007A65E5">
      <w:pPr>
        <w:bidi/>
        <w:rPr>
          <w:rFonts w:ascii="Simplified Arabic" w:hAnsi="Simplified Arabic" w:cs="Simplified Arabic"/>
        </w:rPr>
      </w:pPr>
    </w:p>
    <w:p w14:paraId="61021637" w14:textId="77777777" w:rsidR="00AD7F17" w:rsidRPr="00DF1BAD" w:rsidRDefault="00D85939" w:rsidP="007A65E5">
      <w:p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أوصى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التقرير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بضرورة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تعزيز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التعاون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والجهات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التنظيمية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وتسريع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تبني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281B2EFF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35E6BF82" w14:textId="77777777" w:rsidR="00AD7F17" w:rsidRPr="00DF1BAD" w:rsidRDefault="00D85939" w:rsidP="004E7A5A">
      <w:pPr>
        <w:pStyle w:val="Heading2"/>
        <w:numPr>
          <w:ilvl w:val="2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16" w:name="_Toc216291890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الذكاء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في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مكافحة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المالي</w:t>
      </w:r>
      <w:proofErr w:type="spellEnd"/>
      <w:r w:rsidR="007A65E5" w:rsidRPr="00DF1BAD">
        <w:rPr>
          <w:rFonts w:ascii="Simplified Arabic" w:hAnsi="Simplified Arabic" w:cs="Simplified Arabic"/>
          <w:sz w:val="36"/>
          <w:szCs w:val="24"/>
          <w:rtl/>
        </w:rPr>
        <w:t xml:space="preserve"> - </w:t>
      </w:r>
      <w:r w:rsidR="007A65E5" w:rsidRPr="00DF1BAD">
        <w:rPr>
          <w:rFonts w:ascii="Simplified Arabic" w:hAnsi="Simplified Arabic" w:cs="Simplified Arabic"/>
          <w:sz w:val="36"/>
          <w:szCs w:val="24"/>
        </w:rPr>
        <w:t>Albrecht et al. (2022)</w:t>
      </w:r>
      <w:bookmarkEnd w:id="16"/>
    </w:p>
    <w:p w14:paraId="704DB404" w14:textId="6A2DE2DB" w:rsidR="007A65E5" w:rsidRPr="00DF1BAD" w:rsidRDefault="00D85939" w:rsidP="00EA3DEC">
      <w:pPr>
        <w:bidi/>
        <w:rPr>
          <w:rFonts w:ascii="Simplified Arabic" w:hAnsi="Simplified Arabic" w:cs="Simplified Arabic"/>
          <w:sz w:val="28"/>
          <w:rtl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قدمت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مراجعة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منهجية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شاملة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لتطبيقات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المالي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خلصت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</w:p>
    <w:p w14:paraId="6FFFFCD4" w14:textId="77777777" w:rsidR="007A65E5" w:rsidRPr="00DF1BAD" w:rsidRDefault="00D85939" w:rsidP="007A65E5">
      <w:pPr>
        <w:pStyle w:val="ListParagraph"/>
        <w:numPr>
          <w:ilvl w:val="0"/>
          <w:numId w:val="14"/>
        </w:numPr>
        <w:bidi/>
        <w:rPr>
          <w:rFonts w:ascii="Simplified Arabic" w:hAnsi="Simplified Arabic" w:cs="Simplified Arabic"/>
          <w:sz w:val="28"/>
        </w:rPr>
      </w:pP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خفضت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التعلم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معدلات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الناجح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تراوحت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78% و85%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البنوك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طبقتها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4A934920" w14:textId="77777777" w:rsidR="007A65E5" w:rsidRPr="00DF1BAD" w:rsidRDefault="00D85939" w:rsidP="007A65E5">
      <w:pPr>
        <w:pStyle w:val="ListParagraph"/>
        <w:numPr>
          <w:ilvl w:val="0"/>
          <w:numId w:val="14"/>
        </w:numPr>
        <w:bidi/>
        <w:rPr>
          <w:rFonts w:ascii="Simplified Arabic" w:hAnsi="Simplified Arabic" w:cs="Simplified Arabic"/>
          <w:sz w:val="28"/>
        </w:rPr>
      </w:pP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انخفضت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نسبة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الإنذارات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الكاذبة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(False Positives) </w:t>
      </w:r>
      <w:proofErr w:type="spellStart"/>
      <w:r w:rsidRPr="00DF1BAD">
        <w:rPr>
          <w:rFonts w:ascii="Simplified Arabic" w:hAnsi="Simplified Arabic" w:cs="Simplified Arabic"/>
          <w:sz w:val="28"/>
        </w:rPr>
        <w:t>بشكل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ملحوظ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40%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التقليدية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12%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0F693110" w14:textId="77777777" w:rsidR="007A65E5" w:rsidRPr="00DF1BAD" w:rsidRDefault="00D85939" w:rsidP="007A65E5">
      <w:pPr>
        <w:pStyle w:val="ListParagraph"/>
        <w:numPr>
          <w:ilvl w:val="0"/>
          <w:numId w:val="14"/>
        </w:numPr>
        <w:bidi/>
        <w:rPr>
          <w:rFonts w:ascii="Simplified Arabic" w:hAnsi="Simplified Arabic" w:cs="Simplified Arabic"/>
          <w:sz w:val="28"/>
        </w:rPr>
      </w:pP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تحسن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ملحوظ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سرعة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حيث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أصبح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بالإمكان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اكتشاف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الأنماط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الشاذة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الوقت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الفعلي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518BDD85" w14:textId="77777777" w:rsidR="007A65E5" w:rsidRPr="00DF1BAD" w:rsidRDefault="007A65E5" w:rsidP="007A65E5">
      <w:pPr>
        <w:bidi/>
        <w:rPr>
          <w:rFonts w:ascii="Simplified Arabic" w:hAnsi="Simplified Arabic" w:cs="Simplified Arabic"/>
          <w:sz w:val="28"/>
        </w:rPr>
      </w:pPr>
    </w:p>
    <w:p w14:paraId="7DBE25AF" w14:textId="77777777" w:rsidR="00AD7F17" w:rsidRPr="00DF1BAD" w:rsidRDefault="00D85939" w:rsidP="007A65E5">
      <w:p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أوصت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بضرورة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الاستثمار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تدريب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الموظفين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التعامل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وأهمية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تحديث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النماذج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التنبؤية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بشكل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مستمر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02B899C6" w14:textId="77777777" w:rsidR="00AD7F17" w:rsidRPr="00DF1BAD" w:rsidRDefault="00AD7F17" w:rsidP="00EA3DEC">
      <w:pPr>
        <w:bidi/>
        <w:rPr>
          <w:rFonts w:ascii="Simplified Arabic" w:hAnsi="Simplified Arabic" w:cs="Simplified Arabic"/>
        </w:rPr>
      </w:pPr>
    </w:p>
    <w:p w14:paraId="7EEFE351" w14:textId="77777777" w:rsidR="00AD7F17" w:rsidRPr="00DF1BAD" w:rsidRDefault="00D85939" w:rsidP="004E7A5A">
      <w:pPr>
        <w:pStyle w:val="Heading2"/>
        <w:numPr>
          <w:ilvl w:val="2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17" w:name="_Toc216291891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دراسة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الحارثي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والشمري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(2022) </w:t>
      </w:r>
      <w:r w:rsidR="007A65E5" w:rsidRPr="00DF1BAD">
        <w:rPr>
          <w:rFonts w:ascii="Simplified Arabic" w:hAnsi="Simplified Arabic" w:cs="Simplified Arabic"/>
          <w:sz w:val="36"/>
          <w:szCs w:val="24"/>
        </w:rPr>
        <w:t>-</w:t>
      </w:r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الإلكتروني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في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البنوك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الخليجية</w:t>
      </w:r>
      <w:bookmarkEnd w:id="17"/>
      <w:proofErr w:type="spellEnd"/>
    </w:p>
    <w:p w14:paraId="53F0A8F1" w14:textId="203771BC" w:rsidR="007A65E5" w:rsidRPr="00DF1BAD" w:rsidRDefault="00D85939" w:rsidP="00EA3DEC">
      <w:pPr>
        <w:bidi/>
        <w:rPr>
          <w:rFonts w:ascii="Simplified Arabic" w:hAnsi="Simplified Arabic" w:cs="Simplified Arabic"/>
          <w:sz w:val="28"/>
          <w:rtl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ركزت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أنماط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دول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خليجية</w:t>
      </w:r>
      <w:proofErr w:type="spellEnd"/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أظهرت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النتائج</w:t>
      </w:r>
      <w:proofErr w:type="spellEnd"/>
      <w:r w:rsidR="004E7A5A" w:rsidRPr="00DF1BAD">
        <w:rPr>
          <w:rFonts w:ascii="Simplified Arabic" w:hAnsi="Simplified Arabic" w:cs="Simplified Arabic"/>
          <w:sz w:val="28"/>
          <w:rtl/>
        </w:rPr>
        <w:t>:</w:t>
      </w:r>
      <w:r w:rsidRPr="00DF1BAD">
        <w:rPr>
          <w:rFonts w:ascii="Simplified Arabic" w:hAnsi="Simplified Arabic" w:cs="Simplified Arabic"/>
          <w:sz w:val="28"/>
        </w:rPr>
        <w:br/>
      </w:r>
    </w:p>
    <w:p w14:paraId="528E0289" w14:textId="77777777" w:rsidR="007A65E5" w:rsidRPr="00DF1BAD" w:rsidRDefault="00D85939" w:rsidP="007A65E5">
      <w:pPr>
        <w:pStyle w:val="ListParagraph"/>
        <w:numPr>
          <w:ilvl w:val="0"/>
          <w:numId w:val="14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التصيد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(Phishing) </w:t>
      </w:r>
      <w:proofErr w:type="spellStart"/>
      <w:r w:rsidRPr="00DF1BAD">
        <w:rPr>
          <w:rFonts w:ascii="Simplified Arabic" w:hAnsi="Simplified Arabic" w:cs="Simplified Arabic"/>
          <w:sz w:val="28"/>
        </w:rPr>
        <w:t>يمثل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41%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حالات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المنطقة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2D042B92" w14:textId="77777777" w:rsidR="007A65E5" w:rsidRPr="00DF1BAD" w:rsidRDefault="00D85939" w:rsidP="007A65E5">
      <w:pPr>
        <w:pStyle w:val="ListParagraph"/>
        <w:numPr>
          <w:ilvl w:val="0"/>
          <w:numId w:val="14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الهندسة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الاجتماعية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(Social Engineering) </w:t>
      </w:r>
      <w:proofErr w:type="spellStart"/>
      <w:r w:rsidRPr="00DF1BAD">
        <w:rPr>
          <w:rFonts w:ascii="Simplified Arabic" w:hAnsi="Simplified Arabic" w:cs="Simplified Arabic"/>
          <w:sz w:val="28"/>
        </w:rPr>
        <w:t>مسؤولة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28%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الحالات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140845CD" w14:textId="77777777" w:rsidR="007A65E5" w:rsidRPr="00DF1BAD" w:rsidRDefault="00D85939" w:rsidP="007A65E5">
      <w:pPr>
        <w:pStyle w:val="ListParagraph"/>
        <w:numPr>
          <w:ilvl w:val="0"/>
          <w:numId w:val="14"/>
        </w:num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اختراق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الحسابات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يشكل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19% </w:t>
      </w:r>
      <w:proofErr w:type="spellStart"/>
      <w:r w:rsidRPr="00DF1BAD">
        <w:rPr>
          <w:rFonts w:ascii="Simplified Arabic" w:hAnsi="Simplified Arabic" w:cs="Simplified Arabic"/>
          <w:sz w:val="28"/>
        </w:rPr>
        <w:t>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الحالات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1C6A8112" w14:textId="77777777" w:rsidR="007A65E5" w:rsidRPr="00DF1BAD" w:rsidRDefault="00D85939" w:rsidP="007A65E5">
      <w:pPr>
        <w:pStyle w:val="ListParagraph"/>
        <w:numPr>
          <w:ilvl w:val="0"/>
          <w:numId w:val="14"/>
        </w:num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الفئة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الأكثر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عرضة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تتراوح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25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45 </w:t>
      </w:r>
      <w:proofErr w:type="spellStart"/>
      <w:r w:rsidRPr="00DF1BAD">
        <w:rPr>
          <w:rFonts w:ascii="Simplified Arabic" w:hAnsi="Simplified Arabic" w:cs="Simplified Arabic"/>
          <w:sz w:val="28"/>
        </w:rPr>
        <w:t>سنة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3CE660D6" w14:textId="77777777" w:rsidR="00AD7F17" w:rsidRPr="00DF1BAD" w:rsidRDefault="00D85939" w:rsidP="007A65E5">
      <w:pPr>
        <w:bidi/>
        <w:rPr>
          <w:rFonts w:ascii="Simplified Arabic" w:hAnsi="Simplified Arabic" w:cs="Simplified Arabic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أوصت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الدراسة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بتكثيف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حملات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التوعية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الموجهة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لهذه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الفئة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وتطوير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تنبيه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ذكية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للعملاء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6D1DCEA7" w14:textId="77777777" w:rsidR="00AD7F17" w:rsidRPr="00DF1BAD" w:rsidRDefault="00D85939" w:rsidP="00DF1BAD">
      <w:pPr>
        <w:pStyle w:val="Heading2"/>
        <w:numPr>
          <w:ilvl w:val="1"/>
          <w:numId w:val="11"/>
        </w:numPr>
        <w:bidi/>
        <w:rPr>
          <w:rFonts w:ascii="Simplified Arabic" w:hAnsi="Simplified Arabic" w:cs="Simplified Arabic"/>
          <w:sz w:val="36"/>
          <w:szCs w:val="24"/>
        </w:rPr>
      </w:pPr>
      <w:bookmarkStart w:id="18" w:name="_Toc216291892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lastRenderedPageBreak/>
        <w:t>الإطار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النظري</w:t>
      </w:r>
      <w:bookmarkEnd w:id="18"/>
      <w:proofErr w:type="spellEnd"/>
    </w:p>
    <w:p w14:paraId="2B8DBF80" w14:textId="77777777" w:rsidR="00632AD4" w:rsidRPr="00DF1BAD" w:rsidRDefault="00D85939" w:rsidP="00632AD4">
      <w:pPr>
        <w:bidi/>
        <w:rPr>
          <w:rFonts w:ascii="Simplified Arabic" w:hAnsi="Simplified Arabic" w:cs="Simplified Arabic"/>
          <w:sz w:val="28"/>
          <w:rtl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يتناول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هذا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القسم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المفاهيم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النظرية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الأساسية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المتعلقة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وأساليب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مكافحته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</w:p>
    <w:p w14:paraId="77F85B73" w14:textId="77777777" w:rsidR="00632AD4" w:rsidRPr="00DF1BAD" w:rsidRDefault="00632AD4" w:rsidP="00632AD4">
      <w:pPr>
        <w:bidi/>
        <w:rPr>
          <w:rFonts w:ascii="Simplified Arabic" w:hAnsi="Simplified Arabic" w:cs="Simplified Arabic"/>
          <w:sz w:val="28"/>
        </w:rPr>
      </w:pPr>
    </w:p>
    <w:p w14:paraId="0DD955B3" w14:textId="77777777" w:rsidR="00632AD4" w:rsidRPr="00DF1BAD" w:rsidRDefault="00632AD4" w:rsidP="00DF1BAD">
      <w:pPr>
        <w:pStyle w:val="Heading2"/>
        <w:numPr>
          <w:ilvl w:val="1"/>
          <w:numId w:val="11"/>
        </w:numPr>
        <w:tabs>
          <w:tab w:val="num" w:pos="360"/>
        </w:tabs>
        <w:bidi/>
        <w:rPr>
          <w:rFonts w:ascii="Simplified Arabic" w:hAnsi="Simplified Arabic" w:cs="Simplified Arabic"/>
          <w:sz w:val="36"/>
          <w:szCs w:val="24"/>
        </w:rPr>
      </w:pPr>
      <w:bookmarkStart w:id="19" w:name="_Toc216291893"/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مفهوم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36"/>
          <w:szCs w:val="24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36"/>
          <w:szCs w:val="24"/>
        </w:rPr>
        <w:t>البنكي</w:t>
      </w:r>
      <w:bookmarkEnd w:id="19"/>
      <w:proofErr w:type="spellEnd"/>
    </w:p>
    <w:p w14:paraId="467801F6" w14:textId="542BAE83" w:rsidR="00AD7F17" w:rsidRPr="00930A36" w:rsidRDefault="00D85939" w:rsidP="00930A36">
      <w:pPr>
        <w:bidi/>
        <w:rPr>
          <w:rFonts w:ascii="Simplified Arabic" w:hAnsi="Simplified Arabic" w:cs="Simplified Arabic"/>
          <w:sz w:val="28"/>
        </w:rPr>
      </w:pPr>
      <w:proofErr w:type="spellStart"/>
      <w:r w:rsidRPr="00DF1BAD">
        <w:rPr>
          <w:rFonts w:ascii="Simplified Arabic" w:hAnsi="Simplified Arabic" w:cs="Simplified Arabic"/>
          <w:sz w:val="28"/>
        </w:rPr>
        <w:t>يُعرف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بأنه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مجموعة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الممارسات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والأفعال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غير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المشروعة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تستهدف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الحصول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بطريقة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غير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قانونية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أموال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معلومات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ممتلكات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عملائه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عبر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وسائل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احتيالية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تتضمن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التزوير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التضليل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استغلال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الثغرات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،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إساءة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استخدام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الصلاحيات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(Wells</w:t>
      </w:r>
      <w:r w:rsidR="007A65E5" w:rsidRPr="00DF1BAD">
        <w:rPr>
          <w:rFonts w:ascii="Simplified Arabic" w:hAnsi="Simplified Arabic" w:cs="Simplified Arabic"/>
          <w:sz w:val="28"/>
          <w:rtl/>
        </w:rPr>
        <w:t>،</w:t>
      </w:r>
      <w:r w:rsidRPr="00DF1BAD">
        <w:rPr>
          <w:rFonts w:ascii="Simplified Arabic" w:hAnsi="Simplified Arabic" w:cs="Simplified Arabic"/>
          <w:sz w:val="28"/>
        </w:rPr>
        <w:t xml:space="preserve"> 2020)</w:t>
      </w:r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أنواع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أولاً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التقليدي</w:t>
      </w:r>
      <w:proofErr w:type="spellEnd"/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تزوير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الشيكات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والمستندات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يتضمن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إنشاء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تعديل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شيكات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مستندات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بنكية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بطريقة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غير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قانونية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الإقراض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تقديم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معلومات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كاذبة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مضللة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للحصول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قروض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تمويلات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بشروط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تفضيلية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اختلاس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الأموال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قيام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موظفي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بتحويل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أموال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لحساباتهم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الشخصية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حسابات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أطراف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أخرى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بطاقات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الصراف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** </w:t>
      </w:r>
      <w:proofErr w:type="spellStart"/>
      <w:r w:rsidRPr="00DF1BAD">
        <w:rPr>
          <w:rFonts w:ascii="Simplified Arabic" w:hAnsi="Simplified Arabic" w:cs="Simplified Arabic"/>
          <w:sz w:val="28"/>
        </w:rPr>
        <w:t>سرقة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نسخ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بيانات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البطاقات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واستخدامها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سحب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الأموال</w:t>
      </w:r>
      <w:proofErr w:type="spellEnd"/>
      <w:r w:rsidR="00EA3DEC" w:rsidRPr="00DF1BAD">
        <w:rPr>
          <w:rFonts w:ascii="Simplified Arabic" w:hAnsi="Simplified Arabic" w:cs="Simplified Arabic"/>
          <w:sz w:val="28"/>
          <w:rtl/>
        </w:rPr>
        <w:t>.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ثانياً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الرقمي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الحديث</w:t>
      </w:r>
      <w:proofErr w:type="spellEnd"/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1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التصيد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(Phishing)</w:t>
      </w:r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التصيد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البريد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(Email Phishing)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lastRenderedPageBreak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التصيد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الرسائل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النصية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(SMS Phishing/Smishing)</w:t>
      </w:r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التصيد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تطبيقات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المراسلة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(WhatsApp Phishing)</w:t>
      </w:r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انتحال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المواقع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(Website Spoofing)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الهندسة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الاجتماعية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(Social Engineering)</w:t>
      </w:r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انتحال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شخصية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موظفي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البنك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الجهات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الرسمية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استدراج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الضحايا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للإفصاح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بياناتهم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السرية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استغلال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ثقة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الضحية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مخاوفه</w:t>
      </w:r>
      <w:proofErr w:type="spellEnd"/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هجمات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البرمجيات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الخبيثة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برامج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التجسس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(Spyware)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تسجل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ضغطات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لوحة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المفاتيح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برامج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الفدية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(Ransomware)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تشفر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بيانات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الضحية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أحصنة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طروادة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المصرفية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(Banking Trojans)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4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الدفع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اختراق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الدفع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الإلكتروني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سرقة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بيانات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البطاقات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الائتمانية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عمليات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عبر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نقاط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البيع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(POS Fraud)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5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 **</w:t>
      </w:r>
      <w:proofErr w:type="spellStart"/>
      <w:r w:rsidRPr="00DF1BAD">
        <w:rPr>
          <w:rFonts w:ascii="Simplified Arabic" w:hAnsi="Simplified Arabic" w:cs="Simplified Arabic"/>
          <w:sz w:val="28"/>
        </w:rPr>
        <w:t>استخدام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الذكاء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في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تقنية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التزييف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العميق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(Deepfake) </w:t>
      </w:r>
      <w:proofErr w:type="spellStart"/>
      <w:r w:rsidRPr="00DF1BAD">
        <w:rPr>
          <w:rFonts w:ascii="Simplified Arabic" w:hAnsi="Simplified Arabic" w:cs="Simplified Arabic"/>
          <w:sz w:val="28"/>
        </w:rPr>
        <w:t>لانتحال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الهوية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الصوتية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أو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المرئية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روبوتات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الدردشة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الخبيثة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تنتحل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صفة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خدمة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العملاء</w:t>
      </w:r>
      <w:proofErr w:type="spellEnd"/>
      <w:r w:rsidRPr="00DF1BAD">
        <w:rPr>
          <w:rFonts w:ascii="Simplified Arabic" w:hAnsi="Simplified Arabic" w:cs="Simplified Arabic"/>
          <w:sz w:val="28"/>
        </w:rPr>
        <w:br/>
        <w:t xml:space="preserve">   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أنظمة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آلية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للتصيد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نطاق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واسع</w:t>
      </w:r>
      <w:proofErr w:type="spellEnd"/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**2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>3</w:t>
      </w:r>
      <w:r w:rsidR="00EA3DEC" w:rsidRPr="00DF1BAD">
        <w:rPr>
          <w:rFonts w:ascii="Simplified Arabic" w:hAnsi="Simplified Arabic" w:cs="Simplified Arabic"/>
          <w:sz w:val="28"/>
        </w:rPr>
        <w:t>.</w:t>
      </w:r>
      <w:r w:rsidRPr="00DF1BAD">
        <w:rPr>
          <w:rFonts w:ascii="Simplified Arabic" w:hAnsi="Simplified Arabic" w:cs="Simplified Arabic"/>
          <w:sz w:val="28"/>
        </w:rPr>
        <w:t xml:space="preserve">2 </w:t>
      </w:r>
      <w:proofErr w:type="spellStart"/>
      <w:r w:rsidRPr="00DF1BAD">
        <w:rPr>
          <w:rFonts w:ascii="Simplified Arabic" w:hAnsi="Simplified Arabic" w:cs="Simplified Arabic"/>
          <w:sz w:val="28"/>
        </w:rPr>
        <w:t>آليات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الاحتيال</w:t>
      </w:r>
      <w:proofErr w:type="spellEnd"/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التقليدية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المراجعة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اليدوية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للمعاملات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المشبوهة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lastRenderedPageBreak/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القوائم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السوداء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للحسابات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المشبوهة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القواعد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الثابتة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المعتمدة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على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الحدود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(Rule</w:t>
      </w:r>
      <w:r w:rsidR="007A65E5" w:rsidRPr="00DF1BAD">
        <w:rPr>
          <w:rFonts w:ascii="Simplified Arabic" w:hAnsi="Simplified Arabic" w:cs="Simplified Arabic"/>
          <w:sz w:val="28"/>
        </w:rPr>
        <w:t>-</w:t>
      </w:r>
      <w:r w:rsidRPr="00DF1BAD">
        <w:rPr>
          <w:rFonts w:ascii="Simplified Arabic" w:hAnsi="Simplified Arabic" w:cs="Simplified Arabic"/>
          <w:sz w:val="28"/>
        </w:rPr>
        <w:t>Based Systems)</w:t>
      </w:r>
      <w:r w:rsidRPr="00DF1BAD">
        <w:rPr>
          <w:rFonts w:ascii="Simplified Arabic" w:hAnsi="Simplified Arabic" w:cs="Simplified Arabic"/>
          <w:sz w:val="28"/>
        </w:rPr>
        <w:br/>
      </w:r>
      <w:r w:rsidRPr="00DF1BAD">
        <w:rPr>
          <w:rFonts w:ascii="Simplified Arabic" w:hAnsi="Simplified Arabic" w:cs="Simplified Arabic"/>
          <w:sz w:val="28"/>
        </w:rPr>
        <w:br/>
        <w:t>**</w:t>
      </w:r>
      <w:proofErr w:type="spellStart"/>
      <w:r w:rsidRPr="00DF1BAD">
        <w:rPr>
          <w:rFonts w:ascii="Simplified Arabic" w:hAnsi="Simplified Arabic" w:cs="Simplified Arabic"/>
          <w:sz w:val="28"/>
        </w:rPr>
        <w:t>التقنيات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المتقدمة</w:t>
      </w:r>
      <w:proofErr w:type="spellEnd"/>
      <w:r w:rsidR="004E7A5A" w:rsidRPr="00DF1BAD">
        <w:rPr>
          <w:rFonts w:ascii="Simplified Arabic" w:hAnsi="Simplified Arabic" w:cs="Simplified Arabic"/>
          <w:sz w:val="28"/>
        </w:rPr>
        <w:t>:</w:t>
      </w:r>
      <w:r w:rsidRPr="00DF1BAD">
        <w:rPr>
          <w:rFonts w:ascii="Simplified Arabic" w:hAnsi="Simplified Arabic" w:cs="Simplified Arabic"/>
          <w:sz w:val="28"/>
        </w:rPr>
        <w:t>**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التعلم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الآلي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والشبكات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العصبية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الاصطناعية</w:t>
      </w:r>
      <w:proofErr w:type="spellEnd"/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الأنماط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السلوكية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(Behavioral Analytics)</w:t>
      </w:r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معالجة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اللغة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الطبيعية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المعاملات</w:t>
      </w:r>
      <w:proofErr w:type="spellEnd"/>
      <w:r w:rsidRPr="00DF1BAD">
        <w:rPr>
          <w:rFonts w:ascii="Simplified Arabic" w:hAnsi="Simplified Arabic" w:cs="Simplified Arabic"/>
          <w:sz w:val="28"/>
        </w:rPr>
        <w:br/>
      </w:r>
      <w:r w:rsidR="007A65E5" w:rsidRPr="00DF1BAD">
        <w:rPr>
          <w:rFonts w:ascii="Simplified Arabic" w:hAnsi="Simplified Arabic" w:cs="Simplified Arabic"/>
          <w:sz w:val="28"/>
          <w:rtl/>
        </w:rPr>
        <w:t>-</w:t>
      </w:r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تحليل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الشبكات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الاجتماعية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للكشف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عن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العصابات</w:t>
      </w:r>
      <w:proofErr w:type="spellEnd"/>
      <w:r w:rsidRPr="00DF1BAD">
        <w:rPr>
          <w:rFonts w:ascii="Simplified Arabic" w:hAnsi="Simplified Arabic" w:cs="Simplified Arabic"/>
          <w:sz w:val="28"/>
        </w:rPr>
        <w:t xml:space="preserve"> </w:t>
      </w:r>
      <w:proofErr w:type="spellStart"/>
      <w:r w:rsidRPr="00DF1BAD">
        <w:rPr>
          <w:rFonts w:ascii="Simplified Arabic" w:hAnsi="Simplified Arabic" w:cs="Simplified Arabic"/>
          <w:sz w:val="28"/>
        </w:rPr>
        <w:t>المنظمة</w:t>
      </w:r>
      <w:proofErr w:type="spellEnd"/>
    </w:p>
    <w:sectPr w:rsidR="00AD7F17" w:rsidRPr="00930A36" w:rsidSect="00034616">
      <w:pgSz w:w="11906" w:h="16838"/>
      <w:pgMar w:top="1134" w:right="17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D705DE"/>
    <w:multiLevelType w:val="multilevel"/>
    <w:tmpl w:val="3B4AEA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3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48"/>
        <w:szCs w:val="3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40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3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sz w:val="36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sz w:val="36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sz w:val="36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sz w:val="36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sz w:val="36"/>
      </w:rPr>
    </w:lvl>
  </w:abstractNum>
  <w:abstractNum w:abstractNumId="10" w15:restartNumberingAfterBreak="0">
    <w:nsid w:val="188F652B"/>
    <w:multiLevelType w:val="hybridMultilevel"/>
    <w:tmpl w:val="FC26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5C1E85"/>
    <w:multiLevelType w:val="hybridMultilevel"/>
    <w:tmpl w:val="B8A87B64"/>
    <w:lvl w:ilvl="0" w:tplc="2BF4B6B4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BC2E13"/>
    <w:multiLevelType w:val="hybridMultilevel"/>
    <w:tmpl w:val="B4942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CE76B7"/>
    <w:multiLevelType w:val="hybridMultilevel"/>
    <w:tmpl w:val="5C5A6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FA7A05"/>
    <w:multiLevelType w:val="multilevel"/>
    <w:tmpl w:val="A17C9134"/>
    <w:lvl w:ilvl="0">
      <w:start w:val="1"/>
      <w:numFmt w:val="decimal"/>
      <w:lvlText w:val="%1"/>
      <w:lvlJc w:val="left"/>
      <w:pPr>
        <w:ind w:left="360" w:hanging="360"/>
      </w:pPr>
      <w:rPr>
        <w:rFonts w:ascii="Simplified Arabic" w:hAnsi="Simplified Arabic" w:hint="default"/>
        <w:sz w:val="3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Simplified Arabic" w:hAnsi="Simplified Arabic" w:hint="default"/>
        <w:sz w:val="48"/>
        <w:szCs w:val="3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Simplified Arabic" w:hAnsi="Simplified Arabic" w:hint="default"/>
        <w:sz w:val="3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Simplified Arabic" w:hAnsi="Simplified Arabic" w:hint="default"/>
        <w:sz w:val="3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Simplified Arabic" w:hAnsi="Simplified Arabic" w:hint="default"/>
        <w:sz w:val="3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Simplified Arabic" w:hAnsi="Simplified Arabic" w:hint="default"/>
        <w:sz w:val="3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Simplified Arabic" w:hAnsi="Simplified Arabic" w:hint="default"/>
        <w:sz w:val="3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Simplified Arabic" w:hAnsi="Simplified Arabic" w:hint="default"/>
        <w:sz w:val="3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Simplified Arabic" w:hAnsi="Simplified Arabic" w:hint="default"/>
        <w:sz w:val="36"/>
      </w:rPr>
    </w:lvl>
  </w:abstractNum>
  <w:abstractNum w:abstractNumId="15" w15:restartNumberingAfterBreak="0">
    <w:nsid w:val="3DDA057E"/>
    <w:multiLevelType w:val="hybridMultilevel"/>
    <w:tmpl w:val="A4C6C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BB4ADF"/>
    <w:multiLevelType w:val="multilevel"/>
    <w:tmpl w:val="3B4AEA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3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48"/>
        <w:szCs w:val="36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40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36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sz w:val="36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sz w:val="36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sz w:val="36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sz w:val="36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sz w:val="36"/>
      </w:rPr>
    </w:lvl>
  </w:abstractNum>
  <w:num w:numId="1" w16cid:durableId="2081051331">
    <w:abstractNumId w:val="8"/>
  </w:num>
  <w:num w:numId="2" w16cid:durableId="297607396">
    <w:abstractNumId w:val="6"/>
  </w:num>
  <w:num w:numId="3" w16cid:durableId="947196646">
    <w:abstractNumId w:val="5"/>
  </w:num>
  <w:num w:numId="4" w16cid:durableId="2074619480">
    <w:abstractNumId w:val="4"/>
  </w:num>
  <w:num w:numId="5" w16cid:durableId="1093863822">
    <w:abstractNumId w:val="7"/>
  </w:num>
  <w:num w:numId="6" w16cid:durableId="1952934180">
    <w:abstractNumId w:val="3"/>
  </w:num>
  <w:num w:numId="7" w16cid:durableId="2003194147">
    <w:abstractNumId w:val="2"/>
  </w:num>
  <w:num w:numId="8" w16cid:durableId="1369182421">
    <w:abstractNumId w:val="1"/>
  </w:num>
  <w:num w:numId="9" w16cid:durableId="1938637725">
    <w:abstractNumId w:val="0"/>
  </w:num>
  <w:num w:numId="10" w16cid:durableId="363751838">
    <w:abstractNumId w:val="13"/>
  </w:num>
  <w:num w:numId="11" w16cid:durableId="1132790245">
    <w:abstractNumId w:val="9"/>
  </w:num>
  <w:num w:numId="12" w16cid:durableId="1755054237">
    <w:abstractNumId w:val="14"/>
  </w:num>
  <w:num w:numId="13" w16cid:durableId="1144814527">
    <w:abstractNumId w:val="10"/>
  </w:num>
  <w:num w:numId="14" w16cid:durableId="38362762">
    <w:abstractNumId w:val="11"/>
  </w:num>
  <w:num w:numId="15" w16cid:durableId="2119831737">
    <w:abstractNumId w:val="12"/>
  </w:num>
  <w:num w:numId="16" w16cid:durableId="1916744835">
    <w:abstractNumId w:val="15"/>
  </w:num>
  <w:num w:numId="17" w16cid:durableId="5622532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A34D4"/>
    <w:rsid w:val="004E7A5A"/>
    <w:rsid w:val="00632AD4"/>
    <w:rsid w:val="00723BE4"/>
    <w:rsid w:val="007A65E5"/>
    <w:rsid w:val="00930A36"/>
    <w:rsid w:val="00AA1D8D"/>
    <w:rsid w:val="00AD7F17"/>
    <w:rsid w:val="00B47730"/>
    <w:rsid w:val="00CB0664"/>
    <w:rsid w:val="00D85939"/>
    <w:rsid w:val="00DA6E68"/>
    <w:rsid w:val="00DF1BAD"/>
    <w:rsid w:val="00EA36DB"/>
    <w:rsid w:val="00EA3DE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59461A"/>
  <w14:defaultImageDpi w14:val="300"/>
  <w15:docId w15:val="{21E8D71F-C0C8-4FBE-9401-789FAECA6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abicBody">
    <w:name w:val="ArabicBody"/>
    <w:pPr>
      <w:spacing w:after="120" w:line="240" w:lineRule="auto"/>
      <w:ind w:firstLine="283"/>
      <w:jc w:val="both"/>
    </w:pPr>
    <w:rPr>
      <w:rFonts w:ascii="Simplified Arabic" w:hAnsi="Simplified Arabic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4E7A5A"/>
    <w:pPr>
      <w:tabs>
        <w:tab w:val="right" w:leader="dot" w:pos="9061"/>
      </w:tabs>
      <w:bidi/>
      <w:spacing w:after="100"/>
      <w:jc w:val="both"/>
    </w:pPr>
  </w:style>
  <w:style w:type="character" w:styleId="Hyperlink">
    <w:name w:val="Hyperlink"/>
    <w:basedOn w:val="DefaultParagraphFont"/>
    <w:uiPriority w:val="99"/>
    <w:unhideWhenUsed/>
    <w:rsid w:val="00EA3DEC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E7A5A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3170</Words>
  <Characters>17245</Characters>
  <Application>Microsoft Office Word</Application>
  <DocSecurity>0</DocSecurity>
  <Lines>522</Lines>
  <Paragraphs>174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20241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Ahmad Alturaif</cp:lastModifiedBy>
  <cp:revision>4</cp:revision>
  <dcterms:created xsi:type="dcterms:W3CDTF">2025-12-10T16:50:00Z</dcterms:created>
  <dcterms:modified xsi:type="dcterms:W3CDTF">2025-12-10T18:01:00Z</dcterms:modified>
  <cp:category/>
</cp:coreProperties>
</file>