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590471" w:displacedByCustomXml="next"/>
    <w:sdt>
      <w:sdtPr>
        <w:id w:val="-703779847"/>
        <w:docPartObj>
          <w:docPartGallery w:val="Cover Pages"/>
          <w:docPartUnique/>
        </w:docPartObj>
      </w:sdtPr>
      <w:sdtContent>
        <w:p w14:paraId="223FA33D" w14:textId="173CF22E" w:rsidR="00971124" w:rsidRDefault="00F52DF6">
          <w:pPr>
            <w:pStyle w:val="NoSpacing"/>
          </w:pPr>
          <w:r>
            <w:rPr>
              <w:noProof/>
            </w:rPr>
            <mc:AlternateContent>
              <mc:Choice Requires="wpg">
                <w:drawing>
                  <wp:anchor distT="0" distB="0" distL="114300" distR="114300" simplePos="0" relativeHeight="251658240" behindDoc="1" locked="0" layoutInCell="1" allowOverlap="1" wp14:anchorId="7E661706" wp14:editId="3FAC289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800350" cy="9125585"/>
                    <wp:effectExtent l="0" t="0" r="0" b="7620"/>
                    <wp:wrapNone/>
                    <wp:docPr id="2" name="Group 1"/>
                    <wp:cNvGraphicFramePr/>
                    <a:graphic xmlns:a="http://schemas.openxmlformats.org/drawingml/2006/main">
                      <a:graphicData uri="http://schemas.microsoft.com/office/word/2010/wordprocessingGroup">
                        <wpg:wgp>
                          <wpg:cNvGrpSpPr/>
                          <wpg:grpSpPr>
                            <a:xfrm>
                              <a:off x="0" y="0"/>
                              <a:ext cx="2800350" cy="9125712"/>
                              <a:chOff x="0" y="0"/>
                              <a:chExt cx="280035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500" y="2013055"/>
                                <a:ext cx="260985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4B4A86" w14:textId="6044831F" w:rsidR="00971124" w:rsidRDefault="0097112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E661706" id="Group 1" o:spid="_x0000_s1026" style="position:absolute;margin-left:0;margin-top:0;width:220.5pt;height:718.55pt;z-index:-251658240;mso-height-percent:950;mso-left-percent:40;mso-position-horizontal-relative:page;mso-position-vertical:center;mso-position-vertical-relative:page;mso-height-percent:950;mso-left-percent:40" coordsize="28003,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5;top:20130;width:2609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" adj="19316" fillcolor="#4f81bd [3204]" stroked="f" strokeweight="2pt">
                      <v:textbox inset=",0,14.4pt,0">
                        <w:txbxContent>
                          <w:p w14:paraId="504B4A86" w14:textId="6044831F" w:rsidR="00971124" w:rsidRDefault="00971124">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F0869">
            <w:rPr>
              <w:noProof/>
            </w:rPr>
            <w:drawing>
              <wp:anchor distT="0" distB="0" distL="114300" distR="114300" simplePos="0" relativeHeight="251658242" behindDoc="0" locked="0" layoutInCell="1" allowOverlap="0" wp14:anchorId="5F901B62" wp14:editId="182388DC">
                <wp:simplePos x="0" y="0"/>
                <wp:positionH relativeFrom="column">
                  <wp:posOffset>-371475</wp:posOffset>
                </wp:positionH>
                <wp:positionV relativeFrom="paragraph">
                  <wp:posOffset>-400050</wp:posOffset>
                </wp:positionV>
                <wp:extent cx="2019300" cy="1638300"/>
                <wp:effectExtent l="0" t="0" r="0" b="0"/>
                <wp:wrapSquare wrapText="bothSides"/>
                <wp:docPr id="1916522453" name="Picture 1916522453"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1916522453" name="Picture 1916522453" descr="A logo for a university&#10;&#10;AI-generated content may be incorrect."/>
                        <pic:cNvPicPr/>
                      </pic:nvPicPr>
                      <pic:blipFill>
                        <a:blip r:embed="rId8"/>
                        <a:stretch>
                          <a:fillRect/>
                        </a:stretch>
                      </pic:blipFill>
                      <pic:spPr>
                        <a:xfrm>
                          <a:off x="0" y="0"/>
                          <a:ext cx="2019300" cy="1638300"/>
                        </a:xfrm>
                        <a:prstGeom prst="rect">
                          <a:avLst/>
                        </a:prstGeom>
                      </pic:spPr>
                    </pic:pic>
                  </a:graphicData>
                </a:graphic>
                <wp14:sizeRelH relativeFrom="margin">
                  <wp14:pctWidth>0</wp14:pctWidth>
                </wp14:sizeRelH>
                <wp14:sizeRelV relativeFrom="margin">
                  <wp14:pctHeight>0</wp14:pctHeight>
                </wp14:sizeRelV>
              </wp:anchor>
            </w:drawing>
          </w:r>
        </w:p>
        <w:p w14:paraId="3034B3E1" w14:textId="2913C3FC" w:rsidR="00D061D2" w:rsidRDefault="00D061D2" w:rsidP="00D061D2">
          <w:pPr>
            <w:spacing w:after="4" w:line="308" w:lineRule="auto"/>
            <w:ind w:left="4" w:hanging="4"/>
            <w:jc w:val="both"/>
            <w:rPr>
              <w:b/>
              <w:bCs/>
              <w:szCs w:val="28"/>
            </w:rPr>
          </w:pPr>
          <w:r>
            <w:rPr>
              <w:rFonts w:ascii="Simplified Arabic" w:eastAsia="Simplified Arabic" w:hAnsi="Simplified Arabic" w:cs="Simplified Arabic"/>
              <w:b/>
              <w:bCs/>
              <w:szCs w:val="28"/>
              <w:rtl/>
            </w:rPr>
            <w:t>جامعة ميدأوشن</w:t>
          </w:r>
          <w:r>
            <w:rPr>
              <w:rFonts w:ascii="Simplified Arabic" w:eastAsia="Simplified Arabic" w:hAnsi="Simplified Arabic" w:cs="Simplified Arabic" w:hint="cs"/>
              <w:b/>
              <w:bCs/>
              <w:szCs w:val="28"/>
              <w:rtl/>
            </w:rPr>
            <w:t xml:space="preserve">                                                        </w:t>
          </w:r>
          <w:r>
            <w:rPr>
              <w:rFonts w:ascii="Simplified Arabic" w:eastAsia="Simplified Arabic" w:hAnsi="Simplified Arabic" w:cs="Simplified Arabic"/>
              <w:b/>
              <w:bCs/>
              <w:szCs w:val="28"/>
              <w:rtl/>
            </w:rPr>
            <w:t xml:space="preserve">  </w:t>
          </w:r>
        </w:p>
        <w:p w14:paraId="70E57C40" w14:textId="77777777" w:rsidR="00D061D2" w:rsidRDefault="00D061D2" w:rsidP="00D061D2">
          <w:pPr>
            <w:spacing w:after="4" w:line="308" w:lineRule="auto"/>
            <w:ind w:left="4" w:hanging="4"/>
            <w:jc w:val="both"/>
          </w:pPr>
          <w:r>
            <w:rPr>
              <w:rFonts w:ascii="Simplified Arabic" w:eastAsia="Simplified Arabic" w:hAnsi="Simplified Arabic" w:cs="Simplified Arabic"/>
              <w:b/>
              <w:bCs/>
              <w:szCs w:val="28"/>
              <w:rtl/>
            </w:rPr>
            <w:t xml:space="preserve"> كلية الإدارة  </w:t>
          </w:r>
          <w:r>
            <w:rPr>
              <w:rFonts w:ascii="Simplified Arabic" w:eastAsia="Simplified Arabic" w:hAnsi="Simplified Arabic" w:cs="Simplified Arabic" w:hint="cs"/>
              <w:b/>
              <w:bCs/>
              <w:szCs w:val="28"/>
              <w:rtl/>
            </w:rPr>
            <w:t xml:space="preserve">                                                            </w:t>
          </w:r>
        </w:p>
        <w:p w14:paraId="2EDCA853" w14:textId="77777777" w:rsidR="00D061D2" w:rsidRDefault="00D061D2" w:rsidP="00D061D2">
          <w:pPr>
            <w:spacing w:after="102" w:line="259" w:lineRule="auto"/>
            <w:ind w:left="368" w:hanging="368"/>
          </w:pPr>
          <w:r>
            <w:rPr>
              <w:rFonts w:ascii="Simplified Arabic" w:eastAsia="Simplified Arabic" w:hAnsi="Simplified Arabic" w:cs="Simplified Arabic"/>
              <w:b/>
              <w:bCs/>
              <w:szCs w:val="28"/>
              <w:rtl/>
            </w:rPr>
            <w:t>ماجستير إدارة الأعمال</w:t>
          </w:r>
          <w:r>
            <w:rPr>
              <w:szCs w:val="28"/>
              <w:rtl/>
            </w:rPr>
            <w:t xml:space="preserve"> </w:t>
          </w:r>
          <w:r>
            <w:rPr>
              <w:rFonts w:hint="cs"/>
              <w:szCs w:val="28"/>
              <w:rtl/>
            </w:rPr>
            <w:t xml:space="preserve">                                                          </w:t>
          </w:r>
        </w:p>
        <w:p w14:paraId="62324268" w14:textId="77777777" w:rsidR="00D061D2" w:rsidRDefault="00D061D2" w:rsidP="00D061D2">
          <w:pPr>
            <w:spacing w:after="79" w:line="259" w:lineRule="auto"/>
            <w:ind w:right="48"/>
          </w:pPr>
          <w:r>
            <w:t xml:space="preserve"> </w:t>
          </w:r>
        </w:p>
        <w:p w14:paraId="3D2A69D8" w14:textId="77777777" w:rsidR="00D061D2" w:rsidRDefault="00D061D2" w:rsidP="00D061D2">
          <w:pPr>
            <w:spacing w:after="81" w:line="259" w:lineRule="auto"/>
            <w:ind w:right="48"/>
            <w:rPr>
              <w:rtl/>
            </w:rPr>
          </w:pPr>
          <w:r>
            <w:t xml:space="preserve"> </w:t>
          </w:r>
        </w:p>
        <w:p w14:paraId="2C0B0CDE" w14:textId="77777777" w:rsidR="00E60EA8" w:rsidRDefault="00E60EA8" w:rsidP="00D061D2">
          <w:pPr>
            <w:spacing w:after="81" w:line="259" w:lineRule="auto"/>
            <w:ind w:right="48"/>
            <w:rPr>
              <w:rtl/>
            </w:rPr>
          </w:pPr>
        </w:p>
        <w:p w14:paraId="7F5F12CF" w14:textId="77777777" w:rsidR="00E60EA8" w:rsidRDefault="00E60EA8" w:rsidP="00D061D2">
          <w:pPr>
            <w:spacing w:after="81" w:line="259" w:lineRule="auto"/>
            <w:ind w:right="48"/>
            <w:rPr>
              <w:rtl/>
            </w:rPr>
          </w:pPr>
        </w:p>
        <w:p w14:paraId="2287F703" w14:textId="77777777" w:rsidR="00E60EA8" w:rsidRDefault="00E60EA8" w:rsidP="00D061D2">
          <w:pPr>
            <w:spacing w:after="81" w:line="259" w:lineRule="auto"/>
            <w:ind w:right="48"/>
          </w:pPr>
        </w:p>
        <w:p w14:paraId="222A1093" w14:textId="77777777" w:rsidR="00E60EA8" w:rsidRDefault="000D5814" w:rsidP="00E60EA8">
          <w:pPr>
            <w:rPr>
              <w:rtl/>
            </w:rPr>
          </w:pPr>
          <w:r>
            <w:rPr>
              <w:noProof/>
            </w:rPr>
            <mc:AlternateContent>
              <mc:Choice Requires="wps">
                <w:drawing>
                  <wp:anchor distT="0" distB="0" distL="114300" distR="114300" simplePos="0" relativeHeight="251658241" behindDoc="0" locked="0" layoutInCell="1" allowOverlap="1" wp14:anchorId="1254E3E2" wp14:editId="4BFB13B7">
                    <wp:simplePos x="0" y="0"/>
                    <wp:positionH relativeFrom="page">
                      <wp:posOffset>1303655</wp:posOffset>
                    </wp:positionH>
                    <wp:positionV relativeFrom="page">
                      <wp:posOffset>3638550</wp:posOffset>
                    </wp:positionV>
                    <wp:extent cx="5843794" cy="1069340"/>
                    <wp:effectExtent l="0" t="0" r="5080" b="10160"/>
                    <wp:wrapNone/>
                    <wp:docPr id="1" name="Text Box 3"/>
                    <wp:cNvGraphicFramePr/>
                    <a:graphic xmlns:a="http://schemas.openxmlformats.org/drawingml/2006/main">
                      <a:graphicData uri="http://schemas.microsoft.com/office/word/2010/wordprocessingShape">
                        <wps:wsp>
                          <wps:cNvSpPr txBox="1"/>
                          <wps:spPr>
                            <a:xfrm>
                              <a:off x="0" y="0"/>
                              <a:ext cx="5843794"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1E28F" w14:textId="0A908D7F" w:rsidR="00011E1C" w:rsidRPr="00011E1C" w:rsidRDefault="00011E1C" w:rsidP="00011E1C">
                                <w:pPr>
                                  <w:pStyle w:val="NoSpacing"/>
                                  <w:jc w:val="center"/>
                                  <w:rPr>
                                    <w:rFonts w:asciiTheme="majorHAnsi" w:eastAsiaTheme="majorEastAsia" w:hAnsiTheme="majorHAnsi" w:cs="Times New Roman"/>
                                    <w:color w:val="262626" w:themeColor="text1" w:themeTint="D9"/>
                                    <w:sz w:val="40"/>
                                    <w:szCs w:val="40"/>
                                  </w:rPr>
                                </w:pPr>
                                <w:r w:rsidRPr="00011E1C">
                                  <w:rPr>
                                    <w:rFonts w:asciiTheme="majorHAnsi" w:eastAsiaTheme="majorEastAsia" w:hAnsiTheme="majorHAnsi" w:cs="Times New Roman"/>
                                    <w:b/>
                                    <w:bCs/>
                                    <w:color w:val="262626" w:themeColor="text1" w:themeTint="D9"/>
                                    <w:sz w:val="40"/>
                                    <w:szCs w:val="40"/>
                                    <w:rtl/>
                                  </w:rPr>
                                  <w:t>العلاقة بين تنظيم العمل وإدارة الوقت ورفع الإنتاجية في بيئة العمل</w:t>
                                </w:r>
                              </w:p>
                              <w:p w14:paraId="7A1B9D1A" w14:textId="612D041C" w:rsidR="00971124" w:rsidRPr="00C41D3A" w:rsidRDefault="00971124" w:rsidP="00011E1C">
                                <w:pPr>
                                  <w:pStyle w:val="NoSpacing"/>
                                  <w:jc w:val="center"/>
                                  <w:rPr>
                                    <w:rFonts w:asciiTheme="majorHAnsi" w:eastAsiaTheme="majorEastAsia" w:hAnsiTheme="majorHAnsi" w:cstheme="majorBidi"/>
                                    <w:color w:val="262626" w:themeColor="text1" w:themeTint="D9"/>
                                    <w:sz w:val="56"/>
                                    <w:szCs w:val="5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254E3E2" id="_x0000_t202" coordsize="21600,21600" o:spt="202" path="m,l,21600r21600,l21600,xe">
                    <v:stroke joinstyle="miter"/>
                    <v:path gradientshapeok="t" o:connecttype="rect"/>
                  </v:shapetype>
                  <v:shape id="Text Box 3" o:spid="_x0000_s1055" type="#_x0000_t202" style="position:absolute;margin-left:102.65pt;margin-top:286.5pt;width:460.1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" filled="f" stroked="f" strokeweight=".5pt">
                    <v:textbox style="mso-fit-shape-to-text:t" inset="0,0,0,0">
                      <w:txbxContent>
                        <w:p w14:paraId="41C1E28F" w14:textId="0A908D7F" w:rsidR="00011E1C" w:rsidRPr="00011E1C" w:rsidRDefault="00011E1C" w:rsidP="00011E1C">
                          <w:pPr>
                            <w:pStyle w:val="NoSpacing"/>
                            <w:jc w:val="center"/>
                            <w:rPr>
                              <w:rFonts w:asciiTheme="majorHAnsi" w:eastAsiaTheme="majorEastAsia" w:hAnsiTheme="majorHAnsi" w:cs="Times New Roman"/>
                              <w:color w:val="262626" w:themeColor="text1" w:themeTint="D9"/>
                              <w:sz w:val="40"/>
                              <w:szCs w:val="40"/>
                            </w:rPr>
                          </w:pPr>
                          <w:r w:rsidRPr="00011E1C">
                            <w:rPr>
                              <w:rFonts w:asciiTheme="majorHAnsi" w:eastAsiaTheme="majorEastAsia" w:hAnsiTheme="majorHAnsi" w:cs="Times New Roman"/>
                              <w:b/>
                              <w:bCs/>
                              <w:color w:val="262626" w:themeColor="text1" w:themeTint="D9"/>
                              <w:sz w:val="40"/>
                              <w:szCs w:val="40"/>
                              <w:rtl/>
                            </w:rPr>
                            <w:t>العلاقة بين تنظيم العمل وإدارة الوقت ورفع الإنتاجية في بيئة العمل</w:t>
                          </w:r>
                        </w:p>
                        <w:p w14:paraId="7A1B9D1A" w14:textId="612D041C" w:rsidR="00971124" w:rsidRPr="00C41D3A" w:rsidRDefault="00971124" w:rsidP="00011E1C">
                          <w:pPr>
                            <w:pStyle w:val="NoSpacing"/>
                            <w:jc w:val="center"/>
                            <w:rPr>
                              <w:rFonts w:asciiTheme="majorHAnsi" w:eastAsiaTheme="majorEastAsia" w:hAnsiTheme="majorHAnsi" w:cstheme="majorBidi"/>
                              <w:color w:val="262626" w:themeColor="text1" w:themeTint="D9"/>
                              <w:sz w:val="56"/>
                              <w:szCs w:val="56"/>
                            </w:rPr>
                          </w:pPr>
                        </w:p>
                      </w:txbxContent>
                    </v:textbox>
                    <w10:wrap anchorx="page" anchory="page"/>
                  </v:shape>
                </w:pict>
              </mc:Fallback>
            </mc:AlternateContent>
          </w:r>
          <w:r w:rsidR="00D061D2">
            <w:t xml:space="preserve"> </w:t>
          </w:r>
        </w:p>
        <w:p w14:paraId="7132D4E8" w14:textId="77777777" w:rsidR="00E60EA8" w:rsidRDefault="00E60EA8" w:rsidP="00E60EA8">
          <w:pPr>
            <w:rPr>
              <w:rtl/>
            </w:rPr>
          </w:pPr>
        </w:p>
        <w:p w14:paraId="21F33D5A" w14:textId="77777777" w:rsidR="00E60EA8" w:rsidRDefault="00E60EA8" w:rsidP="00E60EA8">
          <w:pPr>
            <w:rPr>
              <w:rtl/>
            </w:rPr>
          </w:pPr>
        </w:p>
        <w:p w14:paraId="1A91A6EB" w14:textId="77777777" w:rsidR="00E60EA8" w:rsidRDefault="00E60EA8" w:rsidP="00E60EA8">
          <w:pPr>
            <w:rPr>
              <w:rtl/>
            </w:rPr>
          </w:pPr>
        </w:p>
        <w:p w14:paraId="1947520D" w14:textId="77777777" w:rsidR="002A165E" w:rsidRDefault="002A165E" w:rsidP="00E60EA8">
          <w:pPr>
            <w:rPr>
              <w:rtl/>
            </w:rPr>
          </w:pPr>
        </w:p>
        <w:p w14:paraId="5A3160DA" w14:textId="77777777" w:rsidR="00E60EA8" w:rsidRDefault="00E60EA8" w:rsidP="00E60EA8">
          <w:pPr>
            <w:rPr>
              <w:rtl/>
            </w:rPr>
          </w:pPr>
        </w:p>
        <w:p w14:paraId="6EA94DF5" w14:textId="77777777" w:rsidR="00730F9E" w:rsidRPr="00730F9E" w:rsidRDefault="00730F9E" w:rsidP="00E60EA8">
          <w:pPr>
            <w:rPr>
              <w:rFonts w:ascii="Rockwell Nova" w:hAnsi="Rockwell Nova"/>
              <w:rtl/>
            </w:rPr>
          </w:pPr>
        </w:p>
        <w:p w14:paraId="1952F17D" w14:textId="184644E7" w:rsidR="00E60EA8" w:rsidRPr="00E60EA8" w:rsidRDefault="00E60EA8" w:rsidP="00E60EA8">
          <w:pPr>
            <w:jc w:val="center"/>
            <w:rPr>
              <w:rFonts w:asciiTheme="minorBidi" w:hAnsiTheme="minorBidi"/>
              <w:sz w:val="32"/>
              <w:szCs w:val="32"/>
            </w:rPr>
          </w:pPr>
          <w:r w:rsidRPr="00E60EA8">
            <w:rPr>
              <w:rFonts w:asciiTheme="minorBidi" w:hAnsiTheme="minorBidi"/>
              <w:sz w:val="32"/>
              <w:szCs w:val="32"/>
              <w:rtl/>
            </w:rPr>
            <w:t>إعداد الطاب : علي محمد القحطاني</w:t>
          </w:r>
        </w:p>
        <w:p w14:paraId="2E1BD677" w14:textId="2DBD21F4" w:rsidR="00E60EA8" w:rsidRPr="00E60EA8" w:rsidRDefault="00E60EA8" w:rsidP="00E60EA8">
          <w:pPr>
            <w:jc w:val="center"/>
            <w:rPr>
              <w:rFonts w:asciiTheme="minorBidi" w:hAnsiTheme="minorBidi"/>
              <w:sz w:val="32"/>
              <w:szCs w:val="32"/>
            </w:rPr>
          </w:pPr>
          <w:r w:rsidRPr="00E60EA8">
            <w:rPr>
              <w:rFonts w:asciiTheme="minorBidi" w:hAnsiTheme="minorBidi"/>
              <w:sz w:val="32"/>
              <w:szCs w:val="32"/>
              <w:rtl/>
            </w:rPr>
            <w:t>الرقم الأكاديمي: 252000762</w:t>
          </w:r>
        </w:p>
        <w:p w14:paraId="7CFF5218" w14:textId="77777777" w:rsidR="00E60EA8" w:rsidRPr="00E60EA8" w:rsidRDefault="00E60EA8" w:rsidP="00E60EA8">
          <w:pPr>
            <w:jc w:val="center"/>
            <w:rPr>
              <w:rFonts w:asciiTheme="minorBidi" w:hAnsiTheme="minorBidi"/>
              <w:sz w:val="32"/>
              <w:szCs w:val="32"/>
            </w:rPr>
          </w:pPr>
          <w:r w:rsidRPr="00E60EA8">
            <w:rPr>
              <w:rFonts w:asciiTheme="minorBidi" w:hAnsiTheme="minorBidi"/>
              <w:sz w:val="32"/>
              <w:szCs w:val="32"/>
              <w:rtl/>
            </w:rPr>
            <w:t>إشراف الدكتور : فايز علي جراد</w:t>
          </w:r>
        </w:p>
        <w:p w14:paraId="69FD4BC4" w14:textId="77777777" w:rsidR="00E60EA8" w:rsidRPr="00E60EA8" w:rsidRDefault="00E60EA8" w:rsidP="00E60EA8"/>
        <w:p w14:paraId="42EE6FFE" w14:textId="60BD534B" w:rsidR="00971124" w:rsidRDefault="00000000" w:rsidP="00E60EA8"/>
      </w:sdtContent>
    </w:sdt>
    <w:p w14:paraId="015108AB" w14:textId="58357266" w:rsidR="00971124" w:rsidRDefault="00971124" w:rsidP="00971124">
      <w:pPr>
        <w:spacing w:after="79" w:line="259" w:lineRule="auto"/>
        <w:ind w:right="48"/>
      </w:pPr>
    </w:p>
    <w:p w14:paraId="1CC63A67" w14:textId="77777777" w:rsidR="00971124" w:rsidRDefault="00971124" w:rsidP="00971124">
      <w:pPr>
        <w:spacing w:after="81" w:line="259" w:lineRule="auto"/>
        <w:ind w:right="48"/>
      </w:pPr>
      <w:r>
        <w:t xml:space="preserve"> </w:t>
      </w:r>
    </w:p>
    <w:bookmarkEnd w:id="0"/>
    <w:p w14:paraId="4BFB7608" w14:textId="77777777" w:rsidR="002A165E" w:rsidRDefault="002A165E" w:rsidP="001C1C24">
      <w:pPr>
        <w:spacing w:after="224" w:line="259" w:lineRule="auto"/>
        <w:ind w:right="48"/>
        <w:rPr>
          <w:rtl/>
        </w:rPr>
      </w:pPr>
    </w:p>
    <w:p w14:paraId="60D26DF1" w14:textId="77777777" w:rsidR="002A165E" w:rsidRDefault="002A165E" w:rsidP="001C1C24">
      <w:pPr>
        <w:spacing w:after="224" w:line="259" w:lineRule="auto"/>
        <w:ind w:right="48"/>
        <w:rPr>
          <w:rtl/>
        </w:rPr>
      </w:pPr>
    </w:p>
    <w:p w14:paraId="7428F386" w14:textId="0B049A83" w:rsidR="002A165E" w:rsidRDefault="002A165E" w:rsidP="001C1C24">
      <w:pPr>
        <w:spacing w:after="224" w:line="259" w:lineRule="auto"/>
        <w:ind w:right="48"/>
        <w:rPr>
          <w:rtl/>
        </w:rPr>
      </w:pPr>
    </w:p>
    <w:p w14:paraId="5C5B10C9" w14:textId="255B3C6D" w:rsidR="002A165E" w:rsidRDefault="00F1397A" w:rsidP="0085647E">
      <w:pPr>
        <w:spacing w:after="224" w:line="259" w:lineRule="auto"/>
        <w:ind w:right="48"/>
        <w:rPr>
          <w:rtl/>
        </w:rPr>
      </w:pPr>
      <w:r>
        <w:rPr>
          <w:noProof/>
        </w:rPr>
        <mc:AlternateContent>
          <mc:Choice Requires="wps">
            <w:drawing>
              <wp:anchor distT="0" distB="0" distL="114300" distR="114300" simplePos="0" relativeHeight="251658243" behindDoc="0" locked="0" layoutInCell="1" allowOverlap="1" wp14:anchorId="0F91D0D7" wp14:editId="0B778F4A">
                <wp:simplePos x="0" y="0"/>
                <wp:positionH relativeFrom="page">
                  <wp:posOffset>2305050</wp:posOffset>
                </wp:positionH>
                <wp:positionV relativeFrom="page">
                  <wp:posOffset>8918575</wp:posOffset>
                </wp:positionV>
                <wp:extent cx="3657600" cy="365760"/>
                <wp:effectExtent l="0" t="0" r="7620" b="5715"/>
                <wp:wrapNone/>
                <wp:docPr id="2071323820"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8B753" w14:textId="77777777" w:rsidR="00F1397A" w:rsidRDefault="00F1397A" w:rsidP="00F1397A">
                            <w:pPr>
                              <w:jc w:val="center"/>
                            </w:pPr>
                            <w:r>
                              <w:rPr>
                                <w:rFonts w:hint="cs"/>
                                <w:rtl/>
                              </w:rPr>
                              <w:t xml:space="preserve">لعام : 2025 -2026 </w:t>
                            </w:r>
                          </w:p>
                          <w:p w14:paraId="5CFDED00" w14:textId="77777777" w:rsidR="00F1397A" w:rsidRDefault="00F1397A" w:rsidP="00F1397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F91D0D7" id="Text Box 2" o:spid="_x0000_s1056" type="#_x0000_t202" style="position:absolute;margin-left:181.5pt;margin-top:702.25pt;width:4in;height:28.8pt;z-index:251658243;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" filled="f" stroked="f" strokeweight=".5pt">
                <v:textbox style="mso-fit-shape-to-text:t" inset="0,0,0,0">
                  <w:txbxContent>
                    <w:p w14:paraId="68D8B753" w14:textId="77777777" w:rsidR="00F1397A" w:rsidRDefault="00F1397A" w:rsidP="00F1397A">
                      <w:pPr>
                        <w:jc w:val="center"/>
                      </w:pPr>
                      <w:r>
                        <w:rPr>
                          <w:rFonts w:hint="cs"/>
                          <w:rtl/>
                        </w:rPr>
                        <w:t xml:space="preserve">لعام : 2025 -2026 </w:t>
                      </w:r>
                    </w:p>
                    <w:p w14:paraId="5CFDED00" w14:textId="77777777" w:rsidR="00F1397A" w:rsidRDefault="00F1397A" w:rsidP="00F1397A">
                      <w:pPr>
                        <w:pStyle w:val="NoSpacing"/>
                        <w:rPr>
                          <w:color w:val="595959" w:themeColor="text1" w:themeTint="A6"/>
                          <w:sz w:val="20"/>
                          <w:szCs w:val="20"/>
                        </w:rPr>
                      </w:pPr>
                    </w:p>
                  </w:txbxContent>
                </v:textbox>
                <w10:wrap anchorx="page" anchory="page"/>
              </v:shape>
            </w:pict>
          </mc:Fallback>
        </mc:AlternateContent>
      </w:r>
    </w:p>
    <w:p w14:paraId="09D2471F" w14:textId="77777777" w:rsidR="002A165E" w:rsidRDefault="002A165E" w:rsidP="001C1C24">
      <w:pPr>
        <w:spacing w:after="224" w:line="259" w:lineRule="auto"/>
        <w:ind w:right="48"/>
        <w:rPr>
          <w:rtl/>
        </w:rPr>
      </w:pPr>
    </w:p>
    <w:p w14:paraId="31587F82" w14:textId="77777777" w:rsidR="0085647E" w:rsidRDefault="0085647E" w:rsidP="00BD28A4">
      <w:pPr>
        <w:spacing w:after="224" w:line="259" w:lineRule="auto"/>
        <w:ind w:right="48"/>
        <w:jc w:val="center"/>
        <w:rPr>
          <w:rtl/>
        </w:rPr>
      </w:pPr>
    </w:p>
    <w:p w14:paraId="4C799433" w14:textId="77777777" w:rsidR="0085647E" w:rsidRDefault="0085647E" w:rsidP="0085647E">
      <w:pPr>
        <w:spacing w:after="224" w:line="259" w:lineRule="auto"/>
        <w:ind w:right="48"/>
        <w:rPr>
          <w:rtl/>
        </w:rPr>
      </w:pPr>
    </w:p>
    <w:p w14:paraId="38BA2223" w14:textId="7C76FBF6" w:rsidR="0085647E" w:rsidRDefault="0085647E" w:rsidP="00BD28A4">
      <w:pPr>
        <w:spacing w:after="224" w:line="259" w:lineRule="auto"/>
        <w:ind w:right="48"/>
        <w:jc w:val="center"/>
        <w:rPr>
          <w:rtl/>
        </w:rPr>
      </w:pPr>
      <w:r w:rsidRPr="00BD28A4">
        <w:rPr>
          <w:noProof/>
        </w:rPr>
        <w:drawing>
          <wp:inline distT="0" distB="0" distL="0" distR="0" wp14:anchorId="7BAD12A3" wp14:editId="39B0E43C">
            <wp:extent cx="5743575" cy="5873129"/>
            <wp:effectExtent l="0" t="0" r="0" b="0"/>
            <wp:docPr id="1190867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175" cy="5892148"/>
                    </a:xfrm>
                    <a:prstGeom prst="rect">
                      <a:avLst/>
                    </a:prstGeom>
                    <a:noFill/>
                    <a:ln>
                      <a:noFill/>
                    </a:ln>
                  </pic:spPr>
                </pic:pic>
              </a:graphicData>
            </a:graphic>
          </wp:inline>
        </w:drawing>
      </w:r>
    </w:p>
    <w:p w14:paraId="71A098FB" w14:textId="77777777" w:rsidR="0085647E" w:rsidRDefault="0085647E" w:rsidP="00BD28A4">
      <w:pPr>
        <w:spacing w:after="224" w:line="259" w:lineRule="auto"/>
        <w:ind w:right="48"/>
        <w:jc w:val="center"/>
        <w:rPr>
          <w:rtl/>
        </w:rPr>
      </w:pPr>
    </w:p>
    <w:p w14:paraId="2F4FC663" w14:textId="77777777" w:rsidR="0085647E" w:rsidRDefault="0085647E" w:rsidP="00BD28A4">
      <w:pPr>
        <w:spacing w:after="224" w:line="259" w:lineRule="auto"/>
        <w:ind w:right="48"/>
        <w:jc w:val="center"/>
        <w:rPr>
          <w:rtl/>
        </w:rPr>
      </w:pPr>
    </w:p>
    <w:p w14:paraId="1288B5D3" w14:textId="77777777" w:rsidR="00962A2B" w:rsidRDefault="00962A2B" w:rsidP="00BD28A4">
      <w:pPr>
        <w:spacing w:after="224" w:line="259" w:lineRule="auto"/>
        <w:ind w:right="48"/>
        <w:jc w:val="center"/>
        <w:rPr>
          <w:rtl/>
        </w:rPr>
      </w:pPr>
    </w:p>
    <w:p w14:paraId="72B16851" w14:textId="3A85294A" w:rsidR="002A165E" w:rsidRDefault="002A165E" w:rsidP="00BD28A4">
      <w:pPr>
        <w:spacing w:after="224" w:line="259" w:lineRule="auto"/>
        <w:ind w:right="48"/>
        <w:jc w:val="center"/>
        <w:rPr>
          <w:noProof/>
          <w:rtl/>
        </w:rPr>
      </w:pPr>
    </w:p>
    <w:p w14:paraId="5827B912" w14:textId="77777777" w:rsidR="000B0DF2" w:rsidRDefault="000B0DF2" w:rsidP="00BD28A4">
      <w:pPr>
        <w:spacing w:after="224" w:line="259" w:lineRule="auto"/>
        <w:ind w:right="48"/>
        <w:jc w:val="center"/>
        <w:rPr>
          <w:noProof/>
          <w:rtl/>
        </w:rPr>
      </w:pPr>
    </w:p>
    <w:p w14:paraId="030D92F9" w14:textId="77777777" w:rsidR="00630B99" w:rsidRDefault="00630B99" w:rsidP="00BD28A4">
      <w:pPr>
        <w:spacing w:after="224" w:line="259" w:lineRule="auto"/>
        <w:ind w:right="48"/>
        <w:jc w:val="center"/>
        <w:rPr>
          <w:noProof/>
          <w:rtl/>
        </w:rPr>
      </w:pPr>
    </w:p>
    <w:p w14:paraId="74112A29" w14:textId="41A60A5D" w:rsidR="00812FE3" w:rsidRPr="00812FE3" w:rsidRDefault="00812FE3" w:rsidP="00812FE3">
      <w:pPr>
        <w:spacing w:after="224" w:line="259" w:lineRule="auto"/>
        <w:ind w:right="48"/>
        <w:jc w:val="center"/>
        <w:rPr>
          <w:b/>
          <w:bCs/>
          <w:noProof/>
          <w:sz w:val="40"/>
          <w:szCs w:val="40"/>
          <w:u w:val="single"/>
          <w:rtl/>
        </w:rPr>
      </w:pPr>
      <w:r w:rsidRPr="00812FE3">
        <w:rPr>
          <w:rFonts w:hint="cs"/>
          <w:b/>
          <w:bCs/>
          <w:noProof/>
          <w:sz w:val="40"/>
          <w:szCs w:val="40"/>
          <w:u w:val="single"/>
          <w:rtl/>
        </w:rPr>
        <w:t>حقوق</w:t>
      </w:r>
      <w:r w:rsidRPr="00812FE3">
        <w:rPr>
          <w:b/>
          <w:bCs/>
          <w:noProof/>
          <w:sz w:val="40"/>
          <w:szCs w:val="40"/>
          <w:u w:val="single"/>
          <w:rtl/>
        </w:rPr>
        <w:t xml:space="preserve"> </w:t>
      </w:r>
      <w:r w:rsidRPr="00812FE3">
        <w:rPr>
          <w:rFonts w:hint="cs"/>
          <w:b/>
          <w:bCs/>
          <w:noProof/>
          <w:sz w:val="40"/>
          <w:szCs w:val="40"/>
          <w:u w:val="single"/>
          <w:rtl/>
        </w:rPr>
        <w:t>الطباعة</w:t>
      </w:r>
    </w:p>
    <w:p w14:paraId="6850263F" w14:textId="77777777" w:rsidR="00812FE3" w:rsidRDefault="00812FE3" w:rsidP="00E7374A">
      <w:pPr>
        <w:spacing w:after="224" w:line="259" w:lineRule="auto"/>
        <w:ind w:right="48"/>
        <w:jc w:val="right"/>
        <w:rPr>
          <w:b/>
          <w:bCs/>
          <w:noProof/>
          <w:sz w:val="40"/>
          <w:szCs w:val="40"/>
          <w:rtl/>
        </w:rPr>
      </w:pPr>
    </w:p>
    <w:p w14:paraId="1CEF6C94" w14:textId="77777777" w:rsidR="00630B99" w:rsidRDefault="00630B99" w:rsidP="00E7374A">
      <w:pPr>
        <w:spacing w:after="224" w:line="259" w:lineRule="auto"/>
        <w:ind w:right="48"/>
        <w:jc w:val="right"/>
        <w:rPr>
          <w:b/>
          <w:bCs/>
          <w:noProof/>
          <w:sz w:val="40"/>
          <w:szCs w:val="40"/>
          <w:rtl/>
        </w:rPr>
      </w:pPr>
    </w:p>
    <w:p w14:paraId="7F942EF3" w14:textId="77777777" w:rsidR="003152D7" w:rsidRPr="009047A2" w:rsidRDefault="003152D7" w:rsidP="000B3D5D">
      <w:pPr>
        <w:spacing w:after="224" w:line="259" w:lineRule="auto"/>
        <w:ind w:right="48"/>
        <w:jc w:val="right"/>
        <w:rPr>
          <w:rFonts w:ascii="Simplified Arabic" w:hAnsi="Simplified Arabic" w:cs="Simplified Arabic"/>
          <w:noProof/>
          <w:sz w:val="28"/>
          <w:szCs w:val="28"/>
        </w:rPr>
      </w:pPr>
      <w:r w:rsidRPr="009047A2">
        <w:rPr>
          <w:rFonts w:ascii="Simplified Arabic" w:hAnsi="Simplified Arabic" w:cs="Simplified Arabic" w:hint="cs"/>
          <w:noProof/>
          <w:sz w:val="28"/>
          <w:szCs w:val="28"/>
          <w:rtl/>
        </w:rPr>
        <w:t>جميع</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محتويات</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هذا</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البحث</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من</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نصوص،</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جداول،</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استبيانات،</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ورسوم</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بيانية،</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هي</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ملك</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فكري</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لجامعة</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ميدأوشن،</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ولا</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يجوز</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نسخها</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أو</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إعادة</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نشرها</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أو</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توزيعها</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لأي</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جهة</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أخرى</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دون</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الحصول</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على</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إذن</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خطي</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مسبق</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من</w:t>
      </w:r>
      <w:r w:rsidRPr="009047A2">
        <w:rPr>
          <w:rFonts w:ascii="Simplified Arabic" w:hAnsi="Simplified Arabic" w:cs="Simplified Arabic"/>
          <w:noProof/>
          <w:sz w:val="28"/>
          <w:szCs w:val="28"/>
          <w:rtl/>
        </w:rPr>
        <w:t xml:space="preserve"> </w:t>
      </w:r>
      <w:r w:rsidRPr="009047A2">
        <w:rPr>
          <w:rFonts w:ascii="Simplified Arabic" w:hAnsi="Simplified Arabic" w:cs="Simplified Arabic" w:hint="cs"/>
          <w:noProof/>
          <w:sz w:val="28"/>
          <w:szCs w:val="28"/>
          <w:rtl/>
        </w:rPr>
        <w:t>الجامعة</w:t>
      </w:r>
    </w:p>
    <w:p w14:paraId="1FB75721" w14:textId="77777777" w:rsidR="00630B99" w:rsidRDefault="00630B99" w:rsidP="00630B99">
      <w:pPr>
        <w:spacing w:after="224" w:line="259" w:lineRule="auto"/>
        <w:ind w:right="48"/>
        <w:jc w:val="right"/>
        <w:rPr>
          <w:b/>
          <w:bCs/>
          <w:noProof/>
          <w:sz w:val="40"/>
          <w:szCs w:val="40"/>
          <w:rtl/>
        </w:rPr>
      </w:pPr>
    </w:p>
    <w:p w14:paraId="551E1F50" w14:textId="77777777" w:rsidR="00DA158C" w:rsidRDefault="00DA158C" w:rsidP="00630B99">
      <w:pPr>
        <w:spacing w:after="224" w:line="259" w:lineRule="auto"/>
        <w:ind w:right="48"/>
        <w:jc w:val="right"/>
        <w:rPr>
          <w:b/>
          <w:bCs/>
          <w:noProof/>
          <w:sz w:val="40"/>
          <w:szCs w:val="40"/>
        </w:rPr>
      </w:pPr>
    </w:p>
    <w:p w14:paraId="34256D43" w14:textId="77777777" w:rsidR="00DA158C" w:rsidRDefault="00DA158C" w:rsidP="00630B99">
      <w:pPr>
        <w:spacing w:after="224" w:line="259" w:lineRule="auto"/>
        <w:ind w:right="48"/>
        <w:jc w:val="right"/>
        <w:rPr>
          <w:b/>
          <w:bCs/>
          <w:noProof/>
          <w:sz w:val="40"/>
          <w:szCs w:val="40"/>
          <w:rtl/>
        </w:rPr>
      </w:pPr>
    </w:p>
    <w:p w14:paraId="5C49580B" w14:textId="77777777" w:rsidR="00630B99" w:rsidRDefault="00630B99" w:rsidP="00630B99">
      <w:pPr>
        <w:spacing w:after="224" w:line="259" w:lineRule="auto"/>
        <w:ind w:right="48"/>
        <w:jc w:val="right"/>
        <w:rPr>
          <w:b/>
          <w:bCs/>
          <w:noProof/>
          <w:sz w:val="40"/>
          <w:szCs w:val="40"/>
          <w:rtl/>
        </w:rPr>
      </w:pPr>
    </w:p>
    <w:p w14:paraId="007960B0" w14:textId="77777777" w:rsidR="002C6ABF" w:rsidRDefault="002C6ABF" w:rsidP="002C6ABF">
      <w:pPr>
        <w:spacing w:after="224" w:line="259" w:lineRule="auto"/>
        <w:ind w:right="48"/>
        <w:rPr>
          <w:b/>
          <w:bCs/>
          <w:noProof/>
          <w:sz w:val="40"/>
          <w:szCs w:val="40"/>
          <w:rtl/>
        </w:rPr>
      </w:pPr>
    </w:p>
    <w:p w14:paraId="7174C206" w14:textId="77777777" w:rsidR="00630B99" w:rsidRDefault="00630B99" w:rsidP="00630B99">
      <w:pPr>
        <w:spacing w:after="224" w:line="259" w:lineRule="auto"/>
        <w:ind w:right="48"/>
        <w:jc w:val="right"/>
        <w:rPr>
          <w:b/>
          <w:bCs/>
          <w:noProof/>
          <w:sz w:val="40"/>
          <w:szCs w:val="40"/>
          <w:rtl/>
        </w:rPr>
      </w:pPr>
    </w:p>
    <w:p w14:paraId="00D9F354" w14:textId="77777777" w:rsidR="00630B99" w:rsidRDefault="00630B99" w:rsidP="00630B99">
      <w:pPr>
        <w:spacing w:after="224" w:line="259" w:lineRule="auto"/>
        <w:ind w:right="48"/>
        <w:jc w:val="right"/>
        <w:rPr>
          <w:b/>
          <w:bCs/>
          <w:noProof/>
          <w:sz w:val="40"/>
          <w:szCs w:val="40"/>
          <w:rtl/>
        </w:rPr>
      </w:pPr>
    </w:p>
    <w:p w14:paraId="12386F0C" w14:textId="77777777" w:rsidR="00630B99" w:rsidRDefault="00630B99" w:rsidP="00630B99">
      <w:pPr>
        <w:spacing w:after="224" w:line="259" w:lineRule="auto"/>
        <w:ind w:right="48"/>
        <w:jc w:val="right"/>
        <w:rPr>
          <w:b/>
          <w:bCs/>
          <w:noProof/>
          <w:sz w:val="40"/>
          <w:szCs w:val="40"/>
          <w:rtl/>
        </w:rPr>
      </w:pPr>
    </w:p>
    <w:p w14:paraId="622DCF26" w14:textId="77777777" w:rsidR="00630B99" w:rsidRDefault="00630B99" w:rsidP="00630B99">
      <w:pPr>
        <w:spacing w:after="224" w:line="259" w:lineRule="auto"/>
        <w:ind w:right="48"/>
        <w:jc w:val="right"/>
        <w:rPr>
          <w:b/>
          <w:bCs/>
          <w:noProof/>
          <w:sz w:val="40"/>
          <w:szCs w:val="40"/>
          <w:rtl/>
        </w:rPr>
      </w:pPr>
    </w:p>
    <w:p w14:paraId="4349753B" w14:textId="77777777" w:rsidR="00630B99" w:rsidRDefault="00630B99" w:rsidP="00630B99">
      <w:pPr>
        <w:spacing w:after="224" w:line="259" w:lineRule="auto"/>
        <w:ind w:right="48"/>
        <w:jc w:val="right"/>
        <w:rPr>
          <w:b/>
          <w:bCs/>
          <w:noProof/>
          <w:sz w:val="40"/>
          <w:szCs w:val="40"/>
        </w:rPr>
      </w:pPr>
    </w:p>
    <w:p w14:paraId="62864AB5" w14:textId="77777777" w:rsidR="002C6ABF" w:rsidRPr="00E7374A" w:rsidRDefault="002C6ABF" w:rsidP="00630B99">
      <w:pPr>
        <w:spacing w:after="224" w:line="259" w:lineRule="auto"/>
        <w:ind w:right="48"/>
        <w:jc w:val="right"/>
        <w:rPr>
          <w:b/>
          <w:bCs/>
          <w:noProof/>
          <w:sz w:val="40"/>
          <w:szCs w:val="40"/>
          <w:rtl/>
        </w:rPr>
      </w:pPr>
    </w:p>
    <w:p w14:paraId="5AED581D" w14:textId="77777777" w:rsidR="007A66EF" w:rsidRPr="002E7552" w:rsidRDefault="007A66EF" w:rsidP="00AA0C8E">
      <w:pPr>
        <w:spacing w:after="224" w:line="259" w:lineRule="auto"/>
        <w:ind w:right="48"/>
        <w:jc w:val="center"/>
        <w:rPr>
          <w:b/>
          <w:bCs/>
          <w:sz w:val="28"/>
          <w:szCs w:val="28"/>
          <w:rtl/>
        </w:rPr>
      </w:pPr>
    </w:p>
    <w:p w14:paraId="221AD511" w14:textId="6DF85DE1" w:rsidR="002C6ABF" w:rsidRPr="00DA158C" w:rsidRDefault="00AA0C8E" w:rsidP="002C6ABF">
      <w:pPr>
        <w:spacing w:after="224" w:line="259" w:lineRule="auto"/>
        <w:ind w:right="48"/>
        <w:jc w:val="center"/>
        <w:rPr>
          <w:b/>
          <w:bCs/>
          <w:sz w:val="36"/>
          <w:szCs w:val="36"/>
        </w:rPr>
      </w:pPr>
      <w:r w:rsidRPr="00AA0C8E">
        <w:rPr>
          <w:rFonts w:hint="cs"/>
          <w:b/>
          <w:bCs/>
          <w:sz w:val="36"/>
          <w:szCs w:val="36"/>
          <w:rtl/>
        </w:rPr>
        <w:t>شكر</w:t>
      </w:r>
      <w:r w:rsidRPr="00AA0C8E">
        <w:rPr>
          <w:b/>
          <w:bCs/>
          <w:sz w:val="36"/>
          <w:szCs w:val="36"/>
          <w:rtl/>
        </w:rPr>
        <w:t xml:space="preserve"> </w:t>
      </w:r>
      <w:r w:rsidRPr="00AA0C8E">
        <w:rPr>
          <w:rFonts w:hint="cs"/>
          <w:b/>
          <w:bCs/>
          <w:sz w:val="36"/>
          <w:szCs w:val="36"/>
          <w:rtl/>
        </w:rPr>
        <w:t>وتقدير</w:t>
      </w:r>
      <w:r w:rsidR="000D02E8">
        <w:rPr>
          <w:rFonts w:hint="cs"/>
          <w:b/>
          <w:bCs/>
          <w:sz w:val="36"/>
          <w:szCs w:val="36"/>
          <w:rtl/>
        </w:rPr>
        <w:t xml:space="preserve"> !!</w:t>
      </w:r>
    </w:p>
    <w:p w14:paraId="6ABFFAEA" w14:textId="1B2580DD" w:rsidR="00A2234D" w:rsidRPr="00A2234D" w:rsidRDefault="0053301E" w:rsidP="00A2234D">
      <w:pPr>
        <w:jc w:val="center"/>
        <w:rPr>
          <w:rFonts w:ascii="Simplified Arabic" w:hAnsi="Simplified Arabic" w:cs="Simplified Arabic"/>
          <w:sz w:val="28"/>
          <w:szCs w:val="28"/>
        </w:rPr>
      </w:pPr>
      <w:r w:rsidRPr="0053301E">
        <w:rPr>
          <w:rFonts w:ascii="Simplified Arabic" w:hAnsi="Simplified Arabic" w:cs="Simplified Arabic" w:hint="cs"/>
          <w:sz w:val="28"/>
          <w:szCs w:val="28"/>
          <w:rtl/>
        </w:rPr>
        <w:t>ب</w:t>
      </w:r>
      <w:r w:rsidR="00A2234D" w:rsidRPr="00A2234D">
        <w:rPr>
          <w:rFonts w:ascii="Simplified Arabic" w:hAnsi="Simplified Arabic" w:cs="Simplified Arabic"/>
          <w:sz w:val="28"/>
          <w:szCs w:val="28"/>
          <w:rtl/>
        </w:rPr>
        <w:t>كل الحب والوفاء،    أتقدم بخالص الشكر والعرفان لكل من شاركني رحلة العلم والسعي نحو التميز</w:t>
      </w:r>
    </w:p>
    <w:p w14:paraId="6209C1F1" w14:textId="77777777" w:rsidR="00A2234D" w:rsidRPr="00A2234D" w:rsidRDefault="00A2234D" w:rsidP="00A2234D">
      <w:pPr>
        <w:jc w:val="center"/>
        <w:rPr>
          <w:rFonts w:ascii="Simplified Arabic" w:hAnsi="Simplified Arabic" w:cs="Simplified Arabic"/>
          <w:sz w:val="28"/>
          <w:szCs w:val="28"/>
        </w:rPr>
      </w:pPr>
      <w:r w:rsidRPr="00A2234D">
        <w:rPr>
          <w:rFonts w:ascii="Simplified Arabic" w:hAnsi="Simplified Arabic" w:cs="Simplified Arabic"/>
          <w:sz w:val="28"/>
          <w:szCs w:val="28"/>
          <w:rtl/>
        </w:rPr>
        <w:t>إلى كل من أضاء لي درب النجاح ومدّ لي يد العون والدعم، أهدي كلماتي هذه بصدق ووفاء</w:t>
      </w:r>
    </w:p>
    <w:p w14:paraId="2B6219B6" w14:textId="77777777" w:rsidR="00A2234D" w:rsidRPr="00A2234D" w:rsidRDefault="00A2234D" w:rsidP="00A2234D">
      <w:pPr>
        <w:jc w:val="center"/>
        <w:rPr>
          <w:rFonts w:ascii="Simplified Arabic" w:hAnsi="Simplified Arabic" w:cs="Simplified Arabic"/>
          <w:sz w:val="28"/>
          <w:szCs w:val="28"/>
        </w:rPr>
      </w:pPr>
      <w:r w:rsidRPr="00A2234D">
        <w:rPr>
          <w:rFonts w:ascii="Simplified Arabic" w:hAnsi="Simplified Arabic" w:cs="Simplified Arabic"/>
          <w:sz w:val="28"/>
          <w:szCs w:val="28"/>
          <w:rtl/>
        </w:rPr>
        <w:t>إلى وطني الحبيب، منبع العزة والفخر</w:t>
      </w:r>
    </w:p>
    <w:p w14:paraId="6D8128D1" w14:textId="77777777" w:rsidR="00A2234D" w:rsidRPr="00A2234D" w:rsidRDefault="00A2234D" w:rsidP="00A2234D">
      <w:pPr>
        <w:jc w:val="center"/>
        <w:rPr>
          <w:rFonts w:ascii="Simplified Arabic" w:hAnsi="Simplified Arabic" w:cs="Simplified Arabic"/>
          <w:sz w:val="28"/>
          <w:szCs w:val="28"/>
        </w:rPr>
      </w:pPr>
      <w:r w:rsidRPr="00A2234D">
        <w:rPr>
          <w:rFonts w:ascii="Simplified Arabic" w:hAnsi="Simplified Arabic" w:cs="Simplified Arabic"/>
          <w:sz w:val="28"/>
          <w:szCs w:val="28"/>
          <w:rtl/>
        </w:rPr>
        <w:t>إلى جامعتي الغالية، التي احتضنت طموحي العلمي</w:t>
      </w:r>
    </w:p>
    <w:p w14:paraId="0F07C1A1" w14:textId="77777777" w:rsidR="00A2234D" w:rsidRPr="00A2234D" w:rsidRDefault="00A2234D" w:rsidP="00A2234D">
      <w:pPr>
        <w:jc w:val="center"/>
        <w:rPr>
          <w:rFonts w:ascii="Simplified Arabic" w:hAnsi="Simplified Arabic" w:cs="Simplified Arabic"/>
          <w:sz w:val="28"/>
          <w:szCs w:val="28"/>
        </w:rPr>
      </w:pPr>
      <w:r w:rsidRPr="00A2234D">
        <w:rPr>
          <w:rFonts w:ascii="Simplified Arabic" w:hAnsi="Simplified Arabic" w:cs="Simplified Arabic"/>
          <w:sz w:val="28"/>
          <w:szCs w:val="28"/>
          <w:rtl/>
        </w:rPr>
        <w:t>إلى أساتذتي الأفاضل ، وزملائي الأعزاء ،</w:t>
      </w:r>
    </w:p>
    <w:p w14:paraId="03D086CB" w14:textId="379BFFF3" w:rsidR="005C56FD" w:rsidRPr="00D60089" w:rsidRDefault="00A2234D" w:rsidP="00A2234D">
      <w:pPr>
        <w:spacing w:after="224" w:line="259" w:lineRule="auto"/>
        <w:ind w:right="48"/>
        <w:jc w:val="center"/>
        <w:rPr>
          <w:rFonts w:asciiTheme="majorBidi" w:hAnsiTheme="majorBidi" w:cstheme="majorBidi"/>
          <w:b/>
          <w:bCs/>
          <w:sz w:val="52"/>
          <w:szCs w:val="52"/>
          <w:rtl/>
        </w:rPr>
      </w:pPr>
      <w:r>
        <w:t xml:space="preserve"> </w:t>
      </w:r>
      <w:r w:rsidR="005C56FD" w:rsidRPr="00D60089">
        <w:rPr>
          <w:rFonts w:asciiTheme="majorBidi" w:hAnsiTheme="majorBidi" w:cstheme="majorBidi"/>
          <w:b/>
          <w:bCs/>
          <w:sz w:val="52"/>
          <w:szCs w:val="52"/>
          <w:rtl/>
        </w:rPr>
        <w:t>زوجتي ال</w:t>
      </w:r>
      <w:r w:rsidR="00431F8D">
        <w:rPr>
          <w:rFonts w:asciiTheme="majorBidi" w:hAnsiTheme="majorBidi" w:cstheme="majorBidi" w:hint="cs"/>
          <w:b/>
          <w:bCs/>
          <w:sz w:val="52"/>
          <w:szCs w:val="52"/>
          <w:rtl/>
        </w:rPr>
        <w:t>غالية</w:t>
      </w:r>
      <w:r w:rsidR="004258D3" w:rsidRPr="00D60089">
        <w:rPr>
          <w:rFonts w:asciiTheme="majorBidi" w:hAnsiTheme="majorBidi" w:cstheme="majorBidi"/>
          <w:b/>
          <w:bCs/>
          <w:sz w:val="52"/>
          <w:szCs w:val="52"/>
          <w:rtl/>
        </w:rPr>
        <w:t xml:space="preserve"> </w:t>
      </w:r>
      <w:r w:rsidR="000D02E8" w:rsidRPr="00D60089">
        <w:rPr>
          <w:rFonts w:asciiTheme="majorBidi" w:hAnsiTheme="majorBidi" w:cstheme="majorBidi"/>
          <w:b/>
          <w:bCs/>
          <w:sz w:val="52"/>
          <w:szCs w:val="52"/>
          <w:rtl/>
        </w:rPr>
        <w:t>،</w:t>
      </w:r>
    </w:p>
    <w:p w14:paraId="2BF2C2CD" w14:textId="1FF24691" w:rsidR="00A71232" w:rsidRPr="006023B3" w:rsidRDefault="00A71232" w:rsidP="006023B3">
      <w:pPr>
        <w:jc w:val="center"/>
        <w:rPr>
          <w:rFonts w:ascii="Simplified Arabic" w:hAnsi="Simplified Arabic" w:cs="Simplified Arabic"/>
          <w:sz w:val="28"/>
          <w:szCs w:val="28"/>
        </w:rPr>
      </w:pPr>
      <w:r w:rsidRPr="006023B3">
        <w:rPr>
          <w:rFonts w:ascii="Simplified Arabic" w:hAnsi="Simplified Arabic" w:cs="Simplified Arabic" w:hint="cs"/>
          <w:sz w:val="28"/>
          <w:szCs w:val="28"/>
          <w:rtl/>
        </w:rPr>
        <w:t>يا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شريكتي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في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السراء</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والضراء</w:t>
      </w:r>
    </w:p>
    <w:p w14:paraId="1B27F829" w14:textId="2C89E046" w:rsidR="00A71232" w:rsidRPr="006023B3" w:rsidRDefault="00A71232" w:rsidP="006023B3">
      <w:pPr>
        <w:jc w:val="center"/>
        <w:rPr>
          <w:rFonts w:ascii="Simplified Arabic" w:hAnsi="Simplified Arabic" w:cs="Simplified Arabic"/>
          <w:sz w:val="28"/>
          <w:szCs w:val="28"/>
        </w:rPr>
      </w:pPr>
      <w:r w:rsidRPr="006023B3">
        <w:rPr>
          <w:rFonts w:ascii="Simplified Arabic" w:hAnsi="Simplified Arabic" w:cs="Simplified Arabic" w:hint="cs"/>
          <w:sz w:val="28"/>
          <w:szCs w:val="28"/>
          <w:rtl/>
        </w:rPr>
        <w:t>التي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كانت</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السند</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والداعم</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في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كل</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مراحل</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هذا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العمل،</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لكِ</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مني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خالص</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الامتنان</w:t>
      </w:r>
    </w:p>
    <w:p w14:paraId="6767ED85" w14:textId="77777777" w:rsidR="00A71232" w:rsidRPr="006023B3" w:rsidRDefault="00A71232" w:rsidP="006023B3">
      <w:pPr>
        <w:jc w:val="center"/>
        <w:rPr>
          <w:rFonts w:ascii="Simplified Arabic" w:hAnsi="Simplified Arabic" w:cs="Simplified Arabic"/>
          <w:sz w:val="28"/>
          <w:szCs w:val="28"/>
        </w:rPr>
      </w:pPr>
      <w:r w:rsidRPr="006023B3">
        <w:rPr>
          <w:rFonts w:ascii="Simplified Arabic" w:hAnsi="Simplified Arabic" w:cs="Simplified Arabic" w:hint="cs"/>
          <w:sz w:val="28"/>
          <w:szCs w:val="28"/>
          <w:rtl/>
        </w:rPr>
        <w:t>شكرا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لأنك</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أعطيتيني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الأمل</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ودعمتيني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في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كل</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خطوة</w:t>
      </w:r>
    </w:p>
    <w:p w14:paraId="70BC8636" w14:textId="585BB2C4" w:rsidR="00F52F06" w:rsidRPr="00AD7430" w:rsidRDefault="003D226C" w:rsidP="003D226C">
      <w:pPr>
        <w:spacing w:after="224" w:line="259" w:lineRule="auto"/>
        <w:ind w:right="48"/>
        <w:jc w:val="center"/>
        <w:rPr>
          <w:b/>
          <w:bCs/>
          <w:sz w:val="52"/>
          <w:szCs w:val="52"/>
          <w:rtl/>
        </w:rPr>
      </w:pPr>
      <w:r w:rsidRPr="00AD7430">
        <w:rPr>
          <w:b/>
          <w:bCs/>
          <w:sz w:val="52"/>
          <w:szCs w:val="52"/>
          <w:rtl/>
        </w:rPr>
        <w:t>أمي الحنونة وأبي الكريم</w:t>
      </w:r>
      <w:r w:rsidR="000D02E8">
        <w:rPr>
          <w:rFonts w:hint="cs"/>
          <w:b/>
          <w:bCs/>
          <w:sz w:val="52"/>
          <w:szCs w:val="52"/>
          <w:rtl/>
        </w:rPr>
        <w:t xml:space="preserve"> </w:t>
      </w:r>
      <w:r w:rsidRPr="00AD7430">
        <w:rPr>
          <w:b/>
          <w:bCs/>
          <w:sz w:val="52"/>
          <w:szCs w:val="52"/>
          <w:rtl/>
        </w:rPr>
        <w:t>،</w:t>
      </w:r>
    </w:p>
    <w:p w14:paraId="3D6B745A" w14:textId="77777777" w:rsidR="00D0549B" w:rsidRPr="006023B3" w:rsidRDefault="00D0549B" w:rsidP="006023B3">
      <w:pPr>
        <w:jc w:val="center"/>
        <w:rPr>
          <w:rFonts w:ascii="Simplified Arabic" w:hAnsi="Simplified Arabic" w:cs="Simplified Arabic"/>
          <w:sz w:val="28"/>
          <w:szCs w:val="28"/>
        </w:rPr>
      </w:pPr>
      <w:r w:rsidRPr="006023B3">
        <w:rPr>
          <w:rFonts w:ascii="Simplified Arabic" w:hAnsi="Simplified Arabic" w:cs="Simplified Arabic" w:hint="cs"/>
          <w:sz w:val="28"/>
          <w:szCs w:val="28"/>
          <w:rtl/>
        </w:rPr>
        <w:t>دعاؤكما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كان</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لي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زادًا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وسلاحًا،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فجزاكما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الله</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عني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خير</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الجزاء</w:t>
      </w:r>
    </w:p>
    <w:p w14:paraId="046B9812" w14:textId="35E2C992" w:rsidR="003D226C" w:rsidRPr="00AD7430" w:rsidRDefault="00BF0B70" w:rsidP="00BF0B70">
      <w:pPr>
        <w:spacing w:after="224" w:line="259" w:lineRule="auto"/>
        <w:ind w:right="48"/>
        <w:jc w:val="center"/>
        <w:rPr>
          <w:b/>
          <w:bCs/>
          <w:sz w:val="52"/>
          <w:szCs w:val="52"/>
          <w:rtl/>
        </w:rPr>
      </w:pPr>
      <w:r w:rsidRPr="00AD7430">
        <w:rPr>
          <w:sz w:val="52"/>
          <w:szCs w:val="52"/>
          <w:rtl/>
        </w:rPr>
        <w:t>إ</w:t>
      </w:r>
      <w:r w:rsidRPr="00AD7430">
        <w:rPr>
          <w:b/>
          <w:bCs/>
          <w:sz w:val="52"/>
          <w:szCs w:val="52"/>
          <w:rtl/>
        </w:rPr>
        <w:t>خوتي وأخواتي</w:t>
      </w:r>
      <w:r w:rsidR="000D02E8">
        <w:rPr>
          <w:rFonts w:hint="cs"/>
          <w:b/>
          <w:bCs/>
          <w:sz w:val="52"/>
          <w:szCs w:val="52"/>
          <w:rtl/>
        </w:rPr>
        <w:t xml:space="preserve"> </w:t>
      </w:r>
      <w:r w:rsidRPr="00AD7430">
        <w:rPr>
          <w:b/>
          <w:bCs/>
          <w:sz w:val="52"/>
          <w:szCs w:val="52"/>
          <w:rtl/>
        </w:rPr>
        <w:t>،</w:t>
      </w:r>
    </w:p>
    <w:p w14:paraId="6AF1920A" w14:textId="77777777" w:rsidR="002329AC" w:rsidRDefault="002329AC" w:rsidP="006023B3">
      <w:pPr>
        <w:jc w:val="center"/>
      </w:pPr>
      <w:r w:rsidRPr="006023B3">
        <w:rPr>
          <w:rFonts w:ascii="Simplified Arabic" w:hAnsi="Simplified Arabic" w:cs="Simplified Arabic" w:hint="cs"/>
          <w:sz w:val="28"/>
          <w:szCs w:val="28"/>
          <w:rtl/>
        </w:rPr>
        <w:t>الذين</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كانوا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دوماً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إلى</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جانبي</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بمحبتهم</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وتشجيعهم،</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شكراً</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من</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القلب</w:t>
      </w:r>
    </w:p>
    <w:p w14:paraId="5C381F64" w14:textId="5A39AABD" w:rsidR="005E4A79" w:rsidRPr="000D02E8" w:rsidRDefault="005E4A79" w:rsidP="005E4A79">
      <w:pPr>
        <w:spacing w:after="224" w:line="259" w:lineRule="auto"/>
        <w:ind w:right="48"/>
        <w:jc w:val="center"/>
        <w:rPr>
          <w:b/>
          <w:bCs/>
          <w:sz w:val="52"/>
          <w:szCs w:val="52"/>
          <w:rtl/>
        </w:rPr>
      </w:pPr>
      <w:r w:rsidRPr="000D02E8">
        <w:rPr>
          <w:rFonts w:hint="cs"/>
          <w:b/>
          <w:bCs/>
          <w:sz w:val="52"/>
          <w:szCs w:val="52"/>
          <w:rtl/>
        </w:rPr>
        <w:t>أبنائي</w:t>
      </w:r>
      <w:r w:rsidRPr="000D02E8">
        <w:rPr>
          <w:b/>
          <w:bCs/>
          <w:sz w:val="52"/>
          <w:szCs w:val="52"/>
          <w:rtl/>
        </w:rPr>
        <w:t xml:space="preserve"> </w:t>
      </w:r>
      <w:r w:rsidRPr="000D02E8">
        <w:rPr>
          <w:rFonts w:hint="cs"/>
          <w:b/>
          <w:bCs/>
          <w:sz w:val="52"/>
          <w:szCs w:val="52"/>
          <w:rtl/>
        </w:rPr>
        <w:t>الأحباء</w:t>
      </w:r>
      <w:r w:rsidRPr="000D02E8">
        <w:rPr>
          <w:b/>
          <w:bCs/>
          <w:sz w:val="52"/>
          <w:szCs w:val="52"/>
          <w:rtl/>
        </w:rPr>
        <w:t xml:space="preserve"> </w:t>
      </w:r>
      <w:r w:rsidRPr="000D02E8">
        <w:rPr>
          <w:rFonts w:hint="cs"/>
          <w:b/>
          <w:bCs/>
          <w:sz w:val="52"/>
          <w:szCs w:val="52"/>
          <w:rtl/>
        </w:rPr>
        <w:t>،</w:t>
      </w:r>
      <w:r w:rsidRPr="000D02E8">
        <w:rPr>
          <w:b/>
          <w:bCs/>
          <w:sz w:val="52"/>
          <w:szCs w:val="52"/>
          <w:rtl/>
        </w:rPr>
        <w:t xml:space="preserve"> </w:t>
      </w:r>
    </w:p>
    <w:p w14:paraId="6726E36B" w14:textId="77777777" w:rsidR="006023B3" w:rsidRPr="006023B3" w:rsidRDefault="006023B3" w:rsidP="006023B3">
      <w:pPr>
        <w:jc w:val="center"/>
        <w:rPr>
          <w:rFonts w:ascii="Simplified Arabic" w:hAnsi="Simplified Arabic" w:cs="Simplified Arabic"/>
          <w:sz w:val="28"/>
          <w:szCs w:val="28"/>
        </w:rPr>
      </w:pPr>
      <w:r w:rsidRPr="006023B3">
        <w:rPr>
          <w:rFonts w:ascii="Simplified Arabic" w:hAnsi="Simplified Arabic" w:cs="Simplified Arabic" w:hint="cs"/>
          <w:sz w:val="28"/>
          <w:szCs w:val="28"/>
          <w:rtl/>
        </w:rPr>
        <w:t>كنتم</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الدافع</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لتحقيق</w:t>
      </w:r>
      <w:r w:rsidRPr="006023B3">
        <w:rPr>
          <w:rFonts w:ascii="Simplified Arabic" w:hAnsi="Simplified Arabic" w:cs="Simplified Arabic"/>
          <w:sz w:val="28"/>
          <w:szCs w:val="28"/>
          <w:rtl/>
        </w:rPr>
        <w:t xml:space="preserve"> </w:t>
      </w:r>
      <w:r w:rsidRPr="006023B3">
        <w:rPr>
          <w:rFonts w:ascii="Simplified Arabic" w:hAnsi="Simplified Arabic" w:cs="Simplified Arabic" w:hint="cs"/>
          <w:sz w:val="28"/>
          <w:szCs w:val="28"/>
          <w:rtl/>
        </w:rPr>
        <w:t>الأحلام</w:t>
      </w:r>
    </w:p>
    <w:p w14:paraId="5F86003F" w14:textId="77777777" w:rsidR="005C56FD" w:rsidRDefault="005C56FD" w:rsidP="005C56FD">
      <w:pPr>
        <w:spacing w:after="224" w:line="259" w:lineRule="auto"/>
        <w:ind w:right="48"/>
        <w:jc w:val="center"/>
        <w:rPr>
          <w:rtl/>
        </w:rPr>
      </w:pPr>
    </w:p>
    <w:p w14:paraId="1B0A6071" w14:textId="77777777" w:rsidR="005C56FD" w:rsidRDefault="005C56FD" w:rsidP="00C96474">
      <w:pPr>
        <w:spacing w:after="224" w:line="259" w:lineRule="auto"/>
        <w:ind w:right="48"/>
        <w:jc w:val="right"/>
        <w:rPr>
          <w:rtl/>
        </w:rPr>
      </w:pPr>
    </w:p>
    <w:p w14:paraId="21039DDE" w14:textId="0478FD8D" w:rsidR="007D6A24" w:rsidRPr="00C96474" w:rsidRDefault="007D6A24" w:rsidP="00C96474">
      <w:pPr>
        <w:jc w:val="right"/>
        <w:rPr>
          <w:rFonts w:ascii="Simplified Arabic" w:hAnsi="Simplified Arabic" w:cs="Simplified Arabic"/>
          <w:sz w:val="28"/>
          <w:szCs w:val="28"/>
        </w:rPr>
      </w:pPr>
      <w:r w:rsidRPr="00C96474">
        <w:rPr>
          <w:rFonts w:ascii="Simplified Arabic" w:hAnsi="Simplified Arabic" w:cs="Simplified Arabic" w:hint="cs"/>
          <w:sz w:val="28"/>
          <w:szCs w:val="28"/>
          <w:rtl/>
        </w:rPr>
        <w:t>فهرس</w:t>
      </w:r>
      <w:r w:rsidRPr="00C96474">
        <w:rPr>
          <w:rFonts w:ascii="Simplified Arabic" w:hAnsi="Simplified Arabic" w:cs="Simplified Arabic"/>
          <w:sz w:val="28"/>
          <w:szCs w:val="28"/>
          <w:rtl/>
        </w:rPr>
        <w:t xml:space="preserve"> </w:t>
      </w:r>
      <w:r w:rsidRPr="00C96474">
        <w:rPr>
          <w:rFonts w:ascii="Simplified Arabic" w:hAnsi="Simplified Arabic" w:cs="Simplified Arabic" w:hint="cs"/>
          <w:sz w:val="28"/>
          <w:szCs w:val="28"/>
          <w:rtl/>
        </w:rPr>
        <w:t>المحتوي</w:t>
      </w:r>
      <w:r w:rsidR="00C96474" w:rsidRPr="00C96474">
        <w:rPr>
          <w:rFonts w:ascii="Simplified Arabic" w:hAnsi="Simplified Arabic" w:cs="Simplified Arabic" w:hint="cs"/>
          <w:sz w:val="28"/>
          <w:szCs w:val="28"/>
          <w:rtl/>
        </w:rPr>
        <w:t>:</w:t>
      </w:r>
      <w:r w:rsidRPr="00C96474">
        <w:rPr>
          <w:rFonts w:ascii="Simplified Arabic" w:hAnsi="Simplified Arabic" w:cs="Simplified Arabic"/>
          <w:sz w:val="28"/>
          <w:szCs w:val="28"/>
        </w:rPr>
        <w:t xml:space="preserve"> </w:t>
      </w:r>
    </w:p>
    <w:p w14:paraId="22CC0BEA" w14:textId="17C62A12"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الحقوق</w:t>
      </w:r>
      <w:r w:rsidR="00C96474" w:rsidRPr="00512E76">
        <w:rPr>
          <w:rFonts w:ascii="Simplified Arabic" w:hAnsi="Simplified Arabic" w:cs="Simplified Arabic" w:hint="cs"/>
          <w:sz w:val="28"/>
          <w:szCs w:val="28"/>
          <w:rtl/>
        </w:rPr>
        <w:t xml:space="preserve"> ......................................................................................</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08F1E7AD" w14:textId="68707462"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شكر</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و</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تقدير</w:t>
      </w:r>
      <w:r w:rsidR="00512E76">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43519F41" w14:textId="01B3A98B"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المقدمة</w:t>
      </w:r>
      <w:r w:rsidR="00512E76">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2D575E6D" w14:textId="432AC7E5"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مشكلة</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0BCE3EF6" w14:textId="0FA2C1B9"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مدى</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تأثير</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02522229" w14:textId="3774DC22"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أهداف</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23F53A9D" w14:textId="321EA296"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أهمية</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11D669F7" w14:textId="6FF09E40"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تساؤلات</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69ABD370" w14:textId="1BA4891F"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منهجية</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7FDB5E0E" w14:textId="6551CEBF"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فروض</w:t>
      </w:r>
      <w:r w:rsidRPr="00512E76">
        <w:rPr>
          <w:rFonts w:ascii="Simplified Arabic" w:hAnsi="Simplified Arabic" w:cs="Simplified Arabic"/>
          <w:sz w:val="28"/>
          <w:szCs w:val="28"/>
          <w:rtl/>
        </w:rPr>
        <w:t xml:space="preserve"> </w:t>
      </w:r>
      <w:r w:rsidRPr="00512E76">
        <w:rPr>
          <w:rFonts w:ascii="Simplified Arabic" w:hAnsi="Simplified Arabic" w:cs="Simplified Arabic" w:hint="cs"/>
          <w:sz w:val="28"/>
          <w:szCs w:val="28"/>
          <w:rtl/>
        </w:rPr>
        <w:t>الدراسة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1DB42E48" w14:textId="4B15BA7D"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المصطلحات</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246048EA" w14:textId="18F6A2ED"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الدرسات</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1CD9FACC" w14:textId="7E10150D"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التوصيات</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71772A04" w14:textId="6331A9A9" w:rsidR="007D6A24" w:rsidRPr="00512E76" w:rsidRDefault="007D6A24" w:rsidP="00C96474">
      <w:pPr>
        <w:jc w:val="right"/>
        <w:rPr>
          <w:rFonts w:ascii="Simplified Arabic" w:hAnsi="Simplified Arabic" w:cs="Simplified Arabic"/>
          <w:sz w:val="28"/>
          <w:szCs w:val="28"/>
        </w:rPr>
      </w:pPr>
      <w:r w:rsidRPr="00512E76">
        <w:rPr>
          <w:rFonts w:ascii="Simplified Arabic" w:hAnsi="Simplified Arabic" w:cs="Simplified Arabic" w:hint="cs"/>
          <w:sz w:val="28"/>
          <w:szCs w:val="28"/>
          <w:rtl/>
        </w:rPr>
        <w:t>الخاتمة</w:t>
      </w:r>
      <w:r w:rsidR="00EA7C3A">
        <w:rPr>
          <w:rFonts w:ascii="Simplified Arabic" w:hAnsi="Simplified Arabic" w:cs="Simplified Arabic" w:hint="cs"/>
          <w:sz w:val="28"/>
          <w:szCs w:val="28"/>
          <w:rtl/>
        </w:rPr>
        <w:t xml:space="preserve">  ........................................................................................</w:t>
      </w:r>
      <w:r w:rsidRPr="00512E76">
        <w:rPr>
          <w:rFonts w:ascii="Simplified Arabic" w:hAnsi="Simplified Arabic" w:cs="Simplified Arabic"/>
          <w:sz w:val="28"/>
          <w:szCs w:val="28"/>
        </w:rPr>
        <w:t xml:space="preserve"> </w:t>
      </w:r>
    </w:p>
    <w:p w14:paraId="1A9198B7" w14:textId="02524456" w:rsidR="00342A21" w:rsidRPr="00512E76" w:rsidRDefault="007D6A24" w:rsidP="00C96474">
      <w:pPr>
        <w:spacing w:after="224" w:line="259" w:lineRule="auto"/>
        <w:ind w:right="48"/>
        <w:jc w:val="right"/>
        <w:rPr>
          <w:rFonts w:ascii="Simplified Arabic" w:hAnsi="Simplified Arabic" w:cs="Simplified Arabic"/>
          <w:sz w:val="28"/>
          <w:szCs w:val="28"/>
          <w:rtl/>
        </w:rPr>
      </w:pPr>
      <w:r w:rsidRPr="00512E76">
        <w:rPr>
          <w:rFonts w:ascii="Simplified Arabic" w:hAnsi="Simplified Arabic" w:cs="Simplified Arabic" w:hint="cs"/>
          <w:sz w:val="28"/>
          <w:szCs w:val="28"/>
          <w:rtl/>
        </w:rPr>
        <w:t>المراجع</w:t>
      </w:r>
      <w:r w:rsidR="00EA7C3A">
        <w:rPr>
          <w:rFonts w:ascii="Simplified Arabic" w:hAnsi="Simplified Arabic" w:cs="Simplified Arabic" w:hint="cs"/>
          <w:sz w:val="28"/>
          <w:szCs w:val="28"/>
          <w:rtl/>
        </w:rPr>
        <w:t xml:space="preserve">  .........................................................................................</w:t>
      </w:r>
    </w:p>
    <w:p w14:paraId="29EE3285" w14:textId="77777777" w:rsidR="00342A21" w:rsidRDefault="00342A21" w:rsidP="006439F7">
      <w:pPr>
        <w:spacing w:after="224" w:line="259" w:lineRule="auto"/>
        <w:ind w:right="48"/>
        <w:rPr>
          <w:rtl/>
        </w:rPr>
      </w:pPr>
    </w:p>
    <w:p w14:paraId="687DFB7F" w14:textId="77777777" w:rsidR="00342A21" w:rsidRDefault="00342A21" w:rsidP="002A39B1">
      <w:pPr>
        <w:spacing w:after="224" w:line="259" w:lineRule="auto"/>
        <w:ind w:right="48"/>
        <w:jc w:val="right"/>
        <w:rPr>
          <w:rtl/>
        </w:rPr>
      </w:pPr>
    </w:p>
    <w:p w14:paraId="0FB4EEB5" w14:textId="77777777" w:rsidR="00342A21" w:rsidRDefault="00342A21" w:rsidP="00EA7C3A">
      <w:pPr>
        <w:spacing w:after="224" w:line="259" w:lineRule="auto"/>
        <w:ind w:right="48"/>
        <w:rPr>
          <w:rtl/>
        </w:rPr>
      </w:pPr>
    </w:p>
    <w:p w14:paraId="5FF14815" w14:textId="77777777" w:rsidR="00342A21" w:rsidRDefault="00342A21" w:rsidP="002A39B1">
      <w:pPr>
        <w:spacing w:after="224" w:line="259" w:lineRule="auto"/>
        <w:ind w:right="48"/>
        <w:jc w:val="right"/>
        <w:rPr>
          <w:rtl/>
        </w:rPr>
      </w:pPr>
    </w:p>
    <w:p w14:paraId="31FF0CD8" w14:textId="632B22BC" w:rsidR="00686767" w:rsidRDefault="003E277B" w:rsidP="00686767">
      <w:pPr>
        <w:spacing w:after="224" w:line="259" w:lineRule="auto"/>
        <w:ind w:right="48"/>
        <w:jc w:val="right"/>
        <w:rPr>
          <w:b/>
          <w:bCs/>
          <w:sz w:val="32"/>
          <w:szCs w:val="32"/>
          <w:rtl/>
        </w:rPr>
      </w:pPr>
      <w:r>
        <w:rPr>
          <w:rFonts w:hint="cs"/>
          <w:b/>
          <w:bCs/>
          <w:sz w:val="32"/>
          <w:szCs w:val="32"/>
          <w:rtl/>
        </w:rPr>
        <w:t>المقدمة</w:t>
      </w:r>
      <w:r w:rsidR="00686767" w:rsidRPr="00686767">
        <w:rPr>
          <w:rFonts w:hint="cs"/>
          <w:b/>
          <w:bCs/>
          <w:sz w:val="32"/>
          <w:szCs w:val="32"/>
          <w:rtl/>
        </w:rPr>
        <w:t xml:space="preserve">: </w:t>
      </w:r>
    </w:p>
    <w:p w14:paraId="27A94675" w14:textId="77777777" w:rsidR="002475C1" w:rsidRPr="00686767" w:rsidRDefault="002475C1" w:rsidP="00686767">
      <w:pPr>
        <w:spacing w:after="224" w:line="259" w:lineRule="auto"/>
        <w:ind w:right="48"/>
        <w:jc w:val="right"/>
        <w:rPr>
          <w:b/>
          <w:bCs/>
          <w:sz w:val="32"/>
          <w:szCs w:val="32"/>
          <w:rtl/>
        </w:rPr>
      </w:pPr>
    </w:p>
    <w:p w14:paraId="0118CED2" w14:textId="77777777" w:rsidR="00C5470A" w:rsidRPr="00C5470A" w:rsidRDefault="00C5470A" w:rsidP="00C5470A">
      <w:pPr>
        <w:jc w:val="right"/>
        <w:rPr>
          <w:rFonts w:ascii="Simplified Arabic" w:hAnsi="Simplified Arabic" w:cs="Simplified Arabic"/>
          <w:sz w:val="28"/>
          <w:szCs w:val="28"/>
        </w:rPr>
      </w:pPr>
      <w:r w:rsidRPr="00C5470A">
        <w:rPr>
          <w:rFonts w:ascii="Simplified Arabic" w:hAnsi="Simplified Arabic" w:cs="Simplified Arabic" w:hint="cs"/>
          <w:sz w:val="28"/>
          <w:szCs w:val="28"/>
          <w:rtl/>
        </w:rPr>
        <w:t>تعتبر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الحديثة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ديناميكية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ومتغيرة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باستمرار،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حيث</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تتطلب</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المؤسسات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والموظفين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قدرة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عالية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لضمان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تحقيق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مستويات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يعد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المهارات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الأساسية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تؤثر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مباشرة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الأداء</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الفردي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والجماعي،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وتساهم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تحسين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الكفاءة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وتقليل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الهدر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الموارد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تلعب</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دورًا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حيويًا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تعزيز</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القدرة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التنافسية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للمؤسسات،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حيث</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تمثل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مقياسًا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رئيسيًا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لنجاح</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منظمة،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سواء</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كانت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عامة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أو</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خاصة،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محلية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أو</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دولية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لذلك،</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أصبح</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فهم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العلاقة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ورفع</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ضرورة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أكاديمية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وعملية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نفسه</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تسعى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هذه</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الدراسة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تقديم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رؤية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شاملة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حول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هذه</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العلاقة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خلال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استعراض</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النظريات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السابقة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وتطبيق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نموذج</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استبيان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افتراضي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لتحليل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أثر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p>
    <w:p w14:paraId="2FC30F2E" w14:textId="7E4BE64C" w:rsidR="00C5470A" w:rsidRPr="00C5470A" w:rsidRDefault="00C5470A" w:rsidP="00C5470A">
      <w:pPr>
        <w:jc w:val="right"/>
        <w:rPr>
          <w:rFonts w:ascii="Simplified Arabic" w:hAnsi="Simplified Arabic" w:cs="Simplified Arabic"/>
          <w:sz w:val="28"/>
          <w:szCs w:val="28"/>
        </w:rPr>
      </w:pP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ظل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التطورات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المتسارعة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يشهدها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العالم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مجالات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التقنية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والاتصال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وسرعة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التغيرات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التنظيمية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والإدارية،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أصبحت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أكثر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تعقيدًا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وتنافسية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مضى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ومع</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ازدياد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حجم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التحديات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وضغوط</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برزت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الحاجة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الملحّة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امتلاك</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مهارات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باعتبارها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أهم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الركائز</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يعتمد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عليها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النجاح</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الإداري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والمهني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مختلف</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القطاعات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فالمؤسسات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الحديثة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تعد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تقيس</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نجاحها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فقط</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بقدرتها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تحقيق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الأرباح،</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أيضًا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بمدى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كفاءتها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استثمار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مواردها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البشرية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والمادية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والزمنية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بأفضل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شكل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ممكن</w:t>
      </w:r>
    </w:p>
    <w:p w14:paraId="4CDBA769" w14:textId="77777777" w:rsidR="00B37438" w:rsidRDefault="00C5470A" w:rsidP="00C5470A">
      <w:pPr>
        <w:jc w:val="right"/>
        <w:rPr>
          <w:rFonts w:ascii="Simplified Arabic" w:hAnsi="Simplified Arabic" w:cs="Simplified Arabic"/>
          <w:sz w:val="28"/>
          <w:szCs w:val="28"/>
          <w:rtl/>
        </w:rPr>
      </w:pPr>
      <w:r w:rsidRPr="00C5470A">
        <w:rPr>
          <w:rFonts w:ascii="Simplified Arabic" w:hAnsi="Simplified Arabic" w:cs="Simplified Arabic" w:hint="cs"/>
          <w:sz w:val="28"/>
          <w:szCs w:val="28"/>
          <w:rtl/>
        </w:rPr>
        <w:t>إنّ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يمثل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الإطار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الذي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تُوزَّع</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خلاله</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المهام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والمسؤوليات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بطريقة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واضحة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ومنهجية،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بما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يضمن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تحقيق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الأهداف</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بكفاءة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ودقة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أما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فهي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الأداة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تمكّن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الأفراد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التخطيط</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السليم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للأنشطة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وتحديد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الأولويات،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مما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يسهم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تقليل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الهدر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وزيادة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هنا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تنبع</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العلاقة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الوثيقة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هذين</w:t>
      </w:r>
      <w:r w:rsidRPr="00C5470A">
        <w:rPr>
          <w:rFonts w:ascii="Simplified Arabic" w:hAnsi="Simplified Arabic" w:cs="Simplified Arabic"/>
          <w:sz w:val="28"/>
          <w:szCs w:val="28"/>
          <w:rtl/>
        </w:rPr>
        <w:t xml:space="preserve"> </w:t>
      </w:r>
    </w:p>
    <w:p w14:paraId="4E1D9919" w14:textId="77777777" w:rsidR="00B37438" w:rsidRDefault="00B37438" w:rsidP="00C5470A">
      <w:pPr>
        <w:jc w:val="right"/>
        <w:rPr>
          <w:rFonts w:ascii="Simplified Arabic" w:hAnsi="Simplified Arabic" w:cs="Simplified Arabic"/>
          <w:sz w:val="28"/>
          <w:szCs w:val="28"/>
          <w:rtl/>
        </w:rPr>
      </w:pPr>
    </w:p>
    <w:p w14:paraId="3E2FFA71" w14:textId="77777777" w:rsidR="00B37438" w:rsidRDefault="00B37438" w:rsidP="00C5470A">
      <w:pPr>
        <w:jc w:val="right"/>
        <w:rPr>
          <w:rFonts w:ascii="Simplified Arabic" w:hAnsi="Simplified Arabic" w:cs="Simplified Arabic"/>
          <w:sz w:val="28"/>
          <w:szCs w:val="28"/>
          <w:rtl/>
        </w:rPr>
      </w:pPr>
    </w:p>
    <w:p w14:paraId="692A16BA" w14:textId="60873603" w:rsidR="00C5470A" w:rsidRPr="00C5470A" w:rsidRDefault="00C5470A" w:rsidP="00C5470A">
      <w:pPr>
        <w:jc w:val="right"/>
        <w:rPr>
          <w:rFonts w:ascii="Simplified Arabic" w:hAnsi="Simplified Arabic" w:cs="Simplified Arabic"/>
          <w:sz w:val="28"/>
          <w:szCs w:val="28"/>
        </w:rPr>
      </w:pPr>
      <w:r w:rsidRPr="00C5470A">
        <w:rPr>
          <w:rFonts w:ascii="Simplified Arabic" w:hAnsi="Simplified Arabic" w:cs="Simplified Arabic" w:hint="cs"/>
          <w:sz w:val="28"/>
          <w:szCs w:val="28"/>
          <w:rtl/>
        </w:rPr>
        <w:t>المفهومين،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حيث</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يمكن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تحقيق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عالية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دون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فعّال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للمهام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ولا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واعية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فكل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دقيقة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تُهدر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تمثل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خسارة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محتملة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الأداء</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الكلي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للمؤسسة</w:t>
      </w:r>
      <w:r>
        <w:rPr>
          <w:rFonts w:ascii="Simplified Arabic" w:hAnsi="Simplified Arabic" w:cs="Simplified Arabic" w:hint="cs"/>
          <w:sz w:val="28"/>
          <w:szCs w:val="28"/>
          <w:rtl/>
        </w:rPr>
        <w:t xml:space="preserve"> .</w:t>
      </w:r>
      <w:r w:rsidRPr="00C5470A">
        <w:rPr>
          <w:rFonts w:ascii="Simplified Arabic" w:hAnsi="Simplified Arabic" w:cs="Simplified Arabic"/>
          <w:sz w:val="28"/>
          <w:szCs w:val="28"/>
        </w:rPr>
        <w:t xml:space="preserve"> </w:t>
      </w:r>
    </w:p>
    <w:p w14:paraId="2254D77F" w14:textId="0FF10F94" w:rsidR="00E34ECD" w:rsidRPr="005B22ED" w:rsidRDefault="00C5470A" w:rsidP="005B22ED">
      <w:pPr>
        <w:jc w:val="right"/>
        <w:rPr>
          <w:rFonts w:ascii="Simplified Arabic" w:hAnsi="Simplified Arabic" w:cs="Simplified Arabic"/>
          <w:sz w:val="28"/>
          <w:szCs w:val="28"/>
          <w:rtl/>
        </w:rPr>
      </w:pPr>
      <w:r w:rsidRPr="00C5470A">
        <w:rPr>
          <w:rFonts w:ascii="Simplified Arabic" w:hAnsi="Simplified Arabic" w:cs="Simplified Arabic" w:hint="cs"/>
          <w:sz w:val="28"/>
          <w:szCs w:val="28"/>
          <w:rtl/>
        </w:rPr>
        <w:t>تُعد</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اليوم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مؤشّرًا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رئيسيًا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لتقييم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كفاءة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المؤسسات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وقدرتها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التنافسية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الأسواق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المحلية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والعالمية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ومع</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التحولات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الاقتصادية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الكبرى،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أصبح</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الضروري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فهم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العوامل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التي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تؤثر</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تحسين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الإنتاجية،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رأسها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أساليب</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تنظيم</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فكلما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كانت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بيئة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العمل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منظمة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بشكل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فعّال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وتمت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الوقت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فيها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بحكمة،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انعكس</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ذلك</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إيجابًا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على</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جودة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المخرجات،</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وتقليل</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الأخطاء،</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وتحقيق</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رضا</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الموظفين</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والإدارة</w:t>
      </w:r>
      <w:r w:rsidRPr="00C5470A">
        <w:rPr>
          <w:rFonts w:ascii="Simplified Arabic" w:hAnsi="Simplified Arabic" w:cs="Simplified Arabic"/>
          <w:sz w:val="28"/>
          <w:szCs w:val="28"/>
          <w:rtl/>
        </w:rPr>
        <w:t xml:space="preserve"> </w:t>
      </w:r>
      <w:r w:rsidRPr="00C5470A">
        <w:rPr>
          <w:rFonts w:ascii="Simplified Arabic" w:hAnsi="Simplified Arabic" w:cs="Simplified Arabic" w:hint="cs"/>
          <w:sz w:val="28"/>
          <w:szCs w:val="28"/>
          <w:rtl/>
        </w:rPr>
        <w:t>معًا</w:t>
      </w:r>
    </w:p>
    <w:p w14:paraId="6E40331A" w14:textId="77777777" w:rsidR="006005A1" w:rsidRPr="006005A1" w:rsidRDefault="006005A1" w:rsidP="006005A1">
      <w:pPr>
        <w:spacing w:after="224" w:line="259" w:lineRule="auto"/>
        <w:ind w:right="48"/>
        <w:jc w:val="right"/>
        <w:rPr>
          <w:rFonts w:ascii="Simplified Arabic" w:hAnsi="Simplified Arabic" w:cs="Simplified Arabic"/>
          <w:sz w:val="28"/>
          <w:szCs w:val="28"/>
          <w:rtl/>
        </w:rPr>
      </w:pPr>
      <w:r w:rsidRPr="006005A1">
        <w:rPr>
          <w:rFonts w:ascii="Simplified Arabic" w:hAnsi="Simplified Arabic" w:cs="Simplified Arabic" w:hint="cs"/>
          <w:sz w:val="28"/>
          <w:szCs w:val="28"/>
          <w:rtl/>
        </w:rPr>
        <w:t>لقد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أثبتت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العديد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الدراسات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المؤسسات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تضع</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ضمن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استراتيجياتها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خططًا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واضحة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لتنظيم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وتدريب</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موظفيها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مهارات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إدارة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الوقت،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تحقق</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مستويات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الإنتاجية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وتتمتع</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ببيئة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أكثر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استقرارًا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وتحفيزًا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كما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إدارة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الوقت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أصبحت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تُعد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اليوم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أهم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المهارات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الشخصية</w:t>
      </w:r>
    </w:p>
    <w:p w14:paraId="024966CC" w14:textId="77777777" w:rsidR="001273EF" w:rsidRDefault="006005A1" w:rsidP="006005A1">
      <w:pPr>
        <w:spacing w:after="224" w:line="259" w:lineRule="auto"/>
        <w:ind w:right="48"/>
        <w:jc w:val="right"/>
        <w:rPr>
          <w:rFonts w:ascii="Simplified Arabic" w:hAnsi="Simplified Arabic" w:cs="Simplified Arabic"/>
          <w:sz w:val="28"/>
          <w:szCs w:val="28"/>
          <w:rtl/>
        </w:rPr>
      </w:pP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تُدرَّس  برامج</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التطوير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المهني،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نظرًا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لدورها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المحوري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تحقيق</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التوازن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الجهد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والنتائج،</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وبين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متطلبات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والحياة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الشخصية</w:t>
      </w:r>
    </w:p>
    <w:p w14:paraId="23A15779" w14:textId="5FE8D53D" w:rsidR="006005A1" w:rsidRPr="006005A1" w:rsidRDefault="006005A1" w:rsidP="006005A1">
      <w:pPr>
        <w:spacing w:after="224" w:line="259" w:lineRule="auto"/>
        <w:ind w:right="48"/>
        <w:jc w:val="right"/>
        <w:rPr>
          <w:rFonts w:ascii="Simplified Arabic" w:hAnsi="Simplified Arabic" w:cs="Simplified Arabic"/>
          <w:sz w:val="28"/>
          <w:szCs w:val="28"/>
        </w:rPr>
      </w:pPr>
      <w:r w:rsidRPr="006005A1">
        <w:rPr>
          <w:rFonts w:ascii="Simplified Arabic" w:hAnsi="Simplified Arabic" w:cs="Simplified Arabic"/>
          <w:sz w:val="28"/>
          <w:szCs w:val="28"/>
        </w:rPr>
        <w:t xml:space="preserve"> </w:t>
      </w:r>
    </w:p>
    <w:p w14:paraId="09E557D8" w14:textId="77777777" w:rsidR="006005A1" w:rsidRDefault="006005A1" w:rsidP="006005A1">
      <w:pPr>
        <w:spacing w:after="224" w:line="259" w:lineRule="auto"/>
        <w:ind w:right="48"/>
        <w:jc w:val="right"/>
        <w:rPr>
          <w:rFonts w:ascii="Simplified Arabic" w:hAnsi="Simplified Arabic" w:cs="Simplified Arabic"/>
          <w:sz w:val="28"/>
          <w:szCs w:val="28"/>
          <w:rtl/>
        </w:rPr>
      </w:pPr>
      <w:r w:rsidRPr="006005A1">
        <w:rPr>
          <w:rFonts w:ascii="Simplified Arabic" w:hAnsi="Simplified Arabic" w:cs="Simplified Arabic" w:hint="cs"/>
          <w:sz w:val="28"/>
          <w:szCs w:val="28"/>
          <w:rtl/>
        </w:rPr>
        <w:t>تسعى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هذه</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الدراسة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استكشاف</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العلاقة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تنظيم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وإدارة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الوقت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جهة،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ومستويات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الإنتاجية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بيئة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جهة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أخرى،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وذلك</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خلال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إطار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نظري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مدعوم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بأمثلة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تطبيقية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واستبيان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افتراضي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لقياس</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مدى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إدراك</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العاملين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لأهمية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هذين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العاملين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وتأثيرهما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أدائهم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كما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تهدف</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تسليط</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الضوء</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أبرز</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التحديات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تواجه</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الأفراد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والمؤسسات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تطبيق</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مبادئ</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التنظيم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وإدارة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الوقت،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واقتراح</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حلول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عملية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يمكن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ترفع</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كفاءة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الأداء</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العام</w:t>
      </w:r>
    </w:p>
    <w:p w14:paraId="2267571C" w14:textId="77777777" w:rsidR="00B37438" w:rsidRDefault="00B37438" w:rsidP="006005A1">
      <w:pPr>
        <w:spacing w:after="224" w:line="259" w:lineRule="auto"/>
        <w:ind w:right="48"/>
        <w:jc w:val="right"/>
        <w:rPr>
          <w:rFonts w:ascii="Simplified Arabic" w:hAnsi="Simplified Arabic" w:cs="Simplified Arabic"/>
          <w:sz w:val="28"/>
          <w:szCs w:val="28"/>
          <w:rtl/>
        </w:rPr>
      </w:pPr>
    </w:p>
    <w:p w14:paraId="2DC70263" w14:textId="77777777" w:rsidR="00B37438" w:rsidRDefault="00B37438" w:rsidP="006005A1">
      <w:pPr>
        <w:spacing w:after="224" w:line="259" w:lineRule="auto"/>
        <w:ind w:right="48"/>
        <w:jc w:val="right"/>
        <w:rPr>
          <w:rFonts w:ascii="Simplified Arabic" w:hAnsi="Simplified Arabic" w:cs="Simplified Arabic"/>
          <w:sz w:val="28"/>
          <w:szCs w:val="28"/>
          <w:rtl/>
        </w:rPr>
      </w:pPr>
    </w:p>
    <w:p w14:paraId="68D57933" w14:textId="77777777" w:rsidR="00B37438" w:rsidRPr="006005A1" w:rsidRDefault="00B37438" w:rsidP="006005A1">
      <w:pPr>
        <w:spacing w:after="224" w:line="259" w:lineRule="auto"/>
        <w:ind w:right="48"/>
        <w:jc w:val="right"/>
        <w:rPr>
          <w:rFonts w:ascii="Simplified Arabic" w:hAnsi="Simplified Arabic" w:cs="Simplified Arabic"/>
          <w:sz w:val="28"/>
          <w:szCs w:val="28"/>
        </w:rPr>
      </w:pPr>
    </w:p>
    <w:p w14:paraId="7A2E2880" w14:textId="77777777" w:rsidR="001273EF" w:rsidRDefault="001273EF" w:rsidP="006005A1">
      <w:pPr>
        <w:spacing w:after="224" w:line="259" w:lineRule="auto"/>
        <w:ind w:right="48"/>
        <w:jc w:val="right"/>
        <w:rPr>
          <w:rFonts w:ascii="Simplified Arabic" w:hAnsi="Simplified Arabic" w:cs="Simplified Arabic"/>
          <w:sz w:val="28"/>
          <w:szCs w:val="28"/>
          <w:rtl/>
        </w:rPr>
      </w:pPr>
    </w:p>
    <w:p w14:paraId="1AE3B5FA" w14:textId="54F94739" w:rsidR="00686767" w:rsidRDefault="006005A1" w:rsidP="006005A1">
      <w:pPr>
        <w:spacing w:after="224" w:line="259" w:lineRule="auto"/>
        <w:ind w:right="48"/>
        <w:jc w:val="right"/>
        <w:rPr>
          <w:rFonts w:ascii="Simplified Arabic" w:hAnsi="Simplified Arabic" w:cs="Simplified Arabic"/>
          <w:sz w:val="28"/>
          <w:szCs w:val="28"/>
        </w:rPr>
      </w:pPr>
      <w:r w:rsidRPr="006005A1">
        <w:rPr>
          <w:rFonts w:ascii="Simplified Arabic" w:hAnsi="Simplified Arabic" w:cs="Simplified Arabic" w:hint="cs"/>
          <w:sz w:val="28"/>
          <w:szCs w:val="28"/>
          <w:rtl/>
        </w:rPr>
        <w:t>إن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أهمية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هذه</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الدراسة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تقتصر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الجانب</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الأكاديمي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فحسب،</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تمتد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الواقع</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بيئات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العمل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المختلفة،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إذ</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يمكن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تسهم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نتائجها</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تطوير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سياسات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إدارية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أكثر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فعالية،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بناء</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ثقافة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تنظيمية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تقوم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التخطيط،</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والانضباط،</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وتحقيق</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أفضل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استثمار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للوقت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كأحد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أهم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الموارد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العصر</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الحديث</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ومن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خلال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الجمع</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بين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الجانب</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النظري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والتحليل</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التطبيقي،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تسعى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هذه</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الدراسة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إثراء</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الأدبيات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الإدارية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وتسليط</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الضوء</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استراتيجيات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عملية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تساعد</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القادة</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والمديرين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والعاملين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في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مختلف</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المستويات</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على</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تحسين</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إنتاجيتهم</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وتحقيق</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التميز</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المؤسسي</w:t>
      </w:r>
      <w:r w:rsidRPr="006005A1">
        <w:rPr>
          <w:rFonts w:ascii="Simplified Arabic" w:hAnsi="Simplified Arabic" w:cs="Simplified Arabic"/>
          <w:sz w:val="28"/>
          <w:szCs w:val="28"/>
          <w:rtl/>
        </w:rPr>
        <w:t xml:space="preserve"> </w:t>
      </w:r>
      <w:r w:rsidRPr="006005A1">
        <w:rPr>
          <w:rFonts w:ascii="Simplified Arabic" w:hAnsi="Simplified Arabic" w:cs="Simplified Arabic" w:hint="cs"/>
          <w:sz w:val="28"/>
          <w:szCs w:val="28"/>
          <w:rtl/>
        </w:rPr>
        <w:t>المستدام</w:t>
      </w:r>
    </w:p>
    <w:p w14:paraId="29679EA3" w14:textId="77777777" w:rsidR="004E481A" w:rsidRDefault="004E481A" w:rsidP="006005A1">
      <w:pPr>
        <w:spacing w:after="224" w:line="259" w:lineRule="auto"/>
        <w:ind w:right="48"/>
        <w:jc w:val="right"/>
        <w:rPr>
          <w:rFonts w:ascii="Simplified Arabic" w:hAnsi="Simplified Arabic" w:cs="Simplified Arabic"/>
          <w:sz w:val="28"/>
          <w:szCs w:val="28"/>
        </w:rPr>
      </w:pPr>
    </w:p>
    <w:p w14:paraId="0C4CB0CE" w14:textId="77777777" w:rsidR="00B37438" w:rsidRPr="00B37438" w:rsidRDefault="00B37438" w:rsidP="00B37438">
      <w:pPr>
        <w:spacing w:after="224" w:line="259" w:lineRule="auto"/>
        <w:ind w:right="48"/>
        <w:jc w:val="right"/>
        <w:rPr>
          <w:rFonts w:ascii="Simplified Arabic" w:hAnsi="Simplified Arabic" w:cs="Simplified Arabic"/>
          <w:sz w:val="28"/>
          <w:szCs w:val="28"/>
        </w:rPr>
      </w:pPr>
      <w:r w:rsidRPr="00B37438">
        <w:rPr>
          <w:rFonts w:ascii="Simplified Arabic" w:hAnsi="Simplified Arabic" w:cs="Simplified Arabic"/>
          <w:sz w:val="28"/>
          <w:szCs w:val="28"/>
          <w:rtl/>
        </w:rPr>
        <w:t>يشهد العالم في العصر الحديث تطورًا متسارعًا في مختلف المجالات، وخاصة في مجال الإدارة والأعمال، مما أدى إلى زيادة حدة المنافسة بين المؤسسات. وفي ظل هذه الظروف، أصبح من الضروري على المؤسسات تبني استراتيجيات فعالة تساعدها على تحسين أدائها وزيادة إنتاجيتها</w:t>
      </w:r>
    </w:p>
    <w:p w14:paraId="7527883B" w14:textId="77777777" w:rsidR="00B37438" w:rsidRPr="00B37438" w:rsidRDefault="00B37438" w:rsidP="00B37438">
      <w:pPr>
        <w:spacing w:after="224" w:line="259" w:lineRule="auto"/>
        <w:ind w:right="48"/>
        <w:jc w:val="right"/>
        <w:rPr>
          <w:rFonts w:ascii="Simplified Arabic" w:hAnsi="Simplified Arabic" w:cs="Simplified Arabic"/>
          <w:sz w:val="28"/>
          <w:szCs w:val="28"/>
        </w:rPr>
      </w:pPr>
      <w:r w:rsidRPr="00B37438">
        <w:rPr>
          <w:rFonts w:ascii="Simplified Arabic" w:hAnsi="Simplified Arabic" w:cs="Simplified Arabic"/>
          <w:sz w:val="28"/>
          <w:szCs w:val="28"/>
          <w:rtl/>
        </w:rPr>
        <w:t xml:space="preserve">ومن أبرز هذه الاستراتيجيات تنظيم العمل وإدارة الوقت، حيث يمثلان عنصرين أساسيين في تحقيق النجاح المؤسسي. فالتنظيم الجيد للعمل يساعد على توزيع المهام بشكل عادل ومنظم، بينما تسهم إدارة الوقت في استغلال الموارد الزمنية بأقصى كفاءة ممكنة </w:t>
      </w:r>
    </w:p>
    <w:p w14:paraId="08A23584" w14:textId="77777777" w:rsidR="00B37438" w:rsidRPr="00B37438" w:rsidRDefault="00B37438" w:rsidP="00B37438">
      <w:pPr>
        <w:spacing w:after="224" w:line="259" w:lineRule="auto"/>
        <w:ind w:right="48"/>
        <w:jc w:val="right"/>
        <w:rPr>
          <w:rFonts w:ascii="Simplified Arabic" w:hAnsi="Simplified Arabic" w:cs="Simplified Arabic"/>
          <w:sz w:val="28"/>
          <w:szCs w:val="28"/>
          <w:rtl/>
        </w:rPr>
      </w:pPr>
    </w:p>
    <w:p w14:paraId="51EBB77C" w14:textId="77777777" w:rsidR="00B37438" w:rsidRDefault="00B37438" w:rsidP="00B37438">
      <w:pPr>
        <w:spacing w:after="224" w:line="259" w:lineRule="auto"/>
        <w:ind w:right="48"/>
        <w:jc w:val="right"/>
        <w:rPr>
          <w:rFonts w:ascii="Simplified Arabic" w:hAnsi="Simplified Arabic" w:cs="Simplified Arabic"/>
          <w:sz w:val="28"/>
          <w:szCs w:val="28"/>
          <w:rtl/>
        </w:rPr>
      </w:pPr>
      <w:r w:rsidRPr="00B37438">
        <w:rPr>
          <w:rFonts w:ascii="Simplified Arabic" w:hAnsi="Simplified Arabic" w:cs="Simplified Arabic"/>
          <w:sz w:val="28"/>
          <w:szCs w:val="28"/>
          <w:rtl/>
        </w:rPr>
        <w:t>تُعَدّ إدارة الوقت وتنظيم العمل من الركائز الأساسية التي تقوم عليها كفاءة الأداء المؤسسي في العصر الحديث، حيث لم تعد المؤسسات تعتمد فقط على الموارد المادية والبشرية، بل أصبحت تعتمد بشكل متزايد على حسن استغلال الوقت باعتباره موردًا استراتيجيًا لا يمكن تعويضه. فكل دقيقة يتم استثمارها بشكل فعّال تسهم في تعزيز الإنتاجية وتحقيق الأهداف التنظيمية بكفاءة أعلى</w:t>
      </w:r>
    </w:p>
    <w:p w14:paraId="183DD473" w14:textId="77777777" w:rsidR="001273EF" w:rsidRDefault="001273EF" w:rsidP="00B37438">
      <w:pPr>
        <w:spacing w:after="224" w:line="259" w:lineRule="auto"/>
        <w:ind w:right="48"/>
        <w:jc w:val="right"/>
        <w:rPr>
          <w:rFonts w:ascii="Simplified Arabic" w:hAnsi="Simplified Arabic" w:cs="Simplified Arabic"/>
          <w:sz w:val="28"/>
          <w:szCs w:val="28"/>
          <w:rtl/>
        </w:rPr>
      </w:pPr>
    </w:p>
    <w:p w14:paraId="4065F773" w14:textId="77777777" w:rsidR="001273EF" w:rsidRDefault="001273EF" w:rsidP="00B37438">
      <w:pPr>
        <w:spacing w:after="224" w:line="259" w:lineRule="auto"/>
        <w:ind w:right="48"/>
        <w:jc w:val="right"/>
        <w:rPr>
          <w:rFonts w:ascii="Simplified Arabic" w:hAnsi="Simplified Arabic" w:cs="Simplified Arabic"/>
          <w:sz w:val="28"/>
          <w:szCs w:val="28"/>
          <w:rtl/>
        </w:rPr>
      </w:pPr>
    </w:p>
    <w:p w14:paraId="0C57F20C" w14:textId="77777777" w:rsidR="001273EF" w:rsidRPr="00B37438" w:rsidRDefault="001273EF" w:rsidP="00B37438">
      <w:pPr>
        <w:spacing w:after="224" w:line="259" w:lineRule="auto"/>
        <w:ind w:right="48"/>
        <w:jc w:val="right"/>
        <w:rPr>
          <w:rFonts w:ascii="Simplified Arabic" w:hAnsi="Simplified Arabic" w:cs="Simplified Arabic"/>
          <w:sz w:val="28"/>
          <w:szCs w:val="28"/>
          <w:rtl/>
        </w:rPr>
      </w:pPr>
    </w:p>
    <w:p w14:paraId="5AEAE22B" w14:textId="77777777" w:rsidR="00B37438" w:rsidRPr="00B37438" w:rsidRDefault="00B37438" w:rsidP="00B37438">
      <w:pPr>
        <w:spacing w:after="224" w:line="259" w:lineRule="auto"/>
        <w:ind w:right="48"/>
        <w:jc w:val="right"/>
        <w:rPr>
          <w:rFonts w:ascii="Simplified Arabic" w:hAnsi="Simplified Arabic" w:cs="Simplified Arabic"/>
          <w:sz w:val="28"/>
          <w:szCs w:val="28"/>
        </w:rPr>
      </w:pPr>
      <w:r w:rsidRPr="00B37438">
        <w:rPr>
          <w:rFonts w:ascii="Simplified Arabic" w:hAnsi="Simplified Arabic" w:cs="Simplified Arabic"/>
          <w:sz w:val="28"/>
          <w:szCs w:val="28"/>
          <w:rtl/>
        </w:rPr>
        <w:t>وفي ظل التحول الرقمي المتسارع، وظهور أنماط عمل جديدة مثل العمل عن بُعد والعمل المرن، ازدادت أهمية مهارات التنظيم وإدارة الوقت، حيث أصبح من الضروري على الأفراد والمؤسسات التكيف مع بيئات عمل متغيرة تتطلب سرعة في الإنجاز ودقة في الأداء. كما أن الاعتماد المتزايد على التكنولوجيا الحديثة فرض تحديات جديدة تتعلق بإدارة المهام وتحديد الأولويات، مما يستدعي تبني أساليب أكثر تطورًا في تنظيم العمل</w:t>
      </w:r>
    </w:p>
    <w:p w14:paraId="7FF36874" w14:textId="77777777" w:rsidR="00B37438" w:rsidRDefault="00B37438" w:rsidP="00B37438">
      <w:pPr>
        <w:spacing w:after="224" w:line="259" w:lineRule="auto"/>
        <w:ind w:right="48"/>
        <w:jc w:val="right"/>
        <w:rPr>
          <w:rFonts w:ascii="Simplified Arabic" w:hAnsi="Simplified Arabic" w:cs="Simplified Arabic"/>
          <w:sz w:val="28"/>
          <w:szCs w:val="28"/>
          <w:rtl/>
        </w:rPr>
      </w:pPr>
      <w:r w:rsidRPr="00B37438">
        <w:rPr>
          <w:rFonts w:ascii="Simplified Arabic" w:hAnsi="Simplified Arabic" w:cs="Simplified Arabic"/>
          <w:sz w:val="28"/>
          <w:szCs w:val="28"/>
          <w:rtl/>
        </w:rPr>
        <w:t>ومن ناحية أخرى، فإن غياب التنظيم الفعّال وإدارة الوقت يؤدي إلى العديد من المشكلات داخل بيئة العمل، مثل تداخل المهام، وتأخر إنجاز الأعمال، وزيادة الضغوط النفسية على الموظفين، مما يؤثر سلبًا على جودة الأداء والإنتاجية. لذلك، فإن تعزيز ثقافة تنظيم العمل والانضباط الزمني يُعد من أهم العوامل التي تساعد على تحقيق بيئة عمل مستقرة ومنتجة</w:t>
      </w:r>
    </w:p>
    <w:p w14:paraId="37173488" w14:textId="77777777" w:rsidR="00CA61ED" w:rsidRPr="00B37438" w:rsidRDefault="00CA61ED" w:rsidP="00B37438">
      <w:pPr>
        <w:spacing w:after="224" w:line="259" w:lineRule="auto"/>
        <w:ind w:right="48"/>
        <w:jc w:val="right"/>
        <w:rPr>
          <w:rFonts w:ascii="Simplified Arabic" w:hAnsi="Simplified Arabic" w:cs="Simplified Arabic"/>
          <w:sz w:val="28"/>
          <w:szCs w:val="28"/>
        </w:rPr>
      </w:pPr>
    </w:p>
    <w:p w14:paraId="37FB2C5E" w14:textId="77777777" w:rsidR="00B37438" w:rsidRDefault="00B37438" w:rsidP="00B37438">
      <w:pPr>
        <w:spacing w:after="224" w:line="259" w:lineRule="auto"/>
        <w:ind w:right="48"/>
        <w:jc w:val="right"/>
        <w:rPr>
          <w:rFonts w:ascii="Simplified Arabic" w:hAnsi="Simplified Arabic" w:cs="Simplified Arabic"/>
          <w:sz w:val="28"/>
          <w:szCs w:val="28"/>
          <w:rtl/>
        </w:rPr>
      </w:pPr>
      <w:r w:rsidRPr="00B37438">
        <w:rPr>
          <w:rFonts w:ascii="Simplified Arabic" w:hAnsi="Simplified Arabic" w:cs="Simplified Arabic"/>
          <w:sz w:val="28"/>
          <w:szCs w:val="28"/>
          <w:rtl/>
        </w:rPr>
        <w:t>كما تسهم مهارات إدارة الوقت في تمكين الأفراد من تحقيق التوازن بين متطلبات العمل والحياة الشخصية، مما ينعكس إيجابًا على مستوى الرضا الوظيفي والدافعية نحو العمل. فالموظف الذي يمتلك القدرة على تنظيم وقته بشكل فعّال يكون أكثر قدرة على الإنجاز، وأقل عرضة للتوتر والإجها</w:t>
      </w:r>
    </w:p>
    <w:p w14:paraId="1227D557" w14:textId="77777777" w:rsidR="00CA61ED" w:rsidRPr="00B37438" w:rsidRDefault="00CA61ED" w:rsidP="00B37438">
      <w:pPr>
        <w:spacing w:after="224" w:line="259" w:lineRule="auto"/>
        <w:ind w:right="48"/>
        <w:jc w:val="right"/>
        <w:rPr>
          <w:rFonts w:ascii="Simplified Arabic" w:hAnsi="Simplified Arabic" w:cs="Simplified Arabic"/>
          <w:sz w:val="28"/>
          <w:szCs w:val="28"/>
        </w:rPr>
      </w:pPr>
    </w:p>
    <w:p w14:paraId="39E1E04D" w14:textId="42C413CD" w:rsidR="00B37438" w:rsidRDefault="00B37438" w:rsidP="00B37438">
      <w:pPr>
        <w:spacing w:after="224" w:line="259" w:lineRule="auto"/>
        <w:ind w:right="48"/>
        <w:jc w:val="right"/>
        <w:rPr>
          <w:rFonts w:ascii="Simplified Arabic" w:hAnsi="Simplified Arabic" w:cs="Simplified Arabic"/>
          <w:sz w:val="28"/>
          <w:szCs w:val="28"/>
          <w:rtl/>
        </w:rPr>
      </w:pPr>
      <w:r w:rsidRPr="00B37438">
        <w:rPr>
          <w:rFonts w:ascii="Simplified Arabic" w:hAnsi="Simplified Arabic" w:cs="Simplified Arabic"/>
          <w:sz w:val="28"/>
          <w:szCs w:val="28"/>
          <w:rtl/>
        </w:rPr>
        <w:t>وبناءً على ما سبق، تتضح أهمية دراسة العلاقة بين تنظيم العمل وإدارة الوقت من جهة، ومستوى الإنتاجية من جهة أخرى، حيث تسعى هذه الدراسة إلى تحليل هذه العلاقة بشكل متكامل، وتقديم فهم أعمق لكيفية تأثير هذه العوامل على الأداء المؤسسي، بما يسهم في تقديم توصيات عملية تساعد المؤسسات على تحسين كفاءتها وتحقيق التميز المستدام</w:t>
      </w:r>
      <w:r w:rsidR="00CA61ED">
        <w:rPr>
          <w:rFonts w:ascii="Simplified Arabic" w:hAnsi="Simplified Arabic" w:cs="Simplified Arabic" w:hint="cs"/>
          <w:sz w:val="28"/>
          <w:szCs w:val="28"/>
          <w:rtl/>
        </w:rPr>
        <w:t xml:space="preserve"> .</w:t>
      </w:r>
    </w:p>
    <w:p w14:paraId="129B8C71" w14:textId="77777777" w:rsidR="00CA61ED" w:rsidRDefault="00CA61ED" w:rsidP="00B37438">
      <w:pPr>
        <w:spacing w:after="224" w:line="259" w:lineRule="auto"/>
        <w:ind w:right="48"/>
        <w:jc w:val="right"/>
        <w:rPr>
          <w:rFonts w:ascii="Simplified Arabic" w:hAnsi="Simplified Arabic" w:cs="Simplified Arabic"/>
          <w:sz w:val="28"/>
          <w:szCs w:val="28"/>
          <w:rtl/>
        </w:rPr>
      </w:pPr>
    </w:p>
    <w:p w14:paraId="129A896C" w14:textId="77777777" w:rsidR="000511C8" w:rsidRPr="00B37438" w:rsidRDefault="000511C8" w:rsidP="00B37438">
      <w:pPr>
        <w:spacing w:after="224" w:line="259" w:lineRule="auto"/>
        <w:ind w:right="48"/>
        <w:jc w:val="right"/>
        <w:rPr>
          <w:rFonts w:ascii="Simplified Arabic" w:hAnsi="Simplified Arabic" w:cs="Simplified Arabic"/>
          <w:sz w:val="28"/>
          <w:szCs w:val="28"/>
        </w:rPr>
      </w:pPr>
    </w:p>
    <w:p w14:paraId="15E72069" w14:textId="77777777" w:rsidR="00686767" w:rsidRDefault="00686767" w:rsidP="002A39B1">
      <w:pPr>
        <w:spacing w:after="224" w:line="259" w:lineRule="auto"/>
        <w:ind w:right="48"/>
        <w:jc w:val="right"/>
        <w:rPr>
          <w:rtl/>
        </w:rPr>
      </w:pPr>
    </w:p>
    <w:p w14:paraId="745E3810" w14:textId="664BF621" w:rsidR="003F22C0" w:rsidRDefault="005B22ED" w:rsidP="003F22C0">
      <w:pPr>
        <w:spacing w:after="224" w:line="259" w:lineRule="auto"/>
        <w:ind w:right="48"/>
        <w:jc w:val="right"/>
        <w:rPr>
          <w:b/>
          <w:bCs/>
          <w:sz w:val="32"/>
          <w:szCs w:val="32"/>
          <w:rtl/>
        </w:rPr>
      </w:pPr>
      <w:r w:rsidRPr="005B22ED">
        <w:rPr>
          <w:rFonts w:hint="cs"/>
          <w:b/>
          <w:bCs/>
          <w:sz w:val="32"/>
          <w:szCs w:val="32"/>
          <w:rtl/>
        </w:rPr>
        <w:t xml:space="preserve">مشكلة الراسة </w:t>
      </w:r>
      <w:r w:rsidR="00063E21" w:rsidRPr="00063E21">
        <w:rPr>
          <w:rFonts w:hint="cs"/>
          <w:b/>
          <w:bCs/>
          <w:sz w:val="32"/>
          <w:szCs w:val="32"/>
          <w:rtl/>
        </w:rPr>
        <w:t xml:space="preserve">: </w:t>
      </w:r>
    </w:p>
    <w:p w14:paraId="37F26BE8" w14:textId="77777777" w:rsidR="00063E21" w:rsidRDefault="00063E21" w:rsidP="00063E21">
      <w:pPr>
        <w:spacing w:after="224" w:line="259" w:lineRule="auto"/>
        <w:ind w:right="48"/>
        <w:jc w:val="right"/>
        <w:rPr>
          <w:sz w:val="28"/>
          <w:szCs w:val="28"/>
          <w:rtl/>
        </w:rPr>
      </w:pPr>
    </w:p>
    <w:p w14:paraId="2D9A385F" w14:textId="77777777" w:rsidR="006238C3" w:rsidRDefault="007C66A8" w:rsidP="00A42FC1">
      <w:pPr>
        <w:spacing w:after="224" w:line="259" w:lineRule="auto"/>
        <w:ind w:right="48"/>
        <w:jc w:val="right"/>
        <w:rPr>
          <w:rFonts w:ascii="Simplified Arabic" w:hAnsi="Simplified Arabic" w:cs="Simplified Arabic"/>
          <w:sz w:val="28"/>
          <w:szCs w:val="28"/>
          <w:rtl/>
        </w:rPr>
      </w:pP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الرغم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تزايد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الاهتمام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بمهارات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وإدارة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بيئة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العديد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تواجه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صعوبات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تحقيق</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مستويات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إنتاجية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عالية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بسبب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ضعف</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هذه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المهارات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لدى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بعض</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الموظفين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نقص</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التخطيط</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المؤسسي</w:t>
      </w:r>
    </w:p>
    <w:p w14:paraId="21CF6DD8" w14:textId="296F4AED" w:rsidR="007C66A8" w:rsidRPr="00A42FC1" w:rsidRDefault="007C66A8" w:rsidP="00A42FC1">
      <w:pPr>
        <w:spacing w:after="224" w:line="259" w:lineRule="auto"/>
        <w:ind w:right="48"/>
        <w:jc w:val="right"/>
        <w:rPr>
          <w:rFonts w:ascii="Simplified Arabic" w:hAnsi="Simplified Arabic" w:cs="Simplified Arabic"/>
          <w:sz w:val="28"/>
          <w:szCs w:val="28"/>
        </w:rPr>
      </w:pPr>
      <w:r w:rsidRPr="00A42FC1">
        <w:rPr>
          <w:rFonts w:ascii="Simplified Arabic" w:hAnsi="Simplified Arabic" w:cs="Simplified Arabic"/>
          <w:sz w:val="28"/>
          <w:szCs w:val="28"/>
        </w:rPr>
        <w:t xml:space="preserve"> </w:t>
      </w:r>
    </w:p>
    <w:p w14:paraId="310C4DD1" w14:textId="2A3EF4F9" w:rsidR="007C66A8" w:rsidRDefault="007C66A8" w:rsidP="00A42FC1">
      <w:pPr>
        <w:spacing w:after="224" w:line="259" w:lineRule="auto"/>
        <w:ind w:right="48"/>
        <w:jc w:val="right"/>
        <w:rPr>
          <w:rFonts w:ascii="Simplified Arabic" w:hAnsi="Simplified Arabic" w:cs="Simplified Arabic"/>
          <w:sz w:val="28"/>
          <w:szCs w:val="28"/>
          <w:rtl/>
        </w:rPr>
      </w:pPr>
      <w:r w:rsidRPr="00A42FC1">
        <w:rPr>
          <w:rFonts w:ascii="Simplified Arabic" w:hAnsi="Simplified Arabic" w:cs="Simplified Arabic" w:hint="cs"/>
          <w:sz w:val="28"/>
          <w:szCs w:val="28"/>
          <w:rtl/>
        </w:rPr>
        <w:t>تُعدّ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بيئة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الحديثة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أكثر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البيئات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تتسم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بالتغيّر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السريع</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والتعقيد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التنظيمي،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نتيجة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للتطورات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المتسارعة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مجالات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التكنولوجيا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والاتصال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وتزايد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التنافسية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ظل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هذه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التحولات،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أصبحت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الحاجة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مهارات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وإدارة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أمرًا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جوهريًا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يمكن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تجاهله،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لما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أثر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مباشر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مستوى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الأداء</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والإنتاجية</w:t>
      </w:r>
    </w:p>
    <w:p w14:paraId="5F7BBF85" w14:textId="77777777" w:rsidR="006238C3" w:rsidRPr="00A42FC1" w:rsidRDefault="006238C3" w:rsidP="00A42FC1">
      <w:pPr>
        <w:spacing w:after="224" w:line="259" w:lineRule="auto"/>
        <w:ind w:right="48"/>
        <w:jc w:val="right"/>
        <w:rPr>
          <w:rFonts w:ascii="Simplified Arabic" w:hAnsi="Simplified Arabic" w:cs="Simplified Arabic"/>
          <w:sz w:val="28"/>
          <w:szCs w:val="28"/>
        </w:rPr>
      </w:pPr>
    </w:p>
    <w:p w14:paraId="12DAE37C" w14:textId="77777777" w:rsidR="006238C3" w:rsidRDefault="007C66A8" w:rsidP="00A42FC1">
      <w:pPr>
        <w:spacing w:after="224" w:line="259" w:lineRule="auto"/>
        <w:ind w:right="48"/>
        <w:jc w:val="right"/>
        <w:rPr>
          <w:rFonts w:ascii="Simplified Arabic" w:hAnsi="Simplified Arabic" w:cs="Simplified Arabic"/>
          <w:sz w:val="28"/>
          <w:szCs w:val="28"/>
          <w:rtl/>
        </w:rPr>
      </w:pPr>
      <w:r w:rsidRPr="00A42FC1">
        <w:rPr>
          <w:rFonts w:ascii="Simplified Arabic" w:hAnsi="Simplified Arabic" w:cs="Simplified Arabic" w:hint="cs"/>
          <w:sz w:val="28"/>
          <w:szCs w:val="28"/>
          <w:rtl/>
        </w:rPr>
        <w:t>وعلى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الرغم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إدراك</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الكثير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لأهمية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إدارة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الممارسات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الفعلية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هذا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المجال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تزال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تعاني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أوجه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قصور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متعددة،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سواء</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المستوى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الفردي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التنظيمي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فكثير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الموظفين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يمتلكون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الوعي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الكافي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بأهمية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التخطيط</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المسبق</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للمهام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تحديد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الأولويات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توزيع</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الجهود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بطريقة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متوازنة،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مما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يؤدي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هدر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والموارد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وانخفاض</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مستوى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الإنتاجية</w:t>
      </w:r>
    </w:p>
    <w:p w14:paraId="2D0E7678" w14:textId="77777777" w:rsidR="00CA61ED" w:rsidRDefault="00CA61ED" w:rsidP="00A42FC1">
      <w:pPr>
        <w:spacing w:after="224" w:line="259" w:lineRule="auto"/>
        <w:ind w:right="48"/>
        <w:jc w:val="right"/>
        <w:rPr>
          <w:rFonts w:ascii="Simplified Arabic" w:hAnsi="Simplified Arabic" w:cs="Simplified Arabic"/>
          <w:sz w:val="28"/>
          <w:szCs w:val="28"/>
          <w:rtl/>
        </w:rPr>
      </w:pPr>
    </w:p>
    <w:p w14:paraId="56FDCD10" w14:textId="578F3C70" w:rsidR="006238C3" w:rsidRDefault="007C66A8" w:rsidP="00A42FC1">
      <w:pPr>
        <w:spacing w:after="224" w:line="259" w:lineRule="auto"/>
        <w:ind w:right="48"/>
        <w:jc w:val="right"/>
        <w:rPr>
          <w:rFonts w:ascii="Simplified Arabic" w:hAnsi="Simplified Arabic" w:cs="Simplified Arabic"/>
          <w:sz w:val="28"/>
          <w:szCs w:val="28"/>
          <w:rtl/>
        </w:rPr>
      </w:pPr>
      <w:r w:rsidRPr="00A42FC1">
        <w:rPr>
          <w:rFonts w:ascii="Simplified Arabic" w:hAnsi="Simplified Arabic" w:cs="Simplified Arabic" w:hint="cs"/>
          <w:sz w:val="28"/>
          <w:szCs w:val="28"/>
          <w:rtl/>
        </w:rPr>
        <w:t>إن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المشكلة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الرئيسة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تسعى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هذه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الدراسة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تناولها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تتمثل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ضعف</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العلاقة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التكاملية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وإدارة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داخل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وما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يترتب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ذلك</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آثار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سلبية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كفاءة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الأداء</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وجودة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المخرجات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فغياب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الواضح</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للمهام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وتداخل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المسؤوليات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يؤدي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تضارب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الأدوار،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ويُضعف</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روح</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التعاون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lastRenderedPageBreak/>
        <w:t>الموظفين،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كما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غياب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إدارة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فعّالة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للوقت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يؤدي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التأخر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إنجاز</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الأعمال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وزيادة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الضغوط</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النفسية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والمهنية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العاملين</w:t>
      </w:r>
    </w:p>
    <w:p w14:paraId="139759D4" w14:textId="2EFB0063" w:rsidR="007C66A8" w:rsidRPr="00A42FC1" w:rsidRDefault="007C66A8" w:rsidP="00A42FC1">
      <w:pPr>
        <w:spacing w:after="224" w:line="259" w:lineRule="auto"/>
        <w:ind w:right="48"/>
        <w:jc w:val="right"/>
        <w:rPr>
          <w:rFonts w:ascii="Simplified Arabic" w:hAnsi="Simplified Arabic" w:cs="Simplified Arabic"/>
          <w:sz w:val="28"/>
          <w:szCs w:val="28"/>
        </w:rPr>
      </w:pPr>
      <w:r w:rsidRPr="00A42FC1">
        <w:rPr>
          <w:rFonts w:ascii="Simplified Arabic" w:hAnsi="Simplified Arabic" w:cs="Simplified Arabic"/>
          <w:sz w:val="28"/>
          <w:szCs w:val="28"/>
        </w:rPr>
        <w:t xml:space="preserve"> </w:t>
      </w:r>
    </w:p>
    <w:p w14:paraId="4550C63F" w14:textId="77777777" w:rsidR="00A3590F" w:rsidRDefault="00A3590F" w:rsidP="007C66A8">
      <w:pPr>
        <w:spacing w:after="224" w:line="259" w:lineRule="auto"/>
        <w:ind w:right="48"/>
        <w:jc w:val="right"/>
        <w:rPr>
          <w:rFonts w:ascii="Simplified Arabic" w:hAnsi="Simplified Arabic" w:cs="Simplified Arabic"/>
          <w:sz w:val="28"/>
          <w:szCs w:val="28"/>
        </w:rPr>
      </w:pPr>
    </w:p>
    <w:p w14:paraId="324D8748" w14:textId="5E5A3283" w:rsidR="0044706B" w:rsidRPr="00A42FC1" w:rsidRDefault="007C66A8" w:rsidP="007C66A8">
      <w:pPr>
        <w:spacing w:after="224" w:line="259" w:lineRule="auto"/>
        <w:ind w:right="48"/>
        <w:jc w:val="right"/>
        <w:rPr>
          <w:rFonts w:ascii="Simplified Arabic" w:hAnsi="Simplified Arabic" w:cs="Simplified Arabic"/>
          <w:sz w:val="28"/>
          <w:szCs w:val="28"/>
        </w:rPr>
      </w:pPr>
      <w:r w:rsidRPr="00A42FC1">
        <w:rPr>
          <w:rFonts w:ascii="Simplified Arabic" w:hAnsi="Simplified Arabic" w:cs="Simplified Arabic" w:hint="cs"/>
          <w:sz w:val="28"/>
          <w:szCs w:val="28"/>
          <w:rtl/>
        </w:rPr>
        <w:t>وتتفاقم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هذه</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المشكلة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بشكل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خاص</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المؤسسات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تتبنى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أنظمة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واضحة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للتخطيط</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التي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تفتقر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ثقافة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إدارية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قائمة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الانضباط</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الزمني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والمتابعة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المستمرة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بعض</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بيئات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يُلاحظ</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الموظفين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يقضون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ساعات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طويلة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إنجاز</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مهام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يمكن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إتمامها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وقت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أقل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بكثير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لو</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تنظيم</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العمل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بشكل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أفضل،</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كما</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أن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غياب</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الرقابة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الزمنية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على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الأداء</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يؤدي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إلى</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تفاوت</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كبير</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في</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الإنتاجية</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بين</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الأفراد</w:t>
      </w:r>
      <w:r w:rsidRPr="00A42FC1">
        <w:rPr>
          <w:rFonts w:ascii="Simplified Arabic" w:hAnsi="Simplified Arabic" w:cs="Simplified Arabic"/>
          <w:sz w:val="28"/>
          <w:szCs w:val="28"/>
          <w:rtl/>
        </w:rPr>
        <w:t xml:space="preserve"> </w:t>
      </w:r>
      <w:r w:rsidRPr="00A42FC1">
        <w:rPr>
          <w:rFonts w:ascii="Simplified Arabic" w:hAnsi="Simplified Arabic" w:cs="Simplified Arabic" w:hint="cs"/>
          <w:sz w:val="28"/>
          <w:szCs w:val="28"/>
          <w:rtl/>
        </w:rPr>
        <w:t>والأقسام</w:t>
      </w:r>
    </w:p>
    <w:p w14:paraId="70AD4C72" w14:textId="77777777" w:rsidR="00BC19D7" w:rsidRPr="003157EE" w:rsidRDefault="00BC19D7" w:rsidP="000C61B1">
      <w:pPr>
        <w:spacing w:after="224" w:line="259" w:lineRule="auto"/>
        <w:ind w:right="48"/>
        <w:jc w:val="right"/>
        <w:rPr>
          <w:sz w:val="28"/>
          <w:szCs w:val="28"/>
        </w:rPr>
      </w:pPr>
    </w:p>
    <w:p w14:paraId="0B947F26" w14:textId="77777777" w:rsidR="003B10FB" w:rsidRDefault="003B10FB" w:rsidP="00063E21">
      <w:pPr>
        <w:spacing w:after="224" w:line="259" w:lineRule="auto"/>
        <w:ind w:right="48"/>
        <w:jc w:val="right"/>
        <w:rPr>
          <w:sz w:val="28"/>
          <w:szCs w:val="28"/>
          <w:rtl/>
        </w:rPr>
      </w:pPr>
    </w:p>
    <w:p w14:paraId="4BAD6B21" w14:textId="46D245FD" w:rsidR="00FF30C5" w:rsidRPr="00FF30C5" w:rsidRDefault="00FF30C5" w:rsidP="00FF30C5">
      <w:pPr>
        <w:spacing w:after="224" w:line="259" w:lineRule="auto"/>
        <w:ind w:right="48"/>
        <w:jc w:val="right"/>
        <w:rPr>
          <w:rFonts w:ascii="Simplified Arabic" w:hAnsi="Simplified Arabic" w:cs="Simplified Arabic"/>
          <w:sz w:val="28"/>
          <w:szCs w:val="28"/>
        </w:rPr>
      </w:pPr>
      <w:r w:rsidRPr="00FF30C5">
        <w:rPr>
          <w:rFonts w:ascii="Simplified Arabic" w:hAnsi="Simplified Arabic" w:cs="Simplified Arabic" w:hint="cs"/>
          <w:sz w:val="28"/>
          <w:szCs w:val="28"/>
          <w:rtl/>
        </w:rPr>
        <w:t>تنبع</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أهمية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معالجة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هذه</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المشكلة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كونها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تمس</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أحد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أهم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عناصر</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النجاح</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المؤسسي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وهو</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الإنتاجية</w:t>
      </w:r>
      <w:r w:rsidRPr="00FF30C5">
        <w:rPr>
          <w:rFonts w:ascii="Simplified Arabic" w:hAnsi="Simplified Arabic" w:cs="Simplified Arabic" w:hint="eastAsia"/>
          <w:sz w:val="28"/>
          <w:szCs w:val="28"/>
          <w:rtl/>
        </w:rPr>
        <w:t>”</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فكل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ضعف</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إدارة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الوقت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أو</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التنظيم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ينعكس</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سلبًا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على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مستوى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الأداء</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العام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للمؤسسة،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ويؤدي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إلى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زيادة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التكاليف</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التشغيلية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وانخفاض</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القدرة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التنافسية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كما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سوء</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إدارة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الوقت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يؤثر</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فقط</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على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المؤسسة،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يمتد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أثره</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إلى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الأفراد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أنفسهم،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إذ</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يسبب</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لهم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التوتر</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والإجهاد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ويضعف</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دافعيتهم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نحو</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العمل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والإبداع</w:t>
      </w:r>
    </w:p>
    <w:p w14:paraId="5D9CB0CC" w14:textId="77777777" w:rsidR="00FF30C5" w:rsidRPr="00FF30C5" w:rsidRDefault="00FF30C5" w:rsidP="00FF30C5">
      <w:pPr>
        <w:spacing w:after="224" w:line="259" w:lineRule="auto"/>
        <w:ind w:right="48"/>
        <w:jc w:val="right"/>
        <w:rPr>
          <w:rFonts w:ascii="Simplified Arabic" w:hAnsi="Simplified Arabic" w:cs="Simplified Arabic"/>
          <w:sz w:val="28"/>
          <w:szCs w:val="28"/>
        </w:rPr>
      </w:pPr>
    </w:p>
    <w:p w14:paraId="7CF3557D" w14:textId="5F376CA8" w:rsidR="003B10FB" w:rsidRDefault="00FF30C5" w:rsidP="00FF30C5">
      <w:pPr>
        <w:spacing w:after="224" w:line="259" w:lineRule="auto"/>
        <w:ind w:right="48"/>
        <w:jc w:val="right"/>
        <w:rPr>
          <w:rFonts w:ascii="Simplified Arabic" w:hAnsi="Simplified Arabic" w:cs="Simplified Arabic"/>
          <w:sz w:val="28"/>
          <w:szCs w:val="28"/>
          <w:rtl/>
        </w:rPr>
      </w:pPr>
      <w:r w:rsidRPr="00FF30C5">
        <w:rPr>
          <w:rFonts w:ascii="Simplified Arabic" w:hAnsi="Simplified Arabic" w:cs="Simplified Arabic" w:hint="cs"/>
          <w:sz w:val="28"/>
          <w:szCs w:val="28"/>
          <w:rtl/>
        </w:rPr>
        <w:t>ومن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خلال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ملاحظات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الباحث</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واستقراء</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الدراسات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السابقة،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يتضح</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هناك</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فجوة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واضحة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بين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الوعي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النظري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بأهمية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تنظيم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العمل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وإدارة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الوقت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وبين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التطبيق</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الفعلي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لهذه</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المفاهيم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الواقع</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العملي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فالكثير</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المؤسسات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تضع</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خططًا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نظرية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لتنظيم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المهام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لكنها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لا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تُنفَّذ</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بالشكل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المطلوب،</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كما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بعض</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الموظفين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يفتقرون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إلى</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مهارات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التخطيط</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الذاتي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وتنظيم</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الأولويات</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هذه</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الفجوة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بين</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النظرية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والممارسة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تُعدّ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أحد</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المحاور</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الأساسية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التي</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تستهدف</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هذه</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الدراسة</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معالجتها</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وتحليل</w:t>
      </w:r>
      <w:r w:rsidRPr="00FF30C5">
        <w:rPr>
          <w:rFonts w:ascii="Simplified Arabic" w:hAnsi="Simplified Arabic" w:cs="Simplified Arabic"/>
          <w:sz w:val="28"/>
          <w:szCs w:val="28"/>
          <w:rtl/>
        </w:rPr>
        <w:t xml:space="preserve"> </w:t>
      </w:r>
      <w:r w:rsidRPr="00FF30C5">
        <w:rPr>
          <w:rFonts w:ascii="Simplified Arabic" w:hAnsi="Simplified Arabic" w:cs="Simplified Arabic" w:hint="cs"/>
          <w:sz w:val="28"/>
          <w:szCs w:val="28"/>
          <w:rtl/>
        </w:rPr>
        <w:t>أسبابها</w:t>
      </w:r>
    </w:p>
    <w:p w14:paraId="080C9EF3" w14:textId="77777777" w:rsidR="007D2664" w:rsidRDefault="007D2664" w:rsidP="00FF30C5">
      <w:pPr>
        <w:spacing w:after="224" w:line="259" w:lineRule="auto"/>
        <w:ind w:right="48"/>
        <w:jc w:val="right"/>
        <w:rPr>
          <w:rFonts w:ascii="Simplified Arabic" w:hAnsi="Simplified Arabic" w:cs="Simplified Arabic"/>
          <w:sz w:val="28"/>
          <w:szCs w:val="28"/>
          <w:rtl/>
        </w:rPr>
      </w:pPr>
    </w:p>
    <w:p w14:paraId="00ED7C5D" w14:textId="4F1662EC" w:rsidR="0081570E" w:rsidRDefault="007D2664" w:rsidP="004F0428">
      <w:pPr>
        <w:spacing w:after="224" w:line="259" w:lineRule="auto"/>
        <w:ind w:right="48"/>
        <w:jc w:val="right"/>
        <w:rPr>
          <w:rFonts w:ascii="Simplified Arabic" w:hAnsi="Simplified Arabic" w:cs="Simplified Arabic"/>
          <w:sz w:val="28"/>
          <w:szCs w:val="28"/>
        </w:rPr>
      </w:pPr>
      <w:r w:rsidRPr="007D2664">
        <w:rPr>
          <w:rFonts w:ascii="Simplified Arabic" w:hAnsi="Simplified Arabic" w:cs="Simplified Arabic"/>
          <w:sz w:val="28"/>
          <w:szCs w:val="28"/>
          <w:rtl/>
        </w:rPr>
        <w:lastRenderedPageBreak/>
        <w:t>تكمن المشكلة في وجود فجوة واضحة بين المعرفة النظرية بأهمية تنظيم العمل وإدارة الوقت وبين التطبيق الفعلي داخل المؤسسات. حيث يعاني العديد من الموظفين من ضعف في مهارات التخطيط والتنظيم، مما يؤدي إلى هدر الوقت وانخفاض مستوى الإنتاجية</w:t>
      </w:r>
    </w:p>
    <w:p w14:paraId="58399F8F" w14:textId="77777777" w:rsidR="00A3590F" w:rsidRDefault="00A3590F" w:rsidP="004F0428">
      <w:pPr>
        <w:spacing w:after="224" w:line="259" w:lineRule="auto"/>
        <w:ind w:right="48"/>
        <w:jc w:val="right"/>
        <w:rPr>
          <w:rFonts w:ascii="Simplified Arabic" w:hAnsi="Simplified Arabic" w:cs="Simplified Arabic"/>
          <w:sz w:val="28"/>
          <w:szCs w:val="28"/>
        </w:rPr>
      </w:pPr>
    </w:p>
    <w:p w14:paraId="020D5E6C" w14:textId="3C629430" w:rsidR="00DB40CF" w:rsidRPr="007D2664" w:rsidRDefault="007D2664" w:rsidP="00DB40CF">
      <w:pPr>
        <w:spacing w:after="224" w:line="259" w:lineRule="auto"/>
        <w:ind w:right="48"/>
        <w:jc w:val="right"/>
        <w:rPr>
          <w:rFonts w:ascii="Simplified Arabic" w:hAnsi="Simplified Arabic" w:cs="Simplified Arabic"/>
          <w:sz w:val="28"/>
          <w:szCs w:val="28"/>
        </w:rPr>
      </w:pPr>
      <w:r w:rsidRPr="007D2664">
        <w:rPr>
          <w:rFonts w:ascii="Simplified Arabic" w:hAnsi="Simplified Arabic" w:cs="Simplified Arabic"/>
          <w:sz w:val="28"/>
          <w:szCs w:val="28"/>
          <w:rtl/>
        </w:rPr>
        <w:t>كما أن غياب الأنظمة الإدارية الواضحة، وعدم وجود متابعة مستمرة، يسهم في زيادة هذه المشكلة وتعقيدها</w:t>
      </w:r>
    </w:p>
    <w:p w14:paraId="3097C9B5" w14:textId="6AAA358F" w:rsidR="004811F3" w:rsidRPr="004811F3" w:rsidRDefault="004811F3" w:rsidP="004811F3">
      <w:pPr>
        <w:spacing w:after="224" w:line="259" w:lineRule="auto"/>
        <w:ind w:right="48"/>
        <w:jc w:val="right"/>
        <w:rPr>
          <w:rFonts w:ascii="Simplified Arabic" w:hAnsi="Simplified Arabic" w:cs="Simplified Arabic"/>
          <w:sz w:val="28"/>
          <w:szCs w:val="28"/>
        </w:rPr>
      </w:pPr>
      <w:r w:rsidRPr="004811F3">
        <w:rPr>
          <w:rFonts w:ascii="Simplified Arabic" w:hAnsi="Simplified Arabic" w:cs="Simplified Arabic"/>
          <w:sz w:val="28"/>
          <w:szCs w:val="28"/>
          <w:rtl/>
        </w:rPr>
        <w:t>وتتفاقم هذه المشكلة في ظل التغيرات المتسارعة التي تشهدها بيئات العمل الحديثة، حيث أصبحت المؤسسات تواجه ضغوطًا متزايدة لتحقيق مستويات عالية من الأداء في وقت محدود، مما يتطلب كفاءة عالية في تنظيم العمل وإدارة الوقت. إلا أن الواقع العملي يشير إلى وجود فجوة واضحة بين ما يُفترض تطبيقه من مبادئ تنظيمية وما يتم تنفيذه فعليًا داخل المؤسسات</w:t>
      </w:r>
    </w:p>
    <w:p w14:paraId="4A21F2D4" w14:textId="2EF0E5BC" w:rsidR="004811F3" w:rsidRPr="004811F3" w:rsidRDefault="004811F3" w:rsidP="004811F3">
      <w:pPr>
        <w:spacing w:after="224" w:line="259" w:lineRule="auto"/>
        <w:ind w:right="48"/>
        <w:jc w:val="right"/>
        <w:rPr>
          <w:rFonts w:ascii="Simplified Arabic" w:hAnsi="Simplified Arabic" w:cs="Simplified Arabic"/>
          <w:sz w:val="28"/>
          <w:szCs w:val="28"/>
        </w:rPr>
      </w:pPr>
      <w:r w:rsidRPr="004811F3">
        <w:rPr>
          <w:rFonts w:ascii="Simplified Arabic" w:hAnsi="Simplified Arabic" w:cs="Simplified Arabic"/>
          <w:sz w:val="28"/>
          <w:szCs w:val="28"/>
          <w:rtl/>
        </w:rPr>
        <w:t>كما أن تعدد المهام وتداخل المسؤوليات داخل بعض بيئات العمل يؤدي إلى إرباك الموظفين، ويجعل من الصعب عليهم تحديد أولوياتهم بشكل دقيق، مما ينعكس سلبًا على جودة الأداء وسرعة الإنجاز. ويزداد الأمر تعقيدًا في حال غياب التخطيط المسبق أو ضعف التنسيق بين الأقسام، حيث يؤدي ذلك إلى تكرار الجهود أو تأخير إنجاز الأعمال</w:t>
      </w:r>
    </w:p>
    <w:p w14:paraId="136D9333" w14:textId="0060E01A" w:rsidR="004811F3" w:rsidRPr="004811F3" w:rsidRDefault="004811F3" w:rsidP="004811F3">
      <w:pPr>
        <w:spacing w:after="224" w:line="259" w:lineRule="auto"/>
        <w:ind w:right="48"/>
        <w:jc w:val="right"/>
        <w:rPr>
          <w:rFonts w:ascii="Simplified Arabic" w:hAnsi="Simplified Arabic" w:cs="Simplified Arabic"/>
          <w:sz w:val="28"/>
          <w:szCs w:val="28"/>
        </w:rPr>
      </w:pPr>
      <w:r w:rsidRPr="004811F3">
        <w:rPr>
          <w:rFonts w:ascii="Simplified Arabic" w:hAnsi="Simplified Arabic" w:cs="Simplified Arabic"/>
          <w:sz w:val="28"/>
          <w:szCs w:val="28"/>
          <w:rtl/>
        </w:rPr>
        <w:t>ومن جانب آخر، فإن ضعف مهارات إدارة الوقت لدى بعض الموظفين، مثل عدم القدرة على تحديد الأولويات أو الالتزام بالمواعيد النهائية، يسهم في هدر الوقت وانخفاض الإنتاجية. كما أن الاعتماد على الأساليب التقليدية في إدارة العمل، وعدم الاستفادة من الأدوات الرقمية الحديثة، يزيد من حجم المشكلة ويحد من كفاءة الأداء</w:t>
      </w:r>
    </w:p>
    <w:p w14:paraId="6DB4B962" w14:textId="7D66ADD1" w:rsidR="004811F3" w:rsidRPr="004811F3" w:rsidRDefault="004811F3" w:rsidP="004811F3">
      <w:pPr>
        <w:spacing w:after="224" w:line="259" w:lineRule="auto"/>
        <w:ind w:right="48"/>
        <w:jc w:val="right"/>
        <w:rPr>
          <w:rFonts w:ascii="Simplified Arabic" w:hAnsi="Simplified Arabic" w:cs="Simplified Arabic"/>
          <w:sz w:val="28"/>
          <w:szCs w:val="28"/>
        </w:rPr>
      </w:pPr>
      <w:r w:rsidRPr="004811F3">
        <w:rPr>
          <w:rFonts w:ascii="Simplified Arabic" w:hAnsi="Simplified Arabic" w:cs="Simplified Arabic"/>
          <w:sz w:val="28"/>
          <w:szCs w:val="28"/>
          <w:rtl/>
        </w:rPr>
        <w:t>إضافة إلى ذلك، تلعب الثقافة التنظيمية دورًا مهمًا في تفاقم هذه المشكلة، حيث أن غياب ثقافة الالتزام والانضباط الزمني داخل المؤسسة يؤدي إلى انتشار السلوكيات السلبية مثل التأجيل والتسويف، مما يؤثر على سير العمل بشكل عام</w:t>
      </w:r>
    </w:p>
    <w:p w14:paraId="06B75376" w14:textId="77777777" w:rsidR="00DB40CF" w:rsidRDefault="00DB40CF" w:rsidP="004811F3">
      <w:pPr>
        <w:spacing w:after="224" w:line="259" w:lineRule="auto"/>
        <w:ind w:right="48"/>
        <w:jc w:val="right"/>
        <w:rPr>
          <w:rFonts w:ascii="Simplified Arabic" w:hAnsi="Simplified Arabic" w:cs="Simplified Arabic"/>
          <w:sz w:val="28"/>
          <w:szCs w:val="28"/>
        </w:rPr>
      </w:pPr>
    </w:p>
    <w:p w14:paraId="4938C4BC" w14:textId="2CDBC8E9" w:rsidR="004811F3" w:rsidRPr="004811F3" w:rsidRDefault="004811F3" w:rsidP="004811F3">
      <w:pPr>
        <w:spacing w:after="224" w:line="259" w:lineRule="auto"/>
        <w:ind w:right="48"/>
        <w:jc w:val="right"/>
        <w:rPr>
          <w:rFonts w:ascii="Simplified Arabic" w:hAnsi="Simplified Arabic" w:cs="Simplified Arabic"/>
          <w:sz w:val="28"/>
          <w:szCs w:val="28"/>
        </w:rPr>
      </w:pPr>
      <w:r w:rsidRPr="004811F3">
        <w:rPr>
          <w:rFonts w:ascii="Simplified Arabic" w:hAnsi="Simplified Arabic" w:cs="Simplified Arabic"/>
          <w:sz w:val="28"/>
          <w:szCs w:val="28"/>
          <w:rtl/>
        </w:rPr>
        <w:lastRenderedPageBreak/>
        <w:t>وعليه، تبرز الحاجة الملحة إلى دراسة هذه المشكلة بشكل علمي وتحليل أبعادها المختلفة، من أجل تحديد أسبابها الحقيقية، واقتراح حلول عملية تساعد المؤسسات على تحسين تنظيم العمل وإدارة الوقت، بما يسهم في رفع مستوى الإنتاجية وتحقيق الأهداف المؤسسية بكفاءة وفعالية</w:t>
      </w:r>
    </w:p>
    <w:p w14:paraId="5F1EE168" w14:textId="77777777" w:rsidR="0084183F" w:rsidRPr="004811F3" w:rsidRDefault="0084183F" w:rsidP="004811F3">
      <w:pPr>
        <w:spacing w:after="224" w:line="259" w:lineRule="auto"/>
        <w:ind w:right="48"/>
        <w:jc w:val="right"/>
        <w:rPr>
          <w:rFonts w:ascii="Simplified Arabic" w:hAnsi="Simplified Arabic" w:cs="Simplified Arabic"/>
          <w:sz w:val="28"/>
          <w:szCs w:val="28"/>
        </w:rPr>
      </w:pPr>
    </w:p>
    <w:p w14:paraId="1F00A0D4" w14:textId="77777777" w:rsidR="005B45E6" w:rsidRDefault="005B45E6" w:rsidP="00C25A16">
      <w:pPr>
        <w:spacing w:after="224" w:line="259" w:lineRule="auto"/>
        <w:ind w:right="48"/>
        <w:rPr>
          <w:sz w:val="28"/>
          <w:szCs w:val="28"/>
          <w:rtl/>
        </w:rPr>
      </w:pPr>
    </w:p>
    <w:p w14:paraId="6983323A" w14:textId="77777777" w:rsidR="001949AC" w:rsidRDefault="001949AC" w:rsidP="00C25A16">
      <w:pPr>
        <w:spacing w:after="224" w:line="259" w:lineRule="auto"/>
        <w:ind w:right="48"/>
        <w:rPr>
          <w:sz w:val="28"/>
          <w:szCs w:val="28"/>
          <w:rtl/>
        </w:rPr>
      </w:pPr>
    </w:p>
    <w:p w14:paraId="352B1AE4" w14:textId="4F082B53" w:rsidR="0084183F" w:rsidRPr="00B96A3A" w:rsidRDefault="00852C78" w:rsidP="0084183F">
      <w:pPr>
        <w:spacing w:after="224" w:line="259" w:lineRule="auto"/>
        <w:ind w:right="48"/>
        <w:jc w:val="right"/>
        <w:rPr>
          <w:b/>
          <w:bCs/>
          <w:color w:val="00B0F0"/>
          <w:sz w:val="32"/>
          <w:szCs w:val="32"/>
          <w:rtl/>
        </w:rPr>
      </w:pPr>
      <w:r w:rsidRPr="00B96A3A">
        <w:rPr>
          <w:b/>
          <w:bCs/>
          <w:color w:val="00B0F0"/>
          <w:sz w:val="32"/>
          <w:szCs w:val="32"/>
          <w:rtl/>
        </w:rPr>
        <w:t>مدى تأثير تنظيم العمل وإدارة الوقت على رفع مستوى الإنتاجية في بيئة العمل</w:t>
      </w:r>
      <w:r w:rsidRPr="00B96A3A">
        <w:rPr>
          <w:rFonts w:hint="cs"/>
          <w:b/>
          <w:bCs/>
          <w:color w:val="00B0F0"/>
          <w:sz w:val="32"/>
          <w:szCs w:val="32"/>
          <w:rtl/>
        </w:rPr>
        <w:t xml:space="preserve"> : </w:t>
      </w:r>
    </w:p>
    <w:p w14:paraId="2153798C" w14:textId="77777777" w:rsidR="008550BE" w:rsidRPr="001B6733" w:rsidRDefault="008550BE" w:rsidP="00323B21">
      <w:pPr>
        <w:spacing w:after="224" w:line="259" w:lineRule="auto"/>
        <w:ind w:right="48"/>
        <w:jc w:val="center"/>
        <w:rPr>
          <w:sz w:val="28"/>
          <w:szCs w:val="28"/>
        </w:rPr>
      </w:pPr>
    </w:p>
    <w:p w14:paraId="005064BB" w14:textId="767C15F1" w:rsidR="005B45E6" w:rsidRPr="00CF02C9" w:rsidRDefault="005B45E6" w:rsidP="00323B21">
      <w:pPr>
        <w:pStyle w:val="ListParagraph"/>
        <w:numPr>
          <w:ilvl w:val="0"/>
          <w:numId w:val="7"/>
        </w:numPr>
        <w:bidi/>
        <w:spacing w:after="160" w:line="278" w:lineRule="auto"/>
        <w:rPr>
          <w:color w:val="C0504D" w:themeColor="accent2"/>
          <w:sz w:val="32"/>
          <w:szCs w:val="32"/>
        </w:rPr>
      </w:pPr>
      <w:r w:rsidRPr="00CF02C9">
        <w:rPr>
          <w:b/>
          <w:bCs/>
          <w:color w:val="C0504D" w:themeColor="accent2"/>
          <w:sz w:val="32"/>
          <w:szCs w:val="32"/>
          <w:rtl/>
        </w:rPr>
        <w:t>أهمية تنظيم العمل وإدارة الوقت</w:t>
      </w:r>
      <w:r w:rsidRPr="00CF02C9">
        <w:rPr>
          <w:rFonts w:hint="cs"/>
          <w:b/>
          <w:bCs/>
          <w:color w:val="C0504D" w:themeColor="accent2"/>
          <w:sz w:val="32"/>
          <w:szCs w:val="32"/>
          <w:rtl/>
        </w:rPr>
        <w:t xml:space="preserve"> :</w:t>
      </w:r>
    </w:p>
    <w:p w14:paraId="589FC6CD" w14:textId="77777777" w:rsidR="0084183F" w:rsidRPr="00323B21" w:rsidRDefault="0084183F" w:rsidP="00911B35">
      <w:pPr>
        <w:pStyle w:val="ListParagraph"/>
        <w:bidi/>
        <w:spacing w:after="160" w:line="360" w:lineRule="auto"/>
        <w:ind w:left="1080"/>
        <w:rPr>
          <w:sz w:val="32"/>
          <w:szCs w:val="32"/>
        </w:rPr>
      </w:pPr>
    </w:p>
    <w:p w14:paraId="560846AA" w14:textId="77777777" w:rsidR="00DC640C" w:rsidRPr="00DC640C" w:rsidRDefault="00DC640C" w:rsidP="00911B35">
      <w:pPr>
        <w:pStyle w:val="ListParagraph"/>
        <w:numPr>
          <w:ilvl w:val="0"/>
          <w:numId w:val="8"/>
        </w:numPr>
        <w:bidi/>
        <w:spacing w:after="160" w:line="360" w:lineRule="auto"/>
        <w:rPr>
          <w:rFonts w:ascii="Simplified Arabic" w:hAnsi="Simplified Arabic" w:cs="Simplified Arabic"/>
          <w:sz w:val="28"/>
          <w:szCs w:val="28"/>
        </w:rPr>
      </w:pPr>
      <w:r w:rsidRPr="00DC640C">
        <w:rPr>
          <w:rFonts w:ascii="Simplified Arabic" w:hAnsi="Simplified Arabic" w:cs="Simplified Arabic" w:hint="cs"/>
          <w:sz w:val="28"/>
          <w:szCs w:val="28"/>
          <w:rtl/>
        </w:rPr>
        <w:t>يُعدّ</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تنظيم</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العمل</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وإدارة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الوقت</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من</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أبرز</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العوامل</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المؤثرة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في</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رفع</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مستوى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الإنتاجية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في</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المؤسسات</w:t>
      </w:r>
      <w:r w:rsidRPr="00DC640C">
        <w:rPr>
          <w:rFonts w:ascii="Simplified Arabic" w:hAnsi="Simplified Arabic" w:cs="Simplified Arabic"/>
          <w:sz w:val="28"/>
          <w:szCs w:val="28"/>
          <w:rtl/>
        </w:rPr>
        <w:t>.</w:t>
      </w:r>
    </w:p>
    <w:p w14:paraId="168BB8AF" w14:textId="413F6BCD" w:rsidR="00DC640C" w:rsidRPr="00DC640C" w:rsidRDefault="00DC640C" w:rsidP="00911B35">
      <w:pPr>
        <w:pStyle w:val="ListParagraph"/>
        <w:numPr>
          <w:ilvl w:val="0"/>
          <w:numId w:val="8"/>
        </w:numPr>
        <w:bidi/>
        <w:spacing w:after="160" w:line="360" w:lineRule="auto"/>
        <w:rPr>
          <w:rFonts w:ascii="Simplified Arabic" w:hAnsi="Simplified Arabic" w:cs="Simplified Arabic"/>
          <w:sz w:val="28"/>
          <w:szCs w:val="28"/>
        </w:rPr>
      </w:pPr>
      <w:r w:rsidRPr="00DC640C">
        <w:rPr>
          <w:rFonts w:ascii="Simplified Arabic" w:hAnsi="Simplified Arabic" w:cs="Simplified Arabic" w:hint="cs"/>
          <w:sz w:val="28"/>
          <w:szCs w:val="28"/>
          <w:rtl/>
        </w:rPr>
        <w:t>تسعى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المؤسسات</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الحديثة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إلى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تحقيق</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أهدافها</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باستخدام</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أقل</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الموارد</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الممكنة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من</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الوقت</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والجهد</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والتكاليف</w:t>
      </w:r>
      <w:r w:rsidRPr="00DC640C">
        <w:rPr>
          <w:rFonts w:ascii="Simplified Arabic" w:hAnsi="Simplified Arabic" w:cs="Simplified Arabic"/>
          <w:sz w:val="28"/>
          <w:szCs w:val="28"/>
          <w:rtl/>
        </w:rPr>
        <w:t>.</w:t>
      </w:r>
    </w:p>
    <w:p w14:paraId="6F854152" w14:textId="30B702EC" w:rsidR="005B45E6" w:rsidRDefault="00DC640C" w:rsidP="00911B35">
      <w:pPr>
        <w:pStyle w:val="ListParagraph"/>
        <w:numPr>
          <w:ilvl w:val="0"/>
          <w:numId w:val="8"/>
        </w:numPr>
        <w:bidi/>
        <w:spacing w:after="160" w:line="360" w:lineRule="auto"/>
        <w:rPr>
          <w:rFonts w:ascii="Simplified Arabic" w:hAnsi="Simplified Arabic" w:cs="Simplified Arabic"/>
          <w:sz w:val="28"/>
          <w:szCs w:val="28"/>
        </w:rPr>
      </w:pPr>
      <w:r w:rsidRPr="00DC640C">
        <w:rPr>
          <w:rFonts w:ascii="Simplified Arabic" w:hAnsi="Simplified Arabic" w:cs="Simplified Arabic" w:hint="cs"/>
          <w:sz w:val="28"/>
          <w:szCs w:val="28"/>
          <w:rtl/>
        </w:rPr>
        <w:t>يعتمد</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نجاح</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المؤسسة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على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مدى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كفاءة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نظامها</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التنظيمي</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وقدرة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موظفيها</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على</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إدارة</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الوقت</w:t>
      </w:r>
      <w:r w:rsidRPr="00DC640C">
        <w:rPr>
          <w:rFonts w:ascii="Simplified Arabic" w:hAnsi="Simplified Arabic" w:cs="Simplified Arabic"/>
          <w:sz w:val="28"/>
          <w:szCs w:val="28"/>
          <w:rtl/>
        </w:rPr>
        <w:t xml:space="preserve"> </w:t>
      </w:r>
      <w:r w:rsidRPr="00DC640C">
        <w:rPr>
          <w:rFonts w:ascii="Simplified Arabic" w:hAnsi="Simplified Arabic" w:cs="Simplified Arabic" w:hint="cs"/>
          <w:sz w:val="28"/>
          <w:szCs w:val="28"/>
          <w:rtl/>
        </w:rPr>
        <w:t>بفعالية</w:t>
      </w:r>
      <w:r w:rsidRPr="00DC640C">
        <w:rPr>
          <w:rFonts w:ascii="Simplified Arabic" w:hAnsi="Simplified Arabic" w:cs="Simplified Arabic"/>
          <w:sz w:val="28"/>
          <w:szCs w:val="28"/>
          <w:rtl/>
        </w:rPr>
        <w:t>.</w:t>
      </w:r>
    </w:p>
    <w:p w14:paraId="52FA9C1E" w14:textId="77EF9364" w:rsidR="006D3535" w:rsidRDefault="000A2E94" w:rsidP="00911B35">
      <w:pPr>
        <w:pStyle w:val="ListParagraph"/>
        <w:numPr>
          <w:ilvl w:val="0"/>
          <w:numId w:val="8"/>
        </w:numPr>
        <w:bidi/>
        <w:spacing w:after="160" w:line="360" w:lineRule="auto"/>
        <w:rPr>
          <w:rFonts w:ascii="Simplified Arabic" w:hAnsi="Simplified Arabic" w:cs="Simplified Arabic"/>
          <w:sz w:val="28"/>
          <w:szCs w:val="28"/>
        </w:rPr>
      </w:pPr>
      <w:r w:rsidRPr="000A2E94">
        <w:rPr>
          <w:rFonts w:ascii="Simplified Arabic" w:hAnsi="Simplified Arabic" w:cs="Simplified Arabic"/>
          <w:sz w:val="28"/>
          <w:szCs w:val="28"/>
          <w:rtl/>
        </w:rPr>
        <w:t>يُسهم تنظيم العمل وإدارة الوقت في تحقيق التوازن بين متطلبات العمل والموارد المتاحة داخل المؤسسة</w:t>
      </w:r>
      <w:r w:rsidR="00644177">
        <w:rPr>
          <w:rFonts w:ascii="Simplified Arabic" w:hAnsi="Simplified Arabic" w:cs="Simplified Arabic" w:hint="cs"/>
          <w:sz w:val="28"/>
          <w:szCs w:val="28"/>
          <w:rtl/>
        </w:rPr>
        <w:t xml:space="preserve"> .</w:t>
      </w:r>
    </w:p>
    <w:p w14:paraId="34E66F63" w14:textId="796FB8E4" w:rsidR="000A2E94" w:rsidRDefault="00644177" w:rsidP="00911B35">
      <w:pPr>
        <w:pStyle w:val="ListParagraph"/>
        <w:numPr>
          <w:ilvl w:val="0"/>
          <w:numId w:val="8"/>
        </w:numPr>
        <w:bidi/>
        <w:spacing w:after="160" w:line="360" w:lineRule="auto"/>
        <w:rPr>
          <w:rFonts w:ascii="Simplified Arabic" w:hAnsi="Simplified Arabic" w:cs="Simplified Arabic"/>
          <w:sz w:val="28"/>
          <w:szCs w:val="28"/>
        </w:rPr>
      </w:pPr>
      <w:r w:rsidRPr="00644177">
        <w:rPr>
          <w:rFonts w:ascii="Simplified Arabic" w:hAnsi="Simplified Arabic" w:cs="Simplified Arabic"/>
          <w:sz w:val="28"/>
          <w:szCs w:val="28"/>
          <w:rtl/>
        </w:rPr>
        <w:t>يساعد التنظيم الفعّال في تقليل العشوائية في تنفيذ المهام، مما يؤدي إلى تحسين سير العمل</w:t>
      </w:r>
      <w:r>
        <w:rPr>
          <w:rFonts w:ascii="Simplified Arabic" w:hAnsi="Simplified Arabic" w:cs="Simplified Arabic" w:hint="cs"/>
          <w:sz w:val="28"/>
          <w:szCs w:val="28"/>
          <w:rtl/>
        </w:rPr>
        <w:t xml:space="preserve"> .</w:t>
      </w:r>
    </w:p>
    <w:p w14:paraId="154AB0DE" w14:textId="00A47A13" w:rsidR="00644177" w:rsidRDefault="00644177" w:rsidP="00911B35">
      <w:pPr>
        <w:pStyle w:val="ListParagraph"/>
        <w:numPr>
          <w:ilvl w:val="0"/>
          <w:numId w:val="8"/>
        </w:numPr>
        <w:bidi/>
        <w:spacing w:after="160" w:line="360" w:lineRule="auto"/>
        <w:rPr>
          <w:rFonts w:ascii="Simplified Arabic" w:hAnsi="Simplified Arabic" w:cs="Simplified Arabic"/>
          <w:sz w:val="28"/>
          <w:szCs w:val="28"/>
        </w:rPr>
      </w:pPr>
      <w:r w:rsidRPr="00644177">
        <w:rPr>
          <w:rFonts w:ascii="Simplified Arabic" w:hAnsi="Simplified Arabic" w:cs="Simplified Arabic"/>
          <w:sz w:val="28"/>
          <w:szCs w:val="28"/>
          <w:rtl/>
        </w:rPr>
        <w:t>يؤدي الالتزام بإدارة الوقت إلى تقليل التأخير في إنجاز الأعمال وتحقيق الأهداف في الوقت المحدد</w:t>
      </w:r>
      <w:r>
        <w:rPr>
          <w:rFonts w:ascii="Simplified Arabic" w:hAnsi="Simplified Arabic" w:cs="Simplified Arabic" w:hint="cs"/>
          <w:sz w:val="28"/>
          <w:szCs w:val="28"/>
          <w:rtl/>
        </w:rPr>
        <w:t>.</w:t>
      </w:r>
    </w:p>
    <w:p w14:paraId="17971DC4" w14:textId="77777777" w:rsidR="00236B03" w:rsidRDefault="00236B03" w:rsidP="00901089">
      <w:pPr>
        <w:pStyle w:val="ListParagraph"/>
        <w:bidi/>
        <w:spacing w:after="160" w:line="360" w:lineRule="auto"/>
        <w:ind w:left="990"/>
        <w:rPr>
          <w:rFonts w:ascii="Simplified Arabic" w:hAnsi="Simplified Arabic" w:cs="Simplified Arabic"/>
          <w:sz w:val="28"/>
          <w:szCs w:val="28"/>
        </w:rPr>
      </w:pPr>
    </w:p>
    <w:p w14:paraId="34FE128F" w14:textId="7A83763E" w:rsidR="00644177" w:rsidRDefault="00B31071" w:rsidP="00911B35">
      <w:pPr>
        <w:pStyle w:val="ListParagraph"/>
        <w:numPr>
          <w:ilvl w:val="0"/>
          <w:numId w:val="8"/>
        </w:numPr>
        <w:bidi/>
        <w:spacing w:after="160" w:line="360" w:lineRule="auto"/>
        <w:rPr>
          <w:rFonts w:ascii="Simplified Arabic" w:hAnsi="Simplified Arabic" w:cs="Simplified Arabic"/>
          <w:sz w:val="28"/>
          <w:szCs w:val="28"/>
        </w:rPr>
      </w:pPr>
      <w:r w:rsidRPr="00B31071">
        <w:rPr>
          <w:rFonts w:ascii="Simplified Arabic" w:hAnsi="Simplified Arabic" w:cs="Simplified Arabic"/>
          <w:sz w:val="28"/>
          <w:szCs w:val="28"/>
          <w:rtl/>
        </w:rPr>
        <w:lastRenderedPageBreak/>
        <w:t>يعزز تنظيم العمل من وضوح الرؤية لدى الموظفين فيما يتعلق بمهامهم ومسؤولياتهم</w:t>
      </w:r>
      <w:r>
        <w:rPr>
          <w:rFonts w:ascii="Simplified Arabic" w:hAnsi="Simplified Arabic" w:cs="Simplified Arabic" w:hint="cs"/>
          <w:sz w:val="28"/>
          <w:szCs w:val="28"/>
          <w:rtl/>
        </w:rPr>
        <w:t>.</w:t>
      </w:r>
    </w:p>
    <w:p w14:paraId="087111E5" w14:textId="155825DD" w:rsidR="00B31071" w:rsidRDefault="00E42A16" w:rsidP="00911B35">
      <w:pPr>
        <w:pStyle w:val="ListParagraph"/>
        <w:numPr>
          <w:ilvl w:val="0"/>
          <w:numId w:val="8"/>
        </w:numPr>
        <w:bidi/>
        <w:spacing w:after="160" w:line="360" w:lineRule="auto"/>
        <w:rPr>
          <w:rFonts w:ascii="Simplified Arabic" w:hAnsi="Simplified Arabic" w:cs="Simplified Arabic"/>
          <w:sz w:val="28"/>
          <w:szCs w:val="28"/>
        </w:rPr>
      </w:pPr>
      <w:r w:rsidRPr="00E42A16">
        <w:rPr>
          <w:rFonts w:ascii="Simplified Arabic" w:hAnsi="Simplified Arabic" w:cs="Simplified Arabic"/>
          <w:sz w:val="28"/>
          <w:szCs w:val="28"/>
          <w:rtl/>
        </w:rPr>
        <w:t>يسهم في تحسين مستوى التنسيق بين الأقسام المختلفة داخل المؤسسة</w:t>
      </w:r>
      <w:r>
        <w:rPr>
          <w:rFonts w:ascii="Simplified Arabic" w:hAnsi="Simplified Arabic" w:cs="Simplified Arabic" w:hint="cs"/>
          <w:sz w:val="28"/>
          <w:szCs w:val="28"/>
          <w:rtl/>
        </w:rPr>
        <w:t xml:space="preserve"> .</w:t>
      </w:r>
    </w:p>
    <w:p w14:paraId="39551943" w14:textId="6856D0D6" w:rsidR="00E42A16" w:rsidRDefault="00DD4D53" w:rsidP="00911B35">
      <w:pPr>
        <w:pStyle w:val="ListParagraph"/>
        <w:numPr>
          <w:ilvl w:val="0"/>
          <w:numId w:val="8"/>
        </w:numPr>
        <w:bidi/>
        <w:spacing w:after="160" w:line="360" w:lineRule="auto"/>
        <w:rPr>
          <w:rFonts w:ascii="Simplified Arabic" w:hAnsi="Simplified Arabic" w:cs="Simplified Arabic"/>
          <w:sz w:val="28"/>
          <w:szCs w:val="28"/>
        </w:rPr>
      </w:pPr>
      <w:r w:rsidRPr="00DD4D53">
        <w:rPr>
          <w:rFonts w:ascii="Simplified Arabic" w:hAnsi="Simplified Arabic" w:cs="Simplified Arabic"/>
          <w:sz w:val="28"/>
          <w:szCs w:val="28"/>
          <w:rtl/>
        </w:rPr>
        <w:t>يقلل من التداخل في الأدوار ويمنع ازدواجية الجهود بين الموظفين</w:t>
      </w:r>
      <w:r>
        <w:rPr>
          <w:rFonts w:ascii="Simplified Arabic" w:hAnsi="Simplified Arabic" w:cs="Simplified Arabic" w:hint="cs"/>
          <w:sz w:val="28"/>
          <w:szCs w:val="28"/>
          <w:rtl/>
        </w:rPr>
        <w:t xml:space="preserve"> .</w:t>
      </w:r>
    </w:p>
    <w:p w14:paraId="1A47121D" w14:textId="77369D88" w:rsidR="00911B35" w:rsidRPr="00901089" w:rsidRDefault="00DD4D53" w:rsidP="00901089">
      <w:pPr>
        <w:pStyle w:val="ListParagraph"/>
        <w:numPr>
          <w:ilvl w:val="0"/>
          <w:numId w:val="8"/>
        </w:numPr>
        <w:bidi/>
        <w:spacing w:after="160" w:line="360" w:lineRule="auto"/>
        <w:rPr>
          <w:rFonts w:ascii="Simplified Arabic" w:hAnsi="Simplified Arabic" w:cs="Simplified Arabic"/>
          <w:sz w:val="28"/>
          <w:szCs w:val="28"/>
        </w:rPr>
      </w:pPr>
      <w:r w:rsidRPr="00DD4D53">
        <w:rPr>
          <w:rFonts w:ascii="Simplified Arabic" w:hAnsi="Simplified Arabic" w:cs="Simplified Arabic"/>
          <w:sz w:val="28"/>
          <w:szCs w:val="28"/>
          <w:rtl/>
        </w:rPr>
        <w:t>يساعد على استغلال الوقت بشكل أمثل من خلال تحديد الأولويات وتنظيم المهام</w:t>
      </w:r>
      <w:r>
        <w:rPr>
          <w:rFonts w:ascii="Simplified Arabic" w:hAnsi="Simplified Arabic" w:cs="Simplified Arabic" w:hint="cs"/>
          <w:sz w:val="28"/>
          <w:szCs w:val="28"/>
          <w:rtl/>
        </w:rPr>
        <w:t xml:space="preserve"> .</w:t>
      </w:r>
    </w:p>
    <w:p w14:paraId="0A1BB10F" w14:textId="4D6F6CAC" w:rsidR="00DD4D53" w:rsidRDefault="00B26EB1" w:rsidP="00911B35">
      <w:pPr>
        <w:pStyle w:val="ListParagraph"/>
        <w:numPr>
          <w:ilvl w:val="0"/>
          <w:numId w:val="8"/>
        </w:numPr>
        <w:bidi/>
        <w:spacing w:after="160" w:line="360" w:lineRule="auto"/>
        <w:rPr>
          <w:rFonts w:ascii="Simplified Arabic" w:hAnsi="Simplified Arabic" w:cs="Simplified Arabic"/>
          <w:sz w:val="28"/>
          <w:szCs w:val="28"/>
        </w:rPr>
      </w:pPr>
      <w:r w:rsidRPr="00B26EB1">
        <w:rPr>
          <w:rFonts w:ascii="Simplified Arabic" w:hAnsi="Simplified Arabic" w:cs="Simplified Arabic"/>
          <w:sz w:val="28"/>
          <w:szCs w:val="28"/>
          <w:rtl/>
        </w:rPr>
        <w:t>يرفع من كفاءة الأداء الفردي والجماعي داخل بيئة العمل</w:t>
      </w:r>
      <w:r>
        <w:rPr>
          <w:rFonts w:ascii="Simplified Arabic" w:hAnsi="Simplified Arabic" w:cs="Simplified Arabic" w:hint="cs"/>
          <w:sz w:val="28"/>
          <w:szCs w:val="28"/>
          <w:rtl/>
        </w:rPr>
        <w:t xml:space="preserve"> .</w:t>
      </w:r>
    </w:p>
    <w:p w14:paraId="5807C317" w14:textId="0BE4BF4F" w:rsidR="00B26EB1" w:rsidRDefault="00B26EB1" w:rsidP="00911B35">
      <w:pPr>
        <w:pStyle w:val="ListParagraph"/>
        <w:numPr>
          <w:ilvl w:val="0"/>
          <w:numId w:val="8"/>
        </w:numPr>
        <w:bidi/>
        <w:spacing w:after="160" w:line="360" w:lineRule="auto"/>
        <w:rPr>
          <w:rFonts w:ascii="Simplified Arabic" w:hAnsi="Simplified Arabic" w:cs="Simplified Arabic"/>
          <w:sz w:val="28"/>
          <w:szCs w:val="28"/>
        </w:rPr>
      </w:pPr>
      <w:r w:rsidRPr="00B26EB1">
        <w:rPr>
          <w:rFonts w:ascii="Simplified Arabic" w:hAnsi="Simplified Arabic" w:cs="Simplified Arabic"/>
          <w:sz w:val="28"/>
          <w:szCs w:val="28"/>
          <w:rtl/>
        </w:rPr>
        <w:t>يُعدّ من العوامل الأساسية التي تسهم في تحقيق الاستقرار الوظيفي داخل المؤسسة</w:t>
      </w:r>
      <w:r>
        <w:rPr>
          <w:rFonts w:ascii="Simplified Arabic" w:hAnsi="Simplified Arabic" w:cs="Simplified Arabic" w:hint="cs"/>
          <w:sz w:val="28"/>
          <w:szCs w:val="28"/>
          <w:rtl/>
        </w:rPr>
        <w:t xml:space="preserve"> .</w:t>
      </w:r>
    </w:p>
    <w:p w14:paraId="4F33933C" w14:textId="58FCB7E7" w:rsidR="00B26EB1" w:rsidRDefault="00B15FBA" w:rsidP="00911B35">
      <w:pPr>
        <w:pStyle w:val="ListParagraph"/>
        <w:numPr>
          <w:ilvl w:val="0"/>
          <w:numId w:val="8"/>
        </w:numPr>
        <w:bidi/>
        <w:spacing w:after="160" w:line="360" w:lineRule="auto"/>
        <w:rPr>
          <w:rFonts w:ascii="Simplified Arabic" w:hAnsi="Simplified Arabic" w:cs="Simplified Arabic"/>
          <w:sz w:val="28"/>
          <w:szCs w:val="28"/>
        </w:rPr>
      </w:pPr>
      <w:r w:rsidRPr="00B15FBA">
        <w:rPr>
          <w:rFonts w:ascii="Simplified Arabic" w:hAnsi="Simplified Arabic" w:cs="Simplified Arabic"/>
          <w:sz w:val="28"/>
          <w:szCs w:val="28"/>
          <w:rtl/>
        </w:rPr>
        <w:t>يساعد في تقليل الضغوط الناتجة عن تراكم الأعمال وسوء التنظيم</w:t>
      </w:r>
      <w:r>
        <w:rPr>
          <w:rFonts w:ascii="Simplified Arabic" w:hAnsi="Simplified Arabic" w:cs="Simplified Arabic" w:hint="cs"/>
          <w:sz w:val="28"/>
          <w:szCs w:val="28"/>
          <w:rtl/>
        </w:rPr>
        <w:t xml:space="preserve"> .</w:t>
      </w:r>
    </w:p>
    <w:p w14:paraId="2AD96FFB" w14:textId="70665E12" w:rsidR="0084183F" w:rsidRPr="00911B35" w:rsidRDefault="00B15FBA" w:rsidP="00911B35">
      <w:pPr>
        <w:pStyle w:val="ListParagraph"/>
        <w:numPr>
          <w:ilvl w:val="0"/>
          <w:numId w:val="8"/>
        </w:numPr>
        <w:bidi/>
        <w:spacing w:after="160" w:line="360" w:lineRule="auto"/>
        <w:rPr>
          <w:rFonts w:ascii="Simplified Arabic" w:hAnsi="Simplified Arabic" w:cs="Simplified Arabic"/>
          <w:sz w:val="28"/>
          <w:szCs w:val="28"/>
        </w:rPr>
      </w:pPr>
      <w:r w:rsidRPr="00B15FBA">
        <w:rPr>
          <w:rFonts w:ascii="Simplified Arabic" w:hAnsi="Simplified Arabic" w:cs="Simplified Arabic"/>
          <w:sz w:val="28"/>
          <w:szCs w:val="28"/>
          <w:rtl/>
        </w:rPr>
        <w:t>يعزز من قدرة الموظفين على التركيز وإنجاز المهام بكفاءة عالية</w:t>
      </w:r>
      <w:r>
        <w:rPr>
          <w:rFonts w:ascii="Simplified Arabic" w:hAnsi="Simplified Arabic" w:cs="Simplified Arabic" w:hint="cs"/>
          <w:sz w:val="28"/>
          <w:szCs w:val="28"/>
          <w:rtl/>
        </w:rPr>
        <w:t xml:space="preserve"> .</w:t>
      </w:r>
    </w:p>
    <w:p w14:paraId="1873503B" w14:textId="27E1B608" w:rsidR="00B15FBA" w:rsidRDefault="00B15FBA" w:rsidP="00911B35">
      <w:pPr>
        <w:pStyle w:val="ListParagraph"/>
        <w:numPr>
          <w:ilvl w:val="0"/>
          <w:numId w:val="8"/>
        </w:numPr>
        <w:bidi/>
        <w:spacing w:after="160" w:line="360" w:lineRule="auto"/>
        <w:rPr>
          <w:rFonts w:ascii="Simplified Arabic" w:hAnsi="Simplified Arabic" w:cs="Simplified Arabic"/>
          <w:sz w:val="28"/>
          <w:szCs w:val="28"/>
        </w:rPr>
      </w:pPr>
      <w:r w:rsidRPr="00B15FBA">
        <w:rPr>
          <w:rFonts w:ascii="Simplified Arabic" w:hAnsi="Simplified Arabic" w:cs="Simplified Arabic"/>
          <w:sz w:val="28"/>
          <w:szCs w:val="28"/>
          <w:rtl/>
        </w:rPr>
        <w:t>يسهم في تحسين جودة المخرجات النهائية وتقليل نسبة الأخطاء</w:t>
      </w:r>
      <w:r>
        <w:rPr>
          <w:rFonts w:ascii="Simplified Arabic" w:hAnsi="Simplified Arabic" w:cs="Simplified Arabic" w:hint="cs"/>
          <w:sz w:val="28"/>
          <w:szCs w:val="28"/>
          <w:rtl/>
        </w:rPr>
        <w:t xml:space="preserve"> .</w:t>
      </w:r>
    </w:p>
    <w:p w14:paraId="3FC1D42B" w14:textId="73F62CA7" w:rsidR="00B15FBA" w:rsidRDefault="00323B21" w:rsidP="00911B35">
      <w:pPr>
        <w:pStyle w:val="ListParagraph"/>
        <w:numPr>
          <w:ilvl w:val="0"/>
          <w:numId w:val="8"/>
        </w:numPr>
        <w:bidi/>
        <w:spacing w:after="160" w:line="360" w:lineRule="auto"/>
        <w:rPr>
          <w:rFonts w:ascii="Simplified Arabic" w:hAnsi="Simplified Arabic" w:cs="Simplified Arabic"/>
          <w:sz w:val="28"/>
          <w:szCs w:val="28"/>
        </w:rPr>
      </w:pPr>
      <w:r w:rsidRPr="00323B21">
        <w:rPr>
          <w:rFonts w:ascii="Simplified Arabic" w:hAnsi="Simplified Arabic" w:cs="Simplified Arabic"/>
          <w:sz w:val="28"/>
          <w:szCs w:val="28"/>
          <w:rtl/>
        </w:rPr>
        <w:t>يُساعد على تحقيق الأهداف الاستراتيجية للمؤسسة بشكل أكثر فعالية</w:t>
      </w:r>
      <w:r>
        <w:rPr>
          <w:rFonts w:ascii="Simplified Arabic" w:hAnsi="Simplified Arabic" w:cs="Simplified Arabic" w:hint="cs"/>
          <w:sz w:val="28"/>
          <w:szCs w:val="28"/>
          <w:rtl/>
        </w:rPr>
        <w:t xml:space="preserve"> .</w:t>
      </w:r>
    </w:p>
    <w:p w14:paraId="3BB2763E" w14:textId="5BA94DA9" w:rsidR="00323B21" w:rsidRDefault="00323B21" w:rsidP="00911B35">
      <w:pPr>
        <w:pStyle w:val="ListParagraph"/>
        <w:numPr>
          <w:ilvl w:val="0"/>
          <w:numId w:val="8"/>
        </w:numPr>
        <w:bidi/>
        <w:spacing w:after="160" w:line="360" w:lineRule="auto"/>
        <w:rPr>
          <w:rFonts w:ascii="Simplified Arabic" w:hAnsi="Simplified Arabic" w:cs="Simplified Arabic"/>
          <w:sz w:val="28"/>
          <w:szCs w:val="28"/>
        </w:rPr>
      </w:pPr>
      <w:r w:rsidRPr="00323B21">
        <w:rPr>
          <w:rFonts w:ascii="Simplified Arabic" w:hAnsi="Simplified Arabic" w:cs="Simplified Arabic"/>
          <w:sz w:val="28"/>
          <w:szCs w:val="28"/>
          <w:rtl/>
        </w:rPr>
        <w:t>يعزز من ثقافة الالتزام والانضباط داخل بيئة العمل</w:t>
      </w:r>
      <w:r>
        <w:rPr>
          <w:rFonts w:ascii="Simplified Arabic" w:hAnsi="Simplified Arabic" w:cs="Simplified Arabic" w:hint="cs"/>
          <w:sz w:val="28"/>
          <w:szCs w:val="28"/>
          <w:rtl/>
        </w:rPr>
        <w:t xml:space="preserve"> .</w:t>
      </w:r>
    </w:p>
    <w:p w14:paraId="6627DBFA" w14:textId="77777777" w:rsidR="005B45E6" w:rsidRPr="001B6733" w:rsidRDefault="005B45E6" w:rsidP="005B45E6">
      <w:pPr>
        <w:pStyle w:val="ListParagraph"/>
        <w:bidi/>
        <w:ind w:left="1800"/>
        <w:rPr>
          <w:sz w:val="28"/>
          <w:szCs w:val="28"/>
          <w:rtl/>
        </w:rPr>
      </w:pPr>
    </w:p>
    <w:p w14:paraId="44A60990" w14:textId="77777777" w:rsidR="005B45E6" w:rsidRPr="001B6733" w:rsidRDefault="005B45E6" w:rsidP="005B45E6">
      <w:pPr>
        <w:pStyle w:val="ListParagraph"/>
        <w:bidi/>
        <w:ind w:left="1800"/>
        <w:rPr>
          <w:sz w:val="28"/>
          <w:szCs w:val="28"/>
        </w:rPr>
      </w:pPr>
    </w:p>
    <w:p w14:paraId="7BC5A25F" w14:textId="23E21769" w:rsidR="005B45E6" w:rsidRPr="00CF02C9" w:rsidRDefault="0020635D" w:rsidP="005926E9">
      <w:pPr>
        <w:pStyle w:val="ListParagraph"/>
        <w:numPr>
          <w:ilvl w:val="0"/>
          <w:numId w:val="7"/>
        </w:numPr>
        <w:bidi/>
        <w:spacing w:after="160" w:line="278" w:lineRule="auto"/>
        <w:rPr>
          <w:color w:val="C0504D" w:themeColor="accent2"/>
          <w:sz w:val="32"/>
          <w:szCs w:val="32"/>
        </w:rPr>
      </w:pPr>
      <w:r w:rsidRPr="00CF02C9">
        <w:rPr>
          <w:rFonts w:hint="cs"/>
          <w:b/>
          <w:bCs/>
          <w:color w:val="C0504D" w:themeColor="accent2"/>
          <w:sz w:val="32"/>
          <w:szCs w:val="32"/>
          <w:rtl/>
        </w:rPr>
        <w:t>العلاقة</w:t>
      </w:r>
      <w:r w:rsidRPr="00CF02C9">
        <w:rPr>
          <w:b/>
          <w:bCs/>
          <w:color w:val="C0504D" w:themeColor="accent2"/>
          <w:sz w:val="32"/>
          <w:szCs w:val="32"/>
          <w:rtl/>
        </w:rPr>
        <w:t xml:space="preserve"> </w:t>
      </w:r>
      <w:r w:rsidRPr="00CF02C9">
        <w:rPr>
          <w:rFonts w:hint="cs"/>
          <w:b/>
          <w:bCs/>
          <w:color w:val="C0504D" w:themeColor="accent2"/>
          <w:sz w:val="32"/>
          <w:szCs w:val="32"/>
          <w:rtl/>
        </w:rPr>
        <w:t>التكاملية</w:t>
      </w:r>
      <w:r w:rsidRPr="00CF02C9">
        <w:rPr>
          <w:b/>
          <w:bCs/>
          <w:color w:val="C0504D" w:themeColor="accent2"/>
          <w:sz w:val="32"/>
          <w:szCs w:val="32"/>
          <w:rtl/>
        </w:rPr>
        <w:t xml:space="preserve"> </w:t>
      </w:r>
      <w:r w:rsidRPr="00CF02C9">
        <w:rPr>
          <w:rFonts w:hint="cs"/>
          <w:b/>
          <w:bCs/>
          <w:color w:val="C0504D" w:themeColor="accent2"/>
          <w:sz w:val="32"/>
          <w:szCs w:val="32"/>
          <w:rtl/>
        </w:rPr>
        <w:t>بين</w:t>
      </w:r>
      <w:r w:rsidRPr="00CF02C9">
        <w:rPr>
          <w:b/>
          <w:bCs/>
          <w:color w:val="C0504D" w:themeColor="accent2"/>
          <w:sz w:val="32"/>
          <w:szCs w:val="32"/>
          <w:rtl/>
        </w:rPr>
        <w:t xml:space="preserve"> </w:t>
      </w:r>
      <w:r w:rsidRPr="00CF02C9">
        <w:rPr>
          <w:rFonts w:hint="cs"/>
          <w:b/>
          <w:bCs/>
          <w:color w:val="C0504D" w:themeColor="accent2"/>
          <w:sz w:val="32"/>
          <w:szCs w:val="32"/>
          <w:rtl/>
        </w:rPr>
        <w:t>التنظيم</w:t>
      </w:r>
      <w:r w:rsidRPr="00CF02C9">
        <w:rPr>
          <w:b/>
          <w:bCs/>
          <w:color w:val="C0504D" w:themeColor="accent2"/>
          <w:sz w:val="32"/>
          <w:szCs w:val="32"/>
          <w:rtl/>
        </w:rPr>
        <w:t xml:space="preserve"> </w:t>
      </w:r>
      <w:r w:rsidRPr="00CF02C9">
        <w:rPr>
          <w:rFonts w:hint="cs"/>
          <w:b/>
          <w:bCs/>
          <w:color w:val="C0504D" w:themeColor="accent2"/>
          <w:sz w:val="32"/>
          <w:szCs w:val="32"/>
          <w:rtl/>
        </w:rPr>
        <w:t xml:space="preserve">والإنتاجية </w:t>
      </w:r>
      <w:r w:rsidR="005B45E6" w:rsidRPr="00CF02C9">
        <w:rPr>
          <w:rFonts w:hint="cs"/>
          <w:b/>
          <w:bCs/>
          <w:color w:val="C0504D" w:themeColor="accent2"/>
          <w:sz w:val="32"/>
          <w:szCs w:val="32"/>
          <w:rtl/>
        </w:rPr>
        <w:t>:</w:t>
      </w:r>
    </w:p>
    <w:p w14:paraId="032EC949" w14:textId="77777777" w:rsidR="005926E9" w:rsidRPr="005926E9" w:rsidRDefault="005926E9" w:rsidP="00911B35">
      <w:pPr>
        <w:pStyle w:val="ListParagraph"/>
        <w:bidi/>
        <w:spacing w:after="160" w:line="360" w:lineRule="auto"/>
        <w:ind w:left="1080"/>
        <w:rPr>
          <w:sz w:val="28"/>
          <w:szCs w:val="28"/>
        </w:rPr>
      </w:pPr>
    </w:p>
    <w:p w14:paraId="56040754" w14:textId="62B94F55" w:rsidR="005926E9" w:rsidRPr="00BB11E7" w:rsidRDefault="005926E9" w:rsidP="00086701">
      <w:pPr>
        <w:pStyle w:val="ListParagraph"/>
        <w:numPr>
          <w:ilvl w:val="0"/>
          <w:numId w:val="44"/>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هناك</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علاقة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وثيقة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ومترابطة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بين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تنظيم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العمل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وإدارة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الوقت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والإنتاجية</w:t>
      </w:r>
      <w:r w:rsidRPr="00BB11E7">
        <w:rPr>
          <w:rFonts w:ascii="Simplified Arabic" w:hAnsi="Simplified Arabic" w:cs="Simplified Arabic"/>
          <w:sz w:val="28"/>
          <w:szCs w:val="28"/>
          <w:rtl/>
        </w:rPr>
        <w:t xml:space="preserve"> .</w:t>
      </w:r>
    </w:p>
    <w:p w14:paraId="6B8D20D5" w14:textId="77777777" w:rsidR="005926E9" w:rsidRPr="00BB11E7" w:rsidRDefault="005926E9" w:rsidP="00086701">
      <w:pPr>
        <w:pStyle w:val="ListParagraph"/>
        <w:numPr>
          <w:ilvl w:val="0"/>
          <w:numId w:val="44"/>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التنظيم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الجيد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والإدارة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الحكيمة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للوقت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يشكّلان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العمود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الفقري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لكفاءة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الأداء</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المؤسسي</w:t>
      </w:r>
      <w:r w:rsidRPr="00BB11E7">
        <w:rPr>
          <w:rFonts w:ascii="Simplified Arabic" w:hAnsi="Simplified Arabic" w:cs="Simplified Arabic"/>
          <w:sz w:val="28"/>
          <w:szCs w:val="28"/>
          <w:rtl/>
        </w:rPr>
        <w:t>.</w:t>
      </w:r>
    </w:p>
    <w:p w14:paraId="3CB90A3C" w14:textId="1D589D09" w:rsidR="005B45E6" w:rsidRDefault="005926E9" w:rsidP="00086701">
      <w:pPr>
        <w:pStyle w:val="ListParagraph"/>
        <w:numPr>
          <w:ilvl w:val="0"/>
          <w:numId w:val="44"/>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كلما</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كان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التنظيم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أكثر</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وضوحًا،</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كانت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العمليات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أكثر</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سلاسة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والإنتاجية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أعلى</w:t>
      </w:r>
      <w:r w:rsidRPr="00BB11E7">
        <w:rPr>
          <w:rFonts w:ascii="Simplified Arabic" w:hAnsi="Simplified Arabic" w:cs="Simplified Arabic"/>
          <w:sz w:val="28"/>
          <w:szCs w:val="28"/>
          <w:rtl/>
        </w:rPr>
        <w:t>.</w:t>
      </w:r>
    </w:p>
    <w:p w14:paraId="330C8455" w14:textId="7141AAC1" w:rsidR="004C7377" w:rsidRDefault="00BB2674" w:rsidP="00086701">
      <w:pPr>
        <w:pStyle w:val="ListParagraph"/>
        <w:numPr>
          <w:ilvl w:val="0"/>
          <w:numId w:val="44"/>
        </w:numPr>
        <w:bidi/>
        <w:spacing w:line="360" w:lineRule="auto"/>
        <w:rPr>
          <w:rFonts w:ascii="Simplified Arabic" w:hAnsi="Simplified Arabic" w:cs="Simplified Arabic"/>
          <w:sz w:val="28"/>
          <w:szCs w:val="28"/>
        </w:rPr>
      </w:pPr>
      <w:r w:rsidRPr="00BB2674">
        <w:rPr>
          <w:rFonts w:ascii="Simplified Arabic" w:hAnsi="Simplified Arabic" w:cs="Simplified Arabic"/>
          <w:sz w:val="28"/>
          <w:szCs w:val="28"/>
          <w:rtl/>
        </w:rPr>
        <w:t>تعتمد الإنتاجية بشكل كبير على مدى تكامل عناصر العمل المختلفة، وعلى رأسها تنظيم العمل وإدارة الوقت</w:t>
      </w:r>
      <w:r>
        <w:rPr>
          <w:rFonts w:ascii="Simplified Arabic" w:hAnsi="Simplified Arabic" w:cs="Simplified Arabic" w:hint="cs"/>
          <w:sz w:val="28"/>
          <w:szCs w:val="28"/>
          <w:rtl/>
        </w:rPr>
        <w:t xml:space="preserve"> </w:t>
      </w:r>
      <w:r w:rsidR="00FC1065">
        <w:rPr>
          <w:rFonts w:ascii="Simplified Arabic" w:hAnsi="Simplified Arabic" w:cs="Simplified Arabic" w:hint="cs"/>
          <w:sz w:val="28"/>
          <w:szCs w:val="28"/>
          <w:rtl/>
        </w:rPr>
        <w:t>.</w:t>
      </w:r>
    </w:p>
    <w:p w14:paraId="7A94277C" w14:textId="77777777" w:rsidR="00901089" w:rsidRPr="00911B35" w:rsidRDefault="00901089" w:rsidP="00901089">
      <w:pPr>
        <w:pStyle w:val="ListParagraph"/>
        <w:bidi/>
        <w:spacing w:line="360" w:lineRule="auto"/>
        <w:ind w:left="990"/>
        <w:rPr>
          <w:rFonts w:ascii="Simplified Arabic" w:hAnsi="Simplified Arabic" w:cs="Simplified Arabic"/>
          <w:sz w:val="28"/>
          <w:szCs w:val="28"/>
        </w:rPr>
      </w:pPr>
    </w:p>
    <w:p w14:paraId="68E0E16A" w14:textId="3D362F48" w:rsidR="00FC1065" w:rsidRDefault="00FC1065" w:rsidP="00086701">
      <w:pPr>
        <w:pStyle w:val="ListParagraph"/>
        <w:numPr>
          <w:ilvl w:val="0"/>
          <w:numId w:val="44"/>
        </w:numPr>
        <w:bidi/>
        <w:spacing w:line="360" w:lineRule="auto"/>
        <w:rPr>
          <w:rFonts w:ascii="Simplified Arabic" w:hAnsi="Simplified Arabic" w:cs="Simplified Arabic"/>
          <w:sz w:val="28"/>
          <w:szCs w:val="28"/>
        </w:rPr>
      </w:pPr>
      <w:r w:rsidRPr="00FC1065">
        <w:rPr>
          <w:rFonts w:ascii="Simplified Arabic" w:hAnsi="Simplified Arabic" w:cs="Simplified Arabic"/>
          <w:sz w:val="28"/>
          <w:szCs w:val="28"/>
          <w:rtl/>
        </w:rPr>
        <w:t>يسهم التنسيق الفعّال بين المهام في تحقيق انسيابية في سير العمل وتقليل التعقيدات</w:t>
      </w:r>
      <w:r>
        <w:rPr>
          <w:rFonts w:ascii="Simplified Arabic" w:hAnsi="Simplified Arabic" w:cs="Simplified Arabic" w:hint="cs"/>
          <w:sz w:val="28"/>
          <w:szCs w:val="28"/>
          <w:rtl/>
        </w:rPr>
        <w:t xml:space="preserve"> .</w:t>
      </w:r>
    </w:p>
    <w:p w14:paraId="161F477A" w14:textId="6B26461A" w:rsidR="00FC1065" w:rsidRDefault="00FC1065" w:rsidP="00086701">
      <w:pPr>
        <w:pStyle w:val="ListParagraph"/>
        <w:numPr>
          <w:ilvl w:val="0"/>
          <w:numId w:val="44"/>
        </w:numPr>
        <w:bidi/>
        <w:spacing w:line="360" w:lineRule="auto"/>
        <w:rPr>
          <w:rFonts w:ascii="Simplified Arabic" w:hAnsi="Simplified Arabic" w:cs="Simplified Arabic"/>
          <w:sz w:val="28"/>
          <w:szCs w:val="28"/>
        </w:rPr>
      </w:pPr>
      <w:r w:rsidRPr="00FC1065">
        <w:rPr>
          <w:rFonts w:ascii="Simplified Arabic" w:hAnsi="Simplified Arabic" w:cs="Simplified Arabic"/>
          <w:sz w:val="28"/>
          <w:szCs w:val="28"/>
          <w:rtl/>
        </w:rPr>
        <w:t>كلما كان هناك تكامل بين التخطيط والتنفيذ، زادت كفاءة الأداء وارتفعت الإنتاجية</w:t>
      </w:r>
      <w:r>
        <w:rPr>
          <w:rFonts w:ascii="Simplified Arabic" w:hAnsi="Simplified Arabic" w:cs="Simplified Arabic" w:hint="cs"/>
          <w:sz w:val="28"/>
          <w:szCs w:val="28"/>
          <w:rtl/>
        </w:rPr>
        <w:t xml:space="preserve"> .</w:t>
      </w:r>
    </w:p>
    <w:p w14:paraId="49D74BD9" w14:textId="1D90581C" w:rsidR="00911B35" w:rsidRPr="00901089" w:rsidRDefault="00784915" w:rsidP="00086701">
      <w:pPr>
        <w:pStyle w:val="ListParagraph"/>
        <w:numPr>
          <w:ilvl w:val="0"/>
          <w:numId w:val="44"/>
        </w:numPr>
        <w:bidi/>
        <w:spacing w:line="360" w:lineRule="auto"/>
        <w:rPr>
          <w:rFonts w:ascii="Simplified Arabic" w:hAnsi="Simplified Arabic" w:cs="Simplified Arabic"/>
          <w:sz w:val="28"/>
          <w:szCs w:val="28"/>
        </w:rPr>
      </w:pPr>
      <w:r w:rsidRPr="00784915">
        <w:rPr>
          <w:rFonts w:ascii="Simplified Arabic" w:hAnsi="Simplified Arabic" w:cs="Simplified Arabic"/>
          <w:sz w:val="28"/>
          <w:szCs w:val="28"/>
          <w:rtl/>
        </w:rPr>
        <w:t>يساعد التنظيم الواضح على توزيع الوقت بشكل متوازن بين المهام المختلفة</w:t>
      </w:r>
      <w:r>
        <w:rPr>
          <w:rFonts w:ascii="Simplified Arabic" w:hAnsi="Simplified Arabic" w:cs="Simplified Arabic" w:hint="cs"/>
          <w:sz w:val="28"/>
          <w:szCs w:val="28"/>
          <w:rtl/>
        </w:rPr>
        <w:t xml:space="preserve"> .</w:t>
      </w:r>
    </w:p>
    <w:p w14:paraId="135EEFF2" w14:textId="0C77DF42" w:rsidR="00784915" w:rsidRDefault="00784915" w:rsidP="00086701">
      <w:pPr>
        <w:pStyle w:val="ListParagraph"/>
        <w:numPr>
          <w:ilvl w:val="0"/>
          <w:numId w:val="44"/>
        </w:numPr>
        <w:bidi/>
        <w:spacing w:line="360" w:lineRule="auto"/>
        <w:rPr>
          <w:rFonts w:ascii="Simplified Arabic" w:hAnsi="Simplified Arabic" w:cs="Simplified Arabic"/>
          <w:sz w:val="28"/>
          <w:szCs w:val="28"/>
        </w:rPr>
      </w:pPr>
      <w:r w:rsidRPr="00784915">
        <w:rPr>
          <w:rFonts w:ascii="Simplified Arabic" w:hAnsi="Simplified Arabic" w:cs="Simplified Arabic"/>
          <w:sz w:val="28"/>
          <w:szCs w:val="28"/>
          <w:rtl/>
        </w:rPr>
        <w:t>يؤدي غياب التكامل بين التنظيم وإدارة الوقت إلى حدوث خلل في الأداء وانخفاض الإنتاجية</w:t>
      </w:r>
      <w:r>
        <w:rPr>
          <w:rFonts w:ascii="Simplified Arabic" w:hAnsi="Simplified Arabic" w:cs="Simplified Arabic" w:hint="cs"/>
          <w:sz w:val="28"/>
          <w:szCs w:val="28"/>
          <w:rtl/>
        </w:rPr>
        <w:t xml:space="preserve"> .</w:t>
      </w:r>
    </w:p>
    <w:p w14:paraId="7A5E04B4" w14:textId="3D6DDEEF" w:rsidR="00784915" w:rsidRDefault="00DA0068" w:rsidP="00086701">
      <w:pPr>
        <w:pStyle w:val="ListParagraph"/>
        <w:numPr>
          <w:ilvl w:val="0"/>
          <w:numId w:val="44"/>
        </w:numPr>
        <w:bidi/>
        <w:spacing w:line="360" w:lineRule="auto"/>
        <w:rPr>
          <w:rFonts w:ascii="Simplified Arabic" w:hAnsi="Simplified Arabic" w:cs="Simplified Arabic"/>
          <w:sz w:val="28"/>
          <w:szCs w:val="28"/>
        </w:rPr>
      </w:pPr>
      <w:r w:rsidRPr="00DA0068">
        <w:rPr>
          <w:rFonts w:ascii="Simplified Arabic" w:hAnsi="Simplified Arabic" w:cs="Simplified Arabic"/>
          <w:sz w:val="28"/>
          <w:szCs w:val="28"/>
          <w:rtl/>
        </w:rPr>
        <w:t>تُعد العلاقة بين هذه العناصر علاقة تبادلية، حيث يؤثر كل عنصر في الآخر بشكل مباشر</w:t>
      </w:r>
      <w:r>
        <w:rPr>
          <w:rFonts w:ascii="Simplified Arabic" w:hAnsi="Simplified Arabic" w:cs="Simplified Arabic" w:hint="cs"/>
          <w:sz w:val="28"/>
          <w:szCs w:val="28"/>
          <w:rtl/>
        </w:rPr>
        <w:t xml:space="preserve"> .</w:t>
      </w:r>
    </w:p>
    <w:p w14:paraId="2DA40DAB" w14:textId="1E46106C" w:rsidR="00DA0068" w:rsidRDefault="00DA0068" w:rsidP="00086701">
      <w:pPr>
        <w:pStyle w:val="ListParagraph"/>
        <w:numPr>
          <w:ilvl w:val="0"/>
          <w:numId w:val="44"/>
        </w:numPr>
        <w:bidi/>
        <w:spacing w:line="360" w:lineRule="auto"/>
        <w:rPr>
          <w:rFonts w:ascii="Simplified Arabic" w:hAnsi="Simplified Arabic" w:cs="Simplified Arabic"/>
          <w:sz w:val="28"/>
          <w:szCs w:val="28"/>
        </w:rPr>
      </w:pPr>
      <w:r w:rsidRPr="00DA0068">
        <w:rPr>
          <w:rFonts w:ascii="Simplified Arabic" w:hAnsi="Simplified Arabic" w:cs="Simplified Arabic"/>
          <w:sz w:val="28"/>
          <w:szCs w:val="28"/>
          <w:rtl/>
        </w:rPr>
        <w:t>يسهم التنظيم الجيد في دعم إدارة الوقت، مما يؤدي إلى تحسين النتائج النهائية للعمل</w:t>
      </w:r>
      <w:r>
        <w:rPr>
          <w:rFonts w:ascii="Simplified Arabic" w:hAnsi="Simplified Arabic" w:cs="Simplified Arabic" w:hint="cs"/>
          <w:sz w:val="28"/>
          <w:szCs w:val="28"/>
          <w:rtl/>
        </w:rPr>
        <w:t xml:space="preserve"> .</w:t>
      </w:r>
    </w:p>
    <w:p w14:paraId="2ECAED5B" w14:textId="3BC650CF" w:rsidR="00DA0068" w:rsidRDefault="002F5B7A" w:rsidP="00086701">
      <w:pPr>
        <w:pStyle w:val="ListParagraph"/>
        <w:numPr>
          <w:ilvl w:val="0"/>
          <w:numId w:val="44"/>
        </w:numPr>
        <w:bidi/>
        <w:spacing w:line="360" w:lineRule="auto"/>
        <w:rPr>
          <w:rFonts w:ascii="Simplified Arabic" w:hAnsi="Simplified Arabic" w:cs="Simplified Arabic"/>
          <w:sz w:val="28"/>
          <w:szCs w:val="28"/>
        </w:rPr>
      </w:pPr>
      <w:r w:rsidRPr="002F5B7A">
        <w:rPr>
          <w:rFonts w:ascii="Simplified Arabic" w:hAnsi="Simplified Arabic" w:cs="Simplified Arabic"/>
          <w:sz w:val="28"/>
          <w:szCs w:val="28"/>
          <w:rtl/>
        </w:rPr>
        <w:t>تعزز إدارة الوقت الفعالة من قدرة المؤسسة على الاستفادة من نظامها التنظيمي</w:t>
      </w:r>
      <w:r>
        <w:rPr>
          <w:rFonts w:ascii="Simplified Arabic" w:hAnsi="Simplified Arabic" w:cs="Simplified Arabic" w:hint="cs"/>
          <w:sz w:val="28"/>
          <w:szCs w:val="28"/>
          <w:rtl/>
        </w:rPr>
        <w:t xml:space="preserve"> .</w:t>
      </w:r>
    </w:p>
    <w:p w14:paraId="0292BEB1" w14:textId="0D254ED7" w:rsidR="002F5B7A" w:rsidRDefault="002F5B7A" w:rsidP="00086701">
      <w:pPr>
        <w:pStyle w:val="ListParagraph"/>
        <w:numPr>
          <w:ilvl w:val="0"/>
          <w:numId w:val="44"/>
        </w:numPr>
        <w:bidi/>
        <w:spacing w:line="360" w:lineRule="auto"/>
        <w:rPr>
          <w:rFonts w:ascii="Simplified Arabic" w:hAnsi="Simplified Arabic" w:cs="Simplified Arabic"/>
          <w:sz w:val="28"/>
          <w:szCs w:val="28"/>
        </w:rPr>
      </w:pPr>
      <w:r w:rsidRPr="002F5B7A">
        <w:rPr>
          <w:rFonts w:ascii="Simplified Arabic" w:hAnsi="Simplified Arabic" w:cs="Simplified Arabic"/>
          <w:sz w:val="28"/>
          <w:szCs w:val="28"/>
          <w:rtl/>
        </w:rPr>
        <w:t>كلما زادت درجة التنسيق بين الأقسام، تحسنت الإنتاجية بشكل ملحوظ</w:t>
      </w:r>
      <w:r>
        <w:rPr>
          <w:rFonts w:ascii="Simplified Arabic" w:hAnsi="Simplified Arabic" w:cs="Simplified Arabic" w:hint="cs"/>
          <w:sz w:val="28"/>
          <w:szCs w:val="28"/>
          <w:rtl/>
        </w:rPr>
        <w:t xml:space="preserve"> .</w:t>
      </w:r>
    </w:p>
    <w:p w14:paraId="77ABA10B" w14:textId="67B8A02B" w:rsidR="00CC559B" w:rsidRPr="00911B35" w:rsidRDefault="00815508" w:rsidP="00086701">
      <w:pPr>
        <w:pStyle w:val="ListParagraph"/>
        <w:numPr>
          <w:ilvl w:val="0"/>
          <w:numId w:val="44"/>
        </w:numPr>
        <w:bidi/>
        <w:spacing w:line="360" w:lineRule="auto"/>
        <w:rPr>
          <w:rFonts w:ascii="Simplified Arabic" w:hAnsi="Simplified Arabic" w:cs="Simplified Arabic"/>
          <w:sz w:val="28"/>
          <w:szCs w:val="28"/>
        </w:rPr>
      </w:pPr>
      <w:r w:rsidRPr="00815508">
        <w:rPr>
          <w:rFonts w:ascii="Simplified Arabic" w:hAnsi="Simplified Arabic" w:cs="Simplified Arabic"/>
          <w:sz w:val="28"/>
          <w:szCs w:val="28"/>
          <w:rtl/>
        </w:rPr>
        <w:t>يساعد التكامل في تقليل الفاقد الزمني الناتج عن سوء التخطيط أو ضعف التنظيم</w:t>
      </w:r>
      <w:r>
        <w:rPr>
          <w:rFonts w:ascii="Simplified Arabic" w:hAnsi="Simplified Arabic" w:cs="Simplified Arabic" w:hint="cs"/>
          <w:sz w:val="28"/>
          <w:szCs w:val="28"/>
          <w:rtl/>
        </w:rPr>
        <w:t xml:space="preserve"> .</w:t>
      </w:r>
    </w:p>
    <w:p w14:paraId="3A6936E9" w14:textId="10C7BB90" w:rsidR="00815508" w:rsidRDefault="00815508" w:rsidP="00086701">
      <w:pPr>
        <w:pStyle w:val="ListParagraph"/>
        <w:numPr>
          <w:ilvl w:val="0"/>
          <w:numId w:val="44"/>
        </w:numPr>
        <w:bidi/>
        <w:spacing w:line="360" w:lineRule="auto"/>
        <w:rPr>
          <w:rFonts w:ascii="Simplified Arabic" w:hAnsi="Simplified Arabic" w:cs="Simplified Arabic"/>
          <w:sz w:val="28"/>
          <w:szCs w:val="28"/>
        </w:rPr>
      </w:pPr>
      <w:r w:rsidRPr="00815508">
        <w:rPr>
          <w:rFonts w:ascii="Simplified Arabic" w:hAnsi="Simplified Arabic" w:cs="Simplified Arabic"/>
          <w:sz w:val="28"/>
          <w:szCs w:val="28"/>
          <w:rtl/>
        </w:rPr>
        <w:t>يؤدي وضوح الإجراءات إلى تقليل الوقت المستغرق في تنفيذ المهام</w:t>
      </w:r>
      <w:r>
        <w:rPr>
          <w:rFonts w:ascii="Simplified Arabic" w:hAnsi="Simplified Arabic" w:cs="Simplified Arabic" w:hint="cs"/>
          <w:sz w:val="28"/>
          <w:szCs w:val="28"/>
          <w:rtl/>
        </w:rPr>
        <w:t xml:space="preserve"> .</w:t>
      </w:r>
    </w:p>
    <w:p w14:paraId="35825B1E" w14:textId="62D2BCCF" w:rsidR="00815508" w:rsidRDefault="00B81447" w:rsidP="00086701">
      <w:pPr>
        <w:pStyle w:val="ListParagraph"/>
        <w:numPr>
          <w:ilvl w:val="0"/>
          <w:numId w:val="44"/>
        </w:numPr>
        <w:bidi/>
        <w:spacing w:line="360" w:lineRule="auto"/>
        <w:rPr>
          <w:rFonts w:ascii="Simplified Arabic" w:hAnsi="Simplified Arabic" w:cs="Simplified Arabic"/>
          <w:sz w:val="28"/>
          <w:szCs w:val="28"/>
        </w:rPr>
      </w:pPr>
      <w:r w:rsidRPr="00B81447">
        <w:rPr>
          <w:rFonts w:ascii="Simplified Arabic" w:hAnsi="Simplified Arabic" w:cs="Simplified Arabic"/>
          <w:sz w:val="28"/>
          <w:szCs w:val="28"/>
          <w:rtl/>
        </w:rPr>
        <w:t>يسهم التكامل بين التنظيم والوقت في تحقيق جودة أعلى في الأداء المؤسسي</w:t>
      </w:r>
      <w:r>
        <w:rPr>
          <w:rFonts w:ascii="Simplified Arabic" w:hAnsi="Simplified Arabic" w:cs="Simplified Arabic" w:hint="cs"/>
          <w:sz w:val="28"/>
          <w:szCs w:val="28"/>
          <w:rtl/>
        </w:rPr>
        <w:t xml:space="preserve"> .</w:t>
      </w:r>
    </w:p>
    <w:p w14:paraId="705C4DA5" w14:textId="6D2130D8" w:rsidR="00B81447" w:rsidRDefault="004C7377" w:rsidP="00086701">
      <w:pPr>
        <w:pStyle w:val="ListParagraph"/>
        <w:numPr>
          <w:ilvl w:val="0"/>
          <w:numId w:val="44"/>
        </w:numPr>
        <w:bidi/>
        <w:spacing w:line="360" w:lineRule="auto"/>
        <w:rPr>
          <w:rFonts w:ascii="Simplified Arabic" w:hAnsi="Simplified Arabic" w:cs="Simplified Arabic"/>
          <w:sz w:val="28"/>
          <w:szCs w:val="28"/>
        </w:rPr>
      </w:pPr>
      <w:r w:rsidRPr="004C7377">
        <w:rPr>
          <w:rFonts w:ascii="Simplified Arabic" w:hAnsi="Simplified Arabic" w:cs="Simplified Arabic"/>
          <w:sz w:val="28"/>
          <w:szCs w:val="28"/>
          <w:rtl/>
        </w:rPr>
        <w:t>يساعد هذا التكامل في تحقيق الأهداف في الوقت المحدد دون تأخير</w:t>
      </w:r>
    </w:p>
    <w:p w14:paraId="6DA52071" w14:textId="25F5BD8B" w:rsidR="004C7377" w:rsidRPr="00BB11E7" w:rsidRDefault="004C7377" w:rsidP="00086701">
      <w:pPr>
        <w:pStyle w:val="ListParagraph"/>
        <w:numPr>
          <w:ilvl w:val="0"/>
          <w:numId w:val="44"/>
        </w:numPr>
        <w:bidi/>
        <w:spacing w:line="360" w:lineRule="auto"/>
        <w:rPr>
          <w:rFonts w:ascii="Simplified Arabic" w:hAnsi="Simplified Arabic" w:cs="Simplified Arabic"/>
          <w:sz w:val="28"/>
          <w:szCs w:val="28"/>
          <w:rtl/>
        </w:rPr>
      </w:pPr>
      <w:r w:rsidRPr="004C7377">
        <w:rPr>
          <w:rFonts w:ascii="Simplified Arabic" w:hAnsi="Simplified Arabic" w:cs="Simplified Arabic"/>
          <w:sz w:val="28"/>
          <w:szCs w:val="28"/>
          <w:rtl/>
        </w:rPr>
        <w:t>يعزز من قدرة المؤسسة على التكيف مع التغيرات والتحديات المختلفة</w:t>
      </w:r>
    </w:p>
    <w:p w14:paraId="4404BB30" w14:textId="77777777" w:rsidR="005B45E6" w:rsidRPr="00BB11E7" w:rsidRDefault="005B45E6" w:rsidP="005B45E6">
      <w:pPr>
        <w:pStyle w:val="ListParagraph"/>
        <w:bidi/>
        <w:ind w:left="1800"/>
        <w:rPr>
          <w:rFonts w:ascii="Simplified Arabic" w:hAnsi="Simplified Arabic" w:cs="Simplified Arabic"/>
          <w:sz w:val="28"/>
          <w:szCs w:val="28"/>
        </w:rPr>
      </w:pPr>
    </w:p>
    <w:p w14:paraId="21CA86C0" w14:textId="5C9F74B4" w:rsidR="005B45E6" w:rsidRPr="00CF02C9" w:rsidRDefault="006928C6" w:rsidP="006928C6">
      <w:pPr>
        <w:pStyle w:val="ListParagraph"/>
        <w:numPr>
          <w:ilvl w:val="0"/>
          <w:numId w:val="7"/>
        </w:numPr>
        <w:bidi/>
        <w:spacing w:after="160" w:line="278" w:lineRule="auto"/>
        <w:rPr>
          <w:b/>
          <w:bCs/>
          <w:color w:val="C0504D" w:themeColor="accent2"/>
          <w:sz w:val="28"/>
          <w:szCs w:val="28"/>
        </w:rPr>
      </w:pPr>
      <w:r w:rsidRPr="00CF02C9">
        <w:rPr>
          <w:rFonts w:hint="cs"/>
          <w:b/>
          <w:bCs/>
          <w:color w:val="C0504D" w:themeColor="accent2"/>
          <w:sz w:val="32"/>
          <w:szCs w:val="32"/>
          <w:rtl/>
        </w:rPr>
        <w:t>تنظيم</w:t>
      </w:r>
      <w:r w:rsidRPr="00CF02C9">
        <w:rPr>
          <w:b/>
          <w:bCs/>
          <w:color w:val="C0504D" w:themeColor="accent2"/>
          <w:sz w:val="32"/>
          <w:szCs w:val="32"/>
          <w:rtl/>
        </w:rPr>
        <w:t xml:space="preserve"> </w:t>
      </w:r>
      <w:r w:rsidRPr="00CF02C9">
        <w:rPr>
          <w:rFonts w:hint="cs"/>
          <w:b/>
          <w:bCs/>
          <w:color w:val="C0504D" w:themeColor="accent2"/>
          <w:sz w:val="32"/>
          <w:szCs w:val="32"/>
          <w:rtl/>
        </w:rPr>
        <w:t>العمل</w:t>
      </w:r>
      <w:r w:rsidRPr="00CF02C9">
        <w:rPr>
          <w:b/>
          <w:bCs/>
          <w:color w:val="C0504D" w:themeColor="accent2"/>
          <w:sz w:val="32"/>
          <w:szCs w:val="32"/>
          <w:rtl/>
        </w:rPr>
        <w:t xml:space="preserve"> </w:t>
      </w:r>
      <w:r w:rsidRPr="00CF02C9">
        <w:rPr>
          <w:rFonts w:hint="cs"/>
          <w:b/>
          <w:bCs/>
          <w:color w:val="C0504D" w:themeColor="accent2"/>
          <w:sz w:val="32"/>
          <w:szCs w:val="32"/>
          <w:rtl/>
        </w:rPr>
        <w:t>كأساس</w:t>
      </w:r>
      <w:r w:rsidRPr="00CF02C9">
        <w:rPr>
          <w:b/>
          <w:bCs/>
          <w:color w:val="C0504D" w:themeColor="accent2"/>
          <w:sz w:val="32"/>
          <w:szCs w:val="32"/>
          <w:rtl/>
        </w:rPr>
        <w:t xml:space="preserve"> </w:t>
      </w:r>
      <w:r w:rsidRPr="00CF02C9">
        <w:rPr>
          <w:rFonts w:hint="cs"/>
          <w:b/>
          <w:bCs/>
          <w:color w:val="C0504D" w:themeColor="accent2"/>
          <w:sz w:val="32"/>
          <w:szCs w:val="32"/>
          <w:rtl/>
        </w:rPr>
        <w:t>لتحسين</w:t>
      </w:r>
      <w:r w:rsidRPr="00CF02C9">
        <w:rPr>
          <w:b/>
          <w:bCs/>
          <w:color w:val="C0504D" w:themeColor="accent2"/>
          <w:sz w:val="32"/>
          <w:szCs w:val="32"/>
          <w:rtl/>
        </w:rPr>
        <w:t xml:space="preserve"> </w:t>
      </w:r>
      <w:r w:rsidRPr="00CF02C9">
        <w:rPr>
          <w:rFonts w:hint="cs"/>
          <w:b/>
          <w:bCs/>
          <w:color w:val="C0504D" w:themeColor="accent2"/>
          <w:sz w:val="32"/>
          <w:szCs w:val="32"/>
          <w:rtl/>
        </w:rPr>
        <w:t>الأداء</w:t>
      </w:r>
      <w:r w:rsidRPr="00CF02C9">
        <w:rPr>
          <w:rFonts w:hint="cs"/>
          <w:b/>
          <w:bCs/>
          <w:color w:val="C0504D" w:themeColor="accent2"/>
          <w:sz w:val="28"/>
          <w:szCs w:val="28"/>
          <w:rtl/>
        </w:rPr>
        <w:t xml:space="preserve"> </w:t>
      </w:r>
      <w:r w:rsidR="005B45E6" w:rsidRPr="00CF02C9">
        <w:rPr>
          <w:rFonts w:hint="cs"/>
          <w:b/>
          <w:bCs/>
          <w:color w:val="C0504D" w:themeColor="accent2"/>
          <w:sz w:val="28"/>
          <w:szCs w:val="28"/>
          <w:rtl/>
        </w:rPr>
        <w:t>:</w:t>
      </w:r>
    </w:p>
    <w:p w14:paraId="71A03D40" w14:textId="77777777" w:rsidR="005B45E6" w:rsidRPr="001949AC" w:rsidRDefault="005B45E6" w:rsidP="00911B35">
      <w:pPr>
        <w:pStyle w:val="ListParagraph"/>
        <w:bidi/>
        <w:spacing w:line="360" w:lineRule="auto"/>
        <w:ind w:left="1080"/>
        <w:rPr>
          <w:rFonts w:cs="Arial"/>
          <w:sz w:val="28"/>
          <w:szCs w:val="28"/>
        </w:rPr>
      </w:pPr>
    </w:p>
    <w:p w14:paraId="0B93C45B" w14:textId="4A4B112D" w:rsidR="006928C6" w:rsidRPr="00BB11E7" w:rsidRDefault="006928C6" w:rsidP="00086701">
      <w:pPr>
        <w:pStyle w:val="ListParagraph"/>
        <w:numPr>
          <w:ilvl w:val="0"/>
          <w:numId w:val="45"/>
        </w:numPr>
        <w:bidi/>
        <w:spacing w:after="160"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تنظيم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العمل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يعني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توزيع</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المهام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والمسؤوليات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بوضوح</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بين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الأفراد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والفرق</w:t>
      </w:r>
      <w:r w:rsidRPr="00BB11E7">
        <w:rPr>
          <w:rFonts w:ascii="Simplified Arabic" w:hAnsi="Simplified Arabic" w:cs="Simplified Arabic"/>
          <w:sz w:val="28"/>
          <w:szCs w:val="28"/>
          <w:rtl/>
        </w:rPr>
        <w:t>.</w:t>
      </w:r>
    </w:p>
    <w:p w14:paraId="538A69BA" w14:textId="77777777" w:rsidR="006928C6" w:rsidRDefault="006928C6" w:rsidP="00086701">
      <w:pPr>
        <w:pStyle w:val="ListParagraph"/>
        <w:numPr>
          <w:ilvl w:val="0"/>
          <w:numId w:val="45"/>
        </w:numPr>
        <w:bidi/>
        <w:spacing w:after="160"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يسهم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تجنّب</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تكرار</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الجهود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أو</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تضارب</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الأدوار</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بين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الموظفين</w:t>
      </w:r>
      <w:r w:rsidRPr="00BB11E7">
        <w:rPr>
          <w:rFonts w:ascii="Simplified Arabic" w:hAnsi="Simplified Arabic" w:cs="Simplified Arabic"/>
          <w:sz w:val="28"/>
          <w:szCs w:val="28"/>
          <w:rtl/>
        </w:rPr>
        <w:t xml:space="preserve"> .</w:t>
      </w:r>
    </w:p>
    <w:p w14:paraId="0F772481" w14:textId="77777777" w:rsidR="00901089" w:rsidRPr="00BB11E7" w:rsidRDefault="00901089" w:rsidP="00901089">
      <w:pPr>
        <w:pStyle w:val="ListParagraph"/>
        <w:bidi/>
        <w:spacing w:after="160" w:line="360" w:lineRule="auto"/>
        <w:rPr>
          <w:rFonts w:ascii="Simplified Arabic" w:hAnsi="Simplified Arabic" w:cs="Simplified Arabic"/>
          <w:sz w:val="28"/>
          <w:szCs w:val="28"/>
        </w:rPr>
      </w:pPr>
    </w:p>
    <w:p w14:paraId="6AA85A92" w14:textId="77777777" w:rsidR="006928C6" w:rsidRPr="00BB11E7" w:rsidRDefault="006928C6" w:rsidP="00086701">
      <w:pPr>
        <w:pStyle w:val="ListParagraph"/>
        <w:numPr>
          <w:ilvl w:val="0"/>
          <w:numId w:val="45"/>
        </w:numPr>
        <w:bidi/>
        <w:spacing w:after="160"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يساعد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على</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توجيه</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الجهود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نحو</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الأهداف</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الإستراتيجية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للمؤسسة</w:t>
      </w:r>
      <w:r w:rsidRPr="00BB11E7">
        <w:rPr>
          <w:rFonts w:ascii="Simplified Arabic" w:hAnsi="Simplified Arabic" w:cs="Simplified Arabic"/>
          <w:sz w:val="28"/>
          <w:szCs w:val="28"/>
          <w:rtl/>
        </w:rPr>
        <w:t>.</w:t>
      </w:r>
    </w:p>
    <w:p w14:paraId="3802C41E" w14:textId="4A999B5D" w:rsidR="00E21DDA" w:rsidRPr="00901089" w:rsidRDefault="006928C6" w:rsidP="00086701">
      <w:pPr>
        <w:pStyle w:val="ListParagraph"/>
        <w:numPr>
          <w:ilvl w:val="0"/>
          <w:numId w:val="45"/>
        </w:numPr>
        <w:bidi/>
        <w:spacing w:after="160"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يؤدي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إلى</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زيادة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الإنتاجية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وتقليل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الأخطاء</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وتعزيز</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الانسجام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الداخلي</w:t>
      </w:r>
      <w:r w:rsidRPr="00CA6BF5">
        <w:rPr>
          <w:rFonts w:ascii="Simplified Arabic" w:hAnsi="Simplified Arabic" w:cs="Simplified Arabic"/>
          <w:sz w:val="28"/>
          <w:szCs w:val="28"/>
          <w:rtl/>
        </w:rPr>
        <w:t>.</w:t>
      </w:r>
    </w:p>
    <w:p w14:paraId="40097874" w14:textId="2D110D8F" w:rsidR="00911B35" w:rsidRPr="00E21DDA" w:rsidRDefault="00D72A22" w:rsidP="00086701">
      <w:pPr>
        <w:pStyle w:val="ListParagraph"/>
        <w:numPr>
          <w:ilvl w:val="0"/>
          <w:numId w:val="45"/>
        </w:numPr>
        <w:bidi/>
        <w:spacing w:after="160" w:line="360" w:lineRule="auto"/>
        <w:rPr>
          <w:rFonts w:ascii="Simplified Arabic" w:hAnsi="Simplified Arabic" w:cs="Simplified Arabic"/>
          <w:sz w:val="28"/>
          <w:szCs w:val="28"/>
        </w:rPr>
      </w:pPr>
      <w:r w:rsidRPr="00CA6BF5">
        <w:rPr>
          <w:rFonts w:ascii="Simplified Arabic" w:hAnsi="Simplified Arabic" w:cs="Simplified Arabic"/>
          <w:sz w:val="28"/>
          <w:szCs w:val="28"/>
          <w:rtl/>
        </w:rPr>
        <w:t>يساعد تنظيم العمل في تحديد الأدوار الوظيفية بشكل دقيق،مما يقلل من الغموض في المسؤوليات</w:t>
      </w:r>
      <w:r w:rsidRPr="00CA6BF5">
        <w:rPr>
          <w:rFonts w:ascii="Simplified Arabic" w:hAnsi="Simplified Arabic" w:cs="Simplified Arabic" w:hint="cs"/>
          <w:sz w:val="28"/>
          <w:szCs w:val="28"/>
          <w:rtl/>
        </w:rPr>
        <w:t xml:space="preserve"> </w:t>
      </w:r>
      <w:r w:rsidR="00911B35">
        <w:rPr>
          <w:rFonts w:ascii="Simplified Arabic" w:hAnsi="Simplified Arabic" w:cs="Simplified Arabic" w:hint="cs"/>
          <w:sz w:val="28"/>
          <w:szCs w:val="28"/>
          <w:rtl/>
        </w:rPr>
        <w:t>.</w:t>
      </w:r>
    </w:p>
    <w:p w14:paraId="4594D828" w14:textId="6A3D2433" w:rsidR="00D72A22" w:rsidRPr="00CA6BF5" w:rsidRDefault="001842D4" w:rsidP="00086701">
      <w:pPr>
        <w:pStyle w:val="ListParagraph"/>
        <w:numPr>
          <w:ilvl w:val="0"/>
          <w:numId w:val="45"/>
        </w:numPr>
        <w:bidi/>
        <w:spacing w:after="160" w:line="360" w:lineRule="auto"/>
        <w:rPr>
          <w:rFonts w:ascii="Simplified Arabic" w:hAnsi="Simplified Arabic" w:cs="Simplified Arabic"/>
          <w:sz w:val="28"/>
          <w:szCs w:val="28"/>
        </w:rPr>
      </w:pPr>
      <w:r w:rsidRPr="00CA6BF5">
        <w:rPr>
          <w:rFonts w:ascii="Simplified Arabic" w:hAnsi="Simplified Arabic" w:cs="Simplified Arabic"/>
          <w:sz w:val="28"/>
          <w:szCs w:val="28"/>
          <w:rtl/>
        </w:rPr>
        <w:t>يسهم في بناء هيكل تنظيمي واضح يسهل عملية اتخاذ القرار داخل المؤسسة</w:t>
      </w:r>
      <w:r w:rsidRPr="00CA6BF5">
        <w:rPr>
          <w:rFonts w:ascii="Simplified Arabic" w:hAnsi="Simplified Arabic" w:cs="Simplified Arabic" w:hint="cs"/>
          <w:sz w:val="28"/>
          <w:szCs w:val="28"/>
          <w:rtl/>
        </w:rPr>
        <w:t xml:space="preserve"> .</w:t>
      </w:r>
    </w:p>
    <w:p w14:paraId="6B92CFBC" w14:textId="110A153B" w:rsidR="001842D4" w:rsidRDefault="00CA6BF5" w:rsidP="00086701">
      <w:pPr>
        <w:pStyle w:val="ListParagraph"/>
        <w:numPr>
          <w:ilvl w:val="0"/>
          <w:numId w:val="45"/>
        </w:numPr>
        <w:bidi/>
        <w:spacing w:after="160" w:line="360" w:lineRule="auto"/>
        <w:rPr>
          <w:rFonts w:ascii="Simplified Arabic" w:hAnsi="Simplified Arabic" w:cs="Simplified Arabic"/>
          <w:sz w:val="28"/>
          <w:szCs w:val="28"/>
        </w:rPr>
      </w:pPr>
      <w:r w:rsidRPr="00CA6BF5">
        <w:rPr>
          <w:rFonts w:ascii="Simplified Arabic" w:hAnsi="Simplified Arabic" w:cs="Simplified Arabic"/>
          <w:sz w:val="28"/>
          <w:szCs w:val="28"/>
          <w:rtl/>
        </w:rPr>
        <w:t>يؤدي التنظيم الفعّال إلى تحسين تدفق العمل بين الأقسام المختلفة</w:t>
      </w:r>
      <w:r>
        <w:rPr>
          <w:rFonts w:ascii="Simplified Arabic" w:hAnsi="Simplified Arabic" w:cs="Simplified Arabic" w:hint="cs"/>
          <w:sz w:val="28"/>
          <w:szCs w:val="28"/>
          <w:rtl/>
        </w:rPr>
        <w:t xml:space="preserve"> .</w:t>
      </w:r>
    </w:p>
    <w:p w14:paraId="249C3C48" w14:textId="1478E9EB" w:rsidR="00CA6BF5" w:rsidRDefault="00CD0A06" w:rsidP="00086701">
      <w:pPr>
        <w:pStyle w:val="ListParagraph"/>
        <w:numPr>
          <w:ilvl w:val="0"/>
          <w:numId w:val="45"/>
        </w:numPr>
        <w:bidi/>
        <w:spacing w:after="160" w:line="360" w:lineRule="auto"/>
        <w:rPr>
          <w:rFonts w:ascii="Simplified Arabic" w:hAnsi="Simplified Arabic" w:cs="Simplified Arabic"/>
          <w:sz w:val="28"/>
          <w:szCs w:val="28"/>
        </w:rPr>
      </w:pPr>
      <w:r w:rsidRPr="00CD0A06">
        <w:rPr>
          <w:rFonts w:ascii="Simplified Arabic" w:hAnsi="Simplified Arabic" w:cs="Simplified Arabic"/>
          <w:sz w:val="28"/>
          <w:szCs w:val="28"/>
          <w:rtl/>
        </w:rPr>
        <w:t>يساعد على تحقيق التكامل بين الجهود الفردية والعمل الجماعي</w:t>
      </w:r>
      <w:r>
        <w:rPr>
          <w:rFonts w:ascii="Simplified Arabic" w:hAnsi="Simplified Arabic" w:cs="Simplified Arabic" w:hint="cs"/>
          <w:sz w:val="28"/>
          <w:szCs w:val="28"/>
          <w:rtl/>
        </w:rPr>
        <w:t xml:space="preserve"> .</w:t>
      </w:r>
    </w:p>
    <w:p w14:paraId="44BE5B18" w14:textId="2E2EBB55" w:rsidR="00CD0A06" w:rsidRDefault="00CD0A06" w:rsidP="00086701">
      <w:pPr>
        <w:pStyle w:val="ListParagraph"/>
        <w:numPr>
          <w:ilvl w:val="0"/>
          <w:numId w:val="45"/>
        </w:numPr>
        <w:bidi/>
        <w:spacing w:after="160" w:line="360" w:lineRule="auto"/>
        <w:rPr>
          <w:rFonts w:ascii="Simplified Arabic" w:hAnsi="Simplified Arabic" w:cs="Simplified Arabic"/>
          <w:sz w:val="28"/>
          <w:szCs w:val="28"/>
        </w:rPr>
      </w:pPr>
      <w:r w:rsidRPr="00CD0A06">
        <w:rPr>
          <w:rFonts w:ascii="Simplified Arabic" w:hAnsi="Simplified Arabic" w:cs="Simplified Arabic"/>
          <w:sz w:val="28"/>
          <w:szCs w:val="28"/>
          <w:rtl/>
        </w:rPr>
        <w:t>يُسهم في تقليل الوقت الضائع الناتج عن سوء التنسيق أو ضعف التخطيط</w:t>
      </w:r>
      <w:r>
        <w:rPr>
          <w:rFonts w:ascii="Simplified Arabic" w:hAnsi="Simplified Arabic" w:cs="Simplified Arabic" w:hint="cs"/>
          <w:sz w:val="28"/>
          <w:szCs w:val="28"/>
          <w:rtl/>
        </w:rPr>
        <w:t xml:space="preserve"> .</w:t>
      </w:r>
    </w:p>
    <w:p w14:paraId="03C60011" w14:textId="5BF3841F" w:rsidR="00CD0A06" w:rsidRDefault="003D0FDD" w:rsidP="00086701">
      <w:pPr>
        <w:pStyle w:val="ListParagraph"/>
        <w:numPr>
          <w:ilvl w:val="0"/>
          <w:numId w:val="45"/>
        </w:numPr>
        <w:bidi/>
        <w:spacing w:after="160" w:line="360" w:lineRule="auto"/>
        <w:rPr>
          <w:rFonts w:ascii="Simplified Arabic" w:hAnsi="Simplified Arabic" w:cs="Simplified Arabic"/>
          <w:sz w:val="28"/>
          <w:szCs w:val="28"/>
        </w:rPr>
      </w:pPr>
      <w:r w:rsidRPr="003D0FDD">
        <w:rPr>
          <w:rFonts w:ascii="Simplified Arabic" w:hAnsi="Simplified Arabic" w:cs="Simplified Arabic"/>
          <w:sz w:val="28"/>
          <w:szCs w:val="28"/>
          <w:rtl/>
        </w:rPr>
        <w:t>يعزز من كفاءة استخدام الموارد المتاحة داخل المؤسسة</w:t>
      </w:r>
      <w:r>
        <w:rPr>
          <w:rFonts w:ascii="Simplified Arabic" w:hAnsi="Simplified Arabic" w:cs="Simplified Arabic" w:hint="cs"/>
          <w:sz w:val="28"/>
          <w:szCs w:val="28"/>
          <w:rtl/>
        </w:rPr>
        <w:t xml:space="preserve"> .</w:t>
      </w:r>
    </w:p>
    <w:p w14:paraId="03F74F90" w14:textId="53505DBD" w:rsidR="003D0FDD" w:rsidRDefault="003D0FDD" w:rsidP="00086701">
      <w:pPr>
        <w:pStyle w:val="ListParagraph"/>
        <w:numPr>
          <w:ilvl w:val="0"/>
          <w:numId w:val="45"/>
        </w:numPr>
        <w:bidi/>
        <w:spacing w:after="160" w:line="360" w:lineRule="auto"/>
        <w:rPr>
          <w:rFonts w:ascii="Simplified Arabic" w:hAnsi="Simplified Arabic" w:cs="Simplified Arabic"/>
          <w:sz w:val="28"/>
          <w:szCs w:val="28"/>
        </w:rPr>
      </w:pPr>
      <w:r w:rsidRPr="003D0FDD">
        <w:rPr>
          <w:rFonts w:ascii="Simplified Arabic" w:hAnsi="Simplified Arabic" w:cs="Simplified Arabic"/>
          <w:sz w:val="28"/>
          <w:szCs w:val="28"/>
          <w:rtl/>
        </w:rPr>
        <w:t>يساعد في وضع خطط عمل واضحة تسهم في تحقيق الأهداف بكفاءة</w:t>
      </w:r>
      <w:r>
        <w:rPr>
          <w:rFonts w:ascii="Simplified Arabic" w:hAnsi="Simplified Arabic" w:cs="Simplified Arabic" w:hint="cs"/>
          <w:sz w:val="28"/>
          <w:szCs w:val="28"/>
          <w:rtl/>
        </w:rPr>
        <w:t xml:space="preserve"> .</w:t>
      </w:r>
    </w:p>
    <w:p w14:paraId="377E9FC0" w14:textId="68063D47" w:rsidR="003D0FDD" w:rsidRDefault="00B866E0" w:rsidP="00086701">
      <w:pPr>
        <w:pStyle w:val="ListParagraph"/>
        <w:numPr>
          <w:ilvl w:val="0"/>
          <w:numId w:val="45"/>
        </w:numPr>
        <w:bidi/>
        <w:spacing w:after="160" w:line="360" w:lineRule="auto"/>
        <w:rPr>
          <w:rFonts w:ascii="Simplified Arabic" w:hAnsi="Simplified Arabic" w:cs="Simplified Arabic"/>
          <w:sz w:val="28"/>
          <w:szCs w:val="28"/>
        </w:rPr>
      </w:pPr>
      <w:r w:rsidRPr="00B866E0">
        <w:rPr>
          <w:rFonts w:ascii="Simplified Arabic" w:hAnsi="Simplified Arabic" w:cs="Simplified Arabic"/>
          <w:sz w:val="28"/>
          <w:szCs w:val="28"/>
          <w:rtl/>
        </w:rPr>
        <w:t>يؤدي إلى تحسين مستوى الرقابة والمتابعة على سير العمل</w:t>
      </w:r>
      <w:r>
        <w:rPr>
          <w:rFonts w:ascii="Simplified Arabic" w:hAnsi="Simplified Arabic" w:cs="Simplified Arabic" w:hint="cs"/>
          <w:sz w:val="28"/>
          <w:szCs w:val="28"/>
          <w:rtl/>
        </w:rPr>
        <w:t xml:space="preserve"> .</w:t>
      </w:r>
    </w:p>
    <w:p w14:paraId="3BE5129C" w14:textId="0B4749E5" w:rsidR="00B866E0" w:rsidRDefault="00B866E0" w:rsidP="00086701">
      <w:pPr>
        <w:pStyle w:val="ListParagraph"/>
        <w:numPr>
          <w:ilvl w:val="0"/>
          <w:numId w:val="45"/>
        </w:numPr>
        <w:bidi/>
        <w:spacing w:after="160" w:line="360" w:lineRule="auto"/>
        <w:rPr>
          <w:rFonts w:ascii="Simplified Arabic" w:hAnsi="Simplified Arabic" w:cs="Simplified Arabic"/>
          <w:sz w:val="28"/>
          <w:szCs w:val="28"/>
        </w:rPr>
      </w:pPr>
      <w:r w:rsidRPr="00B866E0">
        <w:rPr>
          <w:rFonts w:ascii="Simplified Arabic" w:hAnsi="Simplified Arabic" w:cs="Simplified Arabic"/>
          <w:sz w:val="28"/>
          <w:szCs w:val="28"/>
          <w:rtl/>
        </w:rPr>
        <w:t>يسهم في تقليل الأخطاء الناتجة عن العشوائية أو غياب التنظيم</w:t>
      </w:r>
      <w:r>
        <w:rPr>
          <w:rFonts w:ascii="Simplified Arabic" w:hAnsi="Simplified Arabic" w:cs="Simplified Arabic" w:hint="cs"/>
          <w:sz w:val="28"/>
          <w:szCs w:val="28"/>
          <w:rtl/>
        </w:rPr>
        <w:t xml:space="preserve"> .</w:t>
      </w:r>
    </w:p>
    <w:p w14:paraId="6B4838EB" w14:textId="071BDBB4" w:rsidR="00B866E0" w:rsidRDefault="00B866E0" w:rsidP="00086701">
      <w:pPr>
        <w:pStyle w:val="ListParagraph"/>
        <w:numPr>
          <w:ilvl w:val="0"/>
          <w:numId w:val="45"/>
        </w:numPr>
        <w:bidi/>
        <w:spacing w:after="160" w:line="360" w:lineRule="auto"/>
        <w:rPr>
          <w:rFonts w:ascii="Simplified Arabic" w:hAnsi="Simplified Arabic" w:cs="Simplified Arabic"/>
          <w:sz w:val="28"/>
          <w:szCs w:val="28"/>
        </w:rPr>
      </w:pPr>
      <w:r w:rsidRPr="00B866E0">
        <w:rPr>
          <w:rFonts w:ascii="Simplified Arabic" w:hAnsi="Simplified Arabic" w:cs="Simplified Arabic"/>
          <w:sz w:val="28"/>
          <w:szCs w:val="28"/>
          <w:rtl/>
        </w:rPr>
        <w:t>يساعد على توزيع المهام وفقًا لقدرات ومهارات الموظفين</w:t>
      </w:r>
      <w:r>
        <w:rPr>
          <w:rFonts w:ascii="Simplified Arabic" w:hAnsi="Simplified Arabic" w:cs="Simplified Arabic" w:hint="cs"/>
          <w:sz w:val="28"/>
          <w:szCs w:val="28"/>
          <w:rtl/>
        </w:rPr>
        <w:t xml:space="preserve"> .</w:t>
      </w:r>
    </w:p>
    <w:p w14:paraId="68962F55" w14:textId="2A772180" w:rsidR="00B866E0" w:rsidRDefault="008505C5" w:rsidP="00086701">
      <w:pPr>
        <w:pStyle w:val="ListParagraph"/>
        <w:numPr>
          <w:ilvl w:val="0"/>
          <w:numId w:val="45"/>
        </w:numPr>
        <w:bidi/>
        <w:spacing w:after="160" w:line="360" w:lineRule="auto"/>
        <w:rPr>
          <w:rFonts w:ascii="Simplified Arabic" w:hAnsi="Simplified Arabic" w:cs="Simplified Arabic"/>
          <w:sz w:val="28"/>
          <w:szCs w:val="28"/>
        </w:rPr>
      </w:pPr>
      <w:r w:rsidRPr="008505C5">
        <w:rPr>
          <w:rFonts w:ascii="Simplified Arabic" w:hAnsi="Simplified Arabic" w:cs="Simplified Arabic"/>
          <w:sz w:val="28"/>
          <w:szCs w:val="28"/>
          <w:rtl/>
        </w:rPr>
        <w:t>يعزز من سرعة إنجاز الأعمال نتيجة وضوح الإجراءات والخطوات</w:t>
      </w:r>
      <w:r>
        <w:rPr>
          <w:rFonts w:ascii="Simplified Arabic" w:hAnsi="Simplified Arabic" w:cs="Simplified Arabic" w:hint="cs"/>
          <w:sz w:val="28"/>
          <w:szCs w:val="28"/>
          <w:rtl/>
        </w:rPr>
        <w:t xml:space="preserve"> .</w:t>
      </w:r>
    </w:p>
    <w:p w14:paraId="204012E0" w14:textId="10873579" w:rsidR="008505C5" w:rsidRDefault="008505C5" w:rsidP="00086701">
      <w:pPr>
        <w:pStyle w:val="ListParagraph"/>
        <w:numPr>
          <w:ilvl w:val="0"/>
          <w:numId w:val="45"/>
        </w:numPr>
        <w:bidi/>
        <w:spacing w:after="160" w:line="360" w:lineRule="auto"/>
        <w:rPr>
          <w:rFonts w:ascii="Simplified Arabic" w:hAnsi="Simplified Arabic" w:cs="Simplified Arabic"/>
          <w:sz w:val="28"/>
          <w:szCs w:val="28"/>
        </w:rPr>
      </w:pPr>
      <w:r w:rsidRPr="008505C5">
        <w:rPr>
          <w:rFonts w:ascii="Simplified Arabic" w:hAnsi="Simplified Arabic" w:cs="Simplified Arabic"/>
          <w:sz w:val="28"/>
          <w:szCs w:val="28"/>
          <w:rtl/>
        </w:rPr>
        <w:t>يسهم في خلق بيئة عمل منظمة تساعد على التركيز والإنتاج</w:t>
      </w:r>
      <w:r>
        <w:rPr>
          <w:rFonts w:ascii="Simplified Arabic" w:hAnsi="Simplified Arabic" w:cs="Simplified Arabic" w:hint="cs"/>
          <w:sz w:val="28"/>
          <w:szCs w:val="28"/>
          <w:rtl/>
        </w:rPr>
        <w:t xml:space="preserve"> .</w:t>
      </w:r>
    </w:p>
    <w:p w14:paraId="6296F6B5" w14:textId="56992FDC" w:rsidR="008505C5" w:rsidRDefault="008505C5" w:rsidP="00086701">
      <w:pPr>
        <w:pStyle w:val="ListParagraph"/>
        <w:numPr>
          <w:ilvl w:val="0"/>
          <w:numId w:val="45"/>
        </w:numPr>
        <w:bidi/>
        <w:spacing w:after="160" w:line="360" w:lineRule="auto"/>
        <w:rPr>
          <w:rFonts w:ascii="Simplified Arabic" w:hAnsi="Simplified Arabic" w:cs="Simplified Arabic"/>
          <w:sz w:val="28"/>
          <w:szCs w:val="28"/>
        </w:rPr>
      </w:pPr>
      <w:r w:rsidRPr="008505C5">
        <w:rPr>
          <w:rFonts w:ascii="Simplified Arabic" w:hAnsi="Simplified Arabic" w:cs="Simplified Arabic"/>
          <w:sz w:val="28"/>
          <w:szCs w:val="28"/>
          <w:rtl/>
        </w:rPr>
        <w:t>يؤدي إلى تحسين جودة الأداء من خلال وضوح المعايير والإجراءات</w:t>
      </w:r>
      <w:r>
        <w:rPr>
          <w:rFonts w:ascii="Simplified Arabic" w:hAnsi="Simplified Arabic" w:cs="Simplified Arabic" w:hint="cs"/>
          <w:sz w:val="28"/>
          <w:szCs w:val="28"/>
          <w:rtl/>
        </w:rPr>
        <w:t xml:space="preserve"> .</w:t>
      </w:r>
    </w:p>
    <w:p w14:paraId="7179FFBB" w14:textId="1233A30F" w:rsidR="008505C5" w:rsidRDefault="00511ADE" w:rsidP="00086701">
      <w:pPr>
        <w:pStyle w:val="ListParagraph"/>
        <w:numPr>
          <w:ilvl w:val="0"/>
          <w:numId w:val="45"/>
        </w:numPr>
        <w:bidi/>
        <w:spacing w:after="160" w:line="360" w:lineRule="auto"/>
        <w:rPr>
          <w:rFonts w:ascii="Simplified Arabic" w:hAnsi="Simplified Arabic" w:cs="Simplified Arabic"/>
          <w:sz w:val="28"/>
          <w:szCs w:val="28"/>
        </w:rPr>
      </w:pPr>
      <w:r w:rsidRPr="00511ADE">
        <w:rPr>
          <w:rFonts w:ascii="Simplified Arabic" w:hAnsi="Simplified Arabic" w:cs="Simplified Arabic"/>
          <w:sz w:val="28"/>
          <w:szCs w:val="28"/>
          <w:rtl/>
        </w:rPr>
        <w:t>يساعد في تحقيق التوازن بين حجم العمل والقدرات المتاحة</w:t>
      </w:r>
      <w:r>
        <w:rPr>
          <w:rFonts w:ascii="Simplified Arabic" w:hAnsi="Simplified Arabic" w:cs="Simplified Arabic" w:hint="cs"/>
          <w:sz w:val="28"/>
          <w:szCs w:val="28"/>
          <w:rtl/>
        </w:rPr>
        <w:t xml:space="preserve"> .</w:t>
      </w:r>
    </w:p>
    <w:p w14:paraId="31C4D43B" w14:textId="53A6F785" w:rsidR="00511ADE" w:rsidRPr="00CA6BF5" w:rsidRDefault="00511ADE" w:rsidP="00086701">
      <w:pPr>
        <w:pStyle w:val="ListParagraph"/>
        <w:numPr>
          <w:ilvl w:val="0"/>
          <w:numId w:val="45"/>
        </w:numPr>
        <w:bidi/>
        <w:spacing w:after="160" w:line="360" w:lineRule="auto"/>
        <w:rPr>
          <w:rFonts w:ascii="Simplified Arabic" w:hAnsi="Simplified Arabic" w:cs="Simplified Arabic"/>
          <w:sz w:val="28"/>
          <w:szCs w:val="28"/>
        </w:rPr>
      </w:pPr>
      <w:r w:rsidRPr="00511ADE">
        <w:rPr>
          <w:rFonts w:ascii="Simplified Arabic" w:hAnsi="Simplified Arabic" w:cs="Simplified Arabic"/>
          <w:sz w:val="28"/>
          <w:szCs w:val="28"/>
          <w:rtl/>
        </w:rPr>
        <w:t>يعزز من الانضباط الوظيفي داخل المؤسسة</w:t>
      </w:r>
      <w:r>
        <w:rPr>
          <w:rFonts w:ascii="Simplified Arabic" w:hAnsi="Simplified Arabic" w:cs="Simplified Arabic" w:hint="cs"/>
          <w:sz w:val="28"/>
          <w:szCs w:val="28"/>
          <w:rtl/>
        </w:rPr>
        <w:t xml:space="preserve"> .</w:t>
      </w:r>
    </w:p>
    <w:p w14:paraId="79789562" w14:textId="77777777" w:rsidR="00911B35" w:rsidRPr="00901089" w:rsidRDefault="00911B35" w:rsidP="00901089">
      <w:pPr>
        <w:bidi/>
        <w:spacing w:after="160" w:line="278" w:lineRule="auto"/>
        <w:rPr>
          <w:rFonts w:cs="Arial"/>
          <w:sz w:val="28"/>
          <w:szCs w:val="28"/>
          <w:rtl/>
        </w:rPr>
      </w:pPr>
    </w:p>
    <w:p w14:paraId="1E4A3E62" w14:textId="77777777" w:rsidR="00911B35" w:rsidRPr="001949AC" w:rsidRDefault="00911B35" w:rsidP="00911B35">
      <w:pPr>
        <w:pStyle w:val="ListParagraph"/>
        <w:bidi/>
        <w:spacing w:after="160" w:line="278" w:lineRule="auto"/>
        <w:rPr>
          <w:rFonts w:cs="Arial"/>
          <w:sz w:val="28"/>
          <w:szCs w:val="28"/>
        </w:rPr>
      </w:pPr>
    </w:p>
    <w:p w14:paraId="4B1C75B5" w14:textId="6CB92EB4" w:rsidR="00697692" w:rsidRPr="00CF02C9" w:rsidRDefault="002D5FB0" w:rsidP="00075FD3">
      <w:pPr>
        <w:pStyle w:val="ListParagraph"/>
        <w:numPr>
          <w:ilvl w:val="0"/>
          <w:numId w:val="7"/>
        </w:numPr>
        <w:bidi/>
        <w:spacing w:after="160" w:line="278" w:lineRule="auto"/>
        <w:rPr>
          <w:b/>
          <w:bCs/>
          <w:color w:val="C0504D" w:themeColor="accent2"/>
          <w:sz w:val="32"/>
          <w:szCs w:val="32"/>
        </w:rPr>
      </w:pPr>
      <w:r w:rsidRPr="00CF02C9">
        <w:rPr>
          <w:rFonts w:hint="cs"/>
          <w:b/>
          <w:bCs/>
          <w:color w:val="C0504D" w:themeColor="accent2"/>
          <w:sz w:val="32"/>
          <w:szCs w:val="32"/>
          <w:rtl/>
        </w:rPr>
        <w:t>إدارة</w:t>
      </w:r>
      <w:r w:rsidRPr="00CF02C9">
        <w:rPr>
          <w:b/>
          <w:bCs/>
          <w:color w:val="C0504D" w:themeColor="accent2"/>
          <w:sz w:val="32"/>
          <w:szCs w:val="32"/>
          <w:rtl/>
        </w:rPr>
        <w:t xml:space="preserve"> </w:t>
      </w:r>
      <w:r w:rsidRPr="00CF02C9">
        <w:rPr>
          <w:rFonts w:hint="cs"/>
          <w:b/>
          <w:bCs/>
          <w:color w:val="C0504D" w:themeColor="accent2"/>
          <w:sz w:val="32"/>
          <w:szCs w:val="32"/>
          <w:rtl/>
        </w:rPr>
        <w:t>الوقت</w:t>
      </w:r>
      <w:r w:rsidRPr="00CF02C9">
        <w:rPr>
          <w:b/>
          <w:bCs/>
          <w:color w:val="C0504D" w:themeColor="accent2"/>
          <w:sz w:val="32"/>
          <w:szCs w:val="32"/>
          <w:rtl/>
        </w:rPr>
        <w:t xml:space="preserve"> </w:t>
      </w:r>
      <w:r w:rsidRPr="00CF02C9">
        <w:rPr>
          <w:rFonts w:hint="cs"/>
          <w:b/>
          <w:bCs/>
          <w:color w:val="C0504D" w:themeColor="accent2"/>
          <w:sz w:val="32"/>
          <w:szCs w:val="32"/>
          <w:rtl/>
        </w:rPr>
        <w:t>كأداة</w:t>
      </w:r>
      <w:r w:rsidRPr="00CF02C9">
        <w:rPr>
          <w:b/>
          <w:bCs/>
          <w:color w:val="C0504D" w:themeColor="accent2"/>
          <w:sz w:val="32"/>
          <w:szCs w:val="32"/>
          <w:rtl/>
        </w:rPr>
        <w:t xml:space="preserve"> </w:t>
      </w:r>
      <w:r w:rsidRPr="00CF02C9">
        <w:rPr>
          <w:rFonts w:hint="cs"/>
          <w:b/>
          <w:bCs/>
          <w:color w:val="C0504D" w:themeColor="accent2"/>
          <w:sz w:val="32"/>
          <w:szCs w:val="32"/>
          <w:rtl/>
        </w:rPr>
        <w:t>للكفاءة</w:t>
      </w:r>
      <w:r w:rsidRPr="00CF02C9">
        <w:rPr>
          <w:b/>
          <w:bCs/>
          <w:color w:val="C0504D" w:themeColor="accent2"/>
          <w:sz w:val="32"/>
          <w:szCs w:val="32"/>
          <w:rtl/>
        </w:rPr>
        <w:t xml:space="preserve"> </w:t>
      </w:r>
      <w:r w:rsidRPr="00CF02C9">
        <w:rPr>
          <w:rFonts w:hint="cs"/>
          <w:b/>
          <w:bCs/>
          <w:color w:val="C0504D" w:themeColor="accent2"/>
          <w:sz w:val="32"/>
          <w:szCs w:val="32"/>
          <w:rtl/>
        </w:rPr>
        <w:t xml:space="preserve">التشغيلية </w:t>
      </w:r>
      <w:r w:rsidR="005B45E6" w:rsidRPr="00CF02C9">
        <w:rPr>
          <w:rFonts w:hint="cs"/>
          <w:b/>
          <w:bCs/>
          <w:color w:val="C0504D" w:themeColor="accent2"/>
          <w:sz w:val="32"/>
          <w:szCs w:val="32"/>
          <w:rtl/>
        </w:rPr>
        <w:t>:</w:t>
      </w:r>
    </w:p>
    <w:p w14:paraId="4A31779F" w14:textId="77777777" w:rsidR="00075FD3" w:rsidRPr="00075FD3" w:rsidRDefault="00075FD3" w:rsidP="00075FD3">
      <w:pPr>
        <w:pStyle w:val="ListParagraph"/>
        <w:bidi/>
        <w:spacing w:after="160" w:line="278" w:lineRule="auto"/>
        <w:ind w:left="1080"/>
        <w:rPr>
          <w:sz w:val="28"/>
          <w:szCs w:val="28"/>
          <w:rtl/>
        </w:rPr>
      </w:pPr>
    </w:p>
    <w:p w14:paraId="1A57F8DB" w14:textId="55481785" w:rsidR="002D5FB0" w:rsidRPr="00BB11E7" w:rsidRDefault="002D5FB0" w:rsidP="00086701">
      <w:pPr>
        <w:pStyle w:val="ListParagraph"/>
        <w:numPr>
          <w:ilvl w:val="0"/>
          <w:numId w:val="46"/>
        </w:numPr>
        <w:bidi/>
        <w:spacing w:line="360" w:lineRule="auto"/>
        <w:jc w:val="both"/>
        <w:rPr>
          <w:rFonts w:ascii="Simplified Arabic" w:hAnsi="Simplified Arabic" w:cs="Simplified Arabic"/>
          <w:sz w:val="28"/>
          <w:szCs w:val="28"/>
        </w:rPr>
      </w:pPr>
      <w:r w:rsidRPr="00BB11E7">
        <w:rPr>
          <w:rFonts w:ascii="Simplified Arabic" w:hAnsi="Simplified Arabic" w:cs="Simplified Arabic" w:hint="cs"/>
          <w:sz w:val="28"/>
          <w:szCs w:val="28"/>
          <w:rtl/>
        </w:rPr>
        <w:t>تتيح</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إدارة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الوقت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للعاملين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القدرة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على</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التخطيط</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المسبق</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وتحديد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الأولويات</w:t>
      </w:r>
      <w:r w:rsidRPr="00BB11E7">
        <w:rPr>
          <w:rFonts w:ascii="Simplified Arabic" w:hAnsi="Simplified Arabic" w:cs="Simplified Arabic"/>
          <w:sz w:val="28"/>
          <w:szCs w:val="28"/>
          <w:rtl/>
        </w:rPr>
        <w:t xml:space="preserve"> .</w:t>
      </w:r>
    </w:p>
    <w:p w14:paraId="696A09A9" w14:textId="77777777" w:rsidR="00075FD3" w:rsidRPr="00BB11E7" w:rsidRDefault="002D5FB0" w:rsidP="00086701">
      <w:pPr>
        <w:pStyle w:val="ListParagraph"/>
        <w:numPr>
          <w:ilvl w:val="0"/>
          <w:numId w:val="46"/>
        </w:numPr>
        <w:bidi/>
        <w:spacing w:line="360" w:lineRule="auto"/>
        <w:jc w:val="both"/>
        <w:rPr>
          <w:rFonts w:ascii="Simplified Arabic" w:hAnsi="Simplified Arabic" w:cs="Simplified Arabic"/>
          <w:sz w:val="28"/>
          <w:szCs w:val="28"/>
        </w:rPr>
      </w:pPr>
      <w:r w:rsidRPr="00BB11E7">
        <w:rPr>
          <w:rFonts w:ascii="Simplified Arabic" w:hAnsi="Simplified Arabic" w:cs="Simplified Arabic" w:hint="cs"/>
          <w:sz w:val="28"/>
          <w:szCs w:val="28"/>
          <w:rtl/>
        </w:rPr>
        <w:t>تساعد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تجنب</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إضاعة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الوقت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أنشطة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غير</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ضرورية</w:t>
      </w:r>
      <w:r w:rsidRPr="00BB11E7">
        <w:rPr>
          <w:rFonts w:ascii="Simplified Arabic" w:hAnsi="Simplified Arabic" w:cs="Simplified Arabic"/>
          <w:sz w:val="28"/>
          <w:szCs w:val="28"/>
          <w:rtl/>
        </w:rPr>
        <w:t xml:space="preserve"> .</w:t>
      </w:r>
    </w:p>
    <w:p w14:paraId="71D91A55" w14:textId="0FB3D9BE" w:rsidR="003B0B6D" w:rsidRDefault="002D5FB0" w:rsidP="00086701">
      <w:pPr>
        <w:pStyle w:val="ListParagraph"/>
        <w:numPr>
          <w:ilvl w:val="0"/>
          <w:numId w:val="46"/>
        </w:numPr>
        <w:bidi/>
        <w:spacing w:line="360" w:lineRule="auto"/>
        <w:jc w:val="both"/>
        <w:rPr>
          <w:rFonts w:ascii="Simplified Arabic" w:hAnsi="Simplified Arabic" w:cs="Simplified Arabic"/>
          <w:sz w:val="28"/>
          <w:szCs w:val="28"/>
        </w:rPr>
      </w:pPr>
      <w:r w:rsidRPr="00BB11E7">
        <w:rPr>
          <w:rFonts w:ascii="Simplified Arabic" w:hAnsi="Simplified Arabic" w:cs="Simplified Arabic" w:hint="cs"/>
          <w:sz w:val="28"/>
          <w:szCs w:val="28"/>
          <w:rtl/>
        </w:rPr>
        <w:t>ترفع</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من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مستوى</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الكفاءة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التشغيلية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للمؤسسة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وسرعة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إنجاز</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المهام</w:t>
      </w:r>
      <w:r w:rsidR="00075FD3" w:rsidRPr="00BB11E7">
        <w:rPr>
          <w:rFonts w:ascii="Simplified Arabic" w:hAnsi="Simplified Arabic" w:cs="Simplified Arabic" w:hint="cs"/>
          <w:sz w:val="28"/>
          <w:szCs w:val="28"/>
          <w:rtl/>
        </w:rPr>
        <w:t>.</w:t>
      </w:r>
    </w:p>
    <w:p w14:paraId="3BC15079" w14:textId="75443FCA" w:rsidR="008F5E33" w:rsidRDefault="008F5E33" w:rsidP="00086701">
      <w:pPr>
        <w:pStyle w:val="ListParagraph"/>
        <w:numPr>
          <w:ilvl w:val="0"/>
          <w:numId w:val="46"/>
        </w:numPr>
        <w:bidi/>
        <w:spacing w:line="360" w:lineRule="auto"/>
        <w:jc w:val="both"/>
        <w:rPr>
          <w:rFonts w:ascii="Simplified Arabic" w:hAnsi="Simplified Arabic" w:cs="Simplified Arabic"/>
          <w:sz w:val="28"/>
          <w:szCs w:val="28"/>
        </w:rPr>
      </w:pPr>
      <w:r w:rsidRPr="008F5E33">
        <w:rPr>
          <w:rFonts w:ascii="Simplified Arabic" w:hAnsi="Simplified Arabic" w:cs="Simplified Arabic"/>
          <w:sz w:val="28"/>
          <w:szCs w:val="28"/>
          <w:rtl/>
        </w:rPr>
        <w:t>تُسهم إدارة الوقت في تنظيم سير العمل اليومي وتقليل العشوائية في تنفيذ المهام</w:t>
      </w:r>
      <w:r>
        <w:rPr>
          <w:rFonts w:ascii="Simplified Arabic" w:hAnsi="Simplified Arabic" w:cs="Simplified Arabic" w:hint="cs"/>
          <w:sz w:val="28"/>
          <w:szCs w:val="28"/>
          <w:rtl/>
        </w:rPr>
        <w:t xml:space="preserve"> .</w:t>
      </w:r>
    </w:p>
    <w:p w14:paraId="5D66A74F" w14:textId="2B09A0E7" w:rsidR="008F5E33" w:rsidRDefault="00904E97" w:rsidP="00086701">
      <w:pPr>
        <w:pStyle w:val="ListParagraph"/>
        <w:numPr>
          <w:ilvl w:val="0"/>
          <w:numId w:val="46"/>
        </w:numPr>
        <w:bidi/>
        <w:spacing w:line="360" w:lineRule="auto"/>
        <w:jc w:val="both"/>
        <w:rPr>
          <w:rFonts w:ascii="Simplified Arabic" w:hAnsi="Simplified Arabic" w:cs="Simplified Arabic"/>
          <w:sz w:val="28"/>
          <w:szCs w:val="28"/>
        </w:rPr>
      </w:pPr>
      <w:r w:rsidRPr="00904E97">
        <w:rPr>
          <w:rFonts w:ascii="Simplified Arabic" w:hAnsi="Simplified Arabic" w:cs="Simplified Arabic"/>
          <w:sz w:val="28"/>
          <w:szCs w:val="28"/>
          <w:rtl/>
        </w:rPr>
        <w:t>ساعد على توزيع الجهد بشكل متوازن بين المهام المختلفة وفقًا لأولوياتها</w:t>
      </w:r>
      <w:r>
        <w:rPr>
          <w:rFonts w:ascii="Simplified Arabic" w:hAnsi="Simplified Arabic" w:cs="Simplified Arabic" w:hint="cs"/>
          <w:sz w:val="28"/>
          <w:szCs w:val="28"/>
          <w:rtl/>
        </w:rPr>
        <w:t xml:space="preserve"> .</w:t>
      </w:r>
    </w:p>
    <w:p w14:paraId="4BE648FA" w14:textId="710A0954" w:rsidR="00904E97" w:rsidRDefault="00AD0B51" w:rsidP="00086701">
      <w:pPr>
        <w:pStyle w:val="ListParagraph"/>
        <w:numPr>
          <w:ilvl w:val="0"/>
          <w:numId w:val="46"/>
        </w:numPr>
        <w:bidi/>
        <w:spacing w:line="360" w:lineRule="auto"/>
        <w:jc w:val="both"/>
        <w:rPr>
          <w:rFonts w:ascii="Simplified Arabic" w:hAnsi="Simplified Arabic" w:cs="Simplified Arabic"/>
          <w:sz w:val="28"/>
          <w:szCs w:val="28"/>
        </w:rPr>
      </w:pPr>
      <w:r w:rsidRPr="00AD0B51">
        <w:rPr>
          <w:rFonts w:ascii="Simplified Arabic" w:hAnsi="Simplified Arabic" w:cs="Simplified Arabic"/>
          <w:sz w:val="28"/>
          <w:szCs w:val="28"/>
          <w:rtl/>
        </w:rPr>
        <w:t>تمكّن الموظفين من الالتزام بالمواعيد النهائية وإنجاز الأعمال في الوقت المحدد</w:t>
      </w:r>
      <w:r>
        <w:rPr>
          <w:rFonts w:ascii="Simplified Arabic" w:hAnsi="Simplified Arabic" w:cs="Simplified Arabic" w:hint="cs"/>
          <w:sz w:val="28"/>
          <w:szCs w:val="28"/>
          <w:rtl/>
        </w:rPr>
        <w:t xml:space="preserve"> .</w:t>
      </w:r>
    </w:p>
    <w:p w14:paraId="1D10781E" w14:textId="54F76B82" w:rsidR="00AD0B51" w:rsidRDefault="00AD0B51" w:rsidP="00086701">
      <w:pPr>
        <w:pStyle w:val="ListParagraph"/>
        <w:numPr>
          <w:ilvl w:val="0"/>
          <w:numId w:val="46"/>
        </w:numPr>
        <w:bidi/>
        <w:spacing w:line="360" w:lineRule="auto"/>
        <w:jc w:val="both"/>
        <w:rPr>
          <w:rFonts w:ascii="Simplified Arabic" w:hAnsi="Simplified Arabic" w:cs="Simplified Arabic"/>
          <w:sz w:val="28"/>
          <w:szCs w:val="28"/>
        </w:rPr>
      </w:pPr>
      <w:r w:rsidRPr="00AD0B51">
        <w:rPr>
          <w:rFonts w:ascii="Simplified Arabic" w:hAnsi="Simplified Arabic" w:cs="Simplified Arabic"/>
          <w:sz w:val="28"/>
          <w:szCs w:val="28"/>
          <w:rtl/>
        </w:rPr>
        <w:t>تُسهم في تقليل التوتر الناتج عن ضغط العمل وتراكم المها</w:t>
      </w:r>
      <w:r w:rsidR="007C788E">
        <w:rPr>
          <w:rFonts w:ascii="Simplified Arabic" w:hAnsi="Simplified Arabic" w:cs="Simplified Arabic" w:hint="cs"/>
          <w:sz w:val="28"/>
          <w:szCs w:val="28"/>
          <w:rtl/>
        </w:rPr>
        <w:t>م .</w:t>
      </w:r>
    </w:p>
    <w:p w14:paraId="7B4BD834" w14:textId="03BDE193" w:rsidR="007C788E" w:rsidRDefault="007C788E" w:rsidP="00086701">
      <w:pPr>
        <w:pStyle w:val="ListParagraph"/>
        <w:numPr>
          <w:ilvl w:val="0"/>
          <w:numId w:val="46"/>
        </w:numPr>
        <w:bidi/>
        <w:spacing w:line="360" w:lineRule="auto"/>
        <w:jc w:val="both"/>
        <w:rPr>
          <w:rFonts w:ascii="Simplified Arabic" w:hAnsi="Simplified Arabic" w:cs="Simplified Arabic"/>
          <w:sz w:val="28"/>
          <w:szCs w:val="28"/>
        </w:rPr>
      </w:pPr>
      <w:r w:rsidRPr="007C788E">
        <w:rPr>
          <w:rFonts w:ascii="Simplified Arabic" w:hAnsi="Simplified Arabic" w:cs="Simplified Arabic"/>
          <w:sz w:val="28"/>
          <w:szCs w:val="28"/>
          <w:rtl/>
        </w:rPr>
        <w:t>تعزز من قدرة الموظفين على التركيز وتحسين جودة الأداء</w:t>
      </w:r>
      <w:r>
        <w:rPr>
          <w:rFonts w:ascii="Simplified Arabic" w:hAnsi="Simplified Arabic" w:cs="Simplified Arabic" w:hint="cs"/>
          <w:sz w:val="28"/>
          <w:szCs w:val="28"/>
          <w:rtl/>
        </w:rPr>
        <w:t xml:space="preserve"> .</w:t>
      </w:r>
    </w:p>
    <w:p w14:paraId="1E808E8E" w14:textId="55304766" w:rsidR="007C788E" w:rsidRDefault="00132EA6" w:rsidP="00086701">
      <w:pPr>
        <w:pStyle w:val="ListParagraph"/>
        <w:numPr>
          <w:ilvl w:val="0"/>
          <w:numId w:val="46"/>
        </w:numPr>
        <w:bidi/>
        <w:spacing w:line="360" w:lineRule="auto"/>
        <w:jc w:val="both"/>
        <w:rPr>
          <w:rFonts w:ascii="Simplified Arabic" w:hAnsi="Simplified Arabic" w:cs="Simplified Arabic"/>
          <w:sz w:val="28"/>
          <w:szCs w:val="28"/>
        </w:rPr>
      </w:pPr>
      <w:r w:rsidRPr="00132EA6">
        <w:rPr>
          <w:rFonts w:ascii="Simplified Arabic" w:hAnsi="Simplified Arabic" w:cs="Simplified Arabic"/>
          <w:sz w:val="28"/>
          <w:szCs w:val="28"/>
          <w:rtl/>
        </w:rPr>
        <w:t>تساعد على استغلال فترات العمل بأقصى كفاءة ممكنة دون هدر للوقت</w:t>
      </w:r>
      <w:r>
        <w:rPr>
          <w:rFonts w:ascii="Simplified Arabic" w:hAnsi="Simplified Arabic" w:cs="Simplified Arabic" w:hint="cs"/>
          <w:sz w:val="28"/>
          <w:szCs w:val="28"/>
          <w:rtl/>
        </w:rPr>
        <w:t xml:space="preserve"> .</w:t>
      </w:r>
    </w:p>
    <w:p w14:paraId="22BA90DF" w14:textId="001B0411" w:rsidR="00132EA6" w:rsidRDefault="00132EA6" w:rsidP="00086701">
      <w:pPr>
        <w:pStyle w:val="ListParagraph"/>
        <w:numPr>
          <w:ilvl w:val="0"/>
          <w:numId w:val="46"/>
        </w:numPr>
        <w:bidi/>
        <w:spacing w:line="360" w:lineRule="auto"/>
        <w:jc w:val="both"/>
        <w:rPr>
          <w:rFonts w:ascii="Simplified Arabic" w:hAnsi="Simplified Arabic" w:cs="Simplified Arabic"/>
          <w:sz w:val="28"/>
          <w:szCs w:val="28"/>
        </w:rPr>
      </w:pPr>
      <w:r w:rsidRPr="00132EA6">
        <w:rPr>
          <w:rFonts w:ascii="Simplified Arabic" w:hAnsi="Simplified Arabic" w:cs="Simplified Arabic"/>
          <w:sz w:val="28"/>
          <w:szCs w:val="28"/>
          <w:rtl/>
        </w:rPr>
        <w:t>تُسهم في تحسين عملية التنسيق بين الأفراد والفرق داخل المؤسسة</w:t>
      </w:r>
      <w:r>
        <w:rPr>
          <w:rFonts w:ascii="Simplified Arabic" w:hAnsi="Simplified Arabic" w:cs="Simplified Arabic" w:hint="cs"/>
          <w:sz w:val="28"/>
          <w:szCs w:val="28"/>
          <w:rtl/>
        </w:rPr>
        <w:t xml:space="preserve"> .</w:t>
      </w:r>
    </w:p>
    <w:p w14:paraId="344295B7" w14:textId="02637BB7" w:rsidR="00132EA6" w:rsidRDefault="00132EA6" w:rsidP="00086701">
      <w:pPr>
        <w:pStyle w:val="ListParagraph"/>
        <w:numPr>
          <w:ilvl w:val="0"/>
          <w:numId w:val="46"/>
        </w:numPr>
        <w:bidi/>
        <w:spacing w:line="360" w:lineRule="auto"/>
        <w:jc w:val="both"/>
        <w:rPr>
          <w:rFonts w:ascii="Simplified Arabic" w:hAnsi="Simplified Arabic" w:cs="Simplified Arabic"/>
          <w:sz w:val="28"/>
          <w:szCs w:val="28"/>
        </w:rPr>
      </w:pPr>
      <w:r w:rsidRPr="00132EA6">
        <w:rPr>
          <w:rFonts w:ascii="Simplified Arabic" w:hAnsi="Simplified Arabic" w:cs="Simplified Arabic"/>
          <w:sz w:val="28"/>
          <w:szCs w:val="28"/>
          <w:rtl/>
        </w:rPr>
        <w:t>تقلل من الوقت الضائع الناتج عن سوء التخطيط أو ضعف التنظيم</w:t>
      </w:r>
      <w:r>
        <w:rPr>
          <w:rFonts w:ascii="Simplified Arabic" w:hAnsi="Simplified Arabic" w:cs="Simplified Arabic" w:hint="cs"/>
          <w:sz w:val="28"/>
          <w:szCs w:val="28"/>
          <w:rtl/>
        </w:rPr>
        <w:t xml:space="preserve"> .</w:t>
      </w:r>
    </w:p>
    <w:p w14:paraId="0662E67F" w14:textId="5B2A48E7" w:rsidR="00132EA6" w:rsidRDefault="00FB2B13" w:rsidP="00086701">
      <w:pPr>
        <w:pStyle w:val="ListParagraph"/>
        <w:numPr>
          <w:ilvl w:val="0"/>
          <w:numId w:val="46"/>
        </w:numPr>
        <w:bidi/>
        <w:spacing w:line="360" w:lineRule="auto"/>
        <w:jc w:val="both"/>
        <w:rPr>
          <w:rFonts w:ascii="Simplified Arabic" w:hAnsi="Simplified Arabic" w:cs="Simplified Arabic"/>
          <w:sz w:val="28"/>
          <w:szCs w:val="28"/>
        </w:rPr>
      </w:pPr>
      <w:r w:rsidRPr="00FB2B13">
        <w:rPr>
          <w:rFonts w:ascii="Simplified Arabic" w:hAnsi="Simplified Arabic" w:cs="Simplified Arabic"/>
          <w:sz w:val="28"/>
          <w:szCs w:val="28"/>
          <w:rtl/>
        </w:rPr>
        <w:t>تدعم اتخاذ القرارات السريعة من خلال وضوح الأولويات والمها</w:t>
      </w:r>
      <w:r>
        <w:rPr>
          <w:rFonts w:ascii="Simplified Arabic" w:hAnsi="Simplified Arabic" w:cs="Simplified Arabic" w:hint="cs"/>
          <w:sz w:val="28"/>
          <w:szCs w:val="28"/>
          <w:rtl/>
        </w:rPr>
        <w:t>م .</w:t>
      </w:r>
    </w:p>
    <w:p w14:paraId="0E0FFD40" w14:textId="609AAB15" w:rsidR="00FB2B13" w:rsidRDefault="00FB2B13" w:rsidP="00086701">
      <w:pPr>
        <w:pStyle w:val="ListParagraph"/>
        <w:numPr>
          <w:ilvl w:val="0"/>
          <w:numId w:val="46"/>
        </w:numPr>
        <w:bidi/>
        <w:spacing w:line="360" w:lineRule="auto"/>
        <w:jc w:val="both"/>
        <w:rPr>
          <w:rFonts w:ascii="Simplified Arabic" w:hAnsi="Simplified Arabic" w:cs="Simplified Arabic"/>
          <w:sz w:val="28"/>
          <w:szCs w:val="28"/>
        </w:rPr>
      </w:pPr>
      <w:r w:rsidRPr="00FB2B13">
        <w:rPr>
          <w:rFonts w:ascii="Simplified Arabic" w:hAnsi="Simplified Arabic" w:cs="Simplified Arabic"/>
          <w:sz w:val="28"/>
          <w:szCs w:val="28"/>
          <w:rtl/>
        </w:rPr>
        <w:t>تُسهم في تحقيق التوازن بين سرعة الإنجاز وجودة العمل</w:t>
      </w:r>
      <w:r>
        <w:rPr>
          <w:rFonts w:ascii="Simplified Arabic" w:hAnsi="Simplified Arabic" w:cs="Simplified Arabic" w:hint="cs"/>
          <w:sz w:val="28"/>
          <w:szCs w:val="28"/>
          <w:rtl/>
        </w:rPr>
        <w:t xml:space="preserve"> .</w:t>
      </w:r>
    </w:p>
    <w:p w14:paraId="71CD6CDA" w14:textId="09CF5EB8" w:rsidR="00FB2B13" w:rsidRDefault="00FB7291" w:rsidP="00086701">
      <w:pPr>
        <w:pStyle w:val="ListParagraph"/>
        <w:numPr>
          <w:ilvl w:val="0"/>
          <w:numId w:val="46"/>
        </w:numPr>
        <w:bidi/>
        <w:spacing w:line="360" w:lineRule="auto"/>
        <w:jc w:val="both"/>
        <w:rPr>
          <w:rFonts w:ascii="Simplified Arabic" w:hAnsi="Simplified Arabic" w:cs="Simplified Arabic"/>
          <w:sz w:val="28"/>
          <w:szCs w:val="28"/>
        </w:rPr>
      </w:pPr>
      <w:r w:rsidRPr="00FB7291">
        <w:rPr>
          <w:rFonts w:ascii="Simplified Arabic" w:hAnsi="Simplified Arabic" w:cs="Simplified Arabic"/>
          <w:sz w:val="28"/>
          <w:szCs w:val="28"/>
          <w:rtl/>
        </w:rPr>
        <w:t>تعزز من الانضباط الذاتي لدى الموظفين في إدارة مهامهم اليومية</w:t>
      </w:r>
      <w:r>
        <w:rPr>
          <w:rFonts w:ascii="Simplified Arabic" w:hAnsi="Simplified Arabic" w:cs="Simplified Arabic" w:hint="cs"/>
          <w:sz w:val="28"/>
          <w:szCs w:val="28"/>
          <w:rtl/>
        </w:rPr>
        <w:t xml:space="preserve"> .</w:t>
      </w:r>
    </w:p>
    <w:p w14:paraId="6194949D" w14:textId="0B7140A6" w:rsidR="00FB7291" w:rsidRDefault="00FB7291" w:rsidP="00086701">
      <w:pPr>
        <w:pStyle w:val="ListParagraph"/>
        <w:numPr>
          <w:ilvl w:val="0"/>
          <w:numId w:val="46"/>
        </w:numPr>
        <w:bidi/>
        <w:spacing w:line="360" w:lineRule="auto"/>
        <w:jc w:val="both"/>
        <w:rPr>
          <w:rFonts w:ascii="Simplified Arabic" w:hAnsi="Simplified Arabic" w:cs="Simplified Arabic"/>
          <w:sz w:val="28"/>
          <w:szCs w:val="28"/>
        </w:rPr>
      </w:pPr>
      <w:r w:rsidRPr="00FB7291">
        <w:rPr>
          <w:rFonts w:ascii="Simplified Arabic" w:hAnsi="Simplified Arabic" w:cs="Simplified Arabic"/>
          <w:sz w:val="28"/>
          <w:szCs w:val="28"/>
          <w:rtl/>
        </w:rPr>
        <w:t>تساعد في تحديد الأنشطة غير الضرورية والتخلص منه</w:t>
      </w:r>
      <w:r>
        <w:rPr>
          <w:rFonts w:ascii="Simplified Arabic" w:hAnsi="Simplified Arabic" w:cs="Simplified Arabic" w:hint="cs"/>
          <w:sz w:val="28"/>
          <w:szCs w:val="28"/>
          <w:rtl/>
        </w:rPr>
        <w:t>ا .</w:t>
      </w:r>
    </w:p>
    <w:p w14:paraId="633BD7EC" w14:textId="237788F5" w:rsidR="00FB7291" w:rsidRDefault="007C7961" w:rsidP="00086701">
      <w:pPr>
        <w:pStyle w:val="ListParagraph"/>
        <w:numPr>
          <w:ilvl w:val="0"/>
          <w:numId w:val="46"/>
        </w:numPr>
        <w:bidi/>
        <w:spacing w:line="360" w:lineRule="auto"/>
        <w:jc w:val="both"/>
        <w:rPr>
          <w:rFonts w:ascii="Simplified Arabic" w:hAnsi="Simplified Arabic" w:cs="Simplified Arabic"/>
          <w:sz w:val="28"/>
          <w:szCs w:val="28"/>
        </w:rPr>
      </w:pPr>
      <w:r w:rsidRPr="007C7961">
        <w:rPr>
          <w:rFonts w:ascii="Simplified Arabic" w:hAnsi="Simplified Arabic" w:cs="Simplified Arabic"/>
          <w:sz w:val="28"/>
          <w:szCs w:val="28"/>
          <w:rtl/>
        </w:rPr>
        <w:t>تُسهم في رفع كفاءة استخدام الموارد البشرية داخل المؤسسة</w:t>
      </w:r>
      <w:r>
        <w:rPr>
          <w:rFonts w:ascii="Simplified Arabic" w:hAnsi="Simplified Arabic" w:cs="Simplified Arabic" w:hint="cs"/>
          <w:sz w:val="28"/>
          <w:szCs w:val="28"/>
          <w:rtl/>
        </w:rPr>
        <w:t xml:space="preserve"> .</w:t>
      </w:r>
    </w:p>
    <w:p w14:paraId="0A8CCC1B" w14:textId="77777777" w:rsidR="00FD5E09" w:rsidRDefault="00FD5E09" w:rsidP="00FD5E09">
      <w:pPr>
        <w:pStyle w:val="ListParagraph"/>
        <w:bidi/>
        <w:spacing w:line="360" w:lineRule="auto"/>
        <w:ind w:left="1170"/>
        <w:jc w:val="both"/>
        <w:rPr>
          <w:rFonts w:ascii="Simplified Arabic" w:hAnsi="Simplified Arabic" w:cs="Simplified Arabic"/>
          <w:sz w:val="28"/>
          <w:szCs w:val="28"/>
        </w:rPr>
      </w:pPr>
    </w:p>
    <w:p w14:paraId="4B972064" w14:textId="1C7F4F27" w:rsidR="007C7961" w:rsidRDefault="007C7961" w:rsidP="00086701">
      <w:pPr>
        <w:pStyle w:val="ListParagraph"/>
        <w:numPr>
          <w:ilvl w:val="0"/>
          <w:numId w:val="46"/>
        </w:numPr>
        <w:bidi/>
        <w:spacing w:line="360" w:lineRule="auto"/>
        <w:jc w:val="both"/>
        <w:rPr>
          <w:rFonts w:ascii="Simplified Arabic" w:hAnsi="Simplified Arabic" w:cs="Simplified Arabic"/>
          <w:sz w:val="28"/>
          <w:szCs w:val="28"/>
        </w:rPr>
      </w:pPr>
      <w:r w:rsidRPr="007C7961">
        <w:rPr>
          <w:rFonts w:ascii="Simplified Arabic" w:hAnsi="Simplified Arabic" w:cs="Simplified Arabic"/>
          <w:sz w:val="28"/>
          <w:szCs w:val="28"/>
          <w:rtl/>
        </w:rPr>
        <w:t>تدعم تحسين الأداء العام من خلال الالتزام بالخطط الزمنية المحددة</w:t>
      </w:r>
      <w:r>
        <w:rPr>
          <w:rFonts w:ascii="Simplified Arabic" w:hAnsi="Simplified Arabic" w:cs="Simplified Arabic" w:hint="cs"/>
          <w:sz w:val="28"/>
          <w:szCs w:val="28"/>
          <w:rtl/>
        </w:rPr>
        <w:t xml:space="preserve"> .</w:t>
      </w:r>
    </w:p>
    <w:p w14:paraId="3266BA13" w14:textId="212DCD40" w:rsidR="00FD5E09" w:rsidRPr="00FD5E09" w:rsidRDefault="00FD5E09" w:rsidP="00086701">
      <w:pPr>
        <w:pStyle w:val="ListParagraph"/>
        <w:numPr>
          <w:ilvl w:val="0"/>
          <w:numId w:val="46"/>
        </w:numPr>
        <w:bidi/>
        <w:spacing w:line="360" w:lineRule="auto"/>
        <w:jc w:val="both"/>
        <w:rPr>
          <w:rFonts w:ascii="Simplified Arabic" w:hAnsi="Simplified Arabic" w:cs="Simplified Arabic"/>
          <w:sz w:val="28"/>
          <w:szCs w:val="28"/>
        </w:rPr>
      </w:pPr>
      <w:r w:rsidRPr="00FD5E09">
        <w:rPr>
          <w:rFonts w:ascii="Simplified Arabic" w:hAnsi="Simplified Arabic" w:cs="Simplified Arabic"/>
          <w:sz w:val="28"/>
          <w:szCs w:val="28"/>
          <w:rtl/>
        </w:rPr>
        <w:t>تُعد من أهم العوامل التي تسهم في تحقيق الاستقرار التشغيلي داخل بيئة العمل</w:t>
      </w:r>
      <w:r>
        <w:rPr>
          <w:rFonts w:ascii="Simplified Arabic" w:hAnsi="Simplified Arabic" w:cs="Simplified Arabic" w:hint="cs"/>
          <w:sz w:val="28"/>
          <w:szCs w:val="28"/>
          <w:rtl/>
        </w:rPr>
        <w:t>.</w:t>
      </w:r>
    </w:p>
    <w:p w14:paraId="4956D64F" w14:textId="77777777" w:rsidR="00075FD3" w:rsidRPr="00075FD3" w:rsidRDefault="00075FD3" w:rsidP="00075FD3">
      <w:pPr>
        <w:pStyle w:val="ListParagraph"/>
        <w:bidi/>
        <w:ind w:left="1170"/>
        <w:jc w:val="both"/>
        <w:rPr>
          <w:sz w:val="28"/>
          <w:szCs w:val="28"/>
          <w:rtl/>
        </w:rPr>
      </w:pPr>
    </w:p>
    <w:p w14:paraId="1DDC853C" w14:textId="7187E9BF" w:rsidR="00697692" w:rsidRPr="00CF02C9" w:rsidRDefault="00CE2065" w:rsidP="00E25530">
      <w:pPr>
        <w:pStyle w:val="ListParagraph"/>
        <w:numPr>
          <w:ilvl w:val="0"/>
          <w:numId w:val="7"/>
        </w:numPr>
        <w:bidi/>
        <w:spacing w:after="160" w:line="278" w:lineRule="auto"/>
        <w:rPr>
          <w:b/>
          <w:bCs/>
          <w:color w:val="C0504D" w:themeColor="accent2"/>
          <w:sz w:val="28"/>
          <w:szCs w:val="28"/>
        </w:rPr>
      </w:pPr>
      <w:r w:rsidRPr="00CF02C9">
        <w:rPr>
          <w:rFonts w:hint="cs"/>
          <w:b/>
          <w:bCs/>
          <w:color w:val="C0504D" w:themeColor="accent2"/>
          <w:sz w:val="28"/>
          <w:szCs w:val="28"/>
          <w:rtl/>
        </w:rPr>
        <w:t>نتائج</w:t>
      </w:r>
      <w:r w:rsidRPr="00CF02C9">
        <w:rPr>
          <w:b/>
          <w:bCs/>
          <w:color w:val="C0504D" w:themeColor="accent2"/>
          <w:sz w:val="28"/>
          <w:szCs w:val="28"/>
          <w:rtl/>
        </w:rPr>
        <w:t xml:space="preserve"> </w:t>
      </w:r>
      <w:r w:rsidRPr="00CF02C9">
        <w:rPr>
          <w:rFonts w:hint="cs"/>
          <w:b/>
          <w:bCs/>
          <w:color w:val="C0504D" w:themeColor="accent2"/>
          <w:sz w:val="28"/>
          <w:szCs w:val="28"/>
          <w:rtl/>
        </w:rPr>
        <w:t>تطبيق</w:t>
      </w:r>
      <w:r w:rsidRPr="00CF02C9">
        <w:rPr>
          <w:b/>
          <w:bCs/>
          <w:color w:val="C0504D" w:themeColor="accent2"/>
          <w:sz w:val="28"/>
          <w:szCs w:val="28"/>
          <w:rtl/>
        </w:rPr>
        <w:t xml:space="preserve"> </w:t>
      </w:r>
      <w:r w:rsidRPr="00CF02C9">
        <w:rPr>
          <w:rFonts w:hint="cs"/>
          <w:b/>
          <w:bCs/>
          <w:color w:val="C0504D" w:themeColor="accent2"/>
          <w:sz w:val="28"/>
          <w:szCs w:val="28"/>
          <w:rtl/>
        </w:rPr>
        <w:t>التنظيم</w:t>
      </w:r>
      <w:r w:rsidRPr="00CF02C9">
        <w:rPr>
          <w:b/>
          <w:bCs/>
          <w:color w:val="C0504D" w:themeColor="accent2"/>
          <w:sz w:val="28"/>
          <w:szCs w:val="28"/>
          <w:rtl/>
        </w:rPr>
        <w:t xml:space="preserve"> </w:t>
      </w:r>
      <w:r w:rsidRPr="00CF02C9">
        <w:rPr>
          <w:rFonts w:hint="cs"/>
          <w:b/>
          <w:bCs/>
          <w:color w:val="C0504D" w:themeColor="accent2"/>
          <w:sz w:val="28"/>
          <w:szCs w:val="28"/>
          <w:rtl/>
        </w:rPr>
        <w:t>وإدارة</w:t>
      </w:r>
      <w:r w:rsidRPr="00CF02C9">
        <w:rPr>
          <w:b/>
          <w:bCs/>
          <w:color w:val="C0504D" w:themeColor="accent2"/>
          <w:sz w:val="28"/>
          <w:szCs w:val="28"/>
          <w:rtl/>
        </w:rPr>
        <w:t xml:space="preserve"> </w:t>
      </w:r>
      <w:r w:rsidRPr="00CF02C9">
        <w:rPr>
          <w:rFonts w:hint="cs"/>
          <w:b/>
          <w:bCs/>
          <w:color w:val="C0504D" w:themeColor="accent2"/>
          <w:sz w:val="28"/>
          <w:szCs w:val="28"/>
          <w:rtl/>
        </w:rPr>
        <w:t>الوقت</w:t>
      </w:r>
      <w:r w:rsidR="00697692" w:rsidRPr="00CF02C9">
        <w:rPr>
          <w:rFonts w:hint="cs"/>
          <w:b/>
          <w:bCs/>
          <w:color w:val="C0504D" w:themeColor="accent2"/>
          <w:sz w:val="28"/>
          <w:szCs w:val="28"/>
          <w:rtl/>
        </w:rPr>
        <w:t>:</w:t>
      </w:r>
    </w:p>
    <w:p w14:paraId="1DEBA8F3" w14:textId="77777777" w:rsidR="00DA4529" w:rsidRDefault="00DA4529" w:rsidP="00BB11E7">
      <w:pPr>
        <w:pStyle w:val="ListParagraph"/>
        <w:bidi/>
        <w:spacing w:after="160" w:line="278" w:lineRule="auto"/>
        <w:ind w:left="1872"/>
        <w:jc w:val="both"/>
        <w:rPr>
          <w:sz w:val="28"/>
          <w:szCs w:val="28"/>
          <w:rtl/>
        </w:rPr>
      </w:pPr>
    </w:p>
    <w:p w14:paraId="29CB5341" w14:textId="1BFA545B" w:rsidR="00BB11E7" w:rsidRPr="00BB11E7" w:rsidRDefault="00BB11E7" w:rsidP="00086701">
      <w:pPr>
        <w:pStyle w:val="ListParagraph"/>
        <w:numPr>
          <w:ilvl w:val="0"/>
          <w:numId w:val="9"/>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المؤسسات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التي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تطبق</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أنظمة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فعالة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التنظيم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الزمني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تحقق</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أداءً</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أفضل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من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نظيراتها</w:t>
      </w:r>
      <w:r w:rsidRPr="00BB11E7">
        <w:rPr>
          <w:rFonts w:ascii="Simplified Arabic" w:hAnsi="Simplified Arabic" w:cs="Simplified Arabic"/>
          <w:sz w:val="28"/>
          <w:szCs w:val="28"/>
        </w:rPr>
        <w:t xml:space="preserve"> .</w:t>
      </w:r>
    </w:p>
    <w:p w14:paraId="7845B1B6" w14:textId="39827054" w:rsidR="00BB11E7" w:rsidRPr="00BB11E7" w:rsidRDefault="00BB11E7" w:rsidP="00086701">
      <w:pPr>
        <w:pStyle w:val="ListParagraph"/>
        <w:numPr>
          <w:ilvl w:val="0"/>
          <w:numId w:val="9"/>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يسود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بيئة</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العمل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هذه</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المؤسسات</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وضوح</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المهام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وتعاون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فعّال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بين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الموظفين</w:t>
      </w:r>
      <w:r w:rsidRPr="00BB11E7">
        <w:rPr>
          <w:rFonts w:ascii="Simplified Arabic" w:hAnsi="Simplified Arabic" w:cs="Simplified Arabic"/>
          <w:sz w:val="28"/>
          <w:szCs w:val="28"/>
        </w:rPr>
        <w:t xml:space="preserve"> .</w:t>
      </w:r>
    </w:p>
    <w:p w14:paraId="173BBF6D" w14:textId="3D5976DF" w:rsidR="00697692" w:rsidRDefault="00BB11E7" w:rsidP="00086701">
      <w:pPr>
        <w:pStyle w:val="ListParagraph"/>
        <w:numPr>
          <w:ilvl w:val="0"/>
          <w:numId w:val="9"/>
        </w:numPr>
        <w:bidi/>
        <w:spacing w:line="360" w:lineRule="auto"/>
        <w:rPr>
          <w:rFonts w:ascii="Simplified Arabic" w:hAnsi="Simplified Arabic" w:cs="Simplified Arabic"/>
          <w:sz w:val="28"/>
          <w:szCs w:val="28"/>
        </w:rPr>
      </w:pPr>
      <w:r w:rsidRPr="00BB11E7">
        <w:rPr>
          <w:rFonts w:ascii="Simplified Arabic" w:hAnsi="Simplified Arabic" w:cs="Simplified Arabic" w:hint="cs"/>
          <w:sz w:val="28"/>
          <w:szCs w:val="28"/>
          <w:rtl/>
        </w:rPr>
        <w:t>يقل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الضغط</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النفسي</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الناتج</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عن</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تراكم</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الأعمال،</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ويزداد</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رضا</w:t>
      </w:r>
      <w:r w:rsidRPr="00BB11E7">
        <w:rPr>
          <w:rFonts w:ascii="Simplified Arabic" w:hAnsi="Simplified Arabic" w:cs="Simplified Arabic"/>
          <w:sz w:val="28"/>
          <w:szCs w:val="28"/>
          <w:rtl/>
        </w:rPr>
        <w:t xml:space="preserve"> </w:t>
      </w:r>
      <w:r w:rsidRPr="00BB11E7">
        <w:rPr>
          <w:rFonts w:ascii="Simplified Arabic" w:hAnsi="Simplified Arabic" w:cs="Simplified Arabic" w:hint="cs"/>
          <w:sz w:val="28"/>
          <w:szCs w:val="28"/>
          <w:rtl/>
        </w:rPr>
        <w:t>العاملين</w:t>
      </w:r>
      <w:r w:rsidRPr="00BB11E7">
        <w:rPr>
          <w:rFonts w:ascii="Simplified Arabic" w:hAnsi="Simplified Arabic" w:cs="Simplified Arabic"/>
          <w:sz w:val="28"/>
          <w:szCs w:val="28"/>
        </w:rPr>
        <w:t xml:space="preserve"> .</w:t>
      </w:r>
    </w:p>
    <w:p w14:paraId="4BD77B25" w14:textId="6591E48E" w:rsidR="00ED6259" w:rsidRDefault="00ED6259" w:rsidP="00086701">
      <w:pPr>
        <w:pStyle w:val="ListParagraph"/>
        <w:numPr>
          <w:ilvl w:val="0"/>
          <w:numId w:val="9"/>
        </w:numPr>
        <w:bidi/>
        <w:spacing w:line="360" w:lineRule="auto"/>
        <w:rPr>
          <w:rFonts w:ascii="Simplified Arabic" w:hAnsi="Simplified Arabic" w:cs="Simplified Arabic"/>
          <w:sz w:val="28"/>
          <w:szCs w:val="28"/>
        </w:rPr>
      </w:pPr>
      <w:r w:rsidRPr="00ED6259">
        <w:rPr>
          <w:rFonts w:ascii="Simplified Arabic" w:hAnsi="Simplified Arabic" w:cs="Simplified Arabic"/>
          <w:sz w:val="28"/>
          <w:szCs w:val="28"/>
          <w:rtl/>
        </w:rPr>
        <w:t>تؤدي أنظمة التنظيم الفعّالة إلى تحسين مستوى الأداء العام داخل المؤسسة</w:t>
      </w:r>
      <w:r>
        <w:rPr>
          <w:rFonts w:ascii="Simplified Arabic" w:hAnsi="Simplified Arabic" w:cs="Simplified Arabic" w:hint="cs"/>
          <w:sz w:val="28"/>
          <w:szCs w:val="28"/>
          <w:rtl/>
        </w:rPr>
        <w:t xml:space="preserve"> .</w:t>
      </w:r>
    </w:p>
    <w:p w14:paraId="1A1233B6" w14:textId="4FBEBE09" w:rsidR="00ED6259" w:rsidRDefault="005A0C61" w:rsidP="00086701">
      <w:pPr>
        <w:pStyle w:val="ListParagraph"/>
        <w:numPr>
          <w:ilvl w:val="0"/>
          <w:numId w:val="9"/>
        </w:numPr>
        <w:bidi/>
        <w:spacing w:line="360" w:lineRule="auto"/>
        <w:rPr>
          <w:rFonts w:ascii="Simplified Arabic" w:hAnsi="Simplified Arabic" w:cs="Simplified Arabic"/>
          <w:sz w:val="28"/>
          <w:szCs w:val="28"/>
        </w:rPr>
      </w:pPr>
      <w:r w:rsidRPr="005A0C61">
        <w:rPr>
          <w:rFonts w:ascii="Simplified Arabic" w:hAnsi="Simplified Arabic" w:cs="Simplified Arabic"/>
          <w:sz w:val="28"/>
          <w:szCs w:val="28"/>
          <w:rtl/>
        </w:rPr>
        <w:t>تُسهم في تقليل نسبة الأخطاء الناتجة عن العشوائية وسوء التخطيط</w:t>
      </w:r>
      <w:r>
        <w:rPr>
          <w:rFonts w:ascii="Simplified Arabic" w:hAnsi="Simplified Arabic" w:cs="Simplified Arabic" w:hint="cs"/>
          <w:sz w:val="28"/>
          <w:szCs w:val="28"/>
          <w:rtl/>
        </w:rPr>
        <w:t xml:space="preserve"> .</w:t>
      </w:r>
    </w:p>
    <w:p w14:paraId="39E64F17" w14:textId="7CB08F2F" w:rsidR="005A0C61" w:rsidRDefault="005A0C61" w:rsidP="00086701">
      <w:pPr>
        <w:pStyle w:val="ListParagraph"/>
        <w:numPr>
          <w:ilvl w:val="0"/>
          <w:numId w:val="9"/>
        </w:numPr>
        <w:bidi/>
        <w:spacing w:line="360" w:lineRule="auto"/>
        <w:rPr>
          <w:rFonts w:ascii="Simplified Arabic" w:hAnsi="Simplified Arabic" w:cs="Simplified Arabic"/>
          <w:sz w:val="28"/>
          <w:szCs w:val="28"/>
        </w:rPr>
      </w:pPr>
      <w:r w:rsidRPr="005A0C61">
        <w:rPr>
          <w:rFonts w:ascii="Simplified Arabic" w:hAnsi="Simplified Arabic" w:cs="Simplified Arabic"/>
          <w:sz w:val="28"/>
          <w:szCs w:val="28"/>
          <w:rtl/>
        </w:rPr>
        <w:t>تُسهم في تقليل نسبة الأخطاء الناتجة عن العشوائية وسوء التخطيط</w:t>
      </w:r>
      <w:r>
        <w:rPr>
          <w:rFonts w:ascii="Simplified Arabic" w:hAnsi="Simplified Arabic" w:cs="Simplified Arabic" w:hint="cs"/>
          <w:sz w:val="28"/>
          <w:szCs w:val="28"/>
          <w:rtl/>
        </w:rPr>
        <w:t xml:space="preserve"> .</w:t>
      </w:r>
    </w:p>
    <w:p w14:paraId="5E3D040E" w14:textId="5754116E" w:rsidR="005A0C61" w:rsidRDefault="0037060B" w:rsidP="00086701">
      <w:pPr>
        <w:pStyle w:val="ListParagraph"/>
        <w:numPr>
          <w:ilvl w:val="0"/>
          <w:numId w:val="9"/>
        </w:numPr>
        <w:bidi/>
        <w:spacing w:line="360" w:lineRule="auto"/>
        <w:rPr>
          <w:rFonts w:ascii="Simplified Arabic" w:hAnsi="Simplified Arabic" w:cs="Simplified Arabic"/>
          <w:sz w:val="28"/>
          <w:szCs w:val="28"/>
        </w:rPr>
      </w:pPr>
      <w:r w:rsidRPr="0037060B">
        <w:rPr>
          <w:rFonts w:ascii="Simplified Arabic" w:hAnsi="Simplified Arabic" w:cs="Simplified Arabic"/>
          <w:sz w:val="28"/>
          <w:szCs w:val="28"/>
          <w:rtl/>
        </w:rPr>
        <w:t>تساعد على تحقيق الأهداف المؤسسية ضمن الإطار الزمني المحدد</w:t>
      </w:r>
      <w:r>
        <w:rPr>
          <w:rFonts w:ascii="Simplified Arabic" w:hAnsi="Simplified Arabic" w:cs="Simplified Arabic" w:hint="cs"/>
          <w:sz w:val="28"/>
          <w:szCs w:val="28"/>
          <w:rtl/>
        </w:rPr>
        <w:t xml:space="preserve"> .</w:t>
      </w:r>
    </w:p>
    <w:p w14:paraId="1F9B28AC" w14:textId="09A3EE7E" w:rsidR="0037060B" w:rsidRDefault="0037060B" w:rsidP="00086701">
      <w:pPr>
        <w:pStyle w:val="ListParagraph"/>
        <w:numPr>
          <w:ilvl w:val="0"/>
          <w:numId w:val="9"/>
        </w:numPr>
        <w:bidi/>
        <w:spacing w:line="360" w:lineRule="auto"/>
        <w:rPr>
          <w:rFonts w:ascii="Simplified Arabic" w:hAnsi="Simplified Arabic" w:cs="Simplified Arabic"/>
          <w:sz w:val="28"/>
          <w:szCs w:val="28"/>
        </w:rPr>
      </w:pPr>
      <w:r w:rsidRPr="0037060B">
        <w:rPr>
          <w:rFonts w:ascii="Simplified Arabic" w:hAnsi="Simplified Arabic" w:cs="Simplified Arabic"/>
          <w:sz w:val="28"/>
          <w:szCs w:val="28"/>
          <w:rtl/>
        </w:rPr>
        <w:t>تعزز من سرعة إنجاز الأعمال دون التأثير على جودة المخرجات</w:t>
      </w:r>
      <w:r>
        <w:rPr>
          <w:rFonts w:ascii="Simplified Arabic" w:hAnsi="Simplified Arabic" w:cs="Simplified Arabic" w:hint="cs"/>
          <w:sz w:val="28"/>
          <w:szCs w:val="28"/>
          <w:rtl/>
        </w:rPr>
        <w:t xml:space="preserve"> .</w:t>
      </w:r>
    </w:p>
    <w:p w14:paraId="51165C8A" w14:textId="6806E9F0" w:rsidR="0037060B" w:rsidRDefault="0037060B" w:rsidP="00086701">
      <w:pPr>
        <w:pStyle w:val="ListParagraph"/>
        <w:numPr>
          <w:ilvl w:val="0"/>
          <w:numId w:val="9"/>
        </w:numPr>
        <w:bidi/>
        <w:spacing w:line="360" w:lineRule="auto"/>
        <w:rPr>
          <w:rFonts w:ascii="Simplified Arabic" w:hAnsi="Simplified Arabic" w:cs="Simplified Arabic"/>
          <w:sz w:val="28"/>
          <w:szCs w:val="28"/>
        </w:rPr>
      </w:pPr>
      <w:r w:rsidRPr="0037060B">
        <w:rPr>
          <w:rFonts w:ascii="Simplified Arabic" w:hAnsi="Simplified Arabic" w:cs="Simplified Arabic"/>
          <w:sz w:val="28"/>
          <w:szCs w:val="28"/>
          <w:rtl/>
        </w:rPr>
        <w:t>تُسهم في تحسين مستوى التنسيق والتواصل بين الموظفين</w:t>
      </w:r>
      <w:r>
        <w:rPr>
          <w:rFonts w:ascii="Simplified Arabic" w:hAnsi="Simplified Arabic" w:cs="Simplified Arabic" w:hint="cs"/>
          <w:sz w:val="28"/>
          <w:szCs w:val="28"/>
          <w:rtl/>
        </w:rPr>
        <w:t xml:space="preserve"> .</w:t>
      </w:r>
    </w:p>
    <w:p w14:paraId="5BD11EBA" w14:textId="0AAA3CA5" w:rsidR="0037060B" w:rsidRDefault="00CD7F04" w:rsidP="00086701">
      <w:pPr>
        <w:pStyle w:val="ListParagraph"/>
        <w:numPr>
          <w:ilvl w:val="0"/>
          <w:numId w:val="9"/>
        </w:numPr>
        <w:bidi/>
        <w:spacing w:line="360" w:lineRule="auto"/>
        <w:rPr>
          <w:rFonts w:ascii="Simplified Arabic" w:hAnsi="Simplified Arabic" w:cs="Simplified Arabic"/>
          <w:sz w:val="28"/>
          <w:szCs w:val="28"/>
        </w:rPr>
      </w:pPr>
      <w:r w:rsidRPr="00CD7F04">
        <w:rPr>
          <w:rFonts w:ascii="Simplified Arabic" w:hAnsi="Simplified Arabic" w:cs="Simplified Arabic"/>
          <w:sz w:val="28"/>
          <w:szCs w:val="28"/>
          <w:rtl/>
        </w:rPr>
        <w:t>تؤدي إلى تقليل الوقت الضائع وزيادة كفاءة استغلال الموارد</w:t>
      </w:r>
      <w:r>
        <w:rPr>
          <w:rFonts w:ascii="Simplified Arabic" w:hAnsi="Simplified Arabic" w:cs="Simplified Arabic" w:hint="cs"/>
          <w:sz w:val="28"/>
          <w:szCs w:val="28"/>
          <w:rtl/>
        </w:rPr>
        <w:t xml:space="preserve"> .</w:t>
      </w:r>
    </w:p>
    <w:p w14:paraId="55FE44E1" w14:textId="04DE1271" w:rsidR="00CD7F04" w:rsidRDefault="00CD7F04" w:rsidP="00086701">
      <w:pPr>
        <w:pStyle w:val="ListParagraph"/>
        <w:numPr>
          <w:ilvl w:val="0"/>
          <w:numId w:val="9"/>
        </w:numPr>
        <w:bidi/>
        <w:spacing w:line="360" w:lineRule="auto"/>
        <w:rPr>
          <w:rFonts w:ascii="Simplified Arabic" w:hAnsi="Simplified Arabic" w:cs="Simplified Arabic"/>
          <w:sz w:val="28"/>
          <w:szCs w:val="28"/>
        </w:rPr>
      </w:pPr>
      <w:r w:rsidRPr="00CD7F04">
        <w:rPr>
          <w:rFonts w:ascii="Simplified Arabic" w:hAnsi="Simplified Arabic" w:cs="Simplified Arabic"/>
          <w:sz w:val="28"/>
          <w:szCs w:val="28"/>
          <w:rtl/>
        </w:rPr>
        <w:t>تعزز من روح العمل الجماعي والتعاون بين أفراد الفريق</w:t>
      </w:r>
      <w:r>
        <w:rPr>
          <w:rFonts w:ascii="Simplified Arabic" w:hAnsi="Simplified Arabic" w:cs="Simplified Arabic" w:hint="cs"/>
          <w:sz w:val="28"/>
          <w:szCs w:val="28"/>
          <w:rtl/>
        </w:rPr>
        <w:t xml:space="preserve"> .</w:t>
      </w:r>
    </w:p>
    <w:p w14:paraId="5F011474" w14:textId="0100D3AD" w:rsidR="00E95D97" w:rsidRDefault="00CD7F04" w:rsidP="00086701">
      <w:pPr>
        <w:pStyle w:val="ListParagraph"/>
        <w:numPr>
          <w:ilvl w:val="0"/>
          <w:numId w:val="9"/>
        </w:numPr>
        <w:bidi/>
        <w:spacing w:line="360" w:lineRule="auto"/>
        <w:rPr>
          <w:rFonts w:ascii="Simplified Arabic" w:hAnsi="Simplified Arabic" w:cs="Simplified Arabic"/>
          <w:sz w:val="28"/>
          <w:szCs w:val="28"/>
        </w:rPr>
      </w:pPr>
      <w:r w:rsidRPr="00CD7F04">
        <w:rPr>
          <w:rFonts w:ascii="Simplified Arabic" w:hAnsi="Simplified Arabic" w:cs="Simplified Arabic"/>
          <w:sz w:val="28"/>
          <w:szCs w:val="28"/>
          <w:rtl/>
        </w:rPr>
        <w:t>تُسهم في خلق بيئة عمل منظمة ومستقرة</w:t>
      </w:r>
      <w:r>
        <w:rPr>
          <w:rFonts w:ascii="Simplified Arabic" w:hAnsi="Simplified Arabic" w:cs="Simplified Arabic" w:hint="cs"/>
          <w:sz w:val="28"/>
          <w:szCs w:val="28"/>
          <w:rtl/>
        </w:rPr>
        <w:t xml:space="preserve"> . </w:t>
      </w:r>
    </w:p>
    <w:p w14:paraId="078A3E9A" w14:textId="1D64352A" w:rsidR="00E95D97" w:rsidRDefault="00E95D97" w:rsidP="00086701">
      <w:pPr>
        <w:pStyle w:val="ListParagraph"/>
        <w:numPr>
          <w:ilvl w:val="0"/>
          <w:numId w:val="9"/>
        </w:numPr>
        <w:bidi/>
        <w:spacing w:line="360" w:lineRule="auto"/>
        <w:rPr>
          <w:rFonts w:ascii="Simplified Arabic" w:hAnsi="Simplified Arabic" w:cs="Simplified Arabic"/>
          <w:sz w:val="28"/>
          <w:szCs w:val="28"/>
        </w:rPr>
      </w:pPr>
      <w:r w:rsidRPr="00E95D97">
        <w:rPr>
          <w:rFonts w:ascii="Simplified Arabic" w:hAnsi="Simplified Arabic" w:cs="Simplified Arabic"/>
          <w:sz w:val="28"/>
          <w:szCs w:val="28"/>
          <w:rtl/>
        </w:rPr>
        <w:t>تساعد على رفع مستوى الالتزام والانضباط داخل المؤسسة</w:t>
      </w:r>
      <w:r>
        <w:rPr>
          <w:rFonts w:ascii="Simplified Arabic" w:hAnsi="Simplified Arabic" w:cs="Simplified Arabic" w:hint="cs"/>
          <w:sz w:val="28"/>
          <w:szCs w:val="28"/>
          <w:rtl/>
        </w:rPr>
        <w:t xml:space="preserve"> .</w:t>
      </w:r>
    </w:p>
    <w:p w14:paraId="5CE25D59" w14:textId="77777777" w:rsidR="00E95D97" w:rsidRDefault="00E95D97" w:rsidP="00E95D97">
      <w:pPr>
        <w:bidi/>
        <w:spacing w:line="360" w:lineRule="auto"/>
        <w:rPr>
          <w:rFonts w:ascii="Simplified Arabic" w:hAnsi="Simplified Arabic" w:cs="Simplified Arabic"/>
          <w:sz w:val="28"/>
          <w:szCs w:val="28"/>
          <w:rtl/>
        </w:rPr>
      </w:pPr>
    </w:p>
    <w:p w14:paraId="7C4BA119" w14:textId="77777777" w:rsidR="00E21DDA" w:rsidRDefault="00E21DDA" w:rsidP="00E21DDA">
      <w:pPr>
        <w:bidi/>
        <w:spacing w:line="360" w:lineRule="auto"/>
        <w:rPr>
          <w:rFonts w:ascii="Simplified Arabic" w:hAnsi="Simplified Arabic" w:cs="Simplified Arabic"/>
          <w:sz w:val="28"/>
          <w:szCs w:val="28"/>
          <w:rtl/>
        </w:rPr>
      </w:pPr>
    </w:p>
    <w:p w14:paraId="7F9260DC" w14:textId="15E92C61" w:rsidR="00081CF9" w:rsidRPr="003112C8" w:rsidRDefault="00081CF9" w:rsidP="00086701">
      <w:pPr>
        <w:pStyle w:val="ListParagraph"/>
        <w:numPr>
          <w:ilvl w:val="0"/>
          <w:numId w:val="9"/>
        </w:numPr>
        <w:bidi/>
        <w:spacing w:line="360" w:lineRule="auto"/>
        <w:rPr>
          <w:rFonts w:ascii="Simplified Arabic" w:hAnsi="Simplified Arabic" w:cs="Simplified Arabic"/>
          <w:sz w:val="28"/>
          <w:szCs w:val="28"/>
          <w:rtl/>
        </w:rPr>
      </w:pPr>
      <w:r w:rsidRPr="00081CF9">
        <w:rPr>
          <w:rFonts w:ascii="Simplified Arabic" w:hAnsi="Simplified Arabic" w:cs="Simplified Arabic"/>
          <w:sz w:val="28"/>
          <w:szCs w:val="28"/>
          <w:rtl/>
        </w:rPr>
        <w:t>تؤدي إلى تحسين مستوى الرضا الوظيفي لدى العاملين</w:t>
      </w:r>
      <w:r>
        <w:rPr>
          <w:rFonts w:ascii="Simplified Arabic" w:hAnsi="Simplified Arabic" w:cs="Simplified Arabic" w:hint="cs"/>
          <w:sz w:val="28"/>
          <w:szCs w:val="28"/>
          <w:rtl/>
        </w:rPr>
        <w:t xml:space="preserve"> .</w:t>
      </w:r>
    </w:p>
    <w:p w14:paraId="082B48BE" w14:textId="4362C5B3" w:rsidR="00081CF9" w:rsidRDefault="003112C8" w:rsidP="00086701">
      <w:pPr>
        <w:pStyle w:val="ListParagraph"/>
        <w:numPr>
          <w:ilvl w:val="0"/>
          <w:numId w:val="9"/>
        </w:numPr>
        <w:bidi/>
        <w:spacing w:line="360" w:lineRule="auto"/>
        <w:rPr>
          <w:rFonts w:ascii="Simplified Arabic" w:hAnsi="Simplified Arabic" w:cs="Simplified Arabic"/>
          <w:sz w:val="28"/>
          <w:szCs w:val="28"/>
        </w:rPr>
      </w:pPr>
      <w:r w:rsidRPr="003112C8">
        <w:rPr>
          <w:rFonts w:ascii="Simplified Arabic" w:hAnsi="Simplified Arabic" w:cs="Simplified Arabic"/>
          <w:sz w:val="28"/>
          <w:szCs w:val="28"/>
          <w:rtl/>
        </w:rPr>
        <w:t>تُسهم في تقليل الضغوط النفسية الناتجة عن تراكم المهام</w:t>
      </w:r>
      <w:r>
        <w:rPr>
          <w:rFonts w:ascii="Simplified Arabic" w:hAnsi="Simplified Arabic" w:cs="Simplified Arabic" w:hint="cs"/>
          <w:sz w:val="28"/>
          <w:szCs w:val="28"/>
          <w:rtl/>
        </w:rPr>
        <w:t xml:space="preserve"> .</w:t>
      </w:r>
    </w:p>
    <w:p w14:paraId="28CD19F7" w14:textId="68C26F05" w:rsidR="003112C8" w:rsidRDefault="00161B05" w:rsidP="00086701">
      <w:pPr>
        <w:pStyle w:val="ListParagraph"/>
        <w:numPr>
          <w:ilvl w:val="0"/>
          <w:numId w:val="9"/>
        </w:numPr>
        <w:bidi/>
        <w:spacing w:line="360" w:lineRule="auto"/>
        <w:rPr>
          <w:rFonts w:ascii="Simplified Arabic" w:hAnsi="Simplified Arabic" w:cs="Simplified Arabic"/>
          <w:sz w:val="28"/>
          <w:szCs w:val="28"/>
        </w:rPr>
      </w:pPr>
      <w:r w:rsidRPr="00161B05">
        <w:rPr>
          <w:rFonts w:ascii="Simplified Arabic" w:hAnsi="Simplified Arabic" w:cs="Simplified Arabic"/>
          <w:sz w:val="28"/>
          <w:szCs w:val="28"/>
          <w:rtl/>
        </w:rPr>
        <w:t>تعزز من قدرة الموظفين على التركيز وتحقيق أداء أفضل</w:t>
      </w:r>
      <w:r>
        <w:rPr>
          <w:rFonts w:ascii="Simplified Arabic" w:hAnsi="Simplified Arabic" w:cs="Simplified Arabic" w:hint="cs"/>
          <w:sz w:val="28"/>
          <w:szCs w:val="28"/>
          <w:rtl/>
        </w:rPr>
        <w:t xml:space="preserve"> .</w:t>
      </w:r>
    </w:p>
    <w:p w14:paraId="1559AD50" w14:textId="5220DD9C" w:rsidR="00161B05" w:rsidRDefault="00161B05" w:rsidP="00086701">
      <w:pPr>
        <w:pStyle w:val="ListParagraph"/>
        <w:numPr>
          <w:ilvl w:val="0"/>
          <w:numId w:val="9"/>
        </w:numPr>
        <w:bidi/>
        <w:spacing w:line="360" w:lineRule="auto"/>
        <w:rPr>
          <w:rFonts w:ascii="Simplified Arabic" w:hAnsi="Simplified Arabic" w:cs="Simplified Arabic"/>
          <w:sz w:val="28"/>
          <w:szCs w:val="28"/>
        </w:rPr>
      </w:pPr>
      <w:r w:rsidRPr="00161B05">
        <w:rPr>
          <w:rFonts w:ascii="Simplified Arabic" w:hAnsi="Simplified Arabic" w:cs="Simplified Arabic"/>
          <w:sz w:val="28"/>
          <w:szCs w:val="28"/>
          <w:rtl/>
        </w:rPr>
        <w:t>تساعد في تحقيق توازن أفضل بين جودة العمل وسرعة الإنجاز</w:t>
      </w:r>
      <w:r>
        <w:rPr>
          <w:rFonts w:ascii="Simplified Arabic" w:hAnsi="Simplified Arabic" w:cs="Simplified Arabic" w:hint="cs"/>
          <w:sz w:val="28"/>
          <w:szCs w:val="28"/>
          <w:rtl/>
        </w:rPr>
        <w:t xml:space="preserve"> .</w:t>
      </w:r>
    </w:p>
    <w:p w14:paraId="7B7FB760" w14:textId="60F588E6" w:rsidR="00161B05" w:rsidRDefault="00161B05" w:rsidP="00086701">
      <w:pPr>
        <w:pStyle w:val="ListParagraph"/>
        <w:numPr>
          <w:ilvl w:val="0"/>
          <w:numId w:val="9"/>
        </w:numPr>
        <w:bidi/>
        <w:spacing w:line="360" w:lineRule="auto"/>
        <w:rPr>
          <w:rFonts w:ascii="Simplified Arabic" w:hAnsi="Simplified Arabic" w:cs="Simplified Arabic"/>
          <w:sz w:val="28"/>
          <w:szCs w:val="28"/>
        </w:rPr>
      </w:pPr>
      <w:r w:rsidRPr="00161B05">
        <w:rPr>
          <w:rFonts w:ascii="Simplified Arabic" w:hAnsi="Simplified Arabic" w:cs="Simplified Arabic"/>
          <w:sz w:val="28"/>
          <w:szCs w:val="28"/>
          <w:rtl/>
        </w:rPr>
        <w:t>تُسهم في دعم استمرارية العمل دون انقطاع أو تأخير</w:t>
      </w:r>
      <w:r>
        <w:rPr>
          <w:rFonts w:ascii="Simplified Arabic" w:hAnsi="Simplified Arabic" w:cs="Simplified Arabic" w:hint="cs"/>
          <w:sz w:val="28"/>
          <w:szCs w:val="28"/>
          <w:rtl/>
        </w:rPr>
        <w:t xml:space="preserve"> .</w:t>
      </w:r>
    </w:p>
    <w:p w14:paraId="49116FDB" w14:textId="6F6D725A" w:rsidR="00CD7F04" w:rsidRDefault="00BD0CC5" w:rsidP="00086701">
      <w:pPr>
        <w:pStyle w:val="ListParagraph"/>
        <w:numPr>
          <w:ilvl w:val="0"/>
          <w:numId w:val="9"/>
        </w:numPr>
        <w:bidi/>
        <w:spacing w:line="360" w:lineRule="auto"/>
        <w:rPr>
          <w:rFonts w:ascii="Simplified Arabic" w:hAnsi="Simplified Arabic" w:cs="Simplified Arabic"/>
          <w:sz w:val="28"/>
          <w:szCs w:val="28"/>
        </w:rPr>
      </w:pPr>
      <w:r w:rsidRPr="00BD0CC5">
        <w:rPr>
          <w:rFonts w:ascii="Simplified Arabic" w:hAnsi="Simplified Arabic" w:cs="Simplified Arabic"/>
          <w:sz w:val="28"/>
          <w:szCs w:val="28"/>
          <w:rtl/>
        </w:rPr>
        <w:t>تؤدي إلى تحقيق نتائج إيجابية تنعكس على سمعة المؤسسة وأدائها العا</w:t>
      </w:r>
      <w:r>
        <w:rPr>
          <w:rFonts w:ascii="Simplified Arabic" w:hAnsi="Simplified Arabic" w:cs="Simplified Arabic" w:hint="cs"/>
          <w:sz w:val="28"/>
          <w:szCs w:val="28"/>
          <w:rtl/>
        </w:rPr>
        <w:t>م .</w:t>
      </w:r>
    </w:p>
    <w:p w14:paraId="396BC172" w14:textId="77777777" w:rsidR="00BD0CC5" w:rsidRPr="00BD0CC5" w:rsidRDefault="00BD0CC5" w:rsidP="00BD0CC5">
      <w:pPr>
        <w:pStyle w:val="ListParagraph"/>
        <w:bidi/>
        <w:spacing w:line="360" w:lineRule="auto"/>
        <w:ind w:left="1170"/>
        <w:rPr>
          <w:rFonts w:ascii="Simplified Arabic" w:hAnsi="Simplified Arabic" w:cs="Simplified Arabic"/>
          <w:sz w:val="28"/>
          <w:szCs w:val="28"/>
          <w:rtl/>
        </w:rPr>
      </w:pPr>
    </w:p>
    <w:p w14:paraId="6A2B70B7" w14:textId="77777777" w:rsidR="00697692" w:rsidRPr="001B6733" w:rsidRDefault="00697692" w:rsidP="00697692">
      <w:pPr>
        <w:pStyle w:val="ListParagraph"/>
        <w:bidi/>
        <w:ind w:left="1872"/>
        <w:rPr>
          <w:sz w:val="28"/>
          <w:szCs w:val="28"/>
          <w:rtl/>
        </w:rPr>
      </w:pPr>
    </w:p>
    <w:p w14:paraId="1F901E8F" w14:textId="349F5DE2" w:rsidR="00697692" w:rsidRPr="00CF02C9" w:rsidRDefault="00936E19" w:rsidP="00E25530">
      <w:pPr>
        <w:pStyle w:val="ListParagraph"/>
        <w:numPr>
          <w:ilvl w:val="0"/>
          <w:numId w:val="7"/>
        </w:numPr>
        <w:bidi/>
        <w:spacing w:after="160" w:line="278" w:lineRule="auto"/>
        <w:rPr>
          <w:b/>
          <w:bCs/>
          <w:color w:val="C0504D" w:themeColor="accent2"/>
          <w:sz w:val="32"/>
          <w:szCs w:val="32"/>
        </w:rPr>
      </w:pPr>
      <w:r w:rsidRPr="00CF02C9">
        <w:rPr>
          <w:rFonts w:hint="cs"/>
          <w:b/>
          <w:bCs/>
          <w:color w:val="C0504D" w:themeColor="accent2"/>
          <w:sz w:val="32"/>
          <w:szCs w:val="32"/>
          <w:rtl/>
        </w:rPr>
        <w:t>الأثر</w:t>
      </w:r>
      <w:r w:rsidRPr="00CF02C9">
        <w:rPr>
          <w:b/>
          <w:bCs/>
          <w:color w:val="C0504D" w:themeColor="accent2"/>
          <w:sz w:val="32"/>
          <w:szCs w:val="32"/>
          <w:rtl/>
        </w:rPr>
        <w:t xml:space="preserve"> </w:t>
      </w:r>
      <w:r w:rsidRPr="00CF02C9">
        <w:rPr>
          <w:rFonts w:hint="cs"/>
          <w:b/>
          <w:bCs/>
          <w:color w:val="C0504D" w:themeColor="accent2"/>
          <w:sz w:val="32"/>
          <w:szCs w:val="32"/>
          <w:rtl/>
        </w:rPr>
        <w:t>الاقتصادي</w:t>
      </w:r>
      <w:r w:rsidRPr="00CF02C9">
        <w:rPr>
          <w:b/>
          <w:bCs/>
          <w:color w:val="C0504D" w:themeColor="accent2"/>
          <w:sz w:val="32"/>
          <w:szCs w:val="32"/>
          <w:rtl/>
        </w:rPr>
        <w:t xml:space="preserve"> </w:t>
      </w:r>
      <w:r w:rsidRPr="00CF02C9">
        <w:rPr>
          <w:rFonts w:hint="cs"/>
          <w:b/>
          <w:bCs/>
          <w:color w:val="C0504D" w:themeColor="accent2"/>
          <w:sz w:val="32"/>
          <w:szCs w:val="32"/>
          <w:rtl/>
        </w:rPr>
        <w:t>المباشر</w:t>
      </w:r>
      <w:r w:rsidR="00697692" w:rsidRPr="00CF02C9">
        <w:rPr>
          <w:rFonts w:hint="cs"/>
          <w:b/>
          <w:bCs/>
          <w:color w:val="C0504D" w:themeColor="accent2"/>
          <w:sz w:val="32"/>
          <w:szCs w:val="32"/>
          <w:rtl/>
        </w:rPr>
        <w:t>:</w:t>
      </w:r>
    </w:p>
    <w:p w14:paraId="76F11403" w14:textId="77777777" w:rsidR="00697692" w:rsidRPr="001B6733" w:rsidRDefault="00697692" w:rsidP="006B7E16">
      <w:pPr>
        <w:pStyle w:val="ListParagraph"/>
        <w:bidi/>
        <w:spacing w:line="360" w:lineRule="auto"/>
        <w:ind w:left="1080"/>
        <w:rPr>
          <w:sz w:val="28"/>
          <w:szCs w:val="28"/>
          <w:rtl/>
        </w:rPr>
      </w:pPr>
    </w:p>
    <w:p w14:paraId="7212C05B" w14:textId="77777777" w:rsidR="006D3047" w:rsidRPr="006D3047" w:rsidRDefault="006D3047" w:rsidP="00086701">
      <w:pPr>
        <w:pStyle w:val="ListParagraph"/>
        <w:numPr>
          <w:ilvl w:val="0"/>
          <w:numId w:val="10"/>
        </w:numPr>
        <w:bidi/>
        <w:spacing w:line="360" w:lineRule="auto"/>
        <w:rPr>
          <w:rFonts w:ascii="Simplified Arabic" w:hAnsi="Simplified Arabic" w:cs="Simplified Arabic"/>
          <w:sz w:val="28"/>
          <w:szCs w:val="28"/>
        </w:rPr>
      </w:pPr>
      <w:r w:rsidRPr="006D3047">
        <w:rPr>
          <w:rFonts w:ascii="Simplified Arabic" w:hAnsi="Simplified Arabic" w:cs="Simplified Arabic" w:hint="cs"/>
          <w:sz w:val="28"/>
          <w:szCs w:val="28"/>
          <w:rtl/>
        </w:rPr>
        <w:t>تحسين</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إدارة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الوقت</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وتنظيم</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العمل</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يؤدي</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إلى</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زيادة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الإنتاجية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وتقليل</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التكاليف</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التشغيلية</w:t>
      </w:r>
      <w:r w:rsidRPr="006D3047">
        <w:rPr>
          <w:rFonts w:ascii="Simplified Arabic" w:hAnsi="Simplified Arabic" w:cs="Simplified Arabic"/>
          <w:sz w:val="28"/>
          <w:szCs w:val="28"/>
        </w:rPr>
        <w:t xml:space="preserve"> .</w:t>
      </w:r>
    </w:p>
    <w:p w14:paraId="546A4ECE" w14:textId="588504B0" w:rsidR="006D3047" w:rsidRPr="006D3047" w:rsidRDefault="006D3047" w:rsidP="00086701">
      <w:pPr>
        <w:pStyle w:val="ListParagraph"/>
        <w:numPr>
          <w:ilvl w:val="0"/>
          <w:numId w:val="10"/>
        </w:numPr>
        <w:bidi/>
        <w:spacing w:line="360" w:lineRule="auto"/>
        <w:rPr>
          <w:rFonts w:ascii="Simplified Arabic" w:hAnsi="Simplified Arabic" w:cs="Simplified Arabic"/>
          <w:sz w:val="28"/>
          <w:szCs w:val="28"/>
        </w:rPr>
      </w:pPr>
      <w:r w:rsidRPr="006D3047">
        <w:rPr>
          <w:rFonts w:ascii="Simplified Arabic" w:hAnsi="Simplified Arabic" w:cs="Simplified Arabic" w:hint="cs"/>
          <w:sz w:val="28"/>
          <w:szCs w:val="28"/>
          <w:rtl/>
        </w:rPr>
        <w:t>كل</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دقيقة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يتم</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استثمارها</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بكفاءة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تضيف</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قيمة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حقيقية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إلى</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العملية</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الإنتاجية</w:t>
      </w:r>
      <w:r w:rsidRPr="006D3047">
        <w:rPr>
          <w:rFonts w:ascii="Simplified Arabic" w:hAnsi="Simplified Arabic" w:cs="Simplified Arabic"/>
          <w:sz w:val="28"/>
          <w:szCs w:val="28"/>
        </w:rPr>
        <w:t xml:space="preserve"> .</w:t>
      </w:r>
    </w:p>
    <w:p w14:paraId="1B8365EC" w14:textId="382FEF50" w:rsidR="004F34BB" w:rsidRDefault="006D3047" w:rsidP="00086701">
      <w:pPr>
        <w:pStyle w:val="ListParagraph"/>
        <w:numPr>
          <w:ilvl w:val="0"/>
          <w:numId w:val="10"/>
        </w:numPr>
        <w:bidi/>
        <w:spacing w:line="360" w:lineRule="auto"/>
        <w:rPr>
          <w:rFonts w:ascii="Simplified Arabic" w:hAnsi="Simplified Arabic" w:cs="Simplified Arabic"/>
          <w:sz w:val="28"/>
          <w:szCs w:val="28"/>
        </w:rPr>
      </w:pPr>
      <w:r w:rsidRPr="006D3047">
        <w:rPr>
          <w:rFonts w:ascii="Simplified Arabic" w:hAnsi="Simplified Arabic" w:cs="Simplified Arabic" w:hint="cs"/>
          <w:sz w:val="28"/>
          <w:szCs w:val="28"/>
          <w:rtl/>
        </w:rPr>
        <w:t>يسهم</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التنظيم</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الجيد</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في</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تسهيل</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قياس</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الأداء</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واكتشاف</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جوانب</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القصور</w:t>
      </w:r>
      <w:r w:rsidRPr="006D3047">
        <w:rPr>
          <w:rFonts w:ascii="Simplified Arabic" w:hAnsi="Simplified Arabic" w:cs="Simplified Arabic"/>
          <w:sz w:val="28"/>
          <w:szCs w:val="28"/>
          <w:rtl/>
        </w:rPr>
        <w:t xml:space="preserve"> </w:t>
      </w:r>
      <w:r w:rsidRPr="006D3047">
        <w:rPr>
          <w:rFonts w:ascii="Simplified Arabic" w:hAnsi="Simplified Arabic" w:cs="Simplified Arabic" w:hint="cs"/>
          <w:sz w:val="28"/>
          <w:szCs w:val="28"/>
          <w:rtl/>
        </w:rPr>
        <w:t>مبكرًا</w:t>
      </w:r>
      <w:r w:rsidRPr="0036184D">
        <w:rPr>
          <w:rFonts w:ascii="Simplified Arabic" w:hAnsi="Simplified Arabic" w:cs="Simplified Arabic"/>
          <w:sz w:val="28"/>
          <w:szCs w:val="28"/>
        </w:rPr>
        <w:t xml:space="preserve"> .</w:t>
      </w:r>
    </w:p>
    <w:p w14:paraId="728811AF" w14:textId="74BA8B19" w:rsidR="006B7E16" w:rsidRDefault="006B7E16" w:rsidP="00086701">
      <w:pPr>
        <w:pStyle w:val="ListParagraph"/>
        <w:numPr>
          <w:ilvl w:val="0"/>
          <w:numId w:val="10"/>
        </w:numPr>
        <w:bidi/>
        <w:spacing w:line="360" w:lineRule="auto"/>
        <w:rPr>
          <w:rFonts w:ascii="Simplified Arabic" w:hAnsi="Simplified Arabic" w:cs="Simplified Arabic"/>
          <w:sz w:val="28"/>
          <w:szCs w:val="28"/>
        </w:rPr>
      </w:pPr>
      <w:r w:rsidRPr="006B7E16">
        <w:rPr>
          <w:rFonts w:ascii="Simplified Arabic" w:hAnsi="Simplified Arabic" w:cs="Simplified Arabic"/>
          <w:sz w:val="28"/>
          <w:szCs w:val="28"/>
          <w:rtl/>
        </w:rPr>
        <w:t>يسهم تنظيم العمل وإدارة الوقت في تحسين كفاءة استخدام الموارد المالية داخل المؤسسة</w:t>
      </w:r>
      <w:r>
        <w:rPr>
          <w:rFonts w:ascii="Simplified Arabic" w:hAnsi="Simplified Arabic" w:cs="Simplified Arabic" w:hint="cs"/>
          <w:sz w:val="28"/>
          <w:szCs w:val="28"/>
          <w:rtl/>
        </w:rPr>
        <w:t xml:space="preserve"> .</w:t>
      </w:r>
    </w:p>
    <w:p w14:paraId="28C7B78F" w14:textId="07625BD3" w:rsidR="006B7E16" w:rsidRDefault="008367B9" w:rsidP="00086701">
      <w:pPr>
        <w:pStyle w:val="ListParagraph"/>
        <w:numPr>
          <w:ilvl w:val="0"/>
          <w:numId w:val="10"/>
        </w:numPr>
        <w:bidi/>
        <w:spacing w:line="360" w:lineRule="auto"/>
        <w:rPr>
          <w:rFonts w:ascii="Simplified Arabic" w:hAnsi="Simplified Arabic" w:cs="Simplified Arabic"/>
          <w:sz w:val="28"/>
          <w:szCs w:val="28"/>
        </w:rPr>
      </w:pPr>
      <w:r w:rsidRPr="008367B9">
        <w:rPr>
          <w:rFonts w:ascii="Simplified Arabic" w:hAnsi="Simplified Arabic" w:cs="Simplified Arabic"/>
          <w:sz w:val="28"/>
          <w:szCs w:val="28"/>
          <w:rtl/>
        </w:rPr>
        <w:t>يؤدي إلى تقليل الهدر في التكاليف الناتج عن سوء التخطيط أو ضعف التنظيم</w:t>
      </w:r>
      <w:r>
        <w:rPr>
          <w:rFonts w:ascii="Simplified Arabic" w:hAnsi="Simplified Arabic" w:cs="Simplified Arabic" w:hint="cs"/>
          <w:sz w:val="28"/>
          <w:szCs w:val="28"/>
          <w:rtl/>
        </w:rPr>
        <w:t xml:space="preserve"> .</w:t>
      </w:r>
    </w:p>
    <w:p w14:paraId="5D94B717" w14:textId="61927491" w:rsidR="008367B9" w:rsidRDefault="008367B9" w:rsidP="00086701">
      <w:pPr>
        <w:pStyle w:val="ListParagraph"/>
        <w:numPr>
          <w:ilvl w:val="0"/>
          <w:numId w:val="10"/>
        </w:numPr>
        <w:bidi/>
        <w:spacing w:line="360" w:lineRule="auto"/>
        <w:rPr>
          <w:rFonts w:ascii="Simplified Arabic" w:hAnsi="Simplified Arabic" w:cs="Simplified Arabic"/>
          <w:sz w:val="28"/>
          <w:szCs w:val="28"/>
        </w:rPr>
      </w:pPr>
      <w:r w:rsidRPr="008367B9">
        <w:rPr>
          <w:rFonts w:ascii="Simplified Arabic" w:hAnsi="Simplified Arabic" w:cs="Simplified Arabic"/>
          <w:sz w:val="28"/>
          <w:szCs w:val="28"/>
          <w:rtl/>
        </w:rPr>
        <w:t>يساعد على تحقيق أعلى عائد ممكن من الموارد المتاحة</w:t>
      </w:r>
      <w:r>
        <w:rPr>
          <w:rFonts w:ascii="Simplified Arabic" w:hAnsi="Simplified Arabic" w:cs="Simplified Arabic" w:hint="cs"/>
          <w:sz w:val="28"/>
          <w:szCs w:val="28"/>
          <w:rtl/>
        </w:rPr>
        <w:t xml:space="preserve"> .</w:t>
      </w:r>
    </w:p>
    <w:p w14:paraId="6545B834" w14:textId="0ADB7A86" w:rsidR="008367B9" w:rsidRDefault="00E9163B" w:rsidP="00086701">
      <w:pPr>
        <w:pStyle w:val="ListParagraph"/>
        <w:numPr>
          <w:ilvl w:val="0"/>
          <w:numId w:val="10"/>
        </w:numPr>
        <w:bidi/>
        <w:spacing w:line="360" w:lineRule="auto"/>
        <w:rPr>
          <w:rFonts w:ascii="Simplified Arabic" w:hAnsi="Simplified Arabic" w:cs="Simplified Arabic"/>
          <w:sz w:val="28"/>
          <w:szCs w:val="28"/>
        </w:rPr>
      </w:pPr>
      <w:r w:rsidRPr="00E9163B">
        <w:rPr>
          <w:rFonts w:ascii="Simplified Arabic" w:hAnsi="Simplified Arabic" w:cs="Simplified Arabic"/>
          <w:sz w:val="28"/>
          <w:szCs w:val="28"/>
          <w:rtl/>
        </w:rPr>
        <w:t>يُسهم في تقليل التكاليف التشغيلية المرتبطة بالتأخير أو الأخطاء في العمل</w:t>
      </w:r>
      <w:r>
        <w:rPr>
          <w:rFonts w:ascii="Simplified Arabic" w:hAnsi="Simplified Arabic" w:cs="Simplified Arabic" w:hint="cs"/>
          <w:sz w:val="28"/>
          <w:szCs w:val="28"/>
          <w:rtl/>
        </w:rPr>
        <w:t xml:space="preserve"> .</w:t>
      </w:r>
    </w:p>
    <w:p w14:paraId="6761159A" w14:textId="1E0F5B93" w:rsidR="00E9163B" w:rsidRDefault="00C70E9B" w:rsidP="00086701">
      <w:pPr>
        <w:pStyle w:val="ListParagraph"/>
        <w:numPr>
          <w:ilvl w:val="0"/>
          <w:numId w:val="10"/>
        </w:numPr>
        <w:bidi/>
        <w:spacing w:line="360" w:lineRule="auto"/>
        <w:rPr>
          <w:rFonts w:ascii="Simplified Arabic" w:hAnsi="Simplified Arabic" w:cs="Simplified Arabic"/>
          <w:sz w:val="28"/>
          <w:szCs w:val="28"/>
        </w:rPr>
      </w:pPr>
      <w:r w:rsidRPr="00C70E9B">
        <w:rPr>
          <w:rFonts w:ascii="Simplified Arabic" w:hAnsi="Simplified Arabic" w:cs="Simplified Arabic"/>
          <w:sz w:val="28"/>
          <w:szCs w:val="28"/>
          <w:rtl/>
        </w:rPr>
        <w:t>يعزز من القدرة على التخطيط المالي الدقيق بناءً على إدارة زمنية فعّالة</w:t>
      </w:r>
      <w:r>
        <w:rPr>
          <w:rFonts w:ascii="Simplified Arabic" w:hAnsi="Simplified Arabic" w:cs="Simplified Arabic" w:hint="cs"/>
          <w:sz w:val="28"/>
          <w:szCs w:val="28"/>
          <w:rtl/>
        </w:rPr>
        <w:t xml:space="preserve"> .</w:t>
      </w:r>
    </w:p>
    <w:p w14:paraId="1763E052" w14:textId="53A25749" w:rsidR="00C70E9B" w:rsidRPr="00CF02C9" w:rsidRDefault="00C70E9B" w:rsidP="00086701">
      <w:pPr>
        <w:pStyle w:val="ListParagraph"/>
        <w:numPr>
          <w:ilvl w:val="0"/>
          <w:numId w:val="10"/>
        </w:numPr>
        <w:bidi/>
        <w:spacing w:line="360" w:lineRule="auto"/>
        <w:rPr>
          <w:rFonts w:ascii="Simplified Arabic" w:hAnsi="Simplified Arabic" w:cs="Simplified Arabic"/>
          <w:sz w:val="28"/>
          <w:szCs w:val="28"/>
          <w:rtl/>
        </w:rPr>
      </w:pPr>
      <w:r w:rsidRPr="00C70E9B">
        <w:rPr>
          <w:rFonts w:ascii="Simplified Arabic" w:hAnsi="Simplified Arabic" w:cs="Simplified Arabic"/>
          <w:sz w:val="28"/>
          <w:szCs w:val="28"/>
          <w:rtl/>
        </w:rPr>
        <w:lastRenderedPageBreak/>
        <w:t>يساعد في تحسين الإنتاجية مما يؤدي إلى زيادة الأرباح وتحقيق الاستدامة المالية</w:t>
      </w:r>
      <w:r>
        <w:rPr>
          <w:rFonts w:ascii="Simplified Arabic" w:hAnsi="Simplified Arabic" w:cs="Simplified Arabic" w:hint="cs"/>
          <w:sz w:val="28"/>
          <w:szCs w:val="28"/>
          <w:rtl/>
        </w:rPr>
        <w:t xml:space="preserve"> .</w:t>
      </w:r>
    </w:p>
    <w:p w14:paraId="4B51D1FA" w14:textId="702AF99C" w:rsidR="009833D5" w:rsidRPr="009833D5" w:rsidRDefault="009833D5" w:rsidP="00086701">
      <w:pPr>
        <w:pStyle w:val="ListParagraph"/>
        <w:numPr>
          <w:ilvl w:val="0"/>
          <w:numId w:val="10"/>
        </w:numPr>
        <w:bidi/>
        <w:spacing w:line="360" w:lineRule="auto"/>
        <w:rPr>
          <w:rFonts w:ascii="Simplified Arabic" w:hAnsi="Simplified Arabic" w:cs="Simplified Arabic"/>
          <w:sz w:val="28"/>
          <w:szCs w:val="28"/>
          <w:rtl/>
        </w:rPr>
      </w:pPr>
      <w:r w:rsidRPr="009833D5">
        <w:rPr>
          <w:rFonts w:ascii="Simplified Arabic" w:hAnsi="Simplified Arabic" w:cs="Simplified Arabic"/>
          <w:sz w:val="28"/>
          <w:szCs w:val="28"/>
          <w:rtl/>
        </w:rPr>
        <w:t>يُسهم في تقليل الحاجة إلى موارد إضافية نتيجة الاستخدام الأمثل للوقت</w:t>
      </w:r>
      <w:r>
        <w:rPr>
          <w:rFonts w:ascii="Simplified Arabic" w:hAnsi="Simplified Arabic" w:cs="Simplified Arabic" w:hint="cs"/>
          <w:sz w:val="28"/>
          <w:szCs w:val="28"/>
          <w:rtl/>
        </w:rPr>
        <w:t xml:space="preserve"> .</w:t>
      </w:r>
    </w:p>
    <w:p w14:paraId="00229F9C" w14:textId="47EAF6FE" w:rsidR="009833D5" w:rsidRDefault="00CE6B3C" w:rsidP="00086701">
      <w:pPr>
        <w:pStyle w:val="ListParagraph"/>
        <w:numPr>
          <w:ilvl w:val="0"/>
          <w:numId w:val="10"/>
        </w:numPr>
        <w:bidi/>
        <w:spacing w:line="360" w:lineRule="auto"/>
        <w:rPr>
          <w:rFonts w:ascii="Simplified Arabic" w:hAnsi="Simplified Arabic" w:cs="Simplified Arabic"/>
          <w:sz w:val="28"/>
          <w:szCs w:val="28"/>
        </w:rPr>
      </w:pPr>
      <w:r w:rsidRPr="00CE6B3C">
        <w:rPr>
          <w:rFonts w:ascii="Simplified Arabic" w:hAnsi="Simplified Arabic" w:cs="Simplified Arabic"/>
          <w:sz w:val="28"/>
          <w:szCs w:val="28"/>
          <w:rtl/>
        </w:rPr>
        <w:t>يدعم اتخاذ القرارات الاقتصادية بناءً على بيانات دقيقة وفي الوقت المناسب</w:t>
      </w:r>
      <w:r>
        <w:rPr>
          <w:rFonts w:ascii="Simplified Arabic" w:hAnsi="Simplified Arabic" w:cs="Simplified Arabic" w:hint="cs"/>
          <w:sz w:val="28"/>
          <w:szCs w:val="28"/>
          <w:rtl/>
        </w:rPr>
        <w:t xml:space="preserve"> .</w:t>
      </w:r>
    </w:p>
    <w:p w14:paraId="0573860E" w14:textId="70E5EC3F" w:rsidR="00CE6B3C" w:rsidRDefault="00CE6B3C" w:rsidP="00086701">
      <w:pPr>
        <w:pStyle w:val="ListParagraph"/>
        <w:numPr>
          <w:ilvl w:val="0"/>
          <w:numId w:val="10"/>
        </w:numPr>
        <w:bidi/>
        <w:spacing w:line="360" w:lineRule="auto"/>
        <w:rPr>
          <w:rFonts w:ascii="Simplified Arabic" w:hAnsi="Simplified Arabic" w:cs="Simplified Arabic"/>
          <w:sz w:val="28"/>
          <w:szCs w:val="28"/>
        </w:rPr>
      </w:pPr>
      <w:r w:rsidRPr="00CE6B3C">
        <w:rPr>
          <w:rFonts w:ascii="Simplified Arabic" w:hAnsi="Simplified Arabic" w:cs="Simplified Arabic"/>
          <w:sz w:val="28"/>
          <w:szCs w:val="28"/>
          <w:rtl/>
        </w:rPr>
        <w:t>يساعد على تقليل الخسائر الناتجة عن سوء إدارة العمليات</w:t>
      </w:r>
      <w:r>
        <w:rPr>
          <w:rFonts w:ascii="Simplified Arabic" w:hAnsi="Simplified Arabic" w:cs="Simplified Arabic" w:hint="cs"/>
          <w:sz w:val="28"/>
          <w:szCs w:val="28"/>
          <w:rtl/>
        </w:rPr>
        <w:t xml:space="preserve"> .</w:t>
      </w:r>
    </w:p>
    <w:p w14:paraId="3EE4FB59" w14:textId="733CE9AE" w:rsidR="00CE6B3C" w:rsidRDefault="00CE6B3C" w:rsidP="00086701">
      <w:pPr>
        <w:pStyle w:val="ListParagraph"/>
        <w:numPr>
          <w:ilvl w:val="0"/>
          <w:numId w:val="10"/>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ي</w:t>
      </w:r>
      <w:r w:rsidRPr="00CE6B3C">
        <w:rPr>
          <w:rFonts w:ascii="Simplified Arabic" w:hAnsi="Simplified Arabic" w:cs="Simplified Arabic"/>
          <w:sz w:val="28"/>
          <w:szCs w:val="28"/>
          <w:rtl/>
        </w:rPr>
        <w:t>سهم في تحسين كفاءة العمليات التشغيلية مما يقلل من التكاليف غير الضرورية</w:t>
      </w:r>
      <w:r>
        <w:rPr>
          <w:rFonts w:ascii="Simplified Arabic" w:hAnsi="Simplified Arabic" w:cs="Simplified Arabic" w:hint="cs"/>
          <w:sz w:val="28"/>
          <w:szCs w:val="28"/>
          <w:rtl/>
        </w:rPr>
        <w:t xml:space="preserve"> .</w:t>
      </w:r>
    </w:p>
    <w:p w14:paraId="1569187E" w14:textId="4CF9AE1A" w:rsidR="00CE6B3C" w:rsidRDefault="001D04F6" w:rsidP="00086701">
      <w:pPr>
        <w:pStyle w:val="ListParagraph"/>
        <w:numPr>
          <w:ilvl w:val="0"/>
          <w:numId w:val="10"/>
        </w:numPr>
        <w:bidi/>
        <w:spacing w:line="360" w:lineRule="auto"/>
        <w:rPr>
          <w:rFonts w:ascii="Simplified Arabic" w:hAnsi="Simplified Arabic" w:cs="Simplified Arabic"/>
          <w:sz w:val="28"/>
          <w:szCs w:val="28"/>
        </w:rPr>
      </w:pPr>
      <w:r w:rsidRPr="001D04F6">
        <w:rPr>
          <w:rFonts w:ascii="Simplified Arabic" w:hAnsi="Simplified Arabic" w:cs="Simplified Arabic"/>
          <w:sz w:val="28"/>
          <w:szCs w:val="28"/>
          <w:rtl/>
        </w:rPr>
        <w:t>يعزز من القدرة التنافسية للمؤسسة في السوق من خلال تقليل التكاليف وزيادة الإنتاجية</w:t>
      </w:r>
      <w:r>
        <w:rPr>
          <w:rFonts w:ascii="Simplified Arabic" w:hAnsi="Simplified Arabic" w:cs="Simplified Arabic" w:hint="cs"/>
          <w:sz w:val="28"/>
          <w:szCs w:val="28"/>
          <w:rtl/>
        </w:rPr>
        <w:t xml:space="preserve"> .</w:t>
      </w:r>
    </w:p>
    <w:p w14:paraId="04E6F91C" w14:textId="7E9BDC63" w:rsidR="001D04F6" w:rsidRDefault="001D04F6" w:rsidP="00086701">
      <w:pPr>
        <w:pStyle w:val="ListParagraph"/>
        <w:numPr>
          <w:ilvl w:val="0"/>
          <w:numId w:val="10"/>
        </w:numPr>
        <w:bidi/>
        <w:spacing w:line="360" w:lineRule="auto"/>
        <w:rPr>
          <w:rFonts w:ascii="Simplified Arabic" w:hAnsi="Simplified Arabic" w:cs="Simplified Arabic"/>
          <w:sz w:val="28"/>
          <w:szCs w:val="28"/>
        </w:rPr>
      </w:pPr>
      <w:r w:rsidRPr="001D04F6">
        <w:rPr>
          <w:rFonts w:ascii="Simplified Arabic" w:hAnsi="Simplified Arabic" w:cs="Simplified Arabic"/>
          <w:sz w:val="28"/>
          <w:szCs w:val="28"/>
          <w:rtl/>
        </w:rPr>
        <w:t>يساعد في تحقيق الاستفادة القصوى من رأس المال البشري داخل المؤسسة</w:t>
      </w:r>
      <w:r>
        <w:rPr>
          <w:rFonts w:ascii="Simplified Arabic" w:hAnsi="Simplified Arabic" w:cs="Simplified Arabic" w:hint="cs"/>
          <w:sz w:val="28"/>
          <w:szCs w:val="28"/>
          <w:rtl/>
        </w:rPr>
        <w:t xml:space="preserve"> .</w:t>
      </w:r>
    </w:p>
    <w:p w14:paraId="318C56B8" w14:textId="20510BCD" w:rsidR="001D04F6" w:rsidRDefault="001D04F6" w:rsidP="00086701">
      <w:pPr>
        <w:pStyle w:val="ListParagraph"/>
        <w:numPr>
          <w:ilvl w:val="0"/>
          <w:numId w:val="10"/>
        </w:numPr>
        <w:bidi/>
        <w:spacing w:line="360" w:lineRule="auto"/>
        <w:rPr>
          <w:rFonts w:ascii="Simplified Arabic" w:hAnsi="Simplified Arabic" w:cs="Simplified Arabic"/>
          <w:sz w:val="28"/>
          <w:szCs w:val="28"/>
        </w:rPr>
      </w:pPr>
      <w:r w:rsidRPr="001D04F6">
        <w:rPr>
          <w:rFonts w:ascii="Simplified Arabic" w:hAnsi="Simplified Arabic" w:cs="Simplified Arabic"/>
          <w:sz w:val="28"/>
          <w:szCs w:val="28"/>
          <w:rtl/>
        </w:rPr>
        <w:t>يُسهم في تحسين التخطيط طويل المدى وتحقيق الأهداف المالية</w:t>
      </w:r>
      <w:r>
        <w:rPr>
          <w:rFonts w:ascii="Simplified Arabic" w:hAnsi="Simplified Arabic" w:cs="Simplified Arabic" w:hint="cs"/>
          <w:sz w:val="28"/>
          <w:szCs w:val="28"/>
          <w:rtl/>
        </w:rPr>
        <w:t xml:space="preserve"> .</w:t>
      </w:r>
    </w:p>
    <w:p w14:paraId="5876BCF8" w14:textId="40365E91" w:rsidR="001D04F6" w:rsidRDefault="00D13839" w:rsidP="00086701">
      <w:pPr>
        <w:pStyle w:val="ListParagraph"/>
        <w:numPr>
          <w:ilvl w:val="0"/>
          <w:numId w:val="10"/>
        </w:numPr>
        <w:bidi/>
        <w:spacing w:line="360" w:lineRule="auto"/>
        <w:rPr>
          <w:rFonts w:ascii="Simplified Arabic" w:hAnsi="Simplified Arabic" w:cs="Simplified Arabic"/>
          <w:sz w:val="28"/>
          <w:szCs w:val="28"/>
        </w:rPr>
      </w:pPr>
      <w:r w:rsidRPr="00D13839">
        <w:rPr>
          <w:rFonts w:ascii="Simplified Arabic" w:hAnsi="Simplified Arabic" w:cs="Simplified Arabic"/>
          <w:sz w:val="28"/>
          <w:szCs w:val="28"/>
          <w:rtl/>
        </w:rPr>
        <w:t>يدعم استقرار الأداء الاقتصادي للمؤسسة على المدى البعيد</w:t>
      </w:r>
      <w:r>
        <w:rPr>
          <w:rFonts w:ascii="Simplified Arabic" w:hAnsi="Simplified Arabic" w:cs="Simplified Arabic" w:hint="cs"/>
          <w:sz w:val="28"/>
          <w:szCs w:val="28"/>
          <w:rtl/>
        </w:rPr>
        <w:t xml:space="preserve"> .</w:t>
      </w:r>
    </w:p>
    <w:p w14:paraId="479EB88F" w14:textId="484082A7" w:rsidR="00D13839" w:rsidRDefault="00D13839" w:rsidP="00086701">
      <w:pPr>
        <w:pStyle w:val="ListParagraph"/>
        <w:numPr>
          <w:ilvl w:val="0"/>
          <w:numId w:val="10"/>
        </w:numPr>
        <w:bidi/>
        <w:spacing w:line="360" w:lineRule="auto"/>
        <w:rPr>
          <w:rFonts w:ascii="Simplified Arabic" w:hAnsi="Simplified Arabic" w:cs="Simplified Arabic"/>
          <w:sz w:val="28"/>
          <w:szCs w:val="28"/>
        </w:rPr>
      </w:pPr>
      <w:r w:rsidRPr="00D13839">
        <w:rPr>
          <w:rFonts w:ascii="Simplified Arabic" w:hAnsi="Simplified Arabic" w:cs="Simplified Arabic"/>
          <w:sz w:val="28"/>
          <w:szCs w:val="28"/>
          <w:rtl/>
        </w:rPr>
        <w:t>يساعد في تحقيق التوازن بين التكاليف والإيرادات بشكل أكثر كفاءة</w:t>
      </w:r>
      <w:r>
        <w:rPr>
          <w:rFonts w:ascii="Simplified Arabic" w:hAnsi="Simplified Arabic" w:cs="Simplified Arabic" w:hint="cs"/>
          <w:sz w:val="28"/>
          <w:szCs w:val="28"/>
          <w:rtl/>
        </w:rPr>
        <w:t xml:space="preserve"> .</w:t>
      </w:r>
    </w:p>
    <w:p w14:paraId="3EBE699A" w14:textId="77777777" w:rsidR="00697692" w:rsidRPr="001B6733" w:rsidRDefault="00697692" w:rsidP="00697692">
      <w:pPr>
        <w:bidi/>
        <w:rPr>
          <w:sz w:val="28"/>
          <w:szCs w:val="28"/>
          <w:rtl/>
        </w:rPr>
      </w:pPr>
    </w:p>
    <w:p w14:paraId="29E61A94" w14:textId="438E5577" w:rsidR="00697692" w:rsidRPr="00CF02C9" w:rsidRDefault="000252CB" w:rsidP="00E25530">
      <w:pPr>
        <w:pStyle w:val="ListParagraph"/>
        <w:numPr>
          <w:ilvl w:val="0"/>
          <w:numId w:val="7"/>
        </w:numPr>
        <w:bidi/>
        <w:spacing w:after="160" w:line="278" w:lineRule="auto"/>
        <w:rPr>
          <w:b/>
          <w:bCs/>
          <w:color w:val="C0504D" w:themeColor="accent2"/>
          <w:sz w:val="32"/>
          <w:szCs w:val="32"/>
        </w:rPr>
      </w:pPr>
      <w:r w:rsidRPr="00CF02C9">
        <w:rPr>
          <w:rFonts w:hint="cs"/>
          <w:b/>
          <w:bCs/>
          <w:color w:val="C0504D" w:themeColor="accent2"/>
          <w:sz w:val="32"/>
          <w:szCs w:val="32"/>
          <w:rtl/>
        </w:rPr>
        <w:t>لأثر</w:t>
      </w:r>
      <w:r w:rsidRPr="00CF02C9">
        <w:rPr>
          <w:b/>
          <w:bCs/>
          <w:color w:val="C0504D" w:themeColor="accent2"/>
          <w:sz w:val="32"/>
          <w:szCs w:val="32"/>
          <w:rtl/>
        </w:rPr>
        <w:t xml:space="preserve"> </w:t>
      </w:r>
      <w:r w:rsidRPr="00CF02C9">
        <w:rPr>
          <w:rFonts w:hint="cs"/>
          <w:b/>
          <w:bCs/>
          <w:color w:val="C0504D" w:themeColor="accent2"/>
          <w:sz w:val="32"/>
          <w:szCs w:val="32"/>
          <w:rtl/>
        </w:rPr>
        <w:t>الإنساني</w:t>
      </w:r>
      <w:r w:rsidRPr="00CF02C9">
        <w:rPr>
          <w:b/>
          <w:bCs/>
          <w:color w:val="C0504D" w:themeColor="accent2"/>
          <w:sz w:val="32"/>
          <w:szCs w:val="32"/>
          <w:rtl/>
        </w:rPr>
        <w:t xml:space="preserve"> </w:t>
      </w:r>
      <w:r w:rsidRPr="00CF02C9">
        <w:rPr>
          <w:rFonts w:hint="cs"/>
          <w:b/>
          <w:bCs/>
          <w:color w:val="C0504D" w:themeColor="accent2"/>
          <w:sz w:val="32"/>
          <w:szCs w:val="32"/>
          <w:rtl/>
        </w:rPr>
        <w:t>والنفسي</w:t>
      </w:r>
      <w:r w:rsidR="00697692" w:rsidRPr="00CF02C9">
        <w:rPr>
          <w:rFonts w:hint="cs"/>
          <w:b/>
          <w:bCs/>
          <w:color w:val="C0504D" w:themeColor="accent2"/>
          <w:sz w:val="32"/>
          <w:szCs w:val="32"/>
          <w:rtl/>
        </w:rPr>
        <w:t>:</w:t>
      </w:r>
    </w:p>
    <w:p w14:paraId="7B966D3D" w14:textId="77777777" w:rsidR="00697692" w:rsidRPr="001B6733" w:rsidRDefault="00697692" w:rsidP="009217A5">
      <w:pPr>
        <w:pStyle w:val="ListParagraph"/>
        <w:bidi/>
        <w:spacing w:line="360" w:lineRule="auto"/>
        <w:ind w:left="1080"/>
        <w:rPr>
          <w:sz w:val="28"/>
          <w:szCs w:val="28"/>
          <w:rtl/>
        </w:rPr>
      </w:pPr>
    </w:p>
    <w:p w14:paraId="5D460F3E" w14:textId="49B0742F" w:rsidR="0023367C" w:rsidRPr="004F34BB" w:rsidRDefault="0023367C" w:rsidP="00086701">
      <w:pPr>
        <w:pStyle w:val="ListParagraph"/>
        <w:numPr>
          <w:ilvl w:val="0"/>
          <w:numId w:val="11"/>
        </w:numPr>
        <w:bidi/>
        <w:spacing w:line="360" w:lineRule="auto"/>
        <w:rPr>
          <w:rFonts w:ascii="Simplified Arabic" w:hAnsi="Simplified Arabic" w:cs="Simplified Arabic"/>
          <w:sz w:val="28"/>
          <w:szCs w:val="28"/>
        </w:rPr>
      </w:pPr>
      <w:r w:rsidRPr="004F34BB">
        <w:rPr>
          <w:rFonts w:ascii="Simplified Arabic" w:hAnsi="Simplified Arabic" w:cs="Simplified Arabic" w:hint="cs"/>
          <w:sz w:val="28"/>
          <w:szCs w:val="28"/>
          <w:rtl/>
        </w:rPr>
        <w:t>التنظيم</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الزمني</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يمنح</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الموظف</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إحساسًا</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بالسيطرة</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على</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مهامه</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ويقلل</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من</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التوتر</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والإجهاد</w:t>
      </w:r>
      <w:r w:rsidRPr="004F34BB">
        <w:rPr>
          <w:rFonts w:ascii="Simplified Arabic" w:hAnsi="Simplified Arabic" w:cs="Simplified Arabic"/>
          <w:sz w:val="28"/>
          <w:szCs w:val="28"/>
          <w:rtl/>
        </w:rPr>
        <w:t xml:space="preserve"> </w:t>
      </w:r>
      <w:r w:rsidR="004F34BB" w:rsidRPr="004F34BB">
        <w:rPr>
          <w:rFonts w:ascii="Simplified Arabic" w:hAnsi="Simplified Arabic" w:cs="Simplified Arabic" w:hint="cs"/>
          <w:sz w:val="28"/>
          <w:szCs w:val="28"/>
          <w:rtl/>
        </w:rPr>
        <w:t>.</w:t>
      </w:r>
    </w:p>
    <w:p w14:paraId="42968D3F" w14:textId="0B97BE36" w:rsidR="00697692" w:rsidRPr="004F34BB" w:rsidRDefault="004354EA" w:rsidP="00086701">
      <w:pPr>
        <w:pStyle w:val="ListParagraph"/>
        <w:numPr>
          <w:ilvl w:val="0"/>
          <w:numId w:val="11"/>
        </w:numPr>
        <w:bidi/>
        <w:spacing w:line="360" w:lineRule="auto"/>
        <w:rPr>
          <w:rFonts w:ascii="Simplified Arabic" w:hAnsi="Simplified Arabic" w:cs="Simplified Arabic"/>
          <w:sz w:val="28"/>
          <w:szCs w:val="28"/>
        </w:rPr>
      </w:pPr>
      <w:r w:rsidRPr="004F34BB">
        <w:rPr>
          <w:rFonts w:ascii="Simplified Arabic" w:hAnsi="Simplified Arabic" w:cs="Simplified Arabic" w:hint="cs"/>
          <w:sz w:val="28"/>
          <w:szCs w:val="28"/>
          <w:rtl/>
        </w:rPr>
        <w:t>وضوح</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الأدوار</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والمسؤوليات</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يعزز</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روح</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التعاون</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والانتماء</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المؤسسي</w:t>
      </w:r>
      <w:r w:rsidRPr="004F34BB">
        <w:rPr>
          <w:rFonts w:ascii="Simplified Arabic" w:hAnsi="Simplified Arabic" w:cs="Simplified Arabic"/>
          <w:sz w:val="28"/>
          <w:szCs w:val="28"/>
        </w:rPr>
        <w:t xml:space="preserve"> .</w:t>
      </w:r>
    </w:p>
    <w:p w14:paraId="6C3B6B1A" w14:textId="34375479" w:rsidR="004354EA" w:rsidRDefault="004F34BB" w:rsidP="00086701">
      <w:pPr>
        <w:pStyle w:val="ListParagraph"/>
        <w:numPr>
          <w:ilvl w:val="0"/>
          <w:numId w:val="11"/>
        </w:numPr>
        <w:bidi/>
        <w:spacing w:line="360" w:lineRule="auto"/>
      </w:pPr>
      <w:r w:rsidRPr="004F34BB">
        <w:rPr>
          <w:rFonts w:ascii="Simplified Arabic" w:hAnsi="Simplified Arabic" w:cs="Simplified Arabic" w:hint="cs"/>
          <w:sz w:val="28"/>
          <w:szCs w:val="28"/>
          <w:rtl/>
        </w:rPr>
        <w:t>تخلق</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بيئة</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عمل</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مستقرة</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ومحفزة</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نحو</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الإبداع</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والاستمرارية</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في</w:t>
      </w:r>
      <w:r w:rsidRPr="004F34BB">
        <w:rPr>
          <w:rFonts w:ascii="Simplified Arabic" w:hAnsi="Simplified Arabic" w:cs="Simplified Arabic"/>
          <w:sz w:val="28"/>
          <w:szCs w:val="28"/>
          <w:rtl/>
        </w:rPr>
        <w:t xml:space="preserve"> </w:t>
      </w:r>
      <w:r w:rsidRPr="004F34BB">
        <w:rPr>
          <w:rFonts w:ascii="Simplified Arabic" w:hAnsi="Simplified Arabic" w:cs="Simplified Arabic" w:hint="cs"/>
          <w:sz w:val="28"/>
          <w:szCs w:val="28"/>
          <w:rtl/>
        </w:rPr>
        <w:t>الأداء</w:t>
      </w:r>
      <w:r>
        <w:t xml:space="preserve"> .</w:t>
      </w:r>
    </w:p>
    <w:p w14:paraId="510F40DB" w14:textId="71A889FB" w:rsidR="009217A5" w:rsidRDefault="009217A5" w:rsidP="00086701">
      <w:pPr>
        <w:pStyle w:val="ListParagraph"/>
        <w:numPr>
          <w:ilvl w:val="0"/>
          <w:numId w:val="11"/>
        </w:numPr>
        <w:bidi/>
        <w:spacing w:line="360" w:lineRule="auto"/>
        <w:rPr>
          <w:rFonts w:ascii="Simplified Arabic" w:hAnsi="Simplified Arabic" w:cs="Simplified Arabic"/>
          <w:sz w:val="28"/>
          <w:szCs w:val="28"/>
        </w:rPr>
      </w:pPr>
      <w:r w:rsidRPr="009217A5">
        <w:rPr>
          <w:rFonts w:ascii="Simplified Arabic" w:hAnsi="Simplified Arabic" w:cs="Simplified Arabic"/>
          <w:sz w:val="28"/>
          <w:szCs w:val="28"/>
          <w:rtl/>
        </w:rPr>
        <w:t>يسهم تنظيم العمل وإدارة الوقت في تقليل مستويات القلق والتوتر لدى الموظفين</w:t>
      </w:r>
      <w:r>
        <w:rPr>
          <w:rFonts w:ascii="Simplified Arabic" w:hAnsi="Simplified Arabic" w:cs="Simplified Arabic" w:hint="cs"/>
          <w:sz w:val="28"/>
          <w:szCs w:val="28"/>
          <w:rtl/>
        </w:rPr>
        <w:t>.</w:t>
      </w:r>
    </w:p>
    <w:p w14:paraId="1EF51910" w14:textId="77777777" w:rsidR="00A80F07" w:rsidRDefault="00A80F07" w:rsidP="00A80F07">
      <w:pPr>
        <w:pStyle w:val="ListParagraph"/>
        <w:bidi/>
        <w:spacing w:line="360" w:lineRule="auto"/>
        <w:ind w:left="1800"/>
        <w:rPr>
          <w:rFonts w:ascii="Simplified Arabic" w:hAnsi="Simplified Arabic" w:cs="Simplified Arabic"/>
          <w:sz w:val="28"/>
          <w:szCs w:val="28"/>
          <w:rtl/>
        </w:rPr>
      </w:pPr>
    </w:p>
    <w:p w14:paraId="170CA6BC" w14:textId="77777777" w:rsidR="00CF02C9" w:rsidRDefault="00CF02C9" w:rsidP="00CF02C9">
      <w:pPr>
        <w:pStyle w:val="ListParagraph"/>
        <w:bidi/>
        <w:spacing w:line="360" w:lineRule="auto"/>
        <w:ind w:left="1800"/>
        <w:rPr>
          <w:rFonts w:ascii="Simplified Arabic" w:hAnsi="Simplified Arabic" w:cs="Simplified Arabic"/>
          <w:sz w:val="28"/>
          <w:szCs w:val="28"/>
          <w:rtl/>
        </w:rPr>
      </w:pPr>
    </w:p>
    <w:p w14:paraId="5239C5EE" w14:textId="77777777" w:rsidR="009217A5" w:rsidRDefault="009217A5" w:rsidP="009217A5">
      <w:pPr>
        <w:pStyle w:val="ListParagraph"/>
        <w:bidi/>
        <w:spacing w:line="360" w:lineRule="auto"/>
        <w:ind w:left="1800"/>
        <w:rPr>
          <w:rFonts w:ascii="Simplified Arabic" w:hAnsi="Simplified Arabic" w:cs="Simplified Arabic"/>
          <w:sz w:val="28"/>
          <w:szCs w:val="28"/>
          <w:rtl/>
        </w:rPr>
      </w:pPr>
    </w:p>
    <w:p w14:paraId="5FDADF9E" w14:textId="1612DFDA" w:rsidR="009217A5" w:rsidRDefault="00A80F07" w:rsidP="00086701">
      <w:pPr>
        <w:pStyle w:val="ListParagraph"/>
        <w:numPr>
          <w:ilvl w:val="0"/>
          <w:numId w:val="11"/>
        </w:numPr>
        <w:bidi/>
        <w:spacing w:line="360" w:lineRule="auto"/>
        <w:rPr>
          <w:rFonts w:ascii="Simplified Arabic" w:hAnsi="Simplified Arabic" w:cs="Simplified Arabic"/>
          <w:sz w:val="28"/>
          <w:szCs w:val="28"/>
        </w:rPr>
      </w:pPr>
      <w:r w:rsidRPr="00A80F07">
        <w:rPr>
          <w:rFonts w:ascii="Simplified Arabic" w:hAnsi="Simplified Arabic" w:cs="Simplified Arabic"/>
          <w:sz w:val="28"/>
          <w:szCs w:val="28"/>
          <w:rtl/>
        </w:rPr>
        <w:t>يعزز من الشعور بالراحة النفسية نتيجة وضوح المهام وتحديد الأولويات</w:t>
      </w:r>
      <w:r>
        <w:rPr>
          <w:rFonts w:ascii="Simplified Arabic" w:hAnsi="Simplified Arabic" w:cs="Simplified Arabic" w:hint="cs"/>
          <w:sz w:val="28"/>
          <w:szCs w:val="28"/>
          <w:rtl/>
        </w:rPr>
        <w:t xml:space="preserve"> .</w:t>
      </w:r>
    </w:p>
    <w:p w14:paraId="5B65D104" w14:textId="00152456" w:rsidR="00A80F07" w:rsidRDefault="00A80F07" w:rsidP="00086701">
      <w:pPr>
        <w:pStyle w:val="ListParagraph"/>
        <w:numPr>
          <w:ilvl w:val="0"/>
          <w:numId w:val="11"/>
        </w:numPr>
        <w:bidi/>
        <w:spacing w:line="360" w:lineRule="auto"/>
        <w:rPr>
          <w:rFonts w:ascii="Simplified Arabic" w:hAnsi="Simplified Arabic" w:cs="Simplified Arabic"/>
          <w:sz w:val="28"/>
          <w:szCs w:val="28"/>
        </w:rPr>
      </w:pPr>
      <w:r w:rsidRPr="00A80F07">
        <w:rPr>
          <w:rFonts w:ascii="Simplified Arabic" w:hAnsi="Simplified Arabic" w:cs="Simplified Arabic"/>
          <w:sz w:val="28"/>
          <w:szCs w:val="28"/>
          <w:rtl/>
        </w:rPr>
        <w:t>يساعد على تحقيق التوازن بين الحياة المهنية والشخصية</w:t>
      </w:r>
      <w:r>
        <w:rPr>
          <w:rFonts w:ascii="Simplified Arabic" w:hAnsi="Simplified Arabic" w:cs="Simplified Arabic" w:hint="cs"/>
          <w:sz w:val="28"/>
          <w:szCs w:val="28"/>
          <w:rtl/>
        </w:rPr>
        <w:t xml:space="preserve"> .</w:t>
      </w:r>
    </w:p>
    <w:p w14:paraId="48E21B23" w14:textId="28839EC5" w:rsidR="00A80F07" w:rsidRDefault="00C0572D" w:rsidP="00086701">
      <w:pPr>
        <w:pStyle w:val="ListParagraph"/>
        <w:numPr>
          <w:ilvl w:val="0"/>
          <w:numId w:val="11"/>
        </w:numPr>
        <w:bidi/>
        <w:spacing w:line="360" w:lineRule="auto"/>
        <w:rPr>
          <w:rFonts w:ascii="Simplified Arabic" w:hAnsi="Simplified Arabic" w:cs="Simplified Arabic"/>
          <w:sz w:val="28"/>
          <w:szCs w:val="28"/>
        </w:rPr>
      </w:pPr>
      <w:r w:rsidRPr="00C0572D">
        <w:rPr>
          <w:rFonts w:ascii="Simplified Arabic" w:hAnsi="Simplified Arabic" w:cs="Simplified Arabic"/>
          <w:sz w:val="28"/>
          <w:szCs w:val="28"/>
          <w:rtl/>
        </w:rPr>
        <w:t>يُسهم في تقليل الإرهاق الناتج عن ضغط العمل وتراكم المهام</w:t>
      </w:r>
      <w:r>
        <w:rPr>
          <w:rFonts w:ascii="Simplified Arabic" w:hAnsi="Simplified Arabic" w:cs="Simplified Arabic" w:hint="cs"/>
          <w:sz w:val="28"/>
          <w:szCs w:val="28"/>
          <w:rtl/>
        </w:rPr>
        <w:t xml:space="preserve"> .</w:t>
      </w:r>
    </w:p>
    <w:p w14:paraId="1DA9BA36" w14:textId="7990AC1B" w:rsidR="00C0572D" w:rsidRDefault="00C0572D" w:rsidP="00086701">
      <w:pPr>
        <w:pStyle w:val="ListParagraph"/>
        <w:numPr>
          <w:ilvl w:val="0"/>
          <w:numId w:val="11"/>
        </w:numPr>
        <w:bidi/>
        <w:spacing w:line="360" w:lineRule="auto"/>
        <w:rPr>
          <w:rFonts w:ascii="Simplified Arabic" w:hAnsi="Simplified Arabic" w:cs="Simplified Arabic"/>
          <w:sz w:val="28"/>
          <w:szCs w:val="28"/>
        </w:rPr>
      </w:pPr>
      <w:r w:rsidRPr="00C0572D">
        <w:rPr>
          <w:rFonts w:ascii="Simplified Arabic" w:hAnsi="Simplified Arabic" w:cs="Simplified Arabic"/>
          <w:sz w:val="28"/>
          <w:szCs w:val="28"/>
          <w:rtl/>
        </w:rPr>
        <w:t>يعزز من الشعور بالإنجاز لدى الموظفين عند إتمام المهام في الوقت المحدد</w:t>
      </w:r>
      <w:r>
        <w:rPr>
          <w:rFonts w:ascii="Simplified Arabic" w:hAnsi="Simplified Arabic" w:cs="Simplified Arabic" w:hint="cs"/>
          <w:sz w:val="28"/>
          <w:szCs w:val="28"/>
          <w:rtl/>
        </w:rPr>
        <w:t xml:space="preserve"> .</w:t>
      </w:r>
    </w:p>
    <w:p w14:paraId="0D35114B" w14:textId="3853B08B" w:rsidR="00C0572D" w:rsidRDefault="00C0572D" w:rsidP="00086701">
      <w:pPr>
        <w:pStyle w:val="ListParagraph"/>
        <w:numPr>
          <w:ilvl w:val="0"/>
          <w:numId w:val="11"/>
        </w:numPr>
        <w:bidi/>
        <w:spacing w:line="360" w:lineRule="auto"/>
        <w:rPr>
          <w:rFonts w:ascii="Simplified Arabic" w:hAnsi="Simplified Arabic" w:cs="Simplified Arabic"/>
          <w:sz w:val="28"/>
          <w:szCs w:val="28"/>
        </w:rPr>
      </w:pPr>
      <w:r w:rsidRPr="00C0572D">
        <w:rPr>
          <w:rFonts w:ascii="Simplified Arabic" w:hAnsi="Simplified Arabic" w:cs="Simplified Arabic"/>
          <w:sz w:val="28"/>
          <w:szCs w:val="28"/>
          <w:rtl/>
        </w:rPr>
        <w:t>يساعد على تحسين الحالة المزاجية داخل بيئة العمل</w:t>
      </w:r>
      <w:r>
        <w:rPr>
          <w:rFonts w:ascii="Simplified Arabic" w:hAnsi="Simplified Arabic" w:cs="Simplified Arabic" w:hint="cs"/>
          <w:sz w:val="28"/>
          <w:szCs w:val="28"/>
          <w:rtl/>
        </w:rPr>
        <w:t xml:space="preserve"> .</w:t>
      </w:r>
    </w:p>
    <w:p w14:paraId="4878DECB" w14:textId="4FE58798" w:rsidR="00C0572D" w:rsidRDefault="00217CED" w:rsidP="00086701">
      <w:pPr>
        <w:pStyle w:val="ListParagraph"/>
        <w:numPr>
          <w:ilvl w:val="0"/>
          <w:numId w:val="11"/>
        </w:numPr>
        <w:bidi/>
        <w:spacing w:line="360" w:lineRule="auto"/>
        <w:rPr>
          <w:rFonts w:ascii="Simplified Arabic" w:hAnsi="Simplified Arabic" w:cs="Simplified Arabic"/>
          <w:sz w:val="28"/>
          <w:szCs w:val="28"/>
        </w:rPr>
      </w:pPr>
      <w:r w:rsidRPr="00217CED">
        <w:rPr>
          <w:rFonts w:ascii="Simplified Arabic" w:hAnsi="Simplified Arabic" w:cs="Simplified Arabic"/>
          <w:sz w:val="28"/>
          <w:szCs w:val="28"/>
          <w:rtl/>
        </w:rPr>
        <w:t>يُسهم في زيادة مستوى الرضا الوظيفي والاستقرار النفسي</w:t>
      </w:r>
      <w:r>
        <w:rPr>
          <w:rFonts w:ascii="Simplified Arabic" w:hAnsi="Simplified Arabic" w:cs="Simplified Arabic" w:hint="cs"/>
          <w:sz w:val="28"/>
          <w:szCs w:val="28"/>
          <w:rtl/>
        </w:rPr>
        <w:t xml:space="preserve"> .</w:t>
      </w:r>
    </w:p>
    <w:p w14:paraId="2BD0D5B7" w14:textId="70AE6F2B" w:rsidR="00217CED" w:rsidRDefault="00217CED" w:rsidP="00086701">
      <w:pPr>
        <w:pStyle w:val="ListParagraph"/>
        <w:numPr>
          <w:ilvl w:val="0"/>
          <w:numId w:val="11"/>
        </w:numPr>
        <w:bidi/>
        <w:spacing w:line="360" w:lineRule="auto"/>
        <w:rPr>
          <w:rFonts w:ascii="Simplified Arabic" w:hAnsi="Simplified Arabic" w:cs="Simplified Arabic"/>
          <w:sz w:val="28"/>
          <w:szCs w:val="28"/>
        </w:rPr>
      </w:pPr>
      <w:r w:rsidRPr="00217CED">
        <w:rPr>
          <w:rFonts w:ascii="Simplified Arabic" w:hAnsi="Simplified Arabic" w:cs="Simplified Arabic"/>
          <w:sz w:val="28"/>
          <w:szCs w:val="28"/>
          <w:rtl/>
        </w:rPr>
        <w:t>يعزز من الثقة بالنفس لدى العاملين نتيجة القدرة على إدارة الوقت بكفاءة</w:t>
      </w:r>
      <w:r>
        <w:rPr>
          <w:rFonts w:ascii="Simplified Arabic" w:hAnsi="Simplified Arabic" w:cs="Simplified Arabic" w:hint="cs"/>
          <w:sz w:val="28"/>
          <w:szCs w:val="28"/>
          <w:rtl/>
        </w:rPr>
        <w:t xml:space="preserve"> .</w:t>
      </w:r>
    </w:p>
    <w:p w14:paraId="641059D0" w14:textId="7FA8345D" w:rsidR="00217CED" w:rsidRDefault="00217CED" w:rsidP="00086701">
      <w:pPr>
        <w:pStyle w:val="ListParagraph"/>
        <w:numPr>
          <w:ilvl w:val="0"/>
          <w:numId w:val="11"/>
        </w:numPr>
        <w:bidi/>
        <w:spacing w:line="360" w:lineRule="auto"/>
        <w:rPr>
          <w:rFonts w:ascii="Simplified Arabic" w:hAnsi="Simplified Arabic" w:cs="Simplified Arabic"/>
          <w:sz w:val="28"/>
          <w:szCs w:val="28"/>
        </w:rPr>
      </w:pPr>
      <w:r w:rsidRPr="00217CED">
        <w:rPr>
          <w:rFonts w:ascii="Simplified Arabic" w:hAnsi="Simplified Arabic" w:cs="Simplified Arabic"/>
          <w:sz w:val="28"/>
          <w:szCs w:val="28"/>
          <w:rtl/>
        </w:rPr>
        <w:t>يساعد على تقليل النزاعات والخلافات بين الموظفين نتيجة وضوح الأدوار</w:t>
      </w:r>
      <w:r>
        <w:rPr>
          <w:rFonts w:ascii="Simplified Arabic" w:hAnsi="Simplified Arabic" w:cs="Simplified Arabic" w:hint="cs"/>
          <w:sz w:val="28"/>
          <w:szCs w:val="28"/>
          <w:rtl/>
        </w:rPr>
        <w:t xml:space="preserve"> .</w:t>
      </w:r>
    </w:p>
    <w:p w14:paraId="272442A2" w14:textId="0BB3D618" w:rsidR="00217CED" w:rsidRDefault="0037228D" w:rsidP="00086701">
      <w:pPr>
        <w:pStyle w:val="ListParagraph"/>
        <w:numPr>
          <w:ilvl w:val="0"/>
          <w:numId w:val="11"/>
        </w:numPr>
        <w:bidi/>
        <w:spacing w:line="360" w:lineRule="auto"/>
        <w:rPr>
          <w:rFonts w:ascii="Simplified Arabic" w:hAnsi="Simplified Arabic" w:cs="Simplified Arabic"/>
          <w:sz w:val="28"/>
          <w:szCs w:val="28"/>
        </w:rPr>
      </w:pPr>
      <w:r w:rsidRPr="0037228D">
        <w:rPr>
          <w:rFonts w:ascii="Simplified Arabic" w:hAnsi="Simplified Arabic" w:cs="Simplified Arabic"/>
          <w:sz w:val="28"/>
          <w:szCs w:val="28"/>
          <w:rtl/>
        </w:rPr>
        <w:t>يُسهم في بناء علاقات عمل إيجابية قائمة على التعاون والاحترام</w:t>
      </w:r>
      <w:r>
        <w:rPr>
          <w:rFonts w:ascii="Simplified Arabic" w:hAnsi="Simplified Arabic" w:cs="Simplified Arabic" w:hint="cs"/>
          <w:sz w:val="28"/>
          <w:szCs w:val="28"/>
          <w:rtl/>
        </w:rPr>
        <w:t xml:space="preserve"> .</w:t>
      </w:r>
    </w:p>
    <w:p w14:paraId="7D855EB8" w14:textId="7334440C" w:rsidR="0037228D" w:rsidRDefault="0037228D" w:rsidP="00086701">
      <w:pPr>
        <w:pStyle w:val="ListParagraph"/>
        <w:numPr>
          <w:ilvl w:val="0"/>
          <w:numId w:val="11"/>
        </w:numPr>
        <w:bidi/>
        <w:spacing w:line="360" w:lineRule="auto"/>
        <w:rPr>
          <w:rFonts w:ascii="Simplified Arabic" w:hAnsi="Simplified Arabic" w:cs="Simplified Arabic"/>
          <w:sz w:val="28"/>
          <w:szCs w:val="28"/>
        </w:rPr>
      </w:pPr>
      <w:r w:rsidRPr="0037228D">
        <w:rPr>
          <w:rFonts w:ascii="Simplified Arabic" w:hAnsi="Simplified Arabic" w:cs="Simplified Arabic"/>
          <w:sz w:val="28"/>
          <w:szCs w:val="28"/>
          <w:rtl/>
        </w:rPr>
        <w:t>يعزز من دافعية الموظفين نحو العمل والإنتاج</w:t>
      </w:r>
      <w:r>
        <w:rPr>
          <w:rFonts w:ascii="Simplified Arabic" w:hAnsi="Simplified Arabic" w:cs="Simplified Arabic" w:hint="cs"/>
          <w:sz w:val="28"/>
          <w:szCs w:val="28"/>
          <w:rtl/>
        </w:rPr>
        <w:t xml:space="preserve"> .</w:t>
      </w:r>
    </w:p>
    <w:p w14:paraId="65EE5E2B" w14:textId="51E760AF" w:rsidR="0037228D" w:rsidRDefault="0037228D" w:rsidP="00086701">
      <w:pPr>
        <w:pStyle w:val="ListParagraph"/>
        <w:numPr>
          <w:ilvl w:val="0"/>
          <w:numId w:val="11"/>
        </w:numPr>
        <w:bidi/>
        <w:spacing w:line="360" w:lineRule="auto"/>
        <w:rPr>
          <w:rFonts w:ascii="Simplified Arabic" w:hAnsi="Simplified Arabic" w:cs="Simplified Arabic"/>
          <w:sz w:val="28"/>
          <w:szCs w:val="28"/>
        </w:rPr>
      </w:pPr>
      <w:r w:rsidRPr="0037228D">
        <w:rPr>
          <w:rFonts w:ascii="Simplified Arabic" w:hAnsi="Simplified Arabic" w:cs="Simplified Arabic"/>
          <w:sz w:val="28"/>
          <w:szCs w:val="28"/>
          <w:rtl/>
        </w:rPr>
        <w:t>يساعد على خلق بيئة عمل محفزة تشجع على الإبداع والابتكار</w:t>
      </w:r>
      <w:r>
        <w:rPr>
          <w:rFonts w:ascii="Simplified Arabic" w:hAnsi="Simplified Arabic" w:cs="Simplified Arabic" w:hint="cs"/>
          <w:sz w:val="28"/>
          <w:szCs w:val="28"/>
          <w:rtl/>
        </w:rPr>
        <w:t xml:space="preserve"> .</w:t>
      </w:r>
    </w:p>
    <w:p w14:paraId="04ED43B8" w14:textId="42AB8C74" w:rsidR="0037228D" w:rsidRDefault="007D1C3B" w:rsidP="00086701">
      <w:pPr>
        <w:pStyle w:val="ListParagraph"/>
        <w:numPr>
          <w:ilvl w:val="0"/>
          <w:numId w:val="11"/>
        </w:numPr>
        <w:bidi/>
        <w:spacing w:line="360" w:lineRule="auto"/>
        <w:rPr>
          <w:rFonts w:ascii="Simplified Arabic" w:hAnsi="Simplified Arabic" w:cs="Simplified Arabic"/>
          <w:sz w:val="28"/>
          <w:szCs w:val="28"/>
        </w:rPr>
      </w:pPr>
      <w:r w:rsidRPr="007D1C3B">
        <w:rPr>
          <w:rFonts w:ascii="Simplified Arabic" w:hAnsi="Simplified Arabic" w:cs="Simplified Arabic"/>
          <w:sz w:val="28"/>
          <w:szCs w:val="28"/>
          <w:rtl/>
        </w:rPr>
        <w:t>يُسهم في تقليل الشعور بالإحباط الناتج عن سوء التنظيم</w:t>
      </w:r>
      <w:r>
        <w:rPr>
          <w:rFonts w:ascii="Simplified Arabic" w:hAnsi="Simplified Arabic" w:cs="Simplified Arabic" w:hint="cs"/>
          <w:sz w:val="28"/>
          <w:szCs w:val="28"/>
          <w:rtl/>
        </w:rPr>
        <w:t xml:space="preserve"> .</w:t>
      </w:r>
    </w:p>
    <w:p w14:paraId="671EF148" w14:textId="1D30B56E" w:rsidR="007D1C3B" w:rsidRDefault="007D1C3B" w:rsidP="00086701">
      <w:pPr>
        <w:pStyle w:val="ListParagraph"/>
        <w:numPr>
          <w:ilvl w:val="0"/>
          <w:numId w:val="11"/>
        </w:numPr>
        <w:bidi/>
        <w:spacing w:line="360" w:lineRule="auto"/>
        <w:rPr>
          <w:rFonts w:ascii="Simplified Arabic" w:hAnsi="Simplified Arabic" w:cs="Simplified Arabic"/>
          <w:sz w:val="28"/>
          <w:szCs w:val="28"/>
        </w:rPr>
      </w:pPr>
      <w:r w:rsidRPr="007D1C3B">
        <w:rPr>
          <w:rFonts w:ascii="Simplified Arabic" w:hAnsi="Simplified Arabic" w:cs="Simplified Arabic"/>
          <w:sz w:val="28"/>
          <w:szCs w:val="28"/>
          <w:rtl/>
        </w:rPr>
        <w:t>يعزز من الالتزام والانضباط الذاتي لدى الموظفين</w:t>
      </w:r>
      <w:r>
        <w:rPr>
          <w:rFonts w:ascii="Simplified Arabic" w:hAnsi="Simplified Arabic" w:cs="Simplified Arabic" w:hint="cs"/>
          <w:sz w:val="28"/>
          <w:szCs w:val="28"/>
          <w:rtl/>
        </w:rPr>
        <w:t xml:space="preserve"> .</w:t>
      </w:r>
    </w:p>
    <w:p w14:paraId="3A1A161D" w14:textId="745E2239" w:rsidR="007D1C3B" w:rsidRDefault="007D1C3B" w:rsidP="00086701">
      <w:pPr>
        <w:pStyle w:val="ListParagraph"/>
        <w:numPr>
          <w:ilvl w:val="0"/>
          <w:numId w:val="11"/>
        </w:numPr>
        <w:bidi/>
        <w:spacing w:line="360" w:lineRule="auto"/>
        <w:rPr>
          <w:rFonts w:ascii="Simplified Arabic" w:hAnsi="Simplified Arabic" w:cs="Simplified Arabic"/>
          <w:sz w:val="28"/>
          <w:szCs w:val="28"/>
        </w:rPr>
      </w:pPr>
      <w:r w:rsidRPr="007D1C3B">
        <w:rPr>
          <w:rFonts w:ascii="Simplified Arabic" w:hAnsi="Simplified Arabic" w:cs="Simplified Arabic"/>
          <w:sz w:val="28"/>
          <w:szCs w:val="28"/>
          <w:rtl/>
        </w:rPr>
        <w:t>يساعد في تحقيق الاستقرار النفسي الذي ينعكس إيجابًا على الأداء العام</w:t>
      </w:r>
      <w:r>
        <w:rPr>
          <w:rFonts w:ascii="Simplified Arabic" w:hAnsi="Simplified Arabic" w:cs="Simplified Arabic" w:hint="cs"/>
          <w:sz w:val="28"/>
          <w:szCs w:val="28"/>
          <w:rtl/>
        </w:rPr>
        <w:t xml:space="preserve"> .</w:t>
      </w:r>
    </w:p>
    <w:p w14:paraId="5BE3FA08" w14:textId="77777777" w:rsidR="007D1C3B" w:rsidRDefault="007D1C3B" w:rsidP="007D1C3B">
      <w:pPr>
        <w:pStyle w:val="ListParagraph"/>
        <w:bidi/>
        <w:spacing w:line="360" w:lineRule="auto"/>
        <w:ind w:left="1800"/>
        <w:rPr>
          <w:rFonts w:ascii="Simplified Arabic" w:hAnsi="Simplified Arabic" w:cs="Simplified Arabic"/>
          <w:sz w:val="28"/>
          <w:szCs w:val="28"/>
        </w:rPr>
      </w:pPr>
    </w:p>
    <w:p w14:paraId="27C6B630" w14:textId="77777777" w:rsidR="00A80F07" w:rsidRDefault="00A80F07" w:rsidP="007D1C3B">
      <w:pPr>
        <w:pStyle w:val="ListParagraph"/>
        <w:bidi/>
        <w:spacing w:line="360" w:lineRule="auto"/>
        <w:ind w:left="1800"/>
        <w:rPr>
          <w:rFonts w:ascii="Simplified Arabic" w:hAnsi="Simplified Arabic" w:cs="Simplified Arabic"/>
          <w:sz w:val="28"/>
          <w:szCs w:val="28"/>
          <w:rtl/>
        </w:rPr>
      </w:pPr>
    </w:p>
    <w:p w14:paraId="3EE122A6" w14:textId="77777777" w:rsidR="00665484" w:rsidRDefault="00665484" w:rsidP="00665484">
      <w:pPr>
        <w:pStyle w:val="ListParagraph"/>
        <w:bidi/>
        <w:spacing w:line="360" w:lineRule="auto"/>
        <w:ind w:left="1800"/>
        <w:rPr>
          <w:rFonts w:ascii="Simplified Arabic" w:hAnsi="Simplified Arabic" w:cs="Simplified Arabic"/>
          <w:sz w:val="28"/>
          <w:szCs w:val="28"/>
          <w:rtl/>
        </w:rPr>
      </w:pPr>
    </w:p>
    <w:p w14:paraId="6B186D50" w14:textId="77777777" w:rsidR="00CF02C9" w:rsidRPr="009217A5" w:rsidRDefault="00CF02C9" w:rsidP="00CF02C9">
      <w:pPr>
        <w:pStyle w:val="ListParagraph"/>
        <w:bidi/>
        <w:spacing w:line="360" w:lineRule="auto"/>
        <w:ind w:left="1800"/>
        <w:rPr>
          <w:rFonts w:ascii="Simplified Arabic" w:hAnsi="Simplified Arabic" w:cs="Simplified Arabic"/>
          <w:sz w:val="28"/>
          <w:szCs w:val="28"/>
          <w:rtl/>
        </w:rPr>
      </w:pPr>
    </w:p>
    <w:p w14:paraId="0528BA70" w14:textId="77777777" w:rsidR="00790D79" w:rsidRPr="001B6733" w:rsidRDefault="00790D79" w:rsidP="00790D79">
      <w:pPr>
        <w:pStyle w:val="ListParagraph"/>
        <w:bidi/>
        <w:ind w:left="1800"/>
        <w:rPr>
          <w:sz w:val="28"/>
          <w:szCs w:val="28"/>
          <w:rtl/>
        </w:rPr>
      </w:pPr>
    </w:p>
    <w:p w14:paraId="24B58E25" w14:textId="77777777" w:rsidR="00697692" w:rsidRPr="00571B9D" w:rsidRDefault="00697692" w:rsidP="00E25530">
      <w:pPr>
        <w:pStyle w:val="ListParagraph"/>
        <w:numPr>
          <w:ilvl w:val="0"/>
          <w:numId w:val="7"/>
        </w:numPr>
        <w:bidi/>
        <w:spacing w:after="160" w:line="278" w:lineRule="auto"/>
        <w:rPr>
          <w:b/>
          <w:bCs/>
          <w:color w:val="C0504D" w:themeColor="accent2"/>
          <w:sz w:val="28"/>
          <w:szCs w:val="28"/>
        </w:rPr>
      </w:pPr>
      <w:r w:rsidRPr="00571B9D">
        <w:rPr>
          <w:b/>
          <w:bCs/>
          <w:color w:val="C0504D" w:themeColor="accent2"/>
          <w:sz w:val="32"/>
          <w:szCs w:val="32"/>
          <w:rtl/>
        </w:rPr>
        <w:t>البعد الاستراتيجي للتنظيم والإدارة الزمنية</w:t>
      </w:r>
      <w:r w:rsidRPr="00571B9D">
        <w:rPr>
          <w:rFonts w:hint="cs"/>
          <w:b/>
          <w:bCs/>
          <w:color w:val="C0504D" w:themeColor="accent2"/>
          <w:sz w:val="28"/>
          <w:szCs w:val="28"/>
          <w:rtl/>
        </w:rPr>
        <w:t xml:space="preserve"> :</w:t>
      </w:r>
    </w:p>
    <w:p w14:paraId="641AD644" w14:textId="77777777" w:rsidR="00697692" w:rsidRPr="001B6733" w:rsidRDefault="00697692" w:rsidP="00697692">
      <w:pPr>
        <w:pStyle w:val="ListParagraph"/>
        <w:bidi/>
        <w:ind w:left="1080"/>
        <w:rPr>
          <w:sz w:val="28"/>
          <w:szCs w:val="28"/>
          <w:rtl/>
        </w:rPr>
      </w:pPr>
    </w:p>
    <w:p w14:paraId="7FE10E65" w14:textId="77777777" w:rsidR="00790D79" w:rsidRPr="001B6733" w:rsidRDefault="00790D79" w:rsidP="006264FF">
      <w:pPr>
        <w:pStyle w:val="ListParagraph"/>
        <w:bidi/>
        <w:spacing w:line="360" w:lineRule="auto"/>
        <w:ind w:left="1080"/>
        <w:rPr>
          <w:sz w:val="28"/>
          <w:szCs w:val="28"/>
          <w:rtl/>
        </w:rPr>
      </w:pPr>
    </w:p>
    <w:p w14:paraId="2969ECC2" w14:textId="1582E390" w:rsidR="00B25EBB" w:rsidRPr="00B25EBB" w:rsidRDefault="00B25EBB" w:rsidP="00086701">
      <w:pPr>
        <w:pStyle w:val="ListParagraph"/>
        <w:numPr>
          <w:ilvl w:val="0"/>
          <w:numId w:val="47"/>
        </w:numPr>
        <w:bidi/>
        <w:spacing w:after="224" w:line="360" w:lineRule="auto"/>
        <w:ind w:right="48"/>
        <w:rPr>
          <w:rFonts w:ascii="Simplified Arabic" w:hAnsi="Simplified Arabic" w:cs="Simplified Arabic"/>
          <w:sz w:val="28"/>
          <w:szCs w:val="28"/>
        </w:rPr>
      </w:pPr>
      <w:r w:rsidRPr="00B25EBB">
        <w:rPr>
          <w:rFonts w:ascii="Simplified Arabic" w:hAnsi="Simplified Arabic" w:cs="Simplified Arabic" w:hint="cs"/>
          <w:sz w:val="28"/>
          <w:szCs w:val="28"/>
          <w:rtl/>
        </w:rPr>
        <w:t>لم</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يعد</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تنظيم</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العمل</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وإدارة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الوقت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مجرد</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أدوات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تقليدية،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بل</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أصبحا</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عناصر</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استراتيجية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تحدد</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نجاح</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المؤسسة</w:t>
      </w:r>
      <w:r w:rsidRPr="00B25EBB">
        <w:rPr>
          <w:rFonts w:ascii="Simplified Arabic" w:hAnsi="Simplified Arabic" w:cs="Simplified Arabic"/>
          <w:sz w:val="28"/>
          <w:szCs w:val="28"/>
        </w:rPr>
        <w:t>.</w:t>
      </w:r>
    </w:p>
    <w:p w14:paraId="5FAC991B" w14:textId="4FCD35AB" w:rsidR="00B25EBB" w:rsidRPr="00B25EBB" w:rsidRDefault="00B25EBB" w:rsidP="00086701">
      <w:pPr>
        <w:pStyle w:val="ListParagraph"/>
        <w:numPr>
          <w:ilvl w:val="0"/>
          <w:numId w:val="47"/>
        </w:numPr>
        <w:bidi/>
        <w:spacing w:after="224" w:line="360" w:lineRule="auto"/>
        <w:ind w:right="48"/>
        <w:rPr>
          <w:rFonts w:ascii="Simplified Arabic" w:hAnsi="Simplified Arabic" w:cs="Simplified Arabic"/>
          <w:sz w:val="28"/>
          <w:szCs w:val="28"/>
        </w:rPr>
      </w:pPr>
      <w:r w:rsidRPr="00B25EBB">
        <w:rPr>
          <w:rFonts w:ascii="Simplified Arabic" w:hAnsi="Simplified Arabic" w:cs="Simplified Arabic" w:hint="cs"/>
          <w:sz w:val="28"/>
          <w:szCs w:val="28"/>
          <w:rtl/>
        </w:rPr>
        <w:t>المؤسسات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التي</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تتبنى</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أنظمة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تنظيمية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متطورة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تتمتع</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بمرونة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عالية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في</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مواجهة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التغيرات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والتحديات</w:t>
      </w:r>
      <w:r w:rsidRPr="00B25EBB">
        <w:rPr>
          <w:rFonts w:ascii="Simplified Arabic" w:hAnsi="Simplified Arabic" w:cs="Simplified Arabic"/>
          <w:sz w:val="28"/>
          <w:szCs w:val="28"/>
        </w:rPr>
        <w:t xml:space="preserve"> .</w:t>
      </w:r>
    </w:p>
    <w:p w14:paraId="221183B2" w14:textId="0E90CDFF" w:rsidR="00790D79" w:rsidRDefault="00B25EBB" w:rsidP="00086701">
      <w:pPr>
        <w:pStyle w:val="ListParagraph"/>
        <w:numPr>
          <w:ilvl w:val="0"/>
          <w:numId w:val="47"/>
        </w:numPr>
        <w:bidi/>
        <w:spacing w:after="224" w:line="360" w:lineRule="auto"/>
        <w:ind w:right="48"/>
        <w:rPr>
          <w:rFonts w:ascii="Simplified Arabic" w:hAnsi="Simplified Arabic" w:cs="Simplified Arabic"/>
          <w:sz w:val="28"/>
          <w:szCs w:val="28"/>
        </w:rPr>
      </w:pPr>
      <w:r w:rsidRPr="00B25EBB">
        <w:rPr>
          <w:rFonts w:ascii="Simplified Arabic" w:hAnsi="Simplified Arabic" w:cs="Simplified Arabic" w:hint="cs"/>
          <w:sz w:val="28"/>
          <w:szCs w:val="28"/>
          <w:rtl/>
        </w:rPr>
        <w:t>الاستثمار</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في</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تطوير</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مهارات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التنظيم</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والإدارة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الزمنية</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يُعدّ</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من</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أهم</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مقومات</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التميز</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المؤسسي</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في</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العصر</w:t>
      </w:r>
      <w:r w:rsidRPr="00B25EBB">
        <w:rPr>
          <w:rFonts w:ascii="Simplified Arabic" w:hAnsi="Simplified Arabic" w:cs="Simplified Arabic"/>
          <w:sz w:val="28"/>
          <w:szCs w:val="28"/>
          <w:rtl/>
        </w:rPr>
        <w:t xml:space="preserve"> </w:t>
      </w:r>
      <w:r w:rsidRPr="00B25EBB">
        <w:rPr>
          <w:rFonts w:ascii="Simplified Arabic" w:hAnsi="Simplified Arabic" w:cs="Simplified Arabic" w:hint="cs"/>
          <w:sz w:val="28"/>
          <w:szCs w:val="28"/>
          <w:rtl/>
        </w:rPr>
        <w:t>الحديث</w:t>
      </w:r>
      <w:r w:rsidRPr="00B25EBB">
        <w:rPr>
          <w:rFonts w:ascii="Simplified Arabic" w:hAnsi="Simplified Arabic" w:cs="Simplified Arabic"/>
          <w:sz w:val="28"/>
          <w:szCs w:val="28"/>
        </w:rPr>
        <w:t>.</w:t>
      </w:r>
    </w:p>
    <w:p w14:paraId="08186F30" w14:textId="248DE391" w:rsidR="00F31CA0" w:rsidRDefault="00F31CA0" w:rsidP="00086701">
      <w:pPr>
        <w:pStyle w:val="ListParagraph"/>
        <w:numPr>
          <w:ilvl w:val="0"/>
          <w:numId w:val="47"/>
        </w:numPr>
        <w:bidi/>
        <w:spacing w:after="224" w:line="360" w:lineRule="auto"/>
        <w:ind w:right="48"/>
        <w:rPr>
          <w:rFonts w:ascii="Simplified Arabic" w:hAnsi="Simplified Arabic" w:cs="Simplified Arabic"/>
          <w:sz w:val="28"/>
          <w:szCs w:val="28"/>
        </w:rPr>
      </w:pPr>
      <w:r w:rsidRPr="00F31CA0">
        <w:rPr>
          <w:rFonts w:ascii="Simplified Arabic" w:hAnsi="Simplified Arabic" w:cs="Simplified Arabic"/>
          <w:sz w:val="28"/>
          <w:szCs w:val="28"/>
          <w:rtl/>
        </w:rPr>
        <w:t>يسهم التنظيم الفعّال وإدارة الوقت في تمكين المؤسسة من وضع خطط استراتيجية واضحة وقابلة للتنفيذ</w:t>
      </w:r>
      <w:r w:rsidR="00D06E01">
        <w:rPr>
          <w:rFonts w:ascii="Simplified Arabic" w:hAnsi="Simplified Arabic" w:cs="Simplified Arabic" w:hint="cs"/>
          <w:sz w:val="28"/>
          <w:szCs w:val="28"/>
          <w:rtl/>
        </w:rPr>
        <w:t xml:space="preserve"> .</w:t>
      </w:r>
    </w:p>
    <w:p w14:paraId="3C12DF5F" w14:textId="18D748AF" w:rsidR="00F31CA0" w:rsidRDefault="00D06E01" w:rsidP="00086701">
      <w:pPr>
        <w:pStyle w:val="ListParagraph"/>
        <w:numPr>
          <w:ilvl w:val="0"/>
          <w:numId w:val="47"/>
        </w:numPr>
        <w:bidi/>
        <w:spacing w:after="224" w:line="360" w:lineRule="auto"/>
        <w:ind w:right="48"/>
        <w:rPr>
          <w:rFonts w:ascii="Simplified Arabic" w:hAnsi="Simplified Arabic" w:cs="Simplified Arabic"/>
          <w:sz w:val="28"/>
          <w:szCs w:val="28"/>
        </w:rPr>
      </w:pPr>
      <w:r w:rsidRPr="00D06E01">
        <w:rPr>
          <w:rFonts w:ascii="Simplified Arabic" w:hAnsi="Simplified Arabic" w:cs="Simplified Arabic"/>
          <w:sz w:val="28"/>
          <w:szCs w:val="28"/>
          <w:rtl/>
        </w:rPr>
        <w:t>يعزز من قدرة المؤسسة على مواجهة الأزمات والتكيف مع التغيرات المفاجئة في بيئة العمل</w:t>
      </w:r>
      <w:r>
        <w:rPr>
          <w:rFonts w:ascii="Simplified Arabic" w:hAnsi="Simplified Arabic" w:cs="Simplified Arabic" w:hint="cs"/>
          <w:sz w:val="28"/>
          <w:szCs w:val="28"/>
          <w:rtl/>
        </w:rPr>
        <w:t xml:space="preserve"> .</w:t>
      </w:r>
    </w:p>
    <w:p w14:paraId="656249C4" w14:textId="0BDE686B" w:rsidR="00D06E01" w:rsidRDefault="000122ED" w:rsidP="00086701">
      <w:pPr>
        <w:pStyle w:val="ListParagraph"/>
        <w:numPr>
          <w:ilvl w:val="0"/>
          <w:numId w:val="47"/>
        </w:numPr>
        <w:bidi/>
        <w:spacing w:after="224" w:line="360" w:lineRule="auto"/>
        <w:ind w:right="48"/>
        <w:rPr>
          <w:rFonts w:ascii="Simplified Arabic" w:hAnsi="Simplified Arabic" w:cs="Simplified Arabic"/>
          <w:sz w:val="28"/>
          <w:szCs w:val="28"/>
        </w:rPr>
      </w:pPr>
      <w:r w:rsidRPr="000122ED">
        <w:rPr>
          <w:rFonts w:ascii="Simplified Arabic" w:hAnsi="Simplified Arabic" w:cs="Simplified Arabic"/>
          <w:sz w:val="28"/>
          <w:szCs w:val="28"/>
          <w:rtl/>
        </w:rPr>
        <w:t>يُمكّن القادة من اتخاذ قرارات استراتيجية مستنيرة بناءً على تنظيم فعّال للمهام والوقت</w:t>
      </w:r>
      <w:r>
        <w:rPr>
          <w:rFonts w:ascii="Simplified Arabic" w:hAnsi="Simplified Arabic" w:cs="Simplified Arabic" w:hint="cs"/>
          <w:sz w:val="28"/>
          <w:szCs w:val="28"/>
          <w:rtl/>
        </w:rPr>
        <w:t xml:space="preserve"> .</w:t>
      </w:r>
    </w:p>
    <w:p w14:paraId="52DD69E3" w14:textId="36A0BC69" w:rsidR="000122ED" w:rsidRDefault="000122ED" w:rsidP="00086701">
      <w:pPr>
        <w:pStyle w:val="ListParagraph"/>
        <w:numPr>
          <w:ilvl w:val="0"/>
          <w:numId w:val="47"/>
        </w:numPr>
        <w:bidi/>
        <w:spacing w:after="224" w:line="360" w:lineRule="auto"/>
        <w:ind w:right="48"/>
        <w:rPr>
          <w:rFonts w:ascii="Simplified Arabic" w:hAnsi="Simplified Arabic" w:cs="Simplified Arabic"/>
          <w:sz w:val="28"/>
          <w:szCs w:val="28"/>
        </w:rPr>
      </w:pPr>
      <w:r w:rsidRPr="000122ED">
        <w:rPr>
          <w:rFonts w:ascii="Simplified Arabic" w:hAnsi="Simplified Arabic" w:cs="Simplified Arabic"/>
          <w:sz w:val="28"/>
          <w:szCs w:val="28"/>
          <w:rtl/>
        </w:rPr>
        <w:t>يساعد في رصد الأداء المؤسسي بشكل دوري وتحديد نقاط القوة والضعف</w:t>
      </w:r>
      <w:r>
        <w:rPr>
          <w:rFonts w:ascii="Simplified Arabic" w:hAnsi="Simplified Arabic" w:cs="Simplified Arabic" w:hint="cs"/>
          <w:sz w:val="28"/>
          <w:szCs w:val="28"/>
          <w:rtl/>
        </w:rPr>
        <w:t xml:space="preserve"> .</w:t>
      </w:r>
    </w:p>
    <w:p w14:paraId="0211DBFF" w14:textId="2E880D80" w:rsidR="000122ED" w:rsidRDefault="000122ED" w:rsidP="00086701">
      <w:pPr>
        <w:pStyle w:val="ListParagraph"/>
        <w:numPr>
          <w:ilvl w:val="0"/>
          <w:numId w:val="47"/>
        </w:numPr>
        <w:bidi/>
        <w:spacing w:after="224" w:line="360" w:lineRule="auto"/>
        <w:ind w:right="48"/>
        <w:rPr>
          <w:rFonts w:ascii="Simplified Arabic" w:hAnsi="Simplified Arabic" w:cs="Simplified Arabic"/>
          <w:sz w:val="28"/>
          <w:szCs w:val="28"/>
        </w:rPr>
      </w:pPr>
      <w:r w:rsidRPr="000122ED">
        <w:rPr>
          <w:rFonts w:ascii="Simplified Arabic" w:hAnsi="Simplified Arabic" w:cs="Simplified Arabic"/>
          <w:sz w:val="28"/>
          <w:szCs w:val="28"/>
          <w:rtl/>
        </w:rPr>
        <w:t>يُسهم في تحسين التخطيط طويل المدى للمشاريع والعمليات</w:t>
      </w:r>
      <w:r>
        <w:rPr>
          <w:rFonts w:ascii="Simplified Arabic" w:hAnsi="Simplified Arabic" w:cs="Simplified Arabic" w:hint="cs"/>
          <w:sz w:val="28"/>
          <w:szCs w:val="28"/>
          <w:rtl/>
        </w:rPr>
        <w:t xml:space="preserve"> .</w:t>
      </w:r>
    </w:p>
    <w:p w14:paraId="62C58A62" w14:textId="57E05AAD" w:rsidR="000122ED" w:rsidRDefault="00EA1752" w:rsidP="00086701">
      <w:pPr>
        <w:pStyle w:val="ListParagraph"/>
        <w:numPr>
          <w:ilvl w:val="0"/>
          <w:numId w:val="47"/>
        </w:numPr>
        <w:bidi/>
        <w:spacing w:after="224" w:line="360" w:lineRule="auto"/>
        <w:ind w:right="48"/>
        <w:rPr>
          <w:rFonts w:ascii="Simplified Arabic" w:hAnsi="Simplified Arabic" w:cs="Simplified Arabic"/>
          <w:sz w:val="28"/>
          <w:szCs w:val="28"/>
        </w:rPr>
      </w:pPr>
      <w:r w:rsidRPr="00EA1752">
        <w:rPr>
          <w:rFonts w:ascii="Simplified Arabic" w:hAnsi="Simplified Arabic" w:cs="Simplified Arabic"/>
          <w:sz w:val="28"/>
          <w:szCs w:val="28"/>
          <w:rtl/>
        </w:rPr>
        <w:t>يعزز من كفاءة استغلال الموارد البشرية والمادية لدعم أهداف المؤسسة الاستراتيجية</w:t>
      </w:r>
      <w:r>
        <w:rPr>
          <w:rFonts w:ascii="Simplified Arabic" w:hAnsi="Simplified Arabic" w:cs="Simplified Arabic" w:hint="cs"/>
          <w:sz w:val="28"/>
          <w:szCs w:val="28"/>
          <w:rtl/>
        </w:rPr>
        <w:t xml:space="preserve"> .</w:t>
      </w:r>
    </w:p>
    <w:p w14:paraId="004294BC" w14:textId="6CF4A9EA" w:rsidR="00EA1752" w:rsidRDefault="00EA1752" w:rsidP="00086701">
      <w:pPr>
        <w:pStyle w:val="ListParagraph"/>
        <w:numPr>
          <w:ilvl w:val="0"/>
          <w:numId w:val="47"/>
        </w:numPr>
        <w:bidi/>
        <w:spacing w:after="224" w:line="360" w:lineRule="auto"/>
        <w:ind w:right="48"/>
        <w:rPr>
          <w:rFonts w:ascii="Simplified Arabic" w:hAnsi="Simplified Arabic" w:cs="Simplified Arabic"/>
          <w:sz w:val="28"/>
          <w:szCs w:val="28"/>
        </w:rPr>
      </w:pPr>
      <w:r w:rsidRPr="00EA1752">
        <w:rPr>
          <w:rFonts w:ascii="Simplified Arabic" w:hAnsi="Simplified Arabic" w:cs="Simplified Arabic"/>
          <w:sz w:val="28"/>
          <w:szCs w:val="28"/>
          <w:rtl/>
        </w:rPr>
        <w:t>يساعد على بناء ميزة تنافسية مستدامة من خلال رفع الكفاءة والإنتاجية</w:t>
      </w:r>
      <w:r>
        <w:rPr>
          <w:rFonts w:ascii="Simplified Arabic" w:hAnsi="Simplified Arabic" w:cs="Simplified Arabic" w:hint="cs"/>
          <w:sz w:val="28"/>
          <w:szCs w:val="28"/>
          <w:rtl/>
        </w:rPr>
        <w:t xml:space="preserve"> .</w:t>
      </w:r>
    </w:p>
    <w:p w14:paraId="61A40ABA" w14:textId="77777777" w:rsidR="00EA1752" w:rsidRDefault="00EA1752" w:rsidP="00EA1752">
      <w:pPr>
        <w:pStyle w:val="ListParagraph"/>
        <w:bidi/>
        <w:spacing w:after="224" w:line="360" w:lineRule="auto"/>
        <w:ind w:left="1080" w:right="48"/>
        <w:rPr>
          <w:rFonts w:ascii="Simplified Arabic" w:hAnsi="Simplified Arabic" w:cs="Simplified Arabic"/>
          <w:sz w:val="28"/>
          <w:szCs w:val="28"/>
          <w:rtl/>
        </w:rPr>
      </w:pPr>
    </w:p>
    <w:p w14:paraId="3F550ABD" w14:textId="77777777" w:rsidR="00EA1752" w:rsidRDefault="00EA1752" w:rsidP="00EA1752">
      <w:pPr>
        <w:pStyle w:val="ListParagraph"/>
        <w:bidi/>
        <w:spacing w:after="224" w:line="360" w:lineRule="auto"/>
        <w:ind w:left="1080" w:right="48"/>
        <w:rPr>
          <w:rFonts w:ascii="Simplified Arabic" w:hAnsi="Simplified Arabic" w:cs="Simplified Arabic"/>
          <w:sz w:val="28"/>
          <w:szCs w:val="28"/>
          <w:rtl/>
        </w:rPr>
      </w:pPr>
    </w:p>
    <w:p w14:paraId="0CBB6213" w14:textId="319AEF21" w:rsidR="00EA1752" w:rsidRDefault="00EA1752" w:rsidP="00086701">
      <w:pPr>
        <w:pStyle w:val="ListParagraph"/>
        <w:numPr>
          <w:ilvl w:val="0"/>
          <w:numId w:val="47"/>
        </w:numPr>
        <w:bidi/>
        <w:spacing w:after="224" w:line="360" w:lineRule="auto"/>
        <w:ind w:right="48"/>
        <w:rPr>
          <w:rFonts w:ascii="Simplified Arabic" w:hAnsi="Simplified Arabic" w:cs="Simplified Arabic"/>
          <w:sz w:val="28"/>
          <w:szCs w:val="28"/>
        </w:rPr>
      </w:pPr>
      <w:r w:rsidRPr="00EA1752">
        <w:rPr>
          <w:rFonts w:ascii="Simplified Arabic" w:hAnsi="Simplified Arabic" w:cs="Simplified Arabic"/>
          <w:sz w:val="28"/>
          <w:szCs w:val="28"/>
          <w:rtl/>
        </w:rPr>
        <w:t>يُسهم في وضع معايير واضحة لتقييم الأداء على جميع المستويات الإدارية</w:t>
      </w:r>
      <w:r>
        <w:rPr>
          <w:rFonts w:ascii="Simplified Arabic" w:hAnsi="Simplified Arabic" w:cs="Simplified Arabic" w:hint="cs"/>
          <w:sz w:val="28"/>
          <w:szCs w:val="28"/>
          <w:rtl/>
        </w:rPr>
        <w:t xml:space="preserve"> .</w:t>
      </w:r>
    </w:p>
    <w:p w14:paraId="37714422" w14:textId="7957E54D" w:rsidR="00EA1752" w:rsidRDefault="00266EE0" w:rsidP="00086701">
      <w:pPr>
        <w:pStyle w:val="ListParagraph"/>
        <w:numPr>
          <w:ilvl w:val="0"/>
          <w:numId w:val="47"/>
        </w:numPr>
        <w:bidi/>
        <w:spacing w:after="224" w:line="360" w:lineRule="auto"/>
        <w:ind w:right="48"/>
        <w:rPr>
          <w:rFonts w:ascii="Simplified Arabic" w:hAnsi="Simplified Arabic" w:cs="Simplified Arabic"/>
          <w:sz w:val="28"/>
          <w:szCs w:val="28"/>
        </w:rPr>
      </w:pPr>
      <w:r w:rsidRPr="00266EE0">
        <w:rPr>
          <w:rFonts w:ascii="Simplified Arabic" w:hAnsi="Simplified Arabic" w:cs="Simplified Arabic"/>
          <w:sz w:val="28"/>
          <w:szCs w:val="28"/>
          <w:rtl/>
        </w:rPr>
        <w:t>يساعد على دمج التقنيات الحديثة وأدوات الإدارة الرقمية في العمليات اليومية</w:t>
      </w:r>
      <w:r>
        <w:rPr>
          <w:rFonts w:ascii="Simplified Arabic" w:hAnsi="Simplified Arabic" w:cs="Simplified Arabic" w:hint="cs"/>
          <w:sz w:val="28"/>
          <w:szCs w:val="28"/>
          <w:rtl/>
        </w:rPr>
        <w:t xml:space="preserve"> .</w:t>
      </w:r>
    </w:p>
    <w:p w14:paraId="1AD5B2F5" w14:textId="4314CF5D" w:rsidR="00266EE0" w:rsidRDefault="00266EE0" w:rsidP="00086701">
      <w:pPr>
        <w:pStyle w:val="ListParagraph"/>
        <w:numPr>
          <w:ilvl w:val="0"/>
          <w:numId w:val="47"/>
        </w:numPr>
        <w:bidi/>
        <w:spacing w:after="224" w:line="360" w:lineRule="auto"/>
        <w:ind w:right="48"/>
        <w:rPr>
          <w:rFonts w:ascii="Simplified Arabic" w:hAnsi="Simplified Arabic" w:cs="Simplified Arabic"/>
          <w:sz w:val="28"/>
          <w:szCs w:val="28"/>
        </w:rPr>
      </w:pPr>
      <w:r w:rsidRPr="00266EE0">
        <w:rPr>
          <w:rFonts w:ascii="Simplified Arabic" w:hAnsi="Simplified Arabic" w:cs="Simplified Arabic"/>
          <w:sz w:val="28"/>
          <w:szCs w:val="28"/>
          <w:rtl/>
        </w:rPr>
        <w:t>يُسهم في زيادة المرونة التنظيمية داخل المؤسسة مما يجعلها أكثر استعدادًا للتغيير</w:t>
      </w:r>
      <w:r>
        <w:rPr>
          <w:rFonts w:ascii="Simplified Arabic" w:hAnsi="Simplified Arabic" w:cs="Simplified Arabic" w:hint="cs"/>
          <w:sz w:val="28"/>
          <w:szCs w:val="28"/>
          <w:rtl/>
        </w:rPr>
        <w:t xml:space="preserve"> .</w:t>
      </w:r>
    </w:p>
    <w:p w14:paraId="67F34B61" w14:textId="4409F830" w:rsidR="00266EE0" w:rsidRDefault="00266EE0" w:rsidP="00086701">
      <w:pPr>
        <w:pStyle w:val="ListParagraph"/>
        <w:numPr>
          <w:ilvl w:val="0"/>
          <w:numId w:val="47"/>
        </w:numPr>
        <w:bidi/>
        <w:spacing w:after="224" w:line="360" w:lineRule="auto"/>
        <w:ind w:right="48"/>
        <w:rPr>
          <w:rFonts w:ascii="Simplified Arabic" w:hAnsi="Simplified Arabic" w:cs="Simplified Arabic"/>
          <w:sz w:val="28"/>
          <w:szCs w:val="28"/>
        </w:rPr>
      </w:pPr>
      <w:r w:rsidRPr="00266EE0">
        <w:rPr>
          <w:rFonts w:ascii="Simplified Arabic" w:hAnsi="Simplified Arabic" w:cs="Simplified Arabic"/>
          <w:sz w:val="28"/>
          <w:szCs w:val="28"/>
          <w:rtl/>
        </w:rPr>
        <w:t>يساعد على تعزيز الابتكار والإبداع كجزء من التخطيط الاستراتيجي</w:t>
      </w:r>
      <w:r>
        <w:rPr>
          <w:rFonts w:ascii="Simplified Arabic" w:hAnsi="Simplified Arabic" w:cs="Simplified Arabic" w:hint="cs"/>
          <w:sz w:val="28"/>
          <w:szCs w:val="28"/>
          <w:rtl/>
        </w:rPr>
        <w:t xml:space="preserve"> .</w:t>
      </w:r>
    </w:p>
    <w:p w14:paraId="3CD016BD" w14:textId="4743DBA5" w:rsidR="00266EE0" w:rsidRDefault="00B83144" w:rsidP="00086701">
      <w:pPr>
        <w:pStyle w:val="ListParagraph"/>
        <w:numPr>
          <w:ilvl w:val="0"/>
          <w:numId w:val="47"/>
        </w:numPr>
        <w:bidi/>
        <w:spacing w:after="224" w:line="360" w:lineRule="auto"/>
        <w:ind w:right="48"/>
        <w:rPr>
          <w:rFonts w:ascii="Simplified Arabic" w:hAnsi="Simplified Arabic" w:cs="Simplified Arabic"/>
          <w:sz w:val="28"/>
          <w:szCs w:val="28"/>
        </w:rPr>
      </w:pPr>
      <w:r w:rsidRPr="00B83144">
        <w:rPr>
          <w:rFonts w:ascii="Simplified Arabic" w:hAnsi="Simplified Arabic" w:cs="Simplified Arabic"/>
          <w:sz w:val="28"/>
          <w:szCs w:val="28"/>
          <w:rtl/>
        </w:rPr>
        <w:t>يُسهم في تقليل المخاطر التشغيلية من خلال إدارة فعّالة للوقت والموارد</w:t>
      </w:r>
      <w:r>
        <w:rPr>
          <w:rFonts w:ascii="Simplified Arabic" w:hAnsi="Simplified Arabic" w:cs="Simplified Arabic" w:hint="cs"/>
          <w:sz w:val="28"/>
          <w:szCs w:val="28"/>
          <w:rtl/>
        </w:rPr>
        <w:t xml:space="preserve"> .</w:t>
      </w:r>
    </w:p>
    <w:p w14:paraId="7C5A12AE" w14:textId="4F2B8D16" w:rsidR="00B83144" w:rsidRDefault="00B83144" w:rsidP="00086701">
      <w:pPr>
        <w:pStyle w:val="ListParagraph"/>
        <w:numPr>
          <w:ilvl w:val="0"/>
          <w:numId w:val="47"/>
        </w:numPr>
        <w:bidi/>
        <w:spacing w:after="224" w:line="360" w:lineRule="auto"/>
        <w:ind w:right="48"/>
        <w:rPr>
          <w:rFonts w:ascii="Simplified Arabic" w:hAnsi="Simplified Arabic" w:cs="Simplified Arabic"/>
          <w:sz w:val="28"/>
          <w:szCs w:val="28"/>
        </w:rPr>
      </w:pPr>
      <w:r w:rsidRPr="00B83144">
        <w:rPr>
          <w:rFonts w:ascii="Simplified Arabic" w:hAnsi="Simplified Arabic" w:cs="Simplified Arabic"/>
          <w:sz w:val="28"/>
          <w:szCs w:val="28"/>
          <w:rtl/>
        </w:rPr>
        <w:t>يساعد في تعزيز الالتزام بالخطط والبرامج الاستراتيجية المحددة مسبقًا</w:t>
      </w:r>
      <w:r>
        <w:rPr>
          <w:rFonts w:ascii="Simplified Arabic" w:hAnsi="Simplified Arabic" w:cs="Simplified Arabic" w:hint="cs"/>
          <w:sz w:val="28"/>
          <w:szCs w:val="28"/>
          <w:rtl/>
        </w:rPr>
        <w:t xml:space="preserve"> .</w:t>
      </w:r>
    </w:p>
    <w:p w14:paraId="58AEC6B3" w14:textId="5DFB635B" w:rsidR="00B83144" w:rsidRDefault="00B83144" w:rsidP="00086701">
      <w:pPr>
        <w:pStyle w:val="ListParagraph"/>
        <w:numPr>
          <w:ilvl w:val="0"/>
          <w:numId w:val="47"/>
        </w:numPr>
        <w:bidi/>
        <w:spacing w:after="224" w:line="360" w:lineRule="auto"/>
        <w:ind w:right="48"/>
        <w:rPr>
          <w:rFonts w:ascii="Simplified Arabic" w:hAnsi="Simplified Arabic" w:cs="Simplified Arabic"/>
          <w:sz w:val="28"/>
          <w:szCs w:val="28"/>
        </w:rPr>
      </w:pPr>
      <w:r w:rsidRPr="00B83144">
        <w:rPr>
          <w:rFonts w:ascii="Simplified Arabic" w:hAnsi="Simplified Arabic" w:cs="Simplified Arabic"/>
          <w:sz w:val="28"/>
          <w:szCs w:val="28"/>
          <w:rtl/>
        </w:rPr>
        <w:t>يعزز من قدرة المؤسسة على تحقيق أهدافها طويلة المدى بفعالية أكبر</w:t>
      </w:r>
      <w:r>
        <w:rPr>
          <w:rFonts w:ascii="Simplified Arabic" w:hAnsi="Simplified Arabic" w:cs="Simplified Arabic" w:hint="cs"/>
          <w:sz w:val="28"/>
          <w:szCs w:val="28"/>
          <w:rtl/>
        </w:rPr>
        <w:t xml:space="preserve"> .</w:t>
      </w:r>
    </w:p>
    <w:p w14:paraId="328A0FB2" w14:textId="2793494F" w:rsidR="00AB0276" w:rsidRDefault="0012543E" w:rsidP="00086701">
      <w:pPr>
        <w:pStyle w:val="ListParagraph"/>
        <w:numPr>
          <w:ilvl w:val="0"/>
          <w:numId w:val="47"/>
        </w:numPr>
        <w:bidi/>
        <w:spacing w:after="224" w:line="360" w:lineRule="auto"/>
        <w:ind w:right="48"/>
        <w:rPr>
          <w:rFonts w:ascii="Simplified Arabic" w:hAnsi="Simplified Arabic" w:cs="Simplified Arabic"/>
          <w:sz w:val="28"/>
          <w:szCs w:val="28"/>
        </w:rPr>
      </w:pPr>
      <w:r>
        <w:rPr>
          <w:rFonts w:ascii="Simplified Arabic" w:hAnsi="Simplified Arabic" w:cs="Simplified Arabic" w:hint="cs"/>
          <w:sz w:val="28"/>
          <w:szCs w:val="28"/>
          <w:rtl/>
        </w:rPr>
        <w:t>ي</w:t>
      </w:r>
      <w:r w:rsidR="00E85D8E" w:rsidRPr="00E85D8E">
        <w:rPr>
          <w:rFonts w:ascii="Simplified Arabic" w:hAnsi="Simplified Arabic" w:cs="Simplified Arabic"/>
          <w:sz w:val="28"/>
          <w:szCs w:val="28"/>
          <w:rtl/>
        </w:rPr>
        <w:t>سهم في خلق بيئة عمل استراتيجية تشجع على الإنجاز والإبداع المستمر</w:t>
      </w:r>
      <w:r w:rsidR="00E85D8E">
        <w:rPr>
          <w:rFonts w:ascii="Simplified Arabic" w:hAnsi="Simplified Arabic" w:cs="Simplified Arabic" w:hint="cs"/>
          <w:sz w:val="28"/>
          <w:szCs w:val="28"/>
          <w:rtl/>
        </w:rPr>
        <w:t xml:space="preserve"> .</w:t>
      </w:r>
    </w:p>
    <w:p w14:paraId="6155DCBD" w14:textId="77777777" w:rsidR="00445199" w:rsidRPr="00DA7F33" w:rsidRDefault="00445199" w:rsidP="00445199">
      <w:pPr>
        <w:pStyle w:val="ListParagraph"/>
        <w:bidi/>
        <w:spacing w:after="224" w:line="360" w:lineRule="auto"/>
        <w:ind w:left="1080" w:right="48"/>
        <w:rPr>
          <w:rFonts w:ascii="Simplified Arabic" w:hAnsi="Simplified Arabic" w:cs="Simplified Arabic"/>
          <w:sz w:val="28"/>
          <w:szCs w:val="28"/>
          <w:rtl/>
        </w:rPr>
      </w:pPr>
    </w:p>
    <w:p w14:paraId="227F0225" w14:textId="7588FBF9" w:rsidR="00AB0276" w:rsidRDefault="00AB0276" w:rsidP="00AB0276">
      <w:pPr>
        <w:bidi/>
        <w:spacing w:after="224" w:line="259" w:lineRule="auto"/>
        <w:ind w:right="48"/>
        <w:rPr>
          <w:rFonts w:ascii="Simplified Arabic" w:hAnsi="Simplified Arabic" w:cs="Simplified Arabic"/>
          <w:b/>
          <w:bCs/>
          <w:sz w:val="28"/>
          <w:szCs w:val="28"/>
          <w:rtl/>
        </w:rPr>
      </w:pPr>
      <w:r w:rsidRPr="00AB0276">
        <w:rPr>
          <w:rFonts w:ascii="Simplified Arabic" w:hAnsi="Simplified Arabic" w:cs="Simplified Arabic"/>
          <w:b/>
          <w:bCs/>
          <w:sz w:val="28"/>
          <w:szCs w:val="28"/>
          <w:rtl/>
        </w:rPr>
        <w:t>نظريات تنظيم العمل</w:t>
      </w:r>
      <w:r>
        <w:rPr>
          <w:rFonts w:ascii="Simplified Arabic" w:hAnsi="Simplified Arabic" w:cs="Simplified Arabic" w:hint="cs"/>
          <w:b/>
          <w:bCs/>
          <w:sz w:val="28"/>
          <w:szCs w:val="28"/>
          <w:rtl/>
        </w:rPr>
        <w:t>:</w:t>
      </w:r>
    </w:p>
    <w:p w14:paraId="3BC62952" w14:textId="2F62EB6B" w:rsidR="000B65FB" w:rsidRDefault="004C5B14" w:rsidP="00DA7F33">
      <w:pPr>
        <w:bidi/>
        <w:spacing w:after="224" w:line="259" w:lineRule="auto"/>
        <w:ind w:right="48"/>
        <w:rPr>
          <w:rFonts w:ascii="Simplified Arabic" w:hAnsi="Simplified Arabic" w:cs="Simplified Arabic"/>
          <w:sz w:val="28"/>
          <w:szCs w:val="28"/>
          <w:rtl/>
        </w:rPr>
      </w:pPr>
      <w:r w:rsidRPr="004C5B14">
        <w:rPr>
          <w:rFonts w:ascii="Simplified Arabic" w:hAnsi="Simplified Arabic" w:cs="Simplified Arabic"/>
          <w:sz w:val="28"/>
          <w:szCs w:val="28"/>
          <w:rtl/>
        </w:rPr>
        <w:t>تعتمد المؤسسات الحديثة على عدد من النظريات الإدارية التي تفسر كيفية تنظيم العمل، ومن أبرزها</w:t>
      </w:r>
      <w:r w:rsidRPr="004C5B14">
        <w:rPr>
          <w:rFonts w:ascii="Simplified Arabic" w:hAnsi="Simplified Arabic" w:cs="Simplified Arabic"/>
          <w:sz w:val="28"/>
          <w:szCs w:val="28"/>
        </w:rPr>
        <w:t>:</w:t>
      </w:r>
    </w:p>
    <w:p w14:paraId="4451A2C4" w14:textId="77777777" w:rsidR="00C31BA7" w:rsidRDefault="00C31BA7" w:rsidP="00C31BA7">
      <w:pPr>
        <w:bidi/>
        <w:spacing w:after="224" w:line="259" w:lineRule="auto"/>
        <w:ind w:right="48"/>
        <w:rPr>
          <w:rFonts w:ascii="Simplified Arabic" w:hAnsi="Simplified Arabic" w:cs="Simplified Arabic"/>
          <w:sz w:val="28"/>
          <w:szCs w:val="28"/>
          <w:rtl/>
        </w:rPr>
      </w:pPr>
    </w:p>
    <w:p w14:paraId="6AE763EB" w14:textId="1778BE70" w:rsidR="009528F7" w:rsidRPr="00571B9D" w:rsidRDefault="007A13A8" w:rsidP="00086701">
      <w:pPr>
        <w:pStyle w:val="ListParagraph"/>
        <w:numPr>
          <w:ilvl w:val="0"/>
          <w:numId w:val="52"/>
        </w:numPr>
        <w:bidi/>
        <w:spacing w:after="224" w:line="259"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الإدارة العلمية</w:t>
      </w:r>
      <w:r w:rsidRPr="00571B9D">
        <w:rPr>
          <w:rFonts w:ascii="Simplified Arabic" w:hAnsi="Simplified Arabic" w:cs="Simplified Arabic" w:hint="cs"/>
          <w:b/>
          <w:bCs/>
          <w:color w:val="4F81BD" w:themeColor="accent1"/>
          <w:sz w:val="28"/>
          <w:szCs w:val="28"/>
          <w:rtl/>
        </w:rPr>
        <w:t xml:space="preserve"> </w:t>
      </w:r>
      <w:r w:rsidR="007C3FBC" w:rsidRPr="00571B9D">
        <w:rPr>
          <w:rFonts w:ascii="Simplified Arabic" w:hAnsi="Simplified Arabic" w:cs="Simplified Arabic"/>
          <w:b/>
          <w:bCs/>
          <w:color w:val="4F81BD" w:themeColor="accent1"/>
          <w:sz w:val="28"/>
          <w:szCs w:val="28"/>
        </w:rPr>
        <w:t>(Taylorism)</w:t>
      </w:r>
      <w:r w:rsidR="007C3FBC" w:rsidRPr="00571B9D">
        <w:rPr>
          <w:rFonts w:ascii="Simplified Arabic" w:hAnsi="Simplified Arabic" w:cs="Simplified Arabic" w:hint="cs"/>
          <w:b/>
          <w:bCs/>
          <w:color w:val="4F81BD" w:themeColor="accent1"/>
          <w:sz w:val="28"/>
          <w:szCs w:val="28"/>
          <w:rtl/>
        </w:rPr>
        <w:t xml:space="preserve"> :</w:t>
      </w:r>
    </w:p>
    <w:p w14:paraId="3E63905D" w14:textId="77777777" w:rsidR="00BC2C7E" w:rsidRPr="007C3FBC" w:rsidRDefault="00BC2C7E" w:rsidP="00BC2C7E">
      <w:pPr>
        <w:pStyle w:val="ListParagraph"/>
        <w:bidi/>
        <w:spacing w:after="224" w:line="259" w:lineRule="auto"/>
        <w:ind w:left="810" w:right="48"/>
        <w:rPr>
          <w:rFonts w:ascii="Simplified Arabic" w:hAnsi="Simplified Arabic" w:cs="Simplified Arabic"/>
          <w:sz w:val="28"/>
          <w:szCs w:val="28"/>
        </w:rPr>
      </w:pPr>
    </w:p>
    <w:p w14:paraId="2A2D4375" w14:textId="3171952E" w:rsidR="007C3FBC" w:rsidRDefault="00BC2C7E" w:rsidP="00086701">
      <w:pPr>
        <w:pStyle w:val="ListParagraph"/>
        <w:numPr>
          <w:ilvl w:val="0"/>
          <w:numId w:val="53"/>
        </w:numPr>
        <w:bidi/>
        <w:spacing w:after="224" w:line="360" w:lineRule="auto"/>
        <w:ind w:right="48"/>
        <w:rPr>
          <w:rFonts w:ascii="Simplified Arabic" w:hAnsi="Simplified Arabic" w:cs="Simplified Arabic"/>
          <w:sz w:val="28"/>
          <w:szCs w:val="28"/>
        </w:rPr>
      </w:pPr>
      <w:r w:rsidRPr="00BC2C7E">
        <w:rPr>
          <w:rFonts w:ascii="Simplified Arabic" w:hAnsi="Simplified Arabic" w:cs="Simplified Arabic"/>
          <w:sz w:val="28"/>
          <w:szCs w:val="28"/>
          <w:rtl/>
        </w:rPr>
        <w:t>تركز على تحسين الكفاءة من خلال تحليل العمل وتقسيمه إلى مهام محددة وواضحة</w:t>
      </w:r>
      <w:r w:rsidR="00312D21">
        <w:rPr>
          <w:rFonts w:ascii="Simplified Arabic" w:hAnsi="Simplified Arabic" w:cs="Simplified Arabic" w:hint="cs"/>
          <w:sz w:val="28"/>
          <w:szCs w:val="28"/>
          <w:rtl/>
        </w:rPr>
        <w:t xml:space="preserve"> .</w:t>
      </w:r>
    </w:p>
    <w:p w14:paraId="35B9EC87" w14:textId="61742FB9" w:rsidR="00312D21" w:rsidRDefault="00312D21" w:rsidP="00086701">
      <w:pPr>
        <w:pStyle w:val="ListParagraph"/>
        <w:numPr>
          <w:ilvl w:val="0"/>
          <w:numId w:val="53"/>
        </w:numPr>
        <w:bidi/>
        <w:spacing w:after="224" w:line="360" w:lineRule="auto"/>
        <w:ind w:right="48"/>
        <w:rPr>
          <w:rFonts w:ascii="Simplified Arabic" w:hAnsi="Simplified Arabic" w:cs="Simplified Arabic"/>
          <w:sz w:val="28"/>
          <w:szCs w:val="28"/>
        </w:rPr>
      </w:pPr>
      <w:r w:rsidRPr="00312D21">
        <w:rPr>
          <w:rFonts w:ascii="Simplified Arabic" w:hAnsi="Simplified Arabic" w:cs="Simplified Arabic"/>
          <w:sz w:val="28"/>
          <w:szCs w:val="28"/>
          <w:rtl/>
        </w:rPr>
        <w:t>تسعى إلى استخدام الوقت والجهد بشكل أمثل للوصول إلى أعلى مستوى إنتاجية</w:t>
      </w:r>
      <w:r>
        <w:rPr>
          <w:rFonts w:ascii="Simplified Arabic" w:hAnsi="Simplified Arabic" w:cs="Simplified Arabic" w:hint="cs"/>
          <w:sz w:val="28"/>
          <w:szCs w:val="28"/>
          <w:rtl/>
        </w:rPr>
        <w:t xml:space="preserve"> .</w:t>
      </w:r>
    </w:p>
    <w:p w14:paraId="5F07B84D" w14:textId="66240FB2" w:rsidR="00312D21" w:rsidRDefault="00312D21" w:rsidP="00086701">
      <w:pPr>
        <w:pStyle w:val="ListParagraph"/>
        <w:numPr>
          <w:ilvl w:val="0"/>
          <w:numId w:val="53"/>
        </w:numPr>
        <w:bidi/>
        <w:spacing w:after="224" w:line="360" w:lineRule="auto"/>
        <w:ind w:right="48"/>
        <w:rPr>
          <w:rFonts w:ascii="Simplified Arabic" w:hAnsi="Simplified Arabic" w:cs="Simplified Arabic"/>
          <w:sz w:val="28"/>
          <w:szCs w:val="28"/>
        </w:rPr>
      </w:pPr>
      <w:r w:rsidRPr="00312D21">
        <w:rPr>
          <w:rFonts w:ascii="Simplified Arabic" w:hAnsi="Simplified Arabic" w:cs="Simplified Arabic"/>
          <w:sz w:val="28"/>
          <w:szCs w:val="28"/>
          <w:rtl/>
        </w:rPr>
        <w:t>تعتمد على التخصص وتقسيم العمل بين الموظفين حسب مهاراتهم وقدراتهم</w:t>
      </w:r>
      <w:r>
        <w:rPr>
          <w:rFonts w:ascii="Simplified Arabic" w:hAnsi="Simplified Arabic" w:cs="Simplified Arabic" w:hint="cs"/>
          <w:sz w:val="28"/>
          <w:szCs w:val="28"/>
          <w:rtl/>
        </w:rPr>
        <w:t xml:space="preserve"> .</w:t>
      </w:r>
    </w:p>
    <w:p w14:paraId="05901308"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Pr>
      </w:pPr>
    </w:p>
    <w:p w14:paraId="5A4989F2" w14:textId="27C62265" w:rsidR="00312D21" w:rsidRDefault="00DA7F33" w:rsidP="00086701">
      <w:pPr>
        <w:pStyle w:val="ListParagraph"/>
        <w:numPr>
          <w:ilvl w:val="0"/>
          <w:numId w:val="53"/>
        </w:numPr>
        <w:bidi/>
        <w:spacing w:after="224" w:line="360" w:lineRule="auto"/>
        <w:ind w:right="48"/>
        <w:rPr>
          <w:rFonts w:ascii="Simplified Arabic" w:hAnsi="Simplified Arabic" w:cs="Simplified Arabic"/>
          <w:sz w:val="28"/>
          <w:szCs w:val="28"/>
        </w:rPr>
      </w:pPr>
      <w:r w:rsidRPr="00DA7F33">
        <w:rPr>
          <w:rFonts w:ascii="Simplified Arabic" w:hAnsi="Simplified Arabic" w:cs="Simplified Arabic"/>
          <w:sz w:val="28"/>
          <w:szCs w:val="28"/>
          <w:rtl/>
        </w:rPr>
        <w:lastRenderedPageBreak/>
        <w:t>تسهم في تقليل الهدر وتحسين جودة المخرجات</w:t>
      </w:r>
      <w:r>
        <w:rPr>
          <w:rFonts w:ascii="Simplified Arabic" w:hAnsi="Simplified Arabic" w:cs="Simplified Arabic" w:hint="cs"/>
          <w:sz w:val="28"/>
          <w:szCs w:val="28"/>
          <w:rtl/>
        </w:rPr>
        <w:t xml:space="preserve"> .</w:t>
      </w:r>
    </w:p>
    <w:p w14:paraId="65C197CB" w14:textId="7E3DA038" w:rsidR="00DA7F33" w:rsidRDefault="00DA7F33" w:rsidP="00086701">
      <w:pPr>
        <w:pStyle w:val="ListParagraph"/>
        <w:numPr>
          <w:ilvl w:val="0"/>
          <w:numId w:val="53"/>
        </w:numPr>
        <w:bidi/>
        <w:spacing w:after="224" w:line="360" w:lineRule="auto"/>
        <w:ind w:right="48"/>
        <w:rPr>
          <w:rFonts w:ascii="Simplified Arabic" w:hAnsi="Simplified Arabic" w:cs="Simplified Arabic"/>
          <w:sz w:val="28"/>
          <w:szCs w:val="28"/>
        </w:rPr>
      </w:pPr>
      <w:r w:rsidRPr="00DA7F33">
        <w:rPr>
          <w:rFonts w:ascii="Simplified Arabic" w:hAnsi="Simplified Arabic" w:cs="Simplified Arabic"/>
          <w:sz w:val="28"/>
          <w:szCs w:val="28"/>
          <w:rtl/>
        </w:rPr>
        <w:t>تُعتبر من أهم النظريات الكلاسيكية التي وضعت أسس التنظيم الحديث</w:t>
      </w:r>
      <w:r>
        <w:rPr>
          <w:rFonts w:ascii="Simplified Arabic" w:hAnsi="Simplified Arabic" w:cs="Simplified Arabic" w:hint="cs"/>
          <w:sz w:val="28"/>
          <w:szCs w:val="28"/>
          <w:rtl/>
        </w:rPr>
        <w:t xml:space="preserve"> .</w:t>
      </w:r>
    </w:p>
    <w:p w14:paraId="290017B9" w14:textId="77777777" w:rsidR="00285ABA" w:rsidRDefault="00285ABA" w:rsidP="00285ABA">
      <w:pPr>
        <w:pStyle w:val="ListParagraph"/>
        <w:bidi/>
        <w:spacing w:after="224" w:line="360" w:lineRule="auto"/>
        <w:ind w:left="900" w:right="48"/>
        <w:rPr>
          <w:rFonts w:ascii="Simplified Arabic" w:hAnsi="Simplified Arabic" w:cs="Simplified Arabic"/>
          <w:sz w:val="28"/>
          <w:szCs w:val="28"/>
          <w:rtl/>
        </w:rPr>
      </w:pPr>
    </w:p>
    <w:p w14:paraId="55BBEAEB"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tl/>
        </w:rPr>
      </w:pPr>
    </w:p>
    <w:p w14:paraId="67694E06" w14:textId="77F8322D" w:rsidR="00285ABA" w:rsidRPr="00571B9D" w:rsidRDefault="004E1BD9"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العلاقات الإنسانية</w:t>
      </w:r>
      <w:r w:rsidRPr="00571B9D">
        <w:rPr>
          <w:rFonts w:ascii="Simplified Arabic" w:hAnsi="Simplified Arabic" w:cs="Simplified Arabic" w:hint="cs"/>
          <w:b/>
          <w:bCs/>
          <w:color w:val="4F81BD" w:themeColor="accent1"/>
          <w:sz w:val="28"/>
          <w:szCs w:val="28"/>
          <w:rtl/>
        </w:rPr>
        <w:t xml:space="preserve"> </w:t>
      </w:r>
      <w:r w:rsidRPr="00571B9D">
        <w:rPr>
          <w:rFonts w:ascii="Simplified Arabic" w:hAnsi="Simplified Arabic" w:cs="Simplified Arabic"/>
          <w:b/>
          <w:bCs/>
          <w:color w:val="4F81BD" w:themeColor="accent1"/>
          <w:sz w:val="28"/>
          <w:szCs w:val="28"/>
        </w:rPr>
        <w:t>(Human Relations)</w:t>
      </w:r>
    </w:p>
    <w:p w14:paraId="6194CCE2" w14:textId="6A4E9C2D" w:rsidR="004E1BD9" w:rsidRDefault="00AF33C5" w:rsidP="00086701">
      <w:pPr>
        <w:pStyle w:val="ListParagraph"/>
        <w:numPr>
          <w:ilvl w:val="0"/>
          <w:numId w:val="54"/>
        </w:numPr>
        <w:bidi/>
        <w:spacing w:after="224" w:line="360" w:lineRule="auto"/>
        <w:ind w:right="48"/>
        <w:rPr>
          <w:rFonts w:ascii="Simplified Arabic" w:hAnsi="Simplified Arabic" w:cs="Simplified Arabic"/>
          <w:sz w:val="28"/>
          <w:szCs w:val="28"/>
        </w:rPr>
      </w:pPr>
      <w:r w:rsidRPr="00AF33C5">
        <w:rPr>
          <w:rFonts w:ascii="Simplified Arabic" w:hAnsi="Simplified Arabic" w:cs="Simplified Arabic"/>
          <w:sz w:val="28"/>
          <w:szCs w:val="28"/>
          <w:rtl/>
        </w:rPr>
        <w:t>تؤكد على أهمية العامل البشري في تحقيق الإنتاجية وليس فقط التنظيم الميكانيكي</w:t>
      </w:r>
      <w:r>
        <w:rPr>
          <w:rFonts w:ascii="Simplified Arabic" w:hAnsi="Simplified Arabic" w:cs="Simplified Arabic" w:hint="cs"/>
          <w:sz w:val="28"/>
          <w:szCs w:val="28"/>
          <w:rtl/>
        </w:rPr>
        <w:t xml:space="preserve"> .</w:t>
      </w:r>
    </w:p>
    <w:p w14:paraId="3FB20B15" w14:textId="00CAA7FA" w:rsidR="00AF33C5" w:rsidRDefault="008B383E" w:rsidP="00086701">
      <w:pPr>
        <w:pStyle w:val="ListParagraph"/>
        <w:numPr>
          <w:ilvl w:val="0"/>
          <w:numId w:val="54"/>
        </w:numPr>
        <w:bidi/>
        <w:spacing w:after="224" w:line="360" w:lineRule="auto"/>
        <w:ind w:right="48"/>
        <w:rPr>
          <w:rFonts w:ascii="Simplified Arabic" w:hAnsi="Simplified Arabic" w:cs="Simplified Arabic"/>
          <w:sz w:val="28"/>
          <w:szCs w:val="28"/>
        </w:rPr>
      </w:pPr>
      <w:r w:rsidRPr="008B383E">
        <w:rPr>
          <w:rFonts w:ascii="Simplified Arabic" w:hAnsi="Simplified Arabic" w:cs="Simplified Arabic"/>
          <w:sz w:val="28"/>
          <w:szCs w:val="28"/>
          <w:rtl/>
        </w:rPr>
        <w:t>تشدد على التواصل الفعال بين الإدارة والموظفين لتعزيز روح الفريق</w:t>
      </w:r>
      <w:r>
        <w:rPr>
          <w:rFonts w:ascii="Simplified Arabic" w:hAnsi="Simplified Arabic" w:cs="Simplified Arabic" w:hint="cs"/>
          <w:sz w:val="28"/>
          <w:szCs w:val="28"/>
          <w:rtl/>
        </w:rPr>
        <w:t xml:space="preserve"> .</w:t>
      </w:r>
    </w:p>
    <w:p w14:paraId="429F85AC" w14:textId="1A978572" w:rsidR="008B383E" w:rsidRDefault="008B383E" w:rsidP="00086701">
      <w:pPr>
        <w:pStyle w:val="ListParagraph"/>
        <w:numPr>
          <w:ilvl w:val="0"/>
          <w:numId w:val="54"/>
        </w:numPr>
        <w:bidi/>
        <w:spacing w:after="224" w:line="360" w:lineRule="auto"/>
        <w:ind w:right="48"/>
        <w:rPr>
          <w:rFonts w:ascii="Simplified Arabic" w:hAnsi="Simplified Arabic" w:cs="Simplified Arabic"/>
          <w:sz w:val="28"/>
          <w:szCs w:val="28"/>
        </w:rPr>
      </w:pPr>
      <w:r w:rsidRPr="008B383E">
        <w:rPr>
          <w:rFonts w:ascii="Simplified Arabic" w:hAnsi="Simplified Arabic" w:cs="Simplified Arabic"/>
          <w:sz w:val="28"/>
          <w:szCs w:val="28"/>
          <w:rtl/>
        </w:rPr>
        <w:t>تسهم في رفع رضا الموظفين وتحسين بيئة العمل</w:t>
      </w:r>
      <w:r>
        <w:rPr>
          <w:rFonts w:ascii="Simplified Arabic" w:hAnsi="Simplified Arabic" w:cs="Simplified Arabic" w:hint="cs"/>
          <w:sz w:val="28"/>
          <w:szCs w:val="28"/>
          <w:rtl/>
        </w:rPr>
        <w:t xml:space="preserve"> .</w:t>
      </w:r>
    </w:p>
    <w:p w14:paraId="5E8D7B50" w14:textId="32D55E02" w:rsidR="008B383E" w:rsidRDefault="008B383E" w:rsidP="00086701">
      <w:pPr>
        <w:pStyle w:val="ListParagraph"/>
        <w:numPr>
          <w:ilvl w:val="0"/>
          <w:numId w:val="54"/>
        </w:numPr>
        <w:bidi/>
        <w:spacing w:after="224" w:line="360" w:lineRule="auto"/>
        <w:ind w:right="48"/>
        <w:rPr>
          <w:rFonts w:ascii="Simplified Arabic" w:hAnsi="Simplified Arabic" w:cs="Simplified Arabic"/>
          <w:sz w:val="28"/>
          <w:szCs w:val="28"/>
        </w:rPr>
      </w:pPr>
      <w:r w:rsidRPr="008B383E">
        <w:rPr>
          <w:rFonts w:ascii="Simplified Arabic" w:hAnsi="Simplified Arabic" w:cs="Simplified Arabic"/>
          <w:sz w:val="28"/>
          <w:szCs w:val="28"/>
          <w:rtl/>
        </w:rPr>
        <w:t>تركز على أهمية التحفيز والمعنويات في تحقيق الأداء الجيد</w:t>
      </w:r>
      <w:r>
        <w:rPr>
          <w:rFonts w:ascii="Simplified Arabic" w:hAnsi="Simplified Arabic" w:cs="Simplified Arabic" w:hint="cs"/>
          <w:sz w:val="28"/>
          <w:szCs w:val="28"/>
          <w:rtl/>
        </w:rPr>
        <w:t xml:space="preserve"> .</w:t>
      </w:r>
    </w:p>
    <w:p w14:paraId="72DF1AD7" w14:textId="1A72FD93" w:rsidR="008B383E" w:rsidRDefault="00A732A6" w:rsidP="00086701">
      <w:pPr>
        <w:pStyle w:val="ListParagraph"/>
        <w:numPr>
          <w:ilvl w:val="0"/>
          <w:numId w:val="54"/>
        </w:numPr>
        <w:bidi/>
        <w:spacing w:after="224" w:line="360" w:lineRule="auto"/>
        <w:ind w:right="48"/>
        <w:rPr>
          <w:rFonts w:ascii="Simplified Arabic" w:hAnsi="Simplified Arabic" w:cs="Simplified Arabic"/>
          <w:sz w:val="28"/>
          <w:szCs w:val="28"/>
        </w:rPr>
      </w:pPr>
      <w:r w:rsidRPr="00A732A6">
        <w:rPr>
          <w:rFonts w:ascii="Simplified Arabic" w:hAnsi="Simplified Arabic" w:cs="Simplified Arabic"/>
          <w:sz w:val="28"/>
          <w:szCs w:val="28"/>
          <w:rtl/>
        </w:rPr>
        <w:t>تُعد ركيزة مهمة لتطوير نظم تنظيم العمل الحديثة التي تدمج البعد الإنساني</w:t>
      </w:r>
      <w:r>
        <w:rPr>
          <w:rFonts w:ascii="Simplified Arabic" w:hAnsi="Simplified Arabic" w:cs="Simplified Arabic" w:hint="cs"/>
          <w:sz w:val="28"/>
          <w:szCs w:val="28"/>
          <w:rtl/>
        </w:rPr>
        <w:t xml:space="preserve"> .</w:t>
      </w:r>
    </w:p>
    <w:p w14:paraId="0A8C6B80" w14:textId="77777777" w:rsidR="00445199" w:rsidRDefault="00445199" w:rsidP="00445199">
      <w:pPr>
        <w:pStyle w:val="ListParagraph"/>
        <w:bidi/>
        <w:spacing w:after="224" w:line="360" w:lineRule="auto"/>
        <w:ind w:left="900" w:right="48"/>
        <w:rPr>
          <w:rFonts w:ascii="Simplified Arabic" w:hAnsi="Simplified Arabic" w:cs="Simplified Arabic"/>
          <w:sz w:val="28"/>
          <w:szCs w:val="28"/>
        </w:rPr>
      </w:pPr>
    </w:p>
    <w:p w14:paraId="5CD2FBC1" w14:textId="7D10220B" w:rsidR="00A732A6" w:rsidRPr="00571B9D" w:rsidRDefault="00503FF1"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الكفاءة والإنتاجية</w:t>
      </w:r>
      <w:r w:rsidR="008039FD" w:rsidRPr="00571B9D">
        <w:rPr>
          <w:rFonts w:ascii="Simplified Arabic" w:hAnsi="Simplified Arabic" w:cs="Simplified Arabic" w:hint="cs"/>
          <w:b/>
          <w:bCs/>
          <w:color w:val="4F81BD" w:themeColor="accent1"/>
          <w:sz w:val="28"/>
          <w:szCs w:val="28"/>
          <w:rtl/>
        </w:rPr>
        <w:t xml:space="preserve"> </w:t>
      </w:r>
      <w:r w:rsidR="00445199" w:rsidRPr="00571B9D">
        <w:rPr>
          <w:rFonts w:ascii="Simplified Arabic" w:hAnsi="Simplified Arabic" w:cs="Simplified Arabic"/>
          <w:b/>
          <w:bCs/>
          <w:color w:val="4F81BD" w:themeColor="accent1"/>
          <w:sz w:val="28"/>
          <w:szCs w:val="28"/>
        </w:rPr>
        <w:t>(Efficiency &amp; Productivity)</w:t>
      </w:r>
      <w:r w:rsidR="00445199" w:rsidRPr="00571B9D">
        <w:rPr>
          <w:rFonts w:ascii="Simplified Arabic" w:hAnsi="Simplified Arabic" w:cs="Simplified Arabic" w:hint="cs"/>
          <w:b/>
          <w:bCs/>
          <w:color w:val="4F81BD" w:themeColor="accent1"/>
          <w:sz w:val="28"/>
          <w:szCs w:val="28"/>
          <w:rtl/>
        </w:rPr>
        <w:t xml:space="preserve"> </w:t>
      </w:r>
    </w:p>
    <w:p w14:paraId="7C1269F8" w14:textId="18143D01" w:rsidR="00445199" w:rsidRDefault="002361E6" w:rsidP="00086701">
      <w:pPr>
        <w:pStyle w:val="ListParagraph"/>
        <w:numPr>
          <w:ilvl w:val="0"/>
          <w:numId w:val="55"/>
        </w:numPr>
        <w:bidi/>
        <w:spacing w:after="224" w:line="360" w:lineRule="auto"/>
        <w:ind w:right="48"/>
        <w:rPr>
          <w:rFonts w:ascii="Simplified Arabic" w:hAnsi="Simplified Arabic" w:cs="Simplified Arabic"/>
          <w:sz w:val="28"/>
          <w:szCs w:val="28"/>
        </w:rPr>
      </w:pPr>
      <w:r w:rsidRPr="002361E6">
        <w:rPr>
          <w:rFonts w:ascii="Simplified Arabic" w:hAnsi="Simplified Arabic" w:cs="Simplified Arabic"/>
          <w:sz w:val="28"/>
          <w:szCs w:val="28"/>
          <w:rtl/>
        </w:rPr>
        <w:t>تركز على تحقيق أقصى استفادة من الموارد المتاحة داخل المؤسسة</w:t>
      </w:r>
      <w:r>
        <w:rPr>
          <w:rFonts w:ascii="Simplified Arabic" w:hAnsi="Simplified Arabic" w:cs="Simplified Arabic" w:hint="cs"/>
          <w:sz w:val="28"/>
          <w:szCs w:val="28"/>
          <w:rtl/>
        </w:rPr>
        <w:t xml:space="preserve"> .</w:t>
      </w:r>
    </w:p>
    <w:p w14:paraId="373F12A2" w14:textId="6197E8D9" w:rsidR="002361E6" w:rsidRDefault="002361E6" w:rsidP="00086701">
      <w:pPr>
        <w:pStyle w:val="ListParagraph"/>
        <w:numPr>
          <w:ilvl w:val="0"/>
          <w:numId w:val="55"/>
        </w:numPr>
        <w:bidi/>
        <w:spacing w:after="224" w:line="360" w:lineRule="auto"/>
        <w:ind w:right="48"/>
        <w:rPr>
          <w:rFonts w:ascii="Simplified Arabic" w:hAnsi="Simplified Arabic" w:cs="Simplified Arabic"/>
          <w:sz w:val="28"/>
          <w:szCs w:val="28"/>
        </w:rPr>
      </w:pPr>
      <w:r w:rsidRPr="002361E6">
        <w:rPr>
          <w:rFonts w:ascii="Simplified Arabic" w:hAnsi="Simplified Arabic" w:cs="Simplified Arabic"/>
          <w:sz w:val="28"/>
          <w:szCs w:val="28"/>
          <w:rtl/>
        </w:rPr>
        <w:t>تسعى إلى تقليل الفاقد وتحسين الأداء في جميع العمليات</w:t>
      </w:r>
      <w:r>
        <w:rPr>
          <w:rFonts w:ascii="Simplified Arabic" w:hAnsi="Simplified Arabic" w:cs="Simplified Arabic" w:hint="cs"/>
          <w:sz w:val="28"/>
          <w:szCs w:val="28"/>
          <w:rtl/>
        </w:rPr>
        <w:t xml:space="preserve"> .</w:t>
      </w:r>
    </w:p>
    <w:p w14:paraId="18D77B7B" w14:textId="04F481D4" w:rsidR="002361E6" w:rsidRDefault="00E53242" w:rsidP="00086701">
      <w:pPr>
        <w:pStyle w:val="ListParagraph"/>
        <w:numPr>
          <w:ilvl w:val="0"/>
          <w:numId w:val="55"/>
        </w:numPr>
        <w:bidi/>
        <w:spacing w:after="224" w:line="360" w:lineRule="auto"/>
        <w:ind w:right="48"/>
        <w:rPr>
          <w:rFonts w:ascii="Simplified Arabic" w:hAnsi="Simplified Arabic" w:cs="Simplified Arabic"/>
          <w:sz w:val="28"/>
          <w:szCs w:val="28"/>
        </w:rPr>
      </w:pPr>
      <w:r w:rsidRPr="00E53242">
        <w:rPr>
          <w:rFonts w:ascii="Simplified Arabic" w:hAnsi="Simplified Arabic" w:cs="Simplified Arabic"/>
          <w:sz w:val="28"/>
          <w:szCs w:val="28"/>
          <w:rtl/>
        </w:rPr>
        <w:t>تربط بين التنظيم الجيد للمهام ورفع مستوى الإنتاجية</w:t>
      </w:r>
      <w:r>
        <w:rPr>
          <w:rFonts w:ascii="Simplified Arabic" w:hAnsi="Simplified Arabic" w:cs="Simplified Arabic" w:hint="cs"/>
          <w:sz w:val="28"/>
          <w:szCs w:val="28"/>
          <w:rtl/>
        </w:rPr>
        <w:t xml:space="preserve"> .</w:t>
      </w:r>
    </w:p>
    <w:p w14:paraId="3C6CDC01" w14:textId="629CFCDB" w:rsidR="00E53242" w:rsidRDefault="00E53242" w:rsidP="00086701">
      <w:pPr>
        <w:pStyle w:val="ListParagraph"/>
        <w:numPr>
          <w:ilvl w:val="0"/>
          <w:numId w:val="55"/>
        </w:numPr>
        <w:bidi/>
        <w:spacing w:after="224" w:line="360" w:lineRule="auto"/>
        <w:ind w:right="48"/>
        <w:rPr>
          <w:rFonts w:ascii="Simplified Arabic" w:hAnsi="Simplified Arabic" w:cs="Simplified Arabic"/>
          <w:sz w:val="28"/>
          <w:szCs w:val="28"/>
        </w:rPr>
      </w:pPr>
      <w:r w:rsidRPr="00E53242">
        <w:rPr>
          <w:rFonts w:ascii="Simplified Arabic" w:hAnsi="Simplified Arabic" w:cs="Simplified Arabic"/>
          <w:sz w:val="28"/>
          <w:szCs w:val="28"/>
          <w:rtl/>
        </w:rPr>
        <w:t>تُستخدم كمعيار لتقييم فعالية نظم الإدارة في المؤسسات</w:t>
      </w:r>
      <w:r>
        <w:rPr>
          <w:rFonts w:ascii="Simplified Arabic" w:hAnsi="Simplified Arabic" w:cs="Simplified Arabic" w:hint="cs"/>
          <w:sz w:val="28"/>
          <w:szCs w:val="28"/>
          <w:rtl/>
        </w:rPr>
        <w:t xml:space="preserve"> .</w:t>
      </w:r>
    </w:p>
    <w:p w14:paraId="1E5C7C70" w14:textId="0605B49C" w:rsidR="00E53242" w:rsidRPr="00445199" w:rsidRDefault="00E53242" w:rsidP="00086701">
      <w:pPr>
        <w:pStyle w:val="ListParagraph"/>
        <w:numPr>
          <w:ilvl w:val="0"/>
          <w:numId w:val="55"/>
        </w:numPr>
        <w:bidi/>
        <w:spacing w:after="224" w:line="360" w:lineRule="auto"/>
        <w:ind w:right="48"/>
        <w:rPr>
          <w:rFonts w:ascii="Simplified Arabic" w:hAnsi="Simplified Arabic" w:cs="Simplified Arabic"/>
          <w:sz w:val="28"/>
          <w:szCs w:val="28"/>
        </w:rPr>
      </w:pPr>
      <w:r w:rsidRPr="00E53242">
        <w:rPr>
          <w:rFonts w:ascii="Simplified Arabic" w:hAnsi="Simplified Arabic" w:cs="Simplified Arabic"/>
          <w:sz w:val="28"/>
          <w:szCs w:val="28"/>
          <w:rtl/>
        </w:rPr>
        <w:t>تشجع على الابتكار في تحسين الإجراءات وتطوير أساليب العمل</w:t>
      </w:r>
      <w:r>
        <w:rPr>
          <w:rFonts w:ascii="Simplified Arabic" w:hAnsi="Simplified Arabic" w:cs="Simplified Arabic" w:hint="cs"/>
          <w:sz w:val="28"/>
          <w:szCs w:val="28"/>
          <w:rtl/>
        </w:rPr>
        <w:t xml:space="preserve"> .</w:t>
      </w:r>
    </w:p>
    <w:p w14:paraId="156AAF4B" w14:textId="77777777" w:rsidR="00445199" w:rsidRPr="008039FD" w:rsidRDefault="00445199" w:rsidP="00445199">
      <w:pPr>
        <w:pStyle w:val="ListParagraph"/>
        <w:bidi/>
        <w:spacing w:after="224" w:line="360" w:lineRule="auto"/>
        <w:ind w:left="900" w:right="48"/>
        <w:rPr>
          <w:rFonts w:ascii="Simplified Arabic" w:hAnsi="Simplified Arabic" w:cs="Simplified Arabic"/>
          <w:sz w:val="28"/>
          <w:szCs w:val="28"/>
        </w:rPr>
      </w:pPr>
    </w:p>
    <w:p w14:paraId="4A3E4EE1" w14:textId="77777777" w:rsidR="00C31BA7" w:rsidRDefault="00C31BA7" w:rsidP="00B71C76">
      <w:pPr>
        <w:bidi/>
        <w:spacing w:after="224" w:line="259" w:lineRule="auto"/>
        <w:ind w:right="48"/>
        <w:rPr>
          <w:rFonts w:ascii="Simplified Arabic" w:hAnsi="Simplified Arabic" w:cs="Simplified Arabic"/>
          <w:sz w:val="28"/>
          <w:szCs w:val="28"/>
          <w:rtl/>
        </w:rPr>
      </w:pPr>
    </w:p>
    <w:p w14:paraId="2AC2BF36" w14:textId="77777777" w:rsidR="00E35384" w:rsidRDefault="00E35384" w:rsidP="00E35384">
      <w:pPr>
        <w:bidi/>
        <w:spacing w:after="224" w:line="259" w:lineRule="auto"/>
        <w:ind w:left="540" w:right="48"/>
        <w:rPr>
          <w:rFonts w:ascii="Simplified Arabic" w:hAnsi="Simplified Arabic" w:cs="Simplified Arabic"/>
          <w:sz w:val="28"/>
          <w:szCs w:val="28"/>
          <w:rtl/>
        </w:rPr>
      </w:pPr>
    </w:p>
    <w:p w14:paraId="4781C180" w14:textId="57017E27" w:rsidR="00F20CA1" w:rsidRPr="00571B9D" w:rsidRDefault="00B773CF" w:rsidP="00086701">
      <w:pPr>
        <w:pStyle w:val="ListParagraph"/>
        <w:numPr>
          <w:ilvl w:val="0"/>
          <w:numId w:val="52"/>
        </w:numPr>
        <w:bidi/>
        <w:spacing w:after="224" w:line="259" w:lineRule="auto"/>
        <w:ind w:right="48"/>
        <w:rPr>
          <w:rFonts w:ascii="Simplified Arabic" w:hAnsi="Simplified Arabic" w:cs="Simplified Arabic"/>
          <w:b/>
          <w:bCs/>
          <w:color w:val="4F81BD" w:themeColor="accent1"/>
          <w:sz w:val="28"/>
          <w:szCs w:val="28"/>
        </w:rPr>
      </w:pPr>
      <w:r w:rsidRPr="00571B9D">
        <w:rPr>
          <w:rFonts w:ascii="Simplified Arabic" w:hAnsi="Simplified Arabic" w:cs="Simplified Arabic"/>
          <w:b/>
          <w:bCs/>
          <w:color w:val="4F81BD" w:themeColor="accent1"/>
          <w:sz w:val="28"/>
          <w:szCs w:val="28"/>
          <w:rtl/>
        </w:rPr>
        <w:t>نظرية المرونة التنظيمية</w:t>
      </w:r>
      <w:r w:rsidRPr="00571B9D">
        <w:rPr>
          <w:rFonts w:ascii="Simplified Arabic" w:hAnsi="Simplified Arabic" w:cs="Simplified Arabic" w:hint="cs"/>
          <w:b/>
          <w:bCs/>
          <w:color w:val="4F81BD" w:themeColor="accent1"/>
          <w:sz w:val="28"/>
          <w:szCs w:val="28"/>
          <w:rtl/>
        </w:rPr>
        <w:t xml:space="preserve"> </w:t>
      </w:r>
      <w:r w:rsidRPr="00571B9D">
        <w:rPr>
          <w:rFonts w:ascii="Simplified Arabic" w:hAnsi="Simplified Arabic" w:cs="Simplified Arabic"/>
          <w:b/>
          <w:bCs/>
          <w:color w:val="4F81BD" w:themeColor="accent1"/>
          <w:sz w:val="28"/>
          <w:szCs w:val="28"/>
        </w:rPr>
        <w:t>(Organizational Flexibility)</w:t>
      </w:r>
    </w:p>
    <w:p w14:paraId="5C393BF8" w14:textId="77777777" w:rsidR="009137F1" w:rsidRDefault="009137F1" w:rsidP="009137F1">
      <w:pPr>
        <w:pStyle w:val="ListParagraph"/>
        <w:bidi/>
        <w:spacing w:after="224" w:line="259" w:lineRule="auto"/>
        <w:ind w:left="900" w:right="48"/>
        <w:rPr>
          <w:rFonts w:ascii="Simplified Arabic" w:hAnsi="Simplified Arabic" w:cs="Simplified Arabic"/>
          <w:b/>
          <w:bCs/>
          <w:sz w:val="28"/>
          <w:szCs w:val="28"/>
        </w:rPr>
      </w:pPr>
    </w:p>
    <w:p w14:paraId="4FFE1133" w14:textId="7351B477" w:rsidR="00B773CF" w:rsidRDefault="009137F1" w:rsidP="00086701">
      <w:pPr>
        <w:pStyle w:val="ListParagraph"/>
        <w:numPr>
          <w:ilvl w:val="0"/>
          <w:numId w:val="56"/>
        </w:numPr>
        <w:bidi/>
        <w:spacing w:after="224" w:line="360" w:lineRule="auto"/>
        <w:ind w:right="48"/>
        <w:rPr>
          <w:rFonts w:ascii="Simplified Arabic" w:hAnsi="Simplified Arabic" w:cs="Simplified Arabic"/>
          <w:sz w:val="28"/>
          <w:szCs w:val="28"/>
        </w:rPr>
      </w:pPr>
      <w:r w:rsidRPr="009137F1">
        <w:rPr>
          <w:rFonts w:ascii="Simplified Arabic" w:hAnsi="Simplified Arabic" w:cs="Simplified Arabic"/>
          <w:sz w:val="28"/>
          <w:szCs w:val="28"/>
          <w:rtl/>
        </w:rPr>
        <w:t>تؤكد على قدرة المؤسسة على التكيف مع التغيرات الداخلية والخارجية</w:t>
      </w:r>
      <w:r>
        <w:rPr>
          <w:rFonts w:ascii="Simplified Arabic" w:hAnsi="Simplified Arabic" w:cs="Simplified Arabic" w:hint="cs"/>
          <w:sz w:val="28"/>
          <w:szCs w:val="28"/>
          <w:rtl/>
        </w:rPr>
        <w:t xml:space="preserve"> .</w:t>
      </w:r>
    </w:p>
    <w:p w14:paraId="30021FA1" w14:textId="7805F75B" w:rsidR="009137F1" w:rsidRDefault="00CA27CA" w:rsidP="00086701">
      <w:pPr>
        <w:pStyle w:val="ListParagraph"/>
        <w:numPr>
          <w:ilvl w:val="0"/>
          <w:numId w:val="56"/>
        </w:numPr>
        <w:bidi/>
        <w:spacing w:after="224" w:line="360" w:lineRule="auto"/>
        <w:ind w:right="48"/>
        <w:rPr>
          <w:rFonts w:ascii="Simplified Arabic" w:hAnsi="Simplified Arabic" w:cs="Simplified Arabic"/>
          <w:sz w:val="28"/>
          <w:szCs w:val="28"/>
        </w:rPr>
      </w:pPr>
      <w:r w:rsidRPr="00CA27CA">
        <w:rPr>
          <w:rFonts w:ascii="Simplified Arabic" w:hAnsi="Simplified Arabic" w:cs="Simplified Arabic"/>
          <w:sz w:val="28"/>
          <w:szCs w:val="28"/>
          <w:rtl/>
        </w:rPr>
        <w:t>تسهم في إعادة توزيع المهام بسرعة عند ظهور تحديات جديدة</w:t>
      </w:r>
      <w:r>
        <w:rPr>
          <w:rFonts w:ascii="Simplified Arabic" w:hAnsi="Simplified Arabic" w:cs="Simplified Arabic" w:hint="cs"/>
          <w:sz w:val="28"/>
          <w:szCs w:val="28"/>
          <w:rtl/>
        </w:rPr>
        <w:t xml:space="preserve"> .</w:t>
      </w:r>
    </w:p>
    <w:p w14:paraId="5395D261" w14:textId="7BA5A378" w:rsidR="00CA27CA" w:rsidRDefault="00CA27CA" w:rsidP="00086701">
      <w:pPr>
        <w:pStyle w:val="ListParagraph"/>
        <w:numPr>
          <w:ilvl w:val="0"/>
          <w:numId w:val="56"/>
        </w:numPr>
        <w:bidi/>
        <w:spacing w:after="224" w:line="360" w:lineRule="auto"/>
        <w:ind w:right="48"/>
        <w:rPr>
          <w:rFonts w:ascii="Simplified Arabic" w:hAnsi="Simplified Arabic" w:cs="Simplified Arabic"/>
          <w:sz w:val="28"/>
          <w:szCs w:val="28"/>
        </w:rPr>
      </w:pPr>
      <w:r w:rsidRPr="00CA27CA">
        <w:rPr>
          <w:rFonts w:ascii="Simplified Arabic" w:hAnsi="Simplified Arabic" w:cs="Simplified Arabic"/>
          <w:sz w:val="28"/>
          <w:szCs w:val="28"/>
          <w:rtl/>
        </w:rPr>
        <w:t>تدعم اتخاذ القرارات السريعة والحكيمة في المواقف الحرجة</w:t>
      </w:r>
      <w:r>
        <w:rPr>
          <w:rFonts w:ascii="Simplified Arabic" w:hAnsi="Simplified Arabic" w:cs="Simplified Arabic" w:hint="cs"/>
          <w:sz w:val="28"/>
          <w:szCs w:val="28"/>
          <w:rtl/>
        </w:rPr>
        <w:t xml:space="preserve"> .</w:t>
      </w:r>
    </w:p>
    <w:p w14:paraId="0B09C2BD" w14:textId="516ED850" w:rsidR="00CA27CA" w:rsidRDefault="00CA27CA" w:rsidP="00086701">
      <w:pPr>
        <w:pStyle w:val="ListParagraph"/>
        <w:numPr>
          <w:ilvl w:val="0"/>
          <w:numId w:val="56"/>
        </w:numPr>
        <w:bidi/>
        <w:spacing w:after="224" w:line="360" w:lineRule="auto"/>
        <w:ind w:right="48"/>
        <w:rPr>
          <w:rFonts w:ascii="Simplified Arabic" w:hAnsi="Simplified Arabic" w:cs="Simplified Arabic"/>
          <w:sz w:val="28"/>
          <w:szCs w:val="28"/>
        </w:rPr>
      </w:pPr>
      <w:r w:rsidRPr="00CA27CA">
        <w:rPr>
          <w:rFonts w:ascii="Simplified Arabic" w:hAnsi="Simplified Arabic" w:cs="Simplified Arabic"/>
          <w:sz w:val="28"/>
          <w:szCs w:val="28"/>
          <w:rtl/>
        </w:rPr>
        <w:t>تشجع على تحسين التواصل بين الفرق والإدارات المختلفة</w:t>
      </w:r>
      <w:r>
        <w:rPr>
          <w:rFonts w:ascii="Simplified Arabic" w:hAnsi="Simplified Arabic" w:cs="Simplified Arabic" w:hint="cs"/>
          <w:sz w:val="28"/>
          <w:szCs w:val="28"/>
          <w:rtl/>
        </w:rPr>
        <w:t xml:space="preserve"> .</w:t>
      </w:r>
    </w:p>
    <w:p w14:paraId="13D71ECC" w14:textId="6F6DA9B1" w:rsidR="00CA27CA" w:rsidRDefault="00347D34" w:rsidP="00086701">
      <w:pPr>
        <w:pStyle w:val="ListParagraph"/>
        <w:numPr>
          <w:ilvl w:val="0"/>
          <w:numId w:val="56"/>
        </w:numPr>
        <w:bidi/>
        <w:spacing w:after="224" w:line="360" w:lineRule="auto"/>
        <w:ind w:right="48"/>
        <w:rPr>
          <w:rFonts w:ascii="Simplified Arabic" w:hAnsi="Simplified Arabic" w:cs="Simplified Arabic"/>
          <w:sz w:val="28"/>
          <w:szCs w:val="28"/>
        </w:rPr>
      </w:pPr>
      <w:r w:rsidRPr="00347D34">
        <w:rPr>
          <w:rFonts w:ascii="Simplified Arabic" w:hAnsi="Simplified Arabic" w:cs="Simplified Arabic"/>
          <w:sz w:val="28"/>
          <w:szCs w:val="28"/>
          <w:rtl/>
        </w:rPr>
        <w:t>تعتبر أساسية للمؤسسات التي تعمل في بيئة متغيرة وسريعة التطور</w:t>
      </w:r>
      <w:r>
        <w:rPr>
          <w:rFonts w:ascii="Simplified Arabic" w:hAnsi="Simplified Arabic" w:cs="Simplified Arabic" w:hint="cs"/>
          <w:sz w:val="28"/>
          <w:szCs w:val="28"/>
          <w:rtl/>
        </w:rPr>
        <w:t xml:space="preserve"> .</w:t>
      </w:r>
    </w:p>
    <w:p w14:paraId="491F871E" w14:textId="77777777" w:rsidR="0085226D" w:rsidRDefault="0085226D" w:rsidP="0085226D">
      <w:pPr>
        <w:pStyle w:val="ListParagraph"/>
        <w:bidi/>
        <w:spacing w:after="224" w:line="360" w:lineRule="auto"/>
        <w:ind w:left="810" w:right="48"/>
        <w:rPr>
          <w:rFonts w:ascii="Simplified Arabic" w:hAnsi="Simplified Arabic" w:cs="Simplified Arabic"/>
          <w:sz w:val="28"/>
          <w:szCs w:val="28"/>
        </w:rPr>
      </w:pPr>
    </w:p>
    <w:p w14:paraId="6DF48CF8" w14:textId="47B1589A" w:rsidR="00347D34" w:rsidRPr="00571B9D" w:rsidRDefault="0058319E"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التكامل بين الهيكل والعمليات</w:t>
      </w:r>
      <w:r w:rsidRPr="00571B9D">
        <w:rPr>
          <w:rFonts w:ascii="Simplified Arabic" w:hAnsi="Simplified Arabic" w:cs="Simplified Arabic" w:hint="cs"/>
          <w:b/>
          <w:bCs/>
          <w:color w:val="4F81BD" w:themeColor="accent1"/>
          <w:sz w:val="28"/>
          <w:szCs w:val="28"/>
          <w:rtl/>
        </w:rPr>
        <w:t xml:space="preserve"> </w:t>
      </w:r>
      <w:r w:rsidR="00040545" w:rsidRPr="00571B9D">
        <w:rPr>
          <w:rFonts w:ascii="Simplified Arabic" w:hAnsi="Simplified Arabic" w:cs="Simplified Arabic"/>
          <w:b/>
          <w:bCs/>
          <w:color w:val="4F81BD" w:themeColor="accent1"/>
          <w:sz w:val="28"/>
          <w:szCs w:val="28"/>
        </w:rPr>
        <w:t>(Structural &amp; Process Integration)</w:t>
      </w:r>
    </w:p>
    <w:p w14:paraId="447A2657" w14:textId="1061E5EE" w:rsidR="00040545" w:rsidRDefault="0085226D" w:rsidP="00086701">
      <w:pPr>
        <w:pStyle w:val="ListParagraph"/>
        <w:numPr>
          <w:ilvl w:val="0"/>
          <w:numId w:val="57"/>
        </w:numPr>
        <w:bidi/>
        <w:spacing w:after="224" w:line="360" w:lineRule="auto"/>
        <w:ind w:right="48"/>
        <w:rPr>
          <w:rFonts w:ascii="Simplified Arabic" w:hAnsi="Simplified Arabic" w:cs="Simplified Arabic"/>
          <w:sz w:val="28"/>
          <w:szCs w:val="28"/>
        </w:rPr>
      </w:pPr>
      <w:r w:rsidRPr="0085226D">
        <w:rPr>
          <w:rFonts w:ascii="Simplified Arabic" w:hAnsi="Simplified Arabic" w:cs="Simplified Arabic"/>
          <w:sz w:val="28"/>
          <w:szCs w:val="28"/>
          <w:rtl/>
        </w:rPr>
        <w:t>تركز على ربط الهيكل التنظيمي بالعمليات التشغيلية لتحقيق أفضل أداء</w:t>
      </w:r>
      <w:r>
        <w:rPr>
          <w:rFonts w:ascii="Simplified Arabic" w:hAnsi="Simplified Arabic" w:cs="Simplified Arabic" w:hint="cs"/>
          <w:sz w:val="28"/>
          <w:szCs w:val="28"/>
          <w:rtl/>
        </w:rPr>
        <w:t>.</w:t>
      </w:r>
    </w:p>
    <w:p w14:paraId="286CF421" w14:textId="32EC4F34" w:rsidR="0085226D" w:rsidRDefault="00FE6774" w:rsidP="00086701">
      <w:pPr>
        <w:pStyle w:val="ListParagraph"/>
        <w:numPr>
          <w:ilvl w:val="0"/>
          <w:numId w:val="57"/>
        </w:numPr>
        <w:bidi/>
        <w:spacing w:after="224" w:line="360" w:lineRule="auto"/>
        <w:ind w:right="48"/>
        <w:rPr>
          <w:rFonts w:ascii="Simplified Arabic" w:hAnsi="Simplified Arabic" w:cs="Simplified Arabic"/>
          <w:sz w:val="28"/>
          <w:szCs w:val="28"/>
        </w:rPr>
      </w:pPr>
      <w:r w:rsidRPr="00FE6774">
        <w:rPr>
          <w:rFonts w:ascii="Simplified Arabic" w:hAnsi="Simplified Arabic" w:cs="Simplified Arabic"/>
          <w:sz w:val="28"/>
          <w:szCs w:val="28"/>
          <w:rtl/>
        </w:rPr>
        <w:t>تسهم في تحسين التنسيق بين الأقسام المختلفة</w:t>
      </w:r>
      <w:r>
        <w:rPr>
          <w:rFonts w:ascii="Simplified Arabic" w:hAnsi="Simplified Arabic" w:cs="Simplified Arabic" w:hint="cs"/>
          <w:sz w:val="28"/>
          <w:szCs w:val="28"/>
          <w:rtl/>
        </w:rPr>
        <w:t xml:space="preserve"> .</w:t>
      </w:r>
    </w:p>
    <w:p w14:paraId="6478D721" w14:textId="6F37FAD8" w:rsidR="00FE6774" w:rsidRDefault="00FE6774" w:rsidP="00086701">
      <w:pPr>
        <w:pStyle w:val="ListParagraph"/>
        <w:numPr>
          <w:ilvl w:val="0"/>
          <w:numId w:val="57"/>
        </w:numPr>
        <w:bidi/>
        <w:spacing w:after="224" w:line="360" w:lineRule="auto"/>
        <w:ind w:right="48"/>
        <w:rPr>
          <w:rFonts w:ascii="Simplified Arabic" w:hAnsi="Simplified Arabic" w:cs="Simplified Arabic"/>
          <w:sz w:val="28"/>
          <w:szCs w:val="28"/>
        </w:rPr>
      </w:pPr>
      <w:r w:rsidRPr="00FE6774">
        <w:rPr>
          <w:rFonts w:ascii="Simplified Arabic" w:hAnsi="Simplified Arabic" w:cs="Simplified Arabic"/>
          <w:sz w:val="28"/>
          <w:szCs w:val="28"/>
          <w:rtl/>
        </w:rPr>
        <w:t>تعزز من وضوح المسؤوليات وتقليل التعارض بين الوظائف</w:t>
      </w:r>
      <w:r>
        <w:rPr>
          <w:rFonts w:ascii="Simplified Arabic" w:hAnsi="Simplified Arabic" w:cs="Simplified Arabic" w:hint="cs"/>
          <w:sz w:val="28"/>
          <w:szCs w:val="28"/>
          <w:rtl/>
        </w:rPr>
        <w:t xml:space="preserve"> .</w:t>
      </w:r>
    </w:p>
    <w:p w14:paraId="60214A93" w14:textId="62CD2861" w:rsidR="00FE6774" w:rsidRDefault="00FE6774" w:rsidP="00086701">
      <w:pPr>
        <w:pStyle w:val="ListParagraph"/>
        <w:numPr>
          <w:ilvl w:val="0"/>
          <w:numId w:val="57"/>
        </w:numPr>
        <w:bidi/>
        <w:spacing w:after="224" w:line="360" w:lineRule="auto"/>
        <w:ind w:right="48"/>
        <w:rPr>
          <w:rFonts w:ascii="Simplified Arabic" w:hAnsi="Simplified Arabic" w:cs="Simplified Arabic"/>
          <w:sz w:val="28"/>
          <w:szCs w:val="28"/>
        </w:rPr>
      </w:pPr>
      <w:r w:rsidRPr="00FE6774">
        <w:rPr>
          <w:rFonts w:ascii="Simplified Arabic" w:hAnsi="Simplified Arabic" w:cs="Simplified Arabic"/>
          <w:sz w:val="28"/>
          <w:szCs w:val="28"/>
          <w:rtl/>
        </w:rPr>
        <w:t>تُسهم في تحقيق أهداف المؤسسة بكفاءة أكبر</w:t>
      </w:r>
      <w:r>
        <w:rPr>
          <w:rFonts w:ascii="Simplified Arabic" w:hAnsi="Simplified Arabic" w:cs="Simplified Arabic" w:hint="cs"/>
          <w:sz w:val="28"/>
          <w:szCs w:val="28"/>
          <w:rtl/>
        </w:rPr>
        <w:t xml:space="preserve"> .</w:t>
      </w:r>
    </w:p>
    <w:p w14:paraId="4003AAE5" w14:textId="6A0E7ACD" w:rsidR="00096BF3" w:rsidRDefault="00096BF3" w:rsidP="00086701">
      <w:pPr>
        <w:pStyle w:val="ListParagraph"/>
        <w:numPr>
          <w:ilvl w:val="0"/>
          <w:numId w:val="57"/>
        </w:numPr>
        <w:bidi/>
        <w:spacing w:after="224" w:line="360" w:lineRule="auto"/>
        <w:ind w:right="48"/>
        <w:rPr>
          <w:rFonts w:ascii="Simplified Arabic" w:hAnsi="Simplified Arabic" w:cs="Simplified Arabic"/>
          <w:sz w:val="28"/>
          <w:szCs w:val="28"/>
        </w:rPr>
      </w:pPr>
      <w:r w:rsidRPr="00096BF3">
        <w:rPr>
          <w:rFonts w:ascii="Simplified Arabic" w:hAnsi="Simplified Arabic" w:cs="Simplified Arabic"/>
          <w:sz w:val="28"/>
          <w:szCs w:val="28"/>
          <w:rtl/>
        </w:rPr>
        <w:t>تشجع على الاستخدام الأمثل للموارد والوقت</w:t>
      </w:r>
      <w:r>
        <w:rPr>
          <w:rFonts w:ascii="Simplified Arabic" w:hAnsi="Simplified Arabic" w:cs="Simplified Arabic" w:hint="cs"/>
          <w:sz w:val="28"/>
          <w:szCs w:val="28"/>
          <w:rtl/>
        </w:rPr>
        <w:t xml:space="preserve"> .</w:t>
      </w:r>
    </w:p>
    <w:p w14:paraId="641747C7"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tl/>
        </w:rPr>
      </w:pPr>
    </w:p>
    <w:p w14:paraId="6716E003"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tl/>
        </w:rPr>
      </w:pPr>
    </w:p>
    <w:p w14:paraId="7E2B680E"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tl/>
        </w:rPr>
      </w:pPr>
    </w:p>
    <w:p w14:paraId="60ADEB0F" w14:textId="77777777" w:rsidR="00C31BA7" w:rsidRDefault="00C31BA7" w:rsidP="00C31BA7">
      <w:pPr>
        <w:pStyle w:val="ListParagraph"/>
        <w:bidi/>
        <w:spacing w:after="224" w:line="360" w:lineRule="auto"/>
        <w:ind w:left="900" w:right="48"/>
        <w:rPr>
          <w:rFonts w:ascii="Simplified Arabic" w:hAnsi="Simplified Arabic" w:cs="Simplified Arabic"/>
          <w:sz w:val="28"/>
          <w:szCs w:val="28"/>
        </w:rPr>
      </w:pPr>
    </w:p>
    <w:p w14:paraId="411B17AE" w14:textId="77777777" w:rsidR="007869CD" w:rsidRDefault="007869CD" w:rsidP="007869CD">
      <w:pPr>
        <w:pStyle w:val="ListParagraph"/>
        <w:bidi/>
        <w:spacing w:after="224" w:line="360" w:lineRule="auto"/>
        <w:ind w:left="900" w:right="48"/>
        <w:rPr>
          <w:rFonts w:ascii="Simplified Arabic" w:hAnsi="Simplified Arabic" w:cs="Simplified Arabic"/>
          <w:sz w:val="28"/>
          <w:szCs w:val="28"/>
          <w:rtl/>
        </w:rPr>
      </w:pPr>
    </w:p>
    <w:p w14:paraId="08DFD288" w14:textId="2D24AFFE" w:rsidR="007869CD" w:rsidRPr="00571B9D" w:rsidRDefault="00132633"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الإدارة بالنتائج</w:t>
      </w:r>
      <w:r w:rsidRPr="00571B9D">
        <w:rPr>
          <w:rFonts w:ascii="Simplified Arabic" w:hAnsi="Simplified Arabic" w:cs="Simplified Arabic" w:hint="cs"/>
          <w:b/>
          <w:bCs/>
          <w:color w:val="4F81BD" w:themeColor="accent1"/>
          <w:sz w:val="28"/>
          <w:szCs w:val="28"/>
          <w:rtl/>
        </w:rPr>
        <w:t xml:space="preserve"> </w:t>
      </w:r>
      <w:r w:rsidRPr="00571B9D">
        <w:rPr>
          <w:rFonts w:ascii="Simplified Arabic" w:hAnsi="Simplified Arabic" w:cs="Simplified Arabic"/>
          <w:b/>
          <w:bCs/>
          <w:color w:val="4F81BD" w:themeColor="accent1"/>
          <w:sz w:val="28"/>
          <w:szCs w:val="28"/>
          <w:rtl/>
        </w:rPr>
        <w:t xml:space="preserve">بالنتائج </w:t>
      </w:r>
      <w:r w:rsidRPr="00571B9D">
        <w:rPr>
          <w:rFonts w:ascii="Simplified Arabic" w:hAnsi="Simplified Arabic" w:cs="Simplified Arabic"/>
          <w:b/>
          <w:bCs/>
          <w:color w:val="4F81BD" w:themeColor="accent1"/>
          <w:sz w:val="28"/>
          <w:szCs w:val="28"/>
        </w:rPr>
        <w:t>(Management by Objectives – MBO)</w:t>
      </w:r>
    </w:p>
    <w:p w14:paraId="70D073F1" w14:textId="3278A37D" w:rsidR="007533AF" w:rsidRDefault="006252A7" w:rsidP="00086701">
      <w:pPr>
        <w:pStyle w:val="ListParagraph"/>
        <w:numPr>
          <w:ilvl w:val="0"/>
          <w:numId w:val="58"/>
        </w:numPr>
        <w:bidi/>
        <w:spacing w:after="224" w:line="360" w:lineRule="auto"/>
        <w:ind w:right="48"/>
        <w:rPr>
          <w:rFonts w:ascii="Simplified Arabic" w:hAnsi="Simplified Arabic" w:cs="Simplified Arabic"/>
          <w:sz w:val="28"/>
          <w:szCs w:val="28"/>
        </w:rPr>
      </w:pPr>
      <w:r w:rsidRPr="006252A7">
        <w:rPr>
          <w:rFonts w:ascii="Simplified Arabic" w:hAnsi="Simplified Arabic" w:cs="Simplified Arabic"/>
          <w:sz w:val="28"/>
          <w:szCs w:val="28"/>
          <w:rtl/>
        </w:rPr>
        <w:t>تركز على وضع أهداف واضحة ومحددة لكل فرد ولفريق العمل داخل المؤسسة</w:t>
      </w:r>
      <w:r>
        <w:rPr>
          <w:rFonts w:ascii="Simplified Arabic" w:hAnsi="Simplified Arabic" w:cs="Simplified Arabic" w:hint="cs"/>
          <w:sz w:val="28"/>
          <w:szCs w:val="28"/>
          <w:rtl/>
        </w:rPr>
        <w:t xml:space="preserve"> .</w:t>
      </w:r>
    </w:p>
    <w:p w14:paraId="6F887506" w14:textId="2654C05D" w:rsidR="006252A7" w:rsidRPr="00C31BA7" w:rsidRDefault="006252A7" w:rsidP="00086701">
      <w:pPr>
        <w:pStyle w:val="ListParagraph"/>
        <w:numPr>
          <w:ilvl w:val="0"/>
          <w:numId w:val="58"/>
        </w:numPr>
        <w:bidi/>
        <w:spacing w:after="224" w:line="360" w:lineRule="auto"/>
        <w:ind w:right="48"/>
        <w:rPr>
          <w:rFonts w:ascii="Simplified Arabic" w:hAnsi="Simplified Arabic" w:cs="Simplified Arabic"/>
          <w:sz w:val="28"/>
          <w:szCs w:val="28"/>
          <w:rtl/>
        </w:rPr>
      </w:pPr>
      <w:r w:rsidRPr="006252A7">
        <w:rPr>
          <w:rFonts w:ascii="Simplified Arabic" w:hAnsi="Simplified Arabic" w:cs="Simplified Arabic"/>
          <w:sz w:val="28"/>
          <w:szCs w:val="28"/>
          <w:rtl/>
        </w:rPr>
        <w:t>تُساعد على قياس الأداء بشكل دوري والتحقق من تحقيق الأهداف</w:t>
      </w:r>
      <w:r>
        <w:rPr>
          <w:rFonts w:ascii="Simplified Arabic" w:hAnsi="Simplified Arabic" w:cs="Simplified Arabic" w:hint="cs"/>
          <w:sz w:val="28"/>
          <w:szCs w:val="28"/>
          <w:rtl/>
        </w:rPr>
        <w:t xml:space="preserve"> .</w:t>
      </w:r>
    </w:p>
    <w:p w14:paraId="5B9D8502" w14:textId="466DC104" w:rsidR="00944237" w:rsidRPr="00313A0B" w:rsidRDefault="00944237" w:rsidP="00086701">
      <w:pPr>
        <w:pStyle w:val="ListParagraph"/>
        <w:numPr>
          <w:ilvl w:val="0"/>
          <w:numId w:val="58"/>
        </w:numPr>
        <w:bidi/>
        <w:spacing w:after="224" w:line="360" w:lineRule="auto"/>
        <w:ind w:right="48"/>
        <w:rPr>
          <w:rFonts w:ascii="Simplified Arabic" w:hAnsi="Simplified Arabic" w:cs="Simplified Arabic"/>
          <w:sz w:val="28"/>
          <w:szCs w:val="28"/>
          <w:rtl/>
        </w:rPr>
      </w:pPr>
      <w:r w:rsidRPr="00944237">
        <w:rPr>
          <w:rFonts w:ascii="Simplified Arabic" w:hAnsi="Simplified Arabic" w:cs="Simplified Arabic"/>
          <w:sz w:val="28"/>
          <w:szCs w:val="28"/>
          <w:rtl/>
        </w:rPr>
        <w:t>تشجع الموظفين على الالتزام بالخطط وتحمل المسؤولية عن نتائجهم</w:t>
      </w:r>
      <w:r>
        <w:rPr>
          <w:rFonts w:ascii="Simplified Arabic" w:hAnsi="Simplified Arabic" w:cs="Simplified Arabic" w:hint="cs"/>
          <w:sz w:val="28"/>
          <w:szCs w:val="28"/>
          <w:rtl/>
        </w:rPr>
        <w:t xml:space="preserve"> .</w:t>
      </w:r>
    </w:p>
    <w:p w14:paraId="4080838F" w14:textId="26FA922F" w:rsidR="003C320D" w:rsidRPr="00313A0B" w:rsidRDefault="00944237" w:rsidP="00086701">
      <w:pPr>
        <w:pStyle w:val="ListParagraph"/>
        <w:numPr>
          <w:ilvl w:val="0"/>
          <w:numId w:val="58"/>
        </w:numPr>
        <w:bidi/>
        <w:spacing w:after="224" w:line="360" w:lineRule="auto"/>
        <w:ind w:right="48"/>
        <w:rPr>
          <w:rFonts w:ascii="Simplified Arabic" w:hAnsi="Simplified Arabic" w:cs="Simplified Arabic"/>
          <w:sz w:val="28"/>
          <w:szCs w:val="28"/>
          <w:rtl/>
        </w:rPr>
      </w:pPr>
      <w:r w:rsidRPr="00944237">
        <w:rPr>
          <w:rFonts w:ascii="Simplified Arabic" w:hAnsi="Simplified Arabic" w:cs="Simplified Arabic"/>
          <w:sz w:val="28"/>
          <w:szCs w:val="28"/>
          <w:rtl/>
        </w:rPr>
        <w:t>تسهم في تعزيز الشفافية بين الإدارة والموظفين فيما يتعلق بالمهام المطلوب</w:t>
      </w:r>
      <w:r w:rsidR="003C320D">
        <w:rPr>
          <w:rFonts w:ascii="Simplified Arabic" w:hAnsi="Simplified Arabic" w:cs="Simplified Arabic" w:hint="cs"/>
          <w:sz w:val="28"/>
          <w:szCs w:val="28"/>
          <w:rtl/>
        </w:rPr>
        <w:t>ه.</w:t>
      </w:r>
    </w:p>
    <w:p w14:paraId="26E87FEE" w14:textId="7B929802" w:rsidR="003C320D" w:rsidRDefault="003C320D" w:rsidP="00086701">
      <w:pPr>
        <w:pStyle w:val="ListParagraph"/>
        <w:numPr>
          <w:ilvl w:val="0"/>
          <w:numId w:val="58"/>
        </w:numPr>
        <w:bidi/>
        <w:spacing w:after="224" w:line="360" w:lineRule="auto"/>
        <w:ind w:right="48"/>
        <w:rPr>
          <w:rFonts w:ascii="Simplified Arabic" w:hAnsi="Simplified Arabic" w:cs="Simplified Arabic"/>
          <w:sz w:val="28"/>
          <w:szCs w:val="28"/>
        </w:rPr>
      </w:pPr>
      <w:r w:rsidRPr="003C320D">
        <w:rPr>
          <w:rFonts w:ascii="Simplified Arabic" w:hAnsi="Simplified Arabic" w:cs="Simplified Arabic"/>
          <w:sz w:val="28"/>
          <w:szCs w:val="28"/>
          <w:rtl/>
        </w:rPr>
        <w:t>تُعتبر أداة قوية لرفع الإنتاجية وتحسين الأداء المؤسسي</w:t>
      </w:r>
      <w:r w:rsidR="00313A0B">
        <w:rPr>
          <w:rFonts w:ascii="Simplified Arabic" w:hAnsi="Simplified Arabic" w:cs="Simplified Arabic" w:hint="cs"/>
          <w:sz w:val="28"/>
          <w:szCs w:val="28"/>
          <w:rtl/>
        </w:rPr>
        <w:t>.</w:t>
      </w:r>
    </w:p>
    <w:p w14:paraId="7088CC68" w14:textId="77777777" w:rsidR="00197796" w:rsidRDefault="00197796" w:rsidP="00197796">
      <w:pPr>
        <w:pStyle w:val="ListParagraph"/>
        <w:bidi/>
        <w:spacing w:after="224" w:line="360" w:lineRule="auto"/>
        <w:ind w:left="990" w:right="48"/>
        <w:rPr>
          <w:rFonts w:ascii="Simplified Arabic" w:hAnsi="Simplified Arabic" w:cs="Simplified Arabic"/>
          <w:sz w:val="28"/>
          <w:szCs w:val="28"/>
        </w:rPr>
      </w:pPr>
    </w:p>
    <w:p w14:paraId="0DB8D194" w14:textId="01AA0FFE" w:rsidR="00313A0B" w:rsidRPr="00571B9D" w:rsidRDefault="00197796"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571B9D">
        <w:rPr>
          <w:rFonts w:ascii="Simplified Arabic" w:hAnsi="Simplified Arabic" w:cs="Simplified Arabic"/>
          <w:b/>
          <w:bCs/>
          <w:color w:val="4F81BD" w:themeColor="accent1"/>
          <w:sz w:val="28"/>
          <w:szCs w:val="28"/>
          <w:rtl/>
        </w:rPr>
        <w:t>نظرية الجودة الشاملة</w:t>
      </w:r>
      <w:r w:rsidRPr="00571B9D">
        <w:rPr>
          <w:rFonts w:ascii="Simplified Arabic" w:hAnsi="Simplified Arabic" w:cs="Simplified Arabic" w:hint="cs"/>
          <w:b/>
          <w:bCs/>
          <w:color w:val="4F81BD" w:themeColor="accent1"/>
          <w:sz w:val="28"/>
          <w:szCs w:val="28"/>
          <w:rtl/>
        </w:rPr>
        <w:t xml:space="preserve"> </w:t>
      </w:r>
      <w:r w:rsidR="00B474F0" w:rsidRPr="00571B9D">
        <w:rPr>
          <w:rFonts w:ascii="Simplified Arabic" w:hAnsi="Simplified Arabic" w:cs="Simplified Arabic"/>
          <w:b/>
          <w:bCs/>
          <w:color w:val="4F81BD" w:themeColor="accent1"/>
          <w:sz w:val="28"/>
          <w:szCs w:val="28"/>
        </w:rPr>
        <w:t>(Total Quality Management – TQM)</w:t>
      </w:r>
      <w:r w:rsidR="00B474F0" w:rsidRPr="00571B9D">
        <w:rPr>
          <w:rFonts w:ascii="Simplified Arabic" w:hAnsi="Simplified Arabic" w:cs="Simplified Arabic" w:hint="cs"/>
          <w:b/>
          <w:bCs/>
          <w:color w:val="4F81BD" w:themeColor="accent1"/>
          <w:sz w:val="28"/>
          <w:szCs w:val="28"/>
          <w:rtl/>
        </w:rPr>
        <w:t xml:space="preserve"> </w:t>
      </w:r>
    </w:p>
    <w:p w14:paraId="62B17D7E" w14:textId="559E6AB7" w:rsidR="00132633" w:rsidRDefault="00B71C76" w:rsidP="00086701">
      <w:pPr>
        <w:pStyle w:val="ListParagraph"/>
        <w:numPr>
          <w:ilvl w:val="0"/>
          <w:numId w:val="59"/>
        </w:numPr>
        <w:bidi/>
        <w:spacing w:after="224" w:line="360" w:lineRule="auto"/>
        <w:ind w:right="48"/>
        <w:rPr>
          <w:rFonts w:ascii="Simplified Arabic" w:hAnsi="Simplified Arabic" w:cs="Simplified Arabic"/>
          <w:sz w:val="28"/>
          <w:szCs w:val="28"/>
        </w:rPr>
      </w:pPr>
      <w:r w:rsidRPr="00B71C76">
        <w:rPr>
          <w:rFonts w:ascii="Simplified Arabic" w:hAnsi="Simplified Arabic" w:cs="Simplified Arabic"/>
          <w:sz w:val="28"/>
          <w:szCs w:val="28"/>
          <w:rtl/>
        </w:rPr>
        <w:t>تركز على تحسين جودة المخرجات من خلال إشراك جميع أفراد المؤسسة في العملية الإنتاجية</w:t>
      </w:r>
    </w:p>
    <w:p w14:paraId="7F5EA258" w14:textId="54D36E8D" w:rsidR="00B71C76" w:rsidRDefault="005045A2" w:rsidP="00086701">
      <w:pPr>
        <w:pStyle w:val="ListParagraph"/>
        <w:numPr>
          <w:ilvl w:val="0"/>
          <w:numId w:val="59"/>
        </w:numPr>
        <w:bidi/>
        <w:spacing w:after="224" w:line="360" w:lineRule="auto"/>
        <w:ind w:right="48"/>
        <w:rPr>
          <w:rFonts w:ascii="Simplified Arabic" w:hAnsi="Simplified Arabic" w:cs="Simplified Arabic"/>
          <w:sz w:val="28"/>
          <w:szCs w:val="28"/>
        </w:rPr>
      </w:pPr>
      <w:r w:rsidRPr="005045A2">
        <w:rPr>
          <w:rFonts w:ascii="Simplified Arabic" w:hAnsi="Simplified Arabic" w:cs="Simplified Arabic"/>
          <w:sz w:val="28"/>
          <w:szCs w:val="28"/>
          <w:rtl/>
        </w:rPr>
        <w:t>تسعى إلى تعزيز ثقافة الجودة والانضباط داخل بيئة العمل</w:t>
      </w:r>
      <w:r>
        <w:rPr>
          <w:rFonts w:ascii="Simplified Arabic" w:hAnsi="Simplified Arabic" w:cs="Simplified Arabic" w:hint="cs"/>
          <w:sz w:val="28"/>
          <w:szCs w:val="28"/>
          <w:rtl/>
        </w:rPr>
        <w:t xml:space="preserve"> .</w:t>
      </w:r>
    </w:p>
    <w:p w14:paraId="47C0CEE3" w14:textId="0CB14AC0" w:rsidR="005045A2" w:rsidRDefault="005045A2" w:rsidP="00086701">
      <w:pPr>
        <w:pStyle w:val="ListParagraph"/>
        <w:numPr>
          <w:ilvl w:val="0"/>
          <w:numId w:val="59"/>
        </w:numPr>
        <w:bidi/>
        <w:spacing w:after="224" w:line="360" w:lineRule="auto"/>
        <w:ind w:right="48"/>
        <w:rPr>
          <w:rFonts w:ascii="Simplified Arabic" w:hAnsi="Simplified Arabic" w:cs="Simplified Arabic"/>
          <w:sz w:val="28"/>
          <w:szCs w:val="28"/>
        </w:rPr>
      </w:pPr>
      <w:r w:rsidRPr="005045A2">
        <w:rPr>
          <w:rFonts w:ascii="Simplified Arabic" w:hAnsi="Simplified Arabic" w:cs="Simplified Arabic"/>
          <w:sz w:val="28"/>
          <w:szCs w:val="28"/>
          <w:rtl/>
        </w:rPr>
        <w:t>تشجع على الابتكار وتحسين الإجراءات التشغيلية بشكل مستمر</w:t>
      </w:r>
      <w:r>
        <w:rPr>
          <w:rFonts w:ascii="Simplified Arabic" w:hAnsi="Simplified Arabic" w:cs="Simplified Arabic" w:hint="cs"/>
          <w:sz w:val="28"/>
          <w:szCs w:val="28"/>
          <w:rtl/>
        </w:rPr>
        <w:t xml:space="preserve"> .</w:t>
      </w:r>
    </w:p>
    <w:p w14:paraId="33FCBA35" w14:textId="2DE74343" w:rsidR="005045A2" w:rsidRDefault="005045A2" w:rsidP="00086701">
      <w:pPr>
        <w:pStyle w:val="ListParagraph"/>
        <w:numPr>
          <w:ilvl w:val="0"/>
          <w:numId w:val="59"/>
        </w:numPr>
        <w:bidi/>
        <w:spacing w:after="224" w:line="360" w:lineRule="auto"/>
        <w:ind w:right="48"/>
        <w:rPr>
          <w:rFonts w:ascii="Simplified Arabic" w:hAnsi="Simplified Arabic" w:cs="Simplified Arabic"/>
          <w:sz w:val="28"/>
          <w:szCs w:val="28"/>
        </w:rPr>
      </w:pPr>
      <w:r w:rsidRPr="005045A2">
        <w:rPr>
          <w:rFonts w:ascii="Simplified Arabic" w:hAnsi="Simplified Arabic" w:cs="Simplified Arabic"/>
          <w:sz w:val="28"/>
          <w:szCs w:val="28"/>
          <w:rtl/>
        </w:rPr>
        <w:t>تُسهم في تقليل الأخطاء والهدر وزيادة رضا العملاء والموظفين</w:t>
      </w:r>
      <w:r>
        <w:rPr>
          <w:rFonts w:ascii="Simplified Arabic" w:hAnsi="Simplified Arabic" w:cs="Simplified Arabic" w:hint="cs"/>
          <w:sz w:val="28"/>
          <w:szCs w:val="28"/>
          <w:rtl/>
        </w:rPr>
        <w:t xml:space="preserve"> .</w:t>
      </w:r>
    </w:p>
    <w:p w14:paraId="1833B455" w14:textId="65B9A40C" w:rsidR="005045A2" w:rsidRDefault="00545DF2" w:rsidP="00086701">
      <w:pPr>
        <w:pStyle w:val="ListParagraph"/>
        <w:numPr>
          <w:ilvl w:val="0"/>
          <w:numId w:val="59"/>
        </w:numPr>
        <w:bidi/>
        <w:spacing w:after="224" w:line="360" w:lineRule="auto"/>
        <w:ind w:right="48"/>
        <w:rPr>
          <w:rFonts w:ascii="Simplified Arabic" w:hAnsi="Simplified Arabic" w:cs="Simplified Arabic"/>
          <w:sz w:val="28"/>
          <w:szCs w:val="28"/>
        </w:rPr>
      </w:pPr>
      <w:r w:rsidRPr="00545DF2">
        <w:rPr>
          <w:rFonts w:ascii="Simplified Arabic" w:hAnsi="Simplified Arabic" w:cs="Simplified Arabic"/>
          <w:sz w:val="28"/>
          <w:szCs w:val="28"/>
          <w:rtl/>
        </w:rPr>
        <w:t>تربط بين التنظيم والإنتاجية من خلال التركيز على الجودة الشاملة في كل عملية</w:t>
      </w:r>
      <w:r>
        <w:rPr>
          <w:rFonts w:ascii="Simplified Arabic" w:hAnsi="Simplified Arabic" w:cs="Simplified Arabic" w:hint="cs"/>
          <w:sz w:val="28"/>
          <w:szCs w:val="28"/>
          <w:rtl/>
        </w:rPr>
        <w:t xml:space="preserve"> .</w:t>
      </w:r>
    </w:p>
    <w:p w14:paraId="671F6E55" w14:textId="77777777" w:rsidR="00545DF2" w:rsidRDefault="00545DF2" w:rsidP="00545DF2">
      <w:pPr>
        <w:bidi/>
        <w:spacing w:after="224" w:line="360" w:lineRule="auto"/>
        <w:ind w:right="48"/>
        <w:rPr>
          <w:rFonts w:ascii="Simplified Arabic" w:hAnsi="Simplified Arabic" w:cs="Simplified Arabic"/>
          <w:sz w:val="28"/>
          <w:szCs w:val="28"/>
          <w:rtl/>
        </w:rPr>
      </w:pPr>
    </w:p>
    <w:p w14:paraId="26E451C6" w14:textId="77777777" w:rsidR="00545DF2" w:rsidRDefault="00545DF2" w:rsidP="00545DF2">
      <w:pPr>
        <w:bidi/>
        <w:spacing w:after="224" w:line="360" w:lineRule="auto"/>
        <w:ind w:right="48"/>
        <w:rPr>
          <w:rFonts w:ascii="Simplified Arabic" w:hAnsi="Simplified Arabic" w:cs="Simplified Arabic"/>
          <w:sz w:val="28"/>
          <w:szCs w:val="28"/>
          <w:rtl/>
        </w:rPr>
      </w:pPr>
    </w:p>
    <w:p w14:paraId="4D0A33AD" w14:textId="77777777" w:rsidR="00545DF2" w:rsidRDefault="00545DF2" w:rsidP="00545DF2">
      <w:pPr>
        <w:bidi/>
        <w:spacing w:after="224" w:line="360" w:lineRule="auto"/>
        <w:ind w:right="48"/>
        <w:rPr>
          <w:rFonts w:ascii="Simplified Arabic" w:hAnsi="Simplified Arabic" w:cs="Simplified Arabic"/>
          <w:sz w:val="28"/>
          <w:szCs w:val="28"/>
          <w:rtl/>
        </w:rPr>
      </w:pPr>
    </w:p>
    <w:p w14:paraId="4A9DB25E" w14:textId="1BDEADFF" w:rsidR="00545DF2" w:rsidRPr="00D27ACC" w:rsidRDefault="008B4F0B" w:rsidP="00086701">
      <w:pPr>
        <w:pStyle w:val="ListParagraph"/>
        <w:numPr>
          <w:ilvl w:val="0"/>
          <w:numId w:val="52"/>
        </w:numPr>
        <w:bidi/>
        <w:spacing w:after="224" w:line="360" w:lineRule="auto"/>
        <w:ind w:right="48"/>
        <w:rPr>
          <w:rFonts w:ascii="Simplified Arabic" w:hAnsi="Simplified Arabic" w:cs="Simplified Arabic"/>
          <w:color w:val="4F81BD" w:themeColor="accent1"/>
          <w:sz w:val="28"/>
          <w:szCs w:val="28"/>
        </w:rPr>
      </w:pPr>
      <w:r w:rsidRPr="00D27ACC">
        <w:rPr>
          <w:rFonts w:ascii="Simplified Arabic" w:hAnsi="Simplified Arabic" w:cs="Simplified Arabic"/>
          <w:b/>
          <w:bCs/>
          <w:color w:val="4F81BD" w:themeColor="accent1"/>
          <w:sz w:val="28"/>
          <w:szCs w:val="28"/>
          <w:rtl/>
        </w:rPr>
        <w:t>نظرية الأنظمة</w:t>
      </w:r>
      <w:r w:rsidRPr="00D27ACC">
        <w:rPr>
          <w:rFonts w:ascii="Simplified Arabic" w:hAnsi="Simplified Arabic" w:cs="Simplified Arabic" w:hint="cs"/>
          <w:b/>
          <w:bCs/>
          <w:color w:val="4F81BD" w:themeColor="accent1"/>
          <w:sz w:val="28"/>
          <w:szCs w:val="28"/>
          <w:rtl/>
        </w:rPr>
        <w:t xml:space="preserve"> </w:t>
      </w:r>
      <w:r w:rsidRPr="00D27ACC">
        <w:rPr>
          <w:rFonts w:ascii="Simplified Arabic" w:hAnsi="Simplified Arabic" w:cs="Simplified Arabic"/>
          <w:b/>
          <w:bCs/>
          <w:color w:val="4F81BD" w:themeColor="accent1"/>
          <w:sz w:val="28"/>
          <w:szCs w:val="28"/>
        </w:rPr>
        <w:t>(Systems Theory)</w:t>
      </w:r>
    </w:p>
    <w:p w14:paraId="0C890E4A" w14:textId="45888CFE" w:rsidR="008B4F0B" w:rsidRDefault="00EF0CA6" w:rsidP="00086701">
      <w:pPr>
        <w:pStyle w:val="ListParagraph"/>
        <w:numPr>
          <w:ilvl w:val="0"/>
          <w:numId w:val="60"/>
        </w:numPr>
        <w:bidi/>
        <w:spacing w:after="224" w:line="360" w:lineRule="auto"/>
        <w:ind w:right="48"/>
        <w:rPr>
          <w:rFonts w:ascii="Simplified Arabic" w:hAnsi="Simplified Arabic" w:cs="Simplified Arabic"/>
          <w:sz w:val="28"/>
          <w:szCs w:val="28"/>
        </w:rPr>
      </w:pPr>
      <w:r w:rsidRPr="00EF0CA6">
        <w:rPr>
          <w:rFonts w:ascii="Simplified Arabic" w:hAnsi="Simplified Arabic" w:cs="Simplified Arabic"/>
          <w:sz w:val="28"/>
          <w:szCs w:val="28"/>
          <w:rtl/>
        </w:rPr>
        <w:t>تنظر إلى المؤسسة كنظام متكامل تتفاعل جميع عناصره مع بعضها لتحقيق الأهداف</w:t>
      </w:r>
      <w:r>
        <w:rPr>
          <w:rFonts w:ascii="Simplified Arabic" w:hAnsi="Simplified Arabic" w:cs="Simplified Arabic" w:hint="cs"/>
          <w:sz w:val="28"/>
          <w:szCs w:val="28"/>
          <w:rtl/>
        </w:rPr>
        <w:t xml:space="preserve"> .</w:t>
      </w:r>
    </w:p>
    <w:p w14:paraId="648DF2D9" w14:textId="7EC4D623" w:rsidR="00EF0CA6" w:rsidRDefault="00EF0CA6" w:rsidP="00086701">
      <w:pPr>
        <w:pStyle w:val="ListParagraph"/>
        <w:numPr>
          <w:ilvl w:val="0"/>
          <w:numId w:val="60"/>
        </w:numPr>
        <w:bidi/>
        <w:spacing w:after="224" w:line="360" w:lineRule="auto"/>
        <w:ind w:right="48"/>
        <w:rPr>
          <w:rFonts w:ascii="Simplified Arabic" w:hAnsi="Simplified Arabic" w:cs="Simplified Arabic"/>
          <w:sz w:val="28"/>
          <w:szCs w:val="28"/>
        </w:rPr>
      </w:pPr>
      <w:r>
        <w:rPr>
          <w:rFonts w:ascii="Simplified Arabic" w:hAnsi="Simplified Arabic" w:cs="Simplified Arabic" w:hint="cs"/>
          <w:sz w:val="28"/>
          <w:szCs w:val="28"/>
          <w:rtl/>
        </w:rPr>
        <w:t>ت</w:t>
      </w:r>
      <w:r w:rsidRPr="00EF0CA6">
        <w:rPr>
          <w:rFonts w:ascii="Simplified Arabic" w:hAnsi="Simplified Arabic" w:cs="Simplified Arabic"/>
          <w:sz w:val="28"/>
          <w:szCs w:val="28"/>
          <w:rtl/>
        </w:rPr>
        <w:t>سهم في فهم كيفية تأثير كل قسم أو فريق على الأداء الكلي للمؤسسة</w:t>
      </w:r>
      <w:r>
        <w:rPr>
          <w:rFonts w:ascii="Simplified Arabic" w:hAnsi="Simplified Arabic" w:cs="Simplified Arabic" w:hint="cs"/>
          <w:sz w:val="28"/>
          <w:szCs w:val="28"/>
          <w:rtl/>
        </w:rPr>
        <w:t xml:space="preserve"> .</w:t>
      </w:r>
    </w:p>
    <w:p w14:paraId="294F8366" w14:textId="6EBCF1E0" w:rsidR="00EF0CA6" w:rsidRDefault="00D27ACC" w:rsidP="00086701">
      <w:pPr>
        <w:pStyle w:val="ListParagraph"/>
        <w:numPr>
          <w:ilvl w:val="0"/>
          <w:numId w:val="60"/>
        </w:numPr>
        <w:bidi/>
        <w:spacing w:after="224" w:line="360" w:lineRule="auto"/>
        <w:ind w:right="48"/>
        <w:rPr>
          <w:rFonts w:ascii="Simplified Arabic" w:hAnsi="Simplified Arabic" w:cs="Simplified Arabic"/>
          <w:sz w:val="28"/>
          <w:szCs w:val="28"/>
        </w:rPr>
      </w:pPr>
      <w:r w:rsidRPr="00D27ACC">
        <w:rPr>
          <w:rFonts w:ascii="Simplified Arabic" w:hAnsi="Simplified Arabic" w:cs="Simplified Arabic"/>
          <w:sz w:val="28"/>
          <w:szCs w:val="28"/>
          <w:rtl/>
        </w:rPr>
        <w:t>تشجع على التنسيق بين الإدارات المختلفة وتبادل المعلومات بشكل فعال</w:t>
      </w:r>
      <w:r>
        <w:rPr>
          <w:rFonts w:ascii="Simplified Arabic" w:hAnsi="Simplified Arabic" w:cs="Simplified Arabic" w:hint="cs"/>
          <w:sz w:val="28"/>
          <w:szCs w:val="28"/>
          <w:rtl/>
        </w:rPr>
        <w:t xml:space="preserve"> .</w:t>
      </w:r>
    </w:p>
    <w:p w14:paraId="220DFA35" w14:textId="799662DA" w:rsidR="00D27ACC" w:rsidRDefault="00D27ACC" w:rsidP="00086701">
      <w:pPr>
        <w:pStyle w:val="ListParagraph"/>
        <w:numPr>
          <w:ilvl w:val="0"/>
          <w:numId w:val="60"/>
        </w:numPr>
        <w:bidi/>
        <w:spacing w:after="224" w:line="360" w:lineRule="auto"/>
        <w:ind w:right="48"/>
        <w:rPr>
          <w:rFonts w:ascii="Simplified Arabic" w:hAnsi="Simplified Arabic" w:cs="Simplified Arabic"/>
          <w:sz w:val="28"/>
          <w:szCs w:val="28"/>
        </w:rPr>
      </w:pPr>
      <w:r w:rsidRPr="00D27ACC">
        <w:rPr>
          <w:rFonts w:ascii="Simplified Arabic" w:hAnsi="Simplified Arabic" w:cs="Simplified Arabic"/>
          <w:sz w:val="28"/>
          <w:szCs w:val="28"/>
          <w:rtl/>
        </w:rPr>
        <w:t>تساعد في التعرف على المشكلات قبل ظهورها واتخاذ الإجراءات الوقائية</w:t>
      </w:r>
      <w:r>
        <w:rPr>
          <w:rFonts w:ascii="Simplified Arabic" w:hAnsi="Simplified Arabic" w:cs="Simplified Arabic" w:hint="cs"/>
          <w:sz w:val="28"/>
          <w:szCs w:val="28"/>
          <w:rtl/>
        </w:rPr>
        <w:t xml:space="preserve"> .</w:t>
      </w:r>
    </w:p>
    <w:p w14:paraId="5BBEE02E" w14:textId="713D3CE1" w:rsidR="00D27ACC" w:rsidRDefault="00D27ACC" w:rsidP="00086701">
      <w:pPr>
        <w:pStyle w:val="ListParagraph"/>
        <w:numPr>
          <w:ilvl w:val="0"/>
          <w:numId w:val="60"/>
        </w:numPr>
        <w:bidi/>
        <w:spacing w:after="224" w:line="360" w:lineRule="auto"/>
        <w:ind w:right="48"/>
        <w:rPr>
          <w:rFonts w:ascii="Simplified Arabic" w:hAnsi="Simplified Arabic" w:cs="Simplified Arabic"/>
          <w:sz w:val="28"/>
          <w:szCs w:val="28"/>
        </w:rPr>
      </w:pPr>
      <w:r w:rsidRPr="00D27ACC">
        <w:rPr>
          <w:rFonts w:ascii="Simplified Arabic" w:hAnsi="Simplified Arabic" w:cs="Simplified Arabic"/>
          <w:sz w:val="28"/>
          <w:szCs w:val="28"/>
          <w:rtl/>
        </w:rPr>
        <w:t>تعزز من القدرة على التخطيط الاستراتيجي وتحسين الإنتاجية بشكل شامل</w:t>
      </w:r>
      <w:r>
        <w:rPr>
          <w:rFonts w:ascii="Simplified Arabic" w:hAnsi="Simplified Arabic" w:cs="Simplified Arabic" w:hint="cs"/>
          <w:sz w:val="28"/>
          <w:szCs w:val="28"/>
          <w:rtl/>
        </w:rPr>
        <w:t xml:space="preserve"> .</w:t>
      </w:r>
    </w:p>
    <w:p w14:paraId="065DB611" w14:textId="77777777" w:rsidR="00D27ACC" w:rsidRDefault="00D27ACC" w:rsidP="00D27ACC">
      <w:pPr>
        <w:pStyle w:val="ListParagraph"/>
        <w:bidi/>
        <w:spacing w:after="224" w:line="360" w:lineRule="auto"/>
        <w:ind w:left="810" w:right="48"/>
        <w:rPr>
          <w:rFonts w:ascii="Simplified Arabic" w:hAnsi="Simplified Arabic" w:cs="Simplified Arabic"/>
          <w:sz w:val="28"/>
          <w:szCs w:val="28"/>
          <w:rtl/>
        </w:rPr>
      </w:pPr>
    </w:p>
    <w:p w14:paraId="11035E63" w14:textId="656A8E93" w:rsidR="004046DB" w:rsidRPr="002D1C15" w:rsidRDefault="0056361F" w:rsidP="00086701">
      <w:pPr>
        <w:pStyle w:val="ListParagraph"/>
        <w:numPr>
          <w:ilvl w:val="0"/>
          <w:numId w:val="52"/>
        </w:numPr>
        <w:bidi/>
        <w:spacing w:after="224" w:line="360" w:lineRule="auto"/>
        <w:ind w:right="48"/>
        <w:rPr>
          <w:rFonts w:ascii="Simplified Arabic" w:hAnsi="Simplified Arabic" w:cs="Simplified Arabic"/>
          <w:b/>
          <w:bCs/>
          <w:color w:val="4F81BD" w:themeColor="accent1"/>
          <w:sz w:val="28"/>
          <w:szCs w:val="28"/>
        </w:rPr>
      </w:pPr>
      <w:r w:rsidRPr="002D1C15">
        <w:rPr>
          <w:rFonts w:ascii="Simplified Arabic" w:hAnsi="Simplified Arabic" w:cs="Simplified Arabic"/>
          <w:b/>
          <w:bCs/>
          <w:color w:val="4F81BD" w:themeColor="accent1"/>
          <w:sz w:val="28"/>
          <w:szCs w:val="28"/>
          <w:rtl/>
        </w:rPr>
        <w:t>نظرية التنظيم المرن والمتعل</w:t>
      </w:r>
      <w:r w:rsidRPr="002D1C15">
        <w:rPr>
          <w:rFonts w:ascii="Simplified Arabic" w:hAnsi="Simplified Arabic" w:cs="Simplified Arabic" w:hint="cs"/>
          <w:b/>
          <w:bCs/>
          <w:color w:val="4F81BD" w:themeColor="accent1"/>
          <w:sz w:val="28"/>
          <w:szCs w:val="28"/>
          <w:rtl/>
        </w:rPr>
        <w:t xml:space="preserve">م </w:t>
      </w:r>
      <w:r w:rsidRPr="002D1C15">
        <w:rPr>
          <w:rFonts w:ascii="Simplified Arabic" w:hAnsi="Simplified Arabic" w:cs="Simplified Arabic"/>
          <w:b/>
          <w:bCs/>
          <w:color w:val="4F81BD" w:themeColor="accent1"/>
          <w:sz w:val="28"/>
          <w:szCs w:val="28"/>
        </w:rPr>
        <w:t>(Learning &amp; Agile Organization)</w:t>
      </w:r>
      <w:r w:rsidRPr="002D1C15">
        <w:rPr>
          <w:rFonts w:ascii="Simplified Arabic" w:hAnsi="Simplified Arabic" w:cs="Simplified Arabic" w:hint="cs"/>
          <w:b/>
          <w:bCs/>
          <w:color w:val="4F81BD" w:themeColor="accent1"/>
          <w:sz w:val="28"/>
          <w:szCs w:val="28"/>
          <w:rtl/>
        </w:rPr>
        <w:t xml:space="preserve"> </w:t>
      </w:r>
    </w:p>
    <w:p w14:paraId="7CB5641A" w14:textId="05B02EF0" w:rsidR="00516810" w:rsidRDefault="00516810" w:rsidP="00086701">
      <w:pPr>
        <w:pStyle w:val="ListParagraph"/>
        <w:numPr>
          <w:ilvl w:val="0"/>
          <w:numId w:val="61"/>
        </w:numPr>
        <w:bidi/>
        <w:spacing w:after="224" w:line="360" w:lineRule="auto"/>
        <w:ind w:right="48"/>
        <w:rPr>
          <w:rFonts w:ascii="Simplified Arabic" w:hAnsi="Simplified Arabic" w:cs="Simplified Arabic"/>
          <w:sz w:val="28"/>
          <w:szCs w:val="28"/>
        </w:rPr>
      </w:pPr>
      <w:r w:rsidRPr="00516810">
        <w:rPr>
          <w:rFonts w:ascii="Simplified Arabic" w:hAnsi="Simplified Arabic" w:cs="Simplified Arabic"/>
          <w:sz w:val="28"/>
          <w:szCs w:val="28"/>
          <w:rtl/>
        </w:rPr>
        <w:t>تؤكد على قدرة المؤسسة على التعلم المستمر والتكيف مع بيئة العمل المتغيرة</w:t>
      </w:r>
      <w:r>
        <w:rPr>
          <w:rFonts w:ascii="Simplified Arabic" w:hAnsi="Simplified Arabic" w:cs="Simplified Arabic" w:hint="cs"/>
          <w:sz w:val="28"/>
          <w:szCs w:val="28"/>
          <w:rtl/>
        </w:rPr>
        <w:t xml:space="preserve"> .</w:t>
      </w:r>
    </w:p>
    <w:p w14:paraId="0E21050A" w14:textId="60D5DE55" w:rsidR="00516810" w:rsidRDefault="00714C4E" w:rsidP="00086701">
      <w:pPr>
        <w:pStyle w:val="ListParagraph"/>
        <w:numPr>
          <w:ilvl w:val="0"/>
          <w:numId w:val="61"/>
        </w:numPr>
        <w:bidi/>
        <w:spacing w:after="224" w:line="360" w:lineRule="auto"/>
        <w:ind w:right="48"/>
        <w:rPr>
          <w:rFonts w:ascii="Simplified Arabic" w:hAnsi="Simplified Arabic" w:cs="Simplified Arabic"/>
          <w:sz w:val="28"/>
          <w:szCs w:val="28"/>
        </w:rPr>
      </w:pPr>
      <w:r w:rsidRPr="00714C4E">
        <w:rPr>
          <w:rFonts w:ascii="Simplified Arabic" w:hAnsi="Simplified Arabic" w:cs="Simplified Arabic"/>
          <w:sz w:val="28"/>
          <w:szCs w:val="28"/>
          <w:rtl/>
        </w:rPr>
        <w:t>تشجع على الابتكار والتجربة المستمرة لتحسين العمليات</w:t>
      </w:r>
      <w:r>
        <w:rPr>
          <w:rFonts w:ascii="Simplified Arabic" w:hAnsi="Simplified Arabic" w:cs="Simplified Arabic" w:hint="cs"/>
          <w:sz w:val="28"/>
          <w:szCs w:val="28"/>
          <w:rtl/>
        </w:rPr>
        <w:t xml:space="preserve"> .</w:t>
      </w:r>
    </w:p>
    <w:p w14:paraId="51C22B66" w14:textId="02CC02C0" w:rsidR="00714C4E" w:rsidRDefault="00714C4E" w:rsidP="00086701">
      <w:pPr>
        <w:pStyle w:val="ListParagraph"/>
        <w:numPr>
          <w:ilvl w:val="0"/>
          <w:numId w:val="61"/>
        </w:numPr>
        <w:bidi/>
        <w:spacing w:after="224" w:line="360" w:lineRule="auto"/>
        <w:ind w:right="48"/>
        <w:rPr>
          <w:rFonts w:ascii="Simplified Arabic" w:hAnsi="Simplified Arabic" w:cs="Simplified Arabic"/>
          <w:sz w:val="28"/>
          <w:szCs w:val="28"/>
        </w:rPr>
      </w:pPr>
      <w:r w:rsidRPr="00714C4E">
        <w:rPr>
          <w:rFonts w:ascii="Simplified Arabic" w:hAnsi="Simplified Arabic" w:cs="Simplified Arabic"/>
          <w:sz w:val="28"/>
          <w:szCs w:val="28"/>
          <w:rtl/>
        </w:rPr>
        <w:t>تساعد في سرعة الاستجابة للتغيرات الطارئة في السوق أو البيئة الداخلية</w:t>
      </w:r>
      <w:r>
        <w:rPr>
          <w:rFonts w:ascii="Simplified Arabic" w:hAnsi="Simplified Arabic" w:cs="Simplified Arabic" w:hint="cs"/>
          <w:sz w:val="28"/>
          <w:szCs w:val="28"/>
          <w:rtl/>
        </w:rPr>
        <w:t xml:space="preserve"> .</w:t>
      </w:r>
    </w:p>
    <w:p w14:paraId="6D233C7F" w14:textId="179ECCA4" w:rsidR="00714C4E" w:rsidRDefault="00714C4E" w:rsidP="00086701">
      <w:pPr>
        <w:pStyle w:val="ListParagraph"/>
        <w:numPr>
          <w:ilvl w:val="0"/>
          <w:numId w:val="61"/>
        </w:numPr>
        <w:bidi/>
        <w:spacing w:after="224" w:line="360" w:lineRule="auto"/>
        <w:ind w:right="48"/>
        <w:rPr>
          <w:rFonts w:ascii="Simplified Arabic" w:hAnsi="Simplified Arabic" w:cs="Simplified Arabic"/>
          <w:sz w:val="28"/>
          <w:szCs w:val="28"/>
        </w:rPr>
      </w:pPr>
      <w:r w:rsidRPr="00714C4E">
        <w:rPr>
          <w:rFonts w:ascii="Simplified Arabic" w:hAnsi="Simplified Arabic" w:cs="Simplified Arabic"/>
          <w:sz w:val="28"/>
          <w:szCs w:val="28"/>
          <w:rtl/>
        </w:rPr>
        <w:t>تُسهم في تحسين الأداء العام من خلال تطوير مهارات الموظفين وتعزيز التعاون</w:t>
      </w:r>
      <w:r>
        <w:rPr>
          <w:rFonts w:ascii="Simplified Arabic" w:hAnsi="Simplified Arabic" w:cs="Simplified Arabic" w:hint="cs"/>
          <w:sz w:val="28"/>
          <w:szCs w:val="28"/>
          <w:rtl/>
        </w:rPr>
        <w:t xml:space="preserve"> .</w:t>
      </w:r>
    </w:p>
    <w:p w14:paraId="000E57FD" w14:textId="283D242E" w:rsidR="00714C4E" w:rsidRDefault="00ED19AA" w:rsidP="00086701">
      <w:pPr>
        <w:pStyle w:val="ListParagraph"/>
        <w:numPr>
          <w:ilvl w:val="0"/>
          <w:numId w:val="61"/>
        </w:numPr>
        <w:bidi/>
        <w:spacing w:after="224" w:line="360" w:lineRule="auto"/>
        <w:ind w:right="48"/>
        <w:rPr>
          <w:rFonts w:ascii="Simplified Arabic" w:hAnsi="Simplified Arabic" w:cs="Simplified Arabic"/>
          <w:sz w:val="28"/>
          <w:szCs w:val="28"/>
        </w:rPr>
      </w:pPr>
      <w:r w:rsidRPr="00ED19AA">
        <w:rPr>
          <w:rFonts w:ascii="Simplified Arabic" w:hAnsi="Simplified Arabic" w:cs="Simplified Arabic"/>
          <w:sz w:val="28"/>
          <w:szCs w:val="28"/>
          <w:rtl/>
        </w:rPr>
        <w:t>تُعتبر أساسًا للمؤسسات التي تسعى لتحقيق ميزة تنافسية مستدام</w:t>
      </w:r>
      <w:r>
        <w:rPr>
          <w:rFonts w:ascii="Simplified Arabic" w:hAnsi="Simplified Arabic" w:cs="Simplified Arabic" w:hint="cs"/>
          <w:sz w:val="28"/>
          <w:szCs w:val="28"/>
          <w:rtl/>
        </w:rPr>
        <w:t>ة .</w:t>
      </w:r>
    </w:p>
    <w:p w14:paraId="7DFF4920" w14:textId="77777777" w:rsidR="006765EB" w:rsidRDefault="006765EB" w:rsidP="006765EB">
      <w:pPr>
        <w:pStyle w:val="ListParagraph"/>
        <w:bidi/>
        <w:spacing w:after="224" w:line="360" w:lineRule="auto"/>
        <w:ind w:left="810" w:right="48"/>
        <w:rPr>
          <w:rFonts w:ascii="Simplified Arabic" w:hAnsi="Simplified Arabic" w:cs="Simplified Arabic"/>
          <w:sz w:val="28"/>
          <w:szCs w:val="28"/>
          <w:rtl/>
        </w:rPr>
      </w:pPr>
    </w:p>
    <w:p w14:paraId="72D29E7C" w14:textId="77777777" w:rsidR="006765EB" w:rsidRDefault="006765EB" w:rsidP="006765EB">
      <w:pPr>
        <w:pStyle w:val="ListParagraph"/>
        <w:bidi/>
        <w:spacing w:after="224" w:line="360" w:lineRule="auto"/>
        <w:ind w:left="810" w:right="48"/>
        <w:rPr>
          <w:rFonts w:ascii="Simplified Arabic" w:hAnsi="Simplified Arabic" w:cs="Simplified Arabic"/>
          <w:sz w:val="28"/>
          <w:szCs w:val="28"/>
          <w:rtl/>
        </w:rPr>
      </w:pPr>
    </w:p>
    <w:p w14:paraId="29A3E6C3" w14:textId="77777777" w:rsidR="006765EB" w:rsidRDefault="006765EB" w:rsidP="006765EB">
      <w:pPr>
        <w:pStyle w:val="ListParagraph"/>
        <w:bidi/>
        <w:spacing w:after="224" w:line="360" w:lineRule="auto"/>
        <w:ind w:left="810" w:right="48"/>
        <w:rPr>
          <w:rFonts w:ascii="Simplified Arabic" w:hAnsi="Simplified Arabic" w:cs="Simplified Arabic"/>
          <w:sz w:val="28"/>
          <w:szCs w:val="28"/>
          <w:rtl/>
        </w:rPr>
      </w:pPr>
    </w:p>
    <w:p w14:paraId="7F99DE6E" w14:textId="77777777" w:rsidR="006765EB" w:rsidRDefault="006765EB" w:rsidP="006765EB">
      <w:pPr>
        <w:pStyle w:val="ListParagraph"/>
        <w:bidi/>
        <w:spacing w:after="224" w:line="360" w:lineRule="auto"/>
        <w:ind w:left="810" w:right="48"/>
        <w:rPr>
          <w:rFonts w:ascii="Simplified Arabic" w:hAnsi="Simplified Arabic" w:cs="Simplified Arabic"/>
          <w:sz w:val="28"/>
          <w:szCs w:val="28"/>
          <w:rtl/>
        </w:rPr>
      </w:pPr>
    </w:p>
    <w:p w14:paraId="3EB2E4C5" w14:textId="77777777" w:rsidR="006765EB" w:rsidRDefault="006765EB" w:rsidP="006765EB">
      <w:pPr>
        <w:pStyle w:val="ListParagraph"/>
        <w:bidi/>
        <w:spacing w:after="224" w:line="360" w:lineRule="auto"/>
        <w:ind w:left="810" w:right="48"/>
        <w:rPr>
          <w:rFonts w:ascii="Simplified Arabic" w:hAnsi="Simplified Arabic" w:cs="Simplified Arabic"/>
          <w:sz w:val="28"/>
          <w:szCs w:val="28"/>
        </w:rPr>
      </w:pPr>
    </w:p>
    <w:p w14:paraId="7584CEFF" w14:textId="73070C95" w:rsidR="00ED19AA" w:rsidRPr="000278EE" w:rsidRDefault="00850DC3" w:rsidP="00086701">
      <w:pPr>
        <w:pStyle w:val="ListParagraph"/>
        <w:numPr>
          <w:ilvl w:val="0"/>
          <w:numId w:val="52"/>
        </w:numPr>
        <w:bidi/>
        <w:spacing w:after="224" w:line="360" w:lineRule="auto"/>
        <w:ind w:right="48"/>
        <w:rPr>
          <w:rFonts w:ascii="Simplified Arabic" w:hAnsi="Simplified Arabic" w:cs="Simplified Arabic"/>
          <w:b/>
          <w:bCs/>
          <w:color w:val="4F81BD" w:themeColor="accent1"/>
          <w:sz w:val="28"/>
          <w:szCs w:val="28"/>
        </w:rPr>
      </w:pPr>
      <w:r w:rsidRPr="000278EE">
        <w:rPr>
          <w:rFonts w:ascii="Simplified Arabic" w:hAnsi="Simplified Arabic" w:cs="Simplified Arabic" w:hint="cs"/>
          <w:b/>
          <w:bCs/>
          <w:color w:val="4F81BD" w:themeColor="accent1"/>
          <w:sz w:val="28"/>
          <w:szCs w:val="28"/>
          <w:rtl/>
        </w:rPr>
        <w:t>نظ</w:t>
      </w:r>
      <w:r w:rsidRPr="000278EE">
        <w:rPr>
          <w:rFonts w:ascii="Simplified Arabic" w:hAnsi="Simplified Arabic" w:cs="Simplified Arabic"/>
          <w:b/>
          <w:bCs/>
          <w:color w:val="4F81BD" w:themeColor="accent1"/>
          <w:sz w:val="28"/>
          <w:szCs w:val="28"/>
          <w:rtl/>
        </w:rPr>
        <w:t>رية الثقافة التنظيمية</w:t>
      </w:r>
      <w:r w:rsidRPr="000278EE">
        <w:rPr>
          <w:rFonts w:ascii="Simplified Arabic" w:hAnsi="Simplified Arabic" w:cs="Simplified Arabic" w:hint="cs"/>
          <w:b/>
          <w:bCs/>
          <w:color w:val="4F81BD" w:themeColor="accent1"/>
          <w:sz w:val="28"/>
          <w:szCs w:val="28"/>
          <w:rtl/>
        </w:rPr>
        <w:t xml:space="preserve"> </w:t>
      </w:r>
      <w:r w:rsidR="006765EB" w:rsidRPr="000278EE">
        <w:rPr>
          <w:rFonts w:ascii="Simplified Arabic" w:hAnsi="Simplified Arabic" w:cs="Simplified Arabic"/>
          <w:b/>
          <w:bCs/>
          <w:color w:val="4F81BD" w:themeColor="accent1"/>
          <w:sz w:val="28"/>
          <w:szCs w:val="28"/>
        </w:rPr>
        <w:t>(Organizational Culture Theory)</w:t>
      </w:r>
      <w:r w:rsidR="006765EB" w:rsidRPr="000278EE">
        <w:rPr>
          <w:rFonts w:ascii="Simplified Arabic" w:hAnsi="Simplified Arabic" w:cs="Simplified Arabic" w:hint="cs"/>
          <w:b/>
          <w:bCs/>
          <w:color w:val="4F81BD" w:themeColor="accent1"/>
          <w:sz w:val="28"/>
          <w:szCs w:val="28"/>
          <w:rtl/>
        </w:rPr>
        <w:t xml:space="preserve"> </w:t>
      </w:r>
    </w:p>
    <w:p w14:paraId="2CD7409F" w14:textId="298F5DFE" w:rsidR="006765EB" w:rsidRDefault="006765EB" w:rsidP="00086701">
      <w:pPr>
        <w:pStyle w:val="ListParagraph"/>
        <w:numPr>
          <w:ilvl w:val="0"/>
          <w:numId w:val="62"/>
        </w:numPr>
        <w:bidi/>
        <w:spacing w:after="224" w:line="360" w:lineRule="auto"/>
        <w:ind w:right="48"/>
        <w:rPr>
          <w:rFonts w:ascii="Simplified Arabic" w:hAnsi="Simplified Arabic" w:cs="Simplified Arabic"/>
          <w:sz w:val="28"/>
          <w:szCs w:val="28"/>
        </w:rPr>
      </w:pPr>
      <w:r w:rsidRPr="006765EB">
        <w:rPr>
          <w:rFonts w:ascii="Simplified Arabic" w:hAnsi="Simplified Arabic" w:cs="Simplified Arabic"/>
          <w:sz w:val="28"/>
          <w:szCs w:val="28"/>
          <w:rtl/>
        </w:rPr>
        <w:t>تركز على أهمية الثقافة داخل المؤسسة في توجيه سلوكيات الموظفين</w:t>
      </w:r>
      <w:r>
        <w:rPr>
          <w:rFonts w:ascii="Simplified Arabic" w:hAnsi="Simplified Arabic" w:cs="Simplified Arabic" w:hint="cs"/>
          <w:sz w:val="28"/>
          <w:szCs w:val="28"/>
          <w:rtl/>
        </w:rPr>
        <w:t xml:space="preserve"> </w:t>
      </w:r>
    </w:p>
    <w:p w14:paraId="6482EADE" w14:textId="0C6A33EB" w:rsidR="006765EB" w:rsidRDefault="00467C2C" w:rsidP="00086701">
      <w:pPr>
        <w:pStyle w:val="ListParagraph"/>
        <w:numPr>
          <w:ilvl w:val="0"/>
          <w:numId w:val="62"/>
        </w:numPr>
        <w:bidi/>
        <w:spacing w:after="224" w:line="360" w:lineRule="auto"/>
        <w:ind w:right="48"/>
        <w:rPr>
          <w:rFonts w:ascii="Simplified Arabic" w:hAnsi="Simplified Arabic" w:cs="Simplified Arabic"/>
          <w:sz w:val="28"/>
          <w:szCs w:val="28"/>
        </w:rPr>
      </w:pPr>
      <w:r w:rsidRPr="00467C2C">
        <w:rPr>
          <w:rFonts w:ascii="Simplified Arabic" w:hAnsi="Simplified Arabic" w:cs="Simplified Arabic"/>
          <w:sz w:val="28"/>
          <w:szCs w:val="28"/>
          <w:rtl/>
        </w:rPr>
        <w:t>تُسهم الثقافة الإيجابية في تعزيز الالتزام والانضباط الوظيفي</w:t>
      </w:r>
      <w:r>
        <w:rPr>
          <w:rFonts w:ascii="Simplified Arabic" w:hAnsi="Simplified Arabic" w:cs="Simplified Arabic" w:hint="cs"/>
          <w:sz w:val="28"/>
          <w:szCs w:val="28"/>
          <w:rtl/>
        </w:rPr>
        <w:t xml:space="preserve">. </w:t>
      </w:r>
    </w:p>
    <w:p w14:paraId="06E56B62" w14:textId="0CD8F37D" w:rsidR="00467C2C" w:rsidRDefault="004C1B6A" w:rsidP="00086701">
      <w:pPr>
        <w:pStyle w:val="ListParagraph"/>
        <w:numPr>
          <w:ilvl w:val="0"/>
          <w:numId w:val="62"/>
        </w:numPr>
        <w:bidi/>
        <w:spacing w:after="224" w:line="360" w:lineRule="auto"/>
        <w:ind w:right="48"/>
        <w:rPr>
          <w:rFonts w:ascii="Simplified Arabic" w:hAnsi="Simplified Arabic" w:cs="Simplified Arabic"/>
          <w:sz w:val="28"/>
          <w:szCs w:val="28"/>
        </w:rPr>
      </w:pPr>
      <w:r w:rsidRPr="004C1B6A">
        <w:rPr>
          <w:rFonts w:ascii="Simplified Arabic" w:hAnsi="Simplified Arabic" w:cs="Simplified Arabic"/>
          <w:sz w:val="28"/>
          <w:szCs w:val="28"/>
          <w:rtl/>
        </w:rPr>
        <w:t>تشجع على التعاون بين الأفراد والفرق لتحقيق الأهداف المشتركة</w:t>
      </w:r>
      <w:r>
        <w:rPr>
          <w:rFonts w:ascii="Simplified Arabic" w:hAnsi="Simplified Arabic" w:cs="Simplified Arabic" w:hint="cs"/>
          <w:sz w:val="28"/>
          <w:szCs w:val="28"/>
          <w:rtl/>
        </w:rPr>
        <w:t xml:space="preserve"> .</w:t>
      </w:r>
    </w:p>
    <w:p w14:paraId="2DA32309" w14:textId="1A28D066" w:rsidR="004C1B6A" w:rsidRDefault="004C1B6A" w:rsidP="00086701">
      <w:pPr>
        <w:pStyle w:val="ListParagraph"/>
        <w:numPr>
          <w:ilvl w:val="0"/>
          <w:numId w:val="62"/>
        </w:numPr>
        <w:bidi/>
        <w:spacing w:after="224" w:line="360" w:lineRule="auto"/>
        <w:ind w:right="48"/>
        <w:rPr>
          <w:rFonts w:ascii="Simplified Arabic" w:hAnsi="Simplified Arabic" w:cs="Simplified Arabic"/>
          <w:sz w:val="28"/>
          <w:szCs w:val="28"/>
        </w:rPr>
      </w:pPr>
      <w:r>
        <w:rPr>
          <w:rFonts w:ascii="Simplified Arabic" w:hAnsi="Simplified Arabic" w:cs="Simplified Arabic" w:hint="cs"/>
          <w:sz w:val="28"/>
          <w:szCs w:val="28"/>
          <w:rtl/>
        </w:rPr>
        <w:t>ت</w:t>
      </w:r>
      <w:r w:rsidRPr="004C1B6A">
        <w:rPr>
          <w:rFonts w:ascii="Simplified Arabic" w:hAnsi="Simplified Arabic" w:cs="Simplified Arabic"/>
          <w:sz w:val="28"/>
          <w:szCs w:val="28"/>
          <w:rtl/>
        </w:rPr>
        <w:t>عتبر أداة مهمة لدعم التنظيم الفعّال وزيادة الإنتاجية</w:t>
      </w:r>
      <w:r>
        <w:rPr>
          <w:rFonts w:ascii="Simplified Arabic" w:hAnsi="Simplified Arabic" w:cs="Simplified Arabic" w:hint="cs"/>
          <w:sz w:val="28"/>
          <w:szCs w:val="28"/>
          <w:rtl/>
        </w:rPr>
        <w:t xml:space="preserve"> .</w:t>
      </w:r>
    </w:p>
    <w:p w14:paraId="4A971E9C" w14:textId="3BAD9454" w:rsidR="00D27ACC" w:rsidRDefault="002D1C15" w:rsidP="00086701">
      <w:pPr>
        <w:pStyle w:val="ListParagraph"/>
        <w:numPr>
          <w:ilvl w:val="0"/>
          <w:numId w:val="62"/>
        </w:numPr>
        <w:bidi/>
        <w:spacing w:after="224" w:line="360" w:lineRule="auto"/>
        <w:ind w:right="48"/>
        <w:rPr>
          <w:rFonts w:ascii="Simplified Arabic" w:hAnsi="Simplified Arabic" w:cs="Simplified Arabic"/>
          <w:sz w:val="28"/>
          <w:szCs w:val="28"/>
        </w:rPr>
      </w:pPr>
      <w:r w:rsidRPr="002D1C15">
        <w:rPr>
          <w:rFonts w:ascii="Simplified Arabic" w:hAnsi="Simplified Arabic" w:cs="Simplified Arabic"/>
          <w:sz w:val="28"/>
          <w:szCs w:val="28"/>
          <w:rtl/>
        </w:rPr>
        <w:t>تُسهم في بناء بيئة عمل محفزة ومستقرة تساعد على الابتكار والاستمرارية</w:t>
      </w:r>
      <w:r>
        <w:rPr>
          <w:rFonts w:ascii="Simplified Arabic" w:hAnsi="Simplified Arabic" w:cs="Simplified Arabic" w:hint="cs"/>
          <w:sz w:val="28"/>
          <w:szCs w:val="28"/>
          <w:rtl/>
        </w:rPr>
        <w:t xml:space="preserve"> .</w:t>
      </w:r>
    </w:p>
    <w:p w14:paraId="16459AB8" w14:textId="77777777" w:rsidR="00DA19BF" w:rsidRDefault="00DA19BF" w:rsidP="00DA19BF">
      <w:pPr>
        <w:pStyle w:val="ListParagraph"/>
        <w:bidi/>
        <w:spacing w:after="224" w:line="360" w:lineRule="auto"/>
        <w:ind w:left="900" w:right="48"/>
        <w:rPr>
          <w:rFonts w:ascii="Simplified Arabic" w:hAnsi="Simplified Arabic" w:cs="Simplified Arabic"/>
          <w:sz w:val="28"/>
          <w:szCs w:val="28"/>
          <w:rtl/>
        </w:rPr>
      </w:pPr>
    </w:p>
    <w:p w14:paraId="37B82B04" w14:textId="77777777" w:rsidR="00163A05" w:rsidRPr="002D1C15" w:rsidRDefault="00163A05" w:rsidP="00163A05">
      <w:pPr>
        <w:pStyle w:val="ListParagraph"/>
        <w:bidi/>
        <w:spacing w:after="224" w:line="360" w:lineRule="auto"/>
        <w:ind w:left="900" w:right="48"/>
        <w:rPr>
          <w:rFonts w:ascii="Simplified Arabic" w:hAnsi="Simplified Arabic" w:cs="Simplified Arabic"/>
          <w:sz w:val="28"/>
          <w:szCs w:val="28"/>
        </w:rPr>
      </w:pPr>
    </w:p>
    <w:p w14:paraId="3FE53A66" w14:textId="43DF0FEF" w:rsidR="00790D79" w:rsidRDefault="00DA6A8F" w:rsidP="00922BD4">
      <w:pPr>
        <w:spacing w:after="224" w:line="259" w:lineRule="auto"/>
        <w:ind w:right="48"/>
        <w:jc w:val="right"/>
        <w:rPr>
          <w:b/>
          <w:bCs/>
          <w:sz w:val="32"/>
          <w:szCs w:val="32"/>
          <w:rtl/>
        </w:rPr>
      </w:pPr>
      <w:r w:rsidRPr="009F2745">
        <w:rPr>
          <w:b/>
          <w:bCs/>
          <w:sz w:val="32"/>
          <w:szCs w:val="32"/>
          <w:rtl/>
        </w:rPr>
        <w:t>أهداف الدراسة</w:t>
      </w:r>
      <w:r w:rsidRPr="009F2745">
        <w:rPr>
          <w:rFonts w:hint="cs"/>
          <w:b/>
          <w:bCs/>
          <w:sz w:val="32"/>
          <w:szCs w:val="32"/>
          <w:rtl/>
        </w:rPr>
        <w:t xml:space="preserve"> </w:t>
      </w:r>
      <w:r w:rsidRPr="00922BD4">
        <w:rPr>
          <w:rFonts w:hint="cs"/>
          <w:b/>
          <w:bCs/>
          <w:sz w:val="32"/>
          <w:szCs w:val="32"/>
          <w:rtl/>
        </w:rPr>
        <w:t xml:space="preserve">: </w:t>
      </w:r>
    </w:p>
    <w:p w14:paraId="795FB93D" w14:textId="77777777" w:rsidR="00922BD4" w:rsidRDefault="00922BD4" w:rsidP="00922BD4">
      <w:pPr>
        <w:spacing w:after="224" w:line="259" w:lineRule="auto"/>
        <w:ind w:right="48"/>
        <w:jc w:val="right"/>
        <w:rPr>
          <w:b/>
          <w:bCs/>
          <w:sz w:val="32"/>
          <w:szCs w:val="32"/>
          <w:rtl/>
        </w:rPr>
      </w:pPr>
    </w:p>
    <w:p w14:paraId="03E6CD97" w14:textId="4F2D7287" w:rsidR="00A12060" w:rsidRPr="00610051" w:rsidRDefault="002D1E0A" w:rsidP="00610051">
      <w:pPr>
        <w:jc w:val="right"/>
        <w:rPr>
          <w:rtl/>
        </w:rPr>
      </w:pPr>
      <w:r w:rsidRPr="002D1E0A">
        <w:rPr>
          <w:rFonts w:ascii="Simplified Arabic" w:hAnsi="Simplified Arabic" w:cs="Simplified Arabic" w:hint="cs"/>
          <w:sz w:val="28"/>
          <w:szCs w:val="28"/>
          <w:rtl/>
        </w:rPr>
        <w:t>تهدف</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هذه</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الدراسة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إلى</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تحقيق</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مجموعة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من</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الأهداف</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التي</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تسعى</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إلى</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تعميق</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الفهم</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للعلاقة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بين</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تنظيم</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العمل</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وإدارة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الوقت</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ومستوى</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الإنتاجية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في</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بيئة</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العمل،</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وذلك</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من</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خلال</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الجوانب</w:t>
      </w:r>
      <w:r w:rsidRPr="002D1E0A">
        <w:rPr>
          <w:rFonts w:ascii="Simplified Arabic" w:hAnsi="Simplified Arabic" w:cs="Simplified Arabic"/>
          <w:sz w:val="28"/>
          <w:szCs w:val="28"/>
          <w:rtl/>
        </w:rPr>
        <w:t xml:space="preserve"> </w:t>
      </w:r>
      <w:r w:rsidRPr="002D1E0A">
        <w:rPr>
          <w:rFonts w:ascii="Simplified Arabic" w:hAnsi="Simplified Arabic" w:cs="Simplified Arabic" w:hint="cs"/>
          <w:sz w:val="28"/>
          <w:szCs w:val="28"/>
          <w:rtl/>
        </w:rPr>
        <w:t xml:space="preserve">التالية </w:t>
      </w:r>
      <w:r>
        <w:rPr>
          <w:rFonts w:cs="Arial" w:hint="cs"/>
          <w:rtl/>
        </w:rPr>
        <w:t>:</w:t>
      </w:r>
      <w:r>
        <w:t xml:space="preserve"> </w:t>
      </w:r>
    </w:p>
    <w:p w14:paraId="08601A2F" w14:textId="776145BE" w:rsidR="005379F4" w:rsidRPr="00610051" w:rsidRDefault="00B471A7" w:rsidP="00086701">
      <w:pPr>
        <w:pStyle w:val="ListParagraph"/>
        <w:numPr>
          <w:ilvl w:val="0"/>
          <w:numId w:val="12"/>
        </w:numPr>
        <w:bidi/>
        <w:spacing w:after="160" w:line="360" w:lineRule="auto"/>
        <w:rPr>
          <w:rFonts w:ascii="Simplified Arabic" w:hAnsi="Simplified Arabic" w:cs="Simplified Arabic"/>
          <w:sz w:val="28"/>
          <w:szCs w:val="28"/>
        </w:rPr>
      </w:pPr>
      <w:r>
        <w:rPr>
          <w:rFonts w:hint="cs"/>
          <w:b/>
          <w:bCs/>
          <w:sz w:val="28"/>
          <w:szCs w:val="28"/>
          <w:rtl/>
        </w:rPr>
        <w:t xml:space="preserve"> </w:t>
      </w:r>
      <w:r w:rsidRPr="00610051">
        <w:rPr>
          <w:rFonts w:ascii="Simplified Arabic" w:hAnsi="Simplified Arabic" w:cs="Simplified Arabic" w:hint="cs"/>
          <w:sz w:val="28"/>
          <w:szCs w:val="28"/>
          <w:rtl/>
        </w:rPr>
        <w:t>تحليل</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العلاقة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التفاعلية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بين</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تنظيم</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العمل</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وإدارة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الوقت</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والإنتاجية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في</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بيئات</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العمل</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المختلفة،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مع</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تحديد</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مدى</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تأثير</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كل</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عامل</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على</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الآخر</w:t>
      </w:r>
    </w:p>
    <w:p w14:paraId="18BC7693" w14:textId="08DA1DD6" w:rsidR="005379F4" w:rsidRPr="00610051" w:rsidRDefault="00B471A7" w:rsidP="00086701">
      <w:pPr>
        <w:pStyle w:val="ListParagraph"/>
        <w:numPr>
          <w:ilvl w:val="0"/>
          <w:numId w:val="12"/>
        </w:numPr>
        <w:bidi/>
        <w:spacing w:after="160" w:line="360" w:lineRule="auto"/>
        <w:rPr>
          <w:rFonts w:ascii="Simplified Arabic" w:hAnsi="Simplified Arabic" w:cs="Simplified Arabic"/>
          <w:sz w:val="28"/>
          <w:szCs w:val="28"/>
        </w:rPr>
      </w:pPr>
      <w:r w:rsidRPr="00610051">
        <w:rPr>
          <w:rFonts w:ascii="Simplified Arabic" w:hAnsi="Simplified Arabic" w:cs="Simplified Arabic" w:hint="cs"/>
          <w:sz w:val="28"/>
          <w:szCs w:val="28"/>
          <w:rtl/>
        </w:rPr>
        <w:t xml:space="preserve"> </w:t>
      </w:r>
      <w:r w:rsidR="0057461D" w:rsidRPr="00610051">
        <w:rPr>
          <w:rFonts w:ascii="Simplified Arabic" w:hAnsi="Simplified Arabic" w:cs="Simplified Arabic" w:hint="cs"/>
          <w:sz w:val="28"/>
          <w:szCs w:val="28"/>
          <w:rtl/>
        </w:rPr>
        <w:t>تحديد</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أبرز</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مظاهر</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القصور</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في</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تطبيق</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مبادئ</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التنظيم</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والإدارة</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الزمنية</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داخل</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المؤسسات</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الحديثة،</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واقتراح</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حلول</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عملية</w:t>
      </w:r>
      <w:r w:rsidR="0057461D" w:rsidRPr="00610051">
        <w:rPr>
          <w:rFonts w:ascii="Simplified Arabic" w:hAnsi="Simplified Arabic" w:cs="Simplified Arabic"/>
          <w:sz w:val="28"/>
          <w:szCs w:val="28"/>
          <w:rtl/>
        </w:rPr>
        <w:t xml:space="preserve"> </w:t>
      </w:r>
      <w:r w:rsidR="0057461D" w:rsidRPr="00610051">
        <w:rPr>
          <w:rFonts w:ascii="Simplified Arabic" w:hAnsi="Simplified Arabic" w:cs="Simplified Arabic" w:hint="cs"/>
          <w:sz w:val="28"/>
          <w:szCs w:val="28"/>
          <w:rtl/>
        </w:rPr>
        <w:t>لمعالجتها</w:t>
      </w:r>
      <w:r w:rsidR="005379F4" w:rsidRPr="00610051">
        <w:rPr>
          <w:rFonts w:ascii="Simplified Arabic" w:hAnsi="Simplified Arabic" w:cs="Simplified Arabic"/>
          <w:sz w:val="28"/>
          <w:szCs w:val="28"/>
        </w:rPr>
        <w:t>.</w:t>
      </w:r>
    </w:p>
    <w:p w14:paraId="111DAB77" w14:textId="2B8AAB36" w:rsidR="005379F4" w:rsidRDefault="00014134" w:rsidP="00086701">
      <w:pPr>
        <w:pStyle w:val="ListParagraph"/>
        <w:numPr>
          <w:ilvl w:val="0"/>
          <w:numId w:val="12"/>
        </w:numPr>
        <w:bidi/>
        <w:spacing w:after="160" w:line="360" w:lineRule="auto"/>
        <w:rPr>
          <w:rFonts w:ascii="Simplified Arabic" w:hAnsi="Simplified Arabic" w:cs="Simplified Arabic"/>
          <w:sz w:val="28"/>
          <w:szCs w:val="28"/>
        </w:rPr>
      </w:pPr>
      <w:r w:rsidRPr="00610051">
        <w:rPr>
          <w:rFonts w:ascii="Simplified Arabic" w:hAnsi="Simplified Arabic" w:cs="Simplified Arabic" w:hint="cs"/>
          <w:sz w:val="28"/>
          <w:szCs w:val="28"/>
          <w:rtl/>
        </w:rPr>
        <w:t>استعراض</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الأطر</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النظرية</w:t>
      </w:r>
      <w:r w:rsidRPr="00610051">
        <w:rPr>
          <w:rFonts w:ascii="Simplified Arabic" w:hAnsi="Simplified Arabic" w:cs="Simplified Arabic"/>
          <w:sz w:val="28"/>
          <w:szCs w:val="28"/>
        </w:rPr>
        <w:t xml:space="preserve"> </w:t>
      </w:r>
      <w:r w:rsidRPr="003D409B">
        <w:rPr>
          <w:rFonts w:asciiTheme="majorBidi" w:hAnsiTheme="majorBidi" w:cstheme="majorBidi"/>
          <w:sz w:val="28"/>
          <w:szCs w:val="28"/>
        </w:rPr>
        <w:t>(</w:t>
      </w:r>
      <w:r w:rsidR="003D409B" w:rsidRPr="003D409B">
        <w:rPr>
          <w:rFonts w:asciiTheme="majorBidi" w:hAnsiTheme="majorBidi" w:cstheme="majorBidi"/>
          <w:sz w:val="28"/>
          <w:szCs w:val="28"/>
        </w:rPr>
        <w:t>Theoretical</w:t>
      </w:r>
      <w:r w:rsidRPr="003D409B">
        <w:rPr>
          <w:rFonts w:asciiTheme="majorBidi" w:hAnsiTheme="majorBidi" w:cstheme="majorBidi"/>
          <w:sz w:val="28"/>
          <w:szCs w:val="28"/>
        </w:rPr>
        <w:t xml:space="preserve"> </w:t>
      </w:r>
      <w:r w:rsidR="003D409B" w:rsidRPr="003D409B">
        <w:rPr>
          <w:rFonts w:asciiTheme="majorBidi" w:hAnsiTheme="majorBidi" w:cstheme="majorBidi"/>
          <w:sz w:val="28"/>
          <w:szCs w:val="28"/>
        </w:rPr>
        <w:t>Frameworks</w:t>
      </w:r>
      <w:r w:rsidRPr="00610051">
        <w:rPr>
          <w:rFonts w:ascii="Simplified Arabic" w:hAnsi="Simplified Arabic" w:cs="Simplified Arabic"/>
          <w:sz w:val="28"/>
          <w:szCs w:val="28"/>
        </w:rPr>
        <w:t xml:space="preserve">) </w:t>
      </w:r>
      <w:r w:rsidRPr="00610051">
        <w:rPr>
          <w:rFonts w:ascii="Simplified Arabic" w:hAnsi="Simplified Arabic" w:cs="Simplified Arabic" w:hint="cs"/>
          <w:sz w:val="28"/>
          <w:szCs w:val="28"/>
          <w:rtl/>
        </w:rPr>
        <w:t>التي</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تناولت</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مفاهيم</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التنظيم</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وإدارة</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الوقت،</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وربطها</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بالجانب</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التطبيقي</w:t>
      </w:r>
      <w:r w:rsidRPr="00610051">
        <w:rPr>
          <w:rFonts w:ascii="Simplified Arabic" w:hAnsi="Simplified Arabic" w:cs="Simplified Arabic"/>
          <w:sz w:val="28"/>
          <w:szCs w:val="28"/>
          <w:rtl/>
        </w:rPr>
        <w:t xml:space="preserve"> </w:t>
      </w:r>
      <w:r w:rsidRPr="00610051">
        <w:rPr>
          <w:rFonts w:ascii="Simplified Arabic" w:hAnsi="Simplified Arabic" w:cs="Simplified Arabic" w:hint="cs"/>
          <w:sz w:val="28"/>
          <w:szCs w:val="28"/>
          <w:rtl/>
        </w:rPr>
        <w:t>الميداني</w:t>
      </w:r>
      <w:r w:rsidR="005379F4" w:rsidRPr="00610051">
        <w:rPr>
          <w:rFonts w:ascii="Simplified Arabic" w:hAnsi="Simplified Arabic" w:cs="Simplified Arabic"/>
          <w:sz w:val="28"/>
          <w:szCs w:val="28"/>
        </w:rPr>
        <w:t>.</w:t>
      </w:r>
    </w:p>
    <w:p w14:paraId="26D81EE7" w14:textId="77777777" w:rsidR="00A4314A" w:rsidRPr="00610051" w:rsidRDefault="00A4314A" w:rsidP="00A4314A">
      <w:pPr>
        <w:pStyle w:val="ListParagraph"/>
        <w:bidi/>
        <w:spacing w:after="160" w:line="278" w:lineRule="auto"/>
        <w:rPr>
          <w:rFonts w:ascii="Simplified Arabic" w:hAnsi="Simplified Arabic" w:cs="Simplified Arabic"/>
          <w:sz w:val="28"/>
          <w:szCs w:val="28"/>
        </w:rPr>
      </w:pPr>
    </w:p>
    <w:p w14:paraId="1FD0D89E" w14:textId="77777777" w:rsidR="000644A6" w:rsidRPr="000644A6" w:rsidRDefault="000644A6" w:rsidP="000644A6">
      <w:pPr>
        <w:bidi/>
        <w:rPr>
          <w:rFonts w:ascii="Simplified Arabic" w:hAnsi="Simplified Arabic" w:cs="Simplified Arabic"/>
          <w:sz w:val="28"/>
          <w:szCs w:val="28"/>
          <w:rtl/>
        </w:rPr>
      </w:pPr>
    </w:p>
    <w:p w14:paraId="0DC440CA" w14:textId="29EE1CD9" w:rsidR="004E7FDE" w:rsidRPr="00233310" w:rsidRDefault="00014134" w:rsidP="00086701">
      <w:pPr>
        <w:pStyle w:val="ListParagraph"/>
        <w:numPr>
          <w:ilvl w:val="0"/>
          <w:numId w:val="12"/>
        </w:numPr>
        <w:bidi/>
        <w:spacing w:after="160" w:line="360" w:lineRule="auto"/>
        <w:rPr>
          <w:rFonts w:ascii="Simplified Arabic" w:hAnsi="Simplified Arabic" w:cs="Simplified Arabic"/>
          <w:sz w:val="28"/>
          <w:szCs w:val="28"/>
        </w:rPr>
      </w:pPr>
      <w:r w:rsidRPr="00610051">
        <w:rPr>
          <w:rFonts w:ascii="Simplified Arabic" w:hAnsi="Simplified Arabic" w:cs="Simplified Arabic" w:hint="cs"/>
          <w:sz w:val="28"/>
          <w:szCs w:val="28"/>
          <w:rtl/>
        </w:rPr>
        <w:t xml:space="preserve">  </w:t>
      </w:r>
      <w:r w:rsidR="00610051" w:rsidRPr="00610051">
        <w:rPr>
          <w:rFonts w:ascii="Simplified Arabic" w:hAnsi="Simplified Arabic" w:cs="Simplified Arabic" w:hint="cs"/>
          <w:sz w:val="28"/>
          <w:szCs w:val="28"/>
          <w:rtl/>
        </w:rPr>
        <w:t>تقديم</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نموذج</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استبيان</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افتراضي</w:t>
      </w:r>
      <w:r w:rsidR="00610051" w:rsidRPr="00610051">
        <w:rPr>
          <w:rFonts w:ascii="Simplified Arabic" w:hAnsi="Simplified Arabic" w:cs="Simplified Arabic"/>
          <w:sz w:val="28"/>
          <w:szCs w:val="28"/>
        </w:rPr>
        <w:t xml:space="preserve"> (</w:t>
      </w:r>
      <w:r w:rsidR="003D409B" w:rsidRPr="003D409B">
        <w:rPr>
          <w:rFonts w:asciiTheme="majorBidi" w:hAnsiTheme="majorBidi" w:cstheme="majorBidi"/>
          <w:sz w:val="28"/>
          <w:szCs w:val="28"/>
        </w:rPr>
        <w:t>Survey</w:t>
      </w:r>
      <w:r w:rsidR="00610051" w:rsidRPr="003D409B">
        <w:rPr>
          <w:rFonts w:asciiTheme="majorBidi" w:hAnsiTheme="majorBidi" w:cstheme="majorBidi"/>
          <w:sz w:val="28"/>
          <w:szCs w:val="28"/>
        </w:rPr>
        <w:t xml:space="preserve"> </w:t>
      </w:r>
      <w:r w:rsidR="003D409B" w:rsidRPr="003D409B">
        <w:rPr>
          <w:rFonts w:asciiTheme="majorBidi" w:hAnsiTheme="majorBidi" w:cstheme="majorBidi"/>
          <w:sz w:val="28"/>
          <w:szCs w:val="28"/>
        </w:rPr>
        <w:t>Mode</w:t>
      </w:r>
      <w:r w:rsidR="003D409B" w:rsidRPr="00610051">
        <w:rPr>
          <w:rFonts w:ascii="Simplified Arabic" w:hAnsi="Simplified Arabic" w:cs="Simplified Arabic"/>
          <w:sz w:val="28"/>
          <w:szCs w:val="28"/>
        </w:rPr>
        <w:t>l</w:t>
      </w:r>
      <w:r w:rsidR="00610051" w:rsidRPr="00610051">
        <w:rPr>
          <w:rFonts w:ascii="Simplified Arabic" w:hAnsi="Simplified Arabic" w:cs="Simplified Arabic"/>
          <w:sz w:val="28"/>
          <w:szCs w:val="28"/>
        </w:rPr>
        <w:t xml:space="preserve">) </w:t>
      </w:r>
      <w:r w:rsidR="00610051" w:rsidRPr="00610051">
        <w:rPr>
          <w:rFonts w:ascii="Simplified Arabic" w:hAnsi="Simplified Arabic" w:cs="Simplified Arabic" w:hint="cs"/>
          <w:sz w:val="28"/>
          <w:szCs w:val="28"/>
          <w:rtl/>
        </w:rPr>
        <w:t>لقياس</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مدى</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وعي</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الموظفين</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بأهمية</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التنظيم</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الزمني</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وتأثيره</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على</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أدائهم</w:t>
      </w:r>
      <w:r w:rsidR="00610051" w:rsidRPr="00610051">
        <w:rPr>
          <w:rFonts w:ascii="Simplified Arabic" w:hAnsi="Simplified Arabic" w:cs="Simplified Arabic"/>
          <w:sz w:val="28"/>
          <w:szCs w:val="28"/>
          <w:rtl/>
        </w:rPr>
        <w:t xml:space="preserve"> </w:t>
      </w:r>
      <w:r w:rsidR="00610051" w:rsidRPr="00610051">
        <w:rPr>
          <w:rFonts w:ascii="Simplified Arabic" w:hAnsi="Simplified Arabic" w:cs="Simplified Arabic" w:hint="cs"/>
          <w:sz w:val="28"/>
          <w:szCs w:val="28"/>
          <w:rtl/>
        </w:rPr>
        <w:t>المهني</w:t>
      </w:r>
      <w:r w:rsidR="005379F4" w:rsidRPr="00610051">
        <w:rPr>
          <w:rFonts w:ascii="Simplified Arabic" w:hAnsi="Simplified Arabic" w:cs="Simplified Arabic"/>
          <w:sz w:val="28"/>
          <w:szCs w:val="28"/>
        </w:rPr>
        <w:t>.</w:t>
      </w:r>
    </w:p>
    <w:p w14:paraId="501D9CFE" w14:textId="77777777" w:rsidR="004E7FDE" w:rsidRPr="001B6733" w:rsidRDefault="004E7FDE" w:rsidP="000644A6">
      <w:pPr>
        <w:pStyle w:val="ListParagraph"/>
        <w:spacing w:line="360" w:lineRule="auto"/>
        <w:rPr>
          <w:sz w:val="28"/>
          <w:szCs w:val="28"/>
          <w:rtl/>
        </w:rPr>
      </w:pPr>
    </w:p>
    <w:p w14:paraId="127148E7" w14:textId="77777777" w:rsidR="005379F4" w:rsidRPr="001B6733" w:rsidRDefault="005379F4" w:rsidP="00086701">
      <w:pPr>
        <w:pStyle w:val="ListParagraph"/>
        <w:numPr>
          <w:ilvl w:val="0"/>
          <w:numId w:val="12"/>
        </w:numPr>
        <w:bidi/>
        <w:spacing w:after="160" w:line="360" w:lineRule="auto"/>
        <w:rPr>
          <w:sz w:val="28"/>
          <w:szCs w:val="28"/>
        </w:rPr>
      </w:pPr>
      <w:r w:rsidRPr="00233310">
        <w:rPr>
          <w:sz w:val="28"/>
          <w:szCs w:val="28"/>
          <w:rtl/>
        </w:rPr>
        <w:t>تقييم أثر التنظيم الزمني على رفع كفاءة الأداء الوظيفي</w:t>
      </w:r>
      <w:r w:rsidRPr="001B6733">
        <w:rPr>
          <w:b/>
          <w:bCs/>
          <w:sz w:val="28"/>
          <w:szCs w:val="28"/>
        </w:rPr>
        <w:t xml:space="preserve"> </w:t>
      </w:r>
      <w:r w:rsidRPr="004E7FDE">
        <w:rPr>
          <w:rFonts w:asciiTheme="majorBidi" w:hAnsiTheme="majorBidi" w:cstheme="majorBidi"/>
          <w:sz w:val="28"/>
          <w:szCs w:val="28"/>
        </w:rPr>
        <w:t>(Work Performance)</w:t>
      </w:r>
      <w:r w:rsidRPr="001B6733">
        <w:rPr>
          <w:sz w:val="28"/>
          <w:szCs w:val="28"/>
        </w:rPr>
        <w:t xml:space="preserve"> </w:t>
      </w:r>
      <w:r w:rsidRPr="001B6733">
        <w:rPr>
          <w:sz w:val="28"/>
          <w:szCs w:val="28"/>
          <w:rtl/>
        </w:rPr>
        <w:t>وتحقيق رضا العاملين</w:t>
      </w:r>
      <w:r w:rsidRPr="001B6733">
        <w:rPr>
          <w:sz w:val="28"/>
          <w:szCs w:val="28"/>
        </w:rPr>
        <w:t>.</w:t>
      </w:r>
    </w:p>
    <w:p w14:paraId="1F068A1B" w14:textId="77777777" w:rsidR="005379F4" w:rsidRPr="001B6733" w:rsidRDefault="005379F4" w:rsidP="000644A6">
      <w:pPr>
        <w:pStyle w:val="ListParagraph"/>
        <w:spacing w:line="360" w:lineRule="auto"/>
        <w:rPr>
          <w:sz w:val="28"/>
          <w:szCs w:val="28"/>
          <w:rtl/>
        </w:rPr>
      </w:pPr>
    </w:p>
    <w:p w14:paraId="47A1034B" w14:textId="6BB9CC5D" w:rsidR="000644A6" w:rsidRDefault="00965A46" w:rsidP="00086701">
      <w:pPr>
        <w:pStyle w:val="ListParagraph"/>
        <w:numPr>
          <w:ilvl w:val="0"/>
          <w:numId w:val="12"/>
        </w:numPr>
        <w:bidi/>
        <w:spacing w:after="160" w:line="360" w:lineRule="auto"/>
        <w:rPr>
          <w:rFonts w:ascii="Simplified Arabic" w:hAnsi="Simplified Arabic" w:cs="Simplified Arabic"/>
          <w:sz w:val="28"/>
          <w:szCs w:val="28"/>
        </w:rPr>
      </w:pPr>
      <w:r w:rsidRPr="00965A46">
        <w:rPr>
          <w:rFonts w:ascii="Simplified Arabic" w:hAnsi="Simplified Arabic" w:cs="Simplified Arabic" w:hint="cs"/>
          <w:sz w:val="28"/>
          <w:szCs w:val="28"/>
          <w:rtl/>
        </w:rPr>
        <w:t>تقديم</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توصيات</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عملية</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للإدارات</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العليا</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حول</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كيفية</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تبني</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سياسات</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أكثر</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فعالية</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في</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تنظيم</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العمل</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وتحسين</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استغلال</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الوقت</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بما</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يضمن</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رفع</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الإنتاجية</w:t>
      </w:r>
      <w:r w:rsidRPr="00965A46">
        <w:rPr>
          <w:rFonts w:ascii="Simplified Arabic" w:hAnsi="Simplified Arabic" w:cs="Simplified Arabic"/>
          <w:sz w:val="28"/>
          <w:szCs w:val="28"/>
          <w:rtl/>
        </w:rPr>
        <w:t xml:space="preserve"> </w:t>
      </w:r>
      <w:r w:rsidRPr="00965A46">
        <w:rPr>
          <w:rFonts w:ascii="Simplified Arabic" w:hAnsi="Simplified Arabic" w:cs="Simplified Arabic" w:hint="cs"/>
          <w:sz w:val="28"/>
          <w:szCs w:val="28"/>
          <w:rtl/>
        </w:rPr>
        <w:t>والاستدامة</w:t>
      </w:r>
      <w:r w:rsidRPr="00965A46">
        <w:rPr>
          <w:rFonts w:ascii="Simplified Arabic" w:hAnsi="Simplified Arabic" w:cs="Simplified Arabic"/>
          <w:sz w:val="28"/>
          <w:szCs w:val="28"/>
        </w:rPr>
        <w:t xml:space="preserve"> .</w:t>
      </w:r>
    </w:p>
    <w:p w14:paraId="6452445A" w14:textId="77777777" w:rsidR="000644A6" w:rsidRPr="000644A6" w:rsidRDefault="000644A6" w:rsidP="000644A6">
      <w:pPr>
        <w:bidi/>
        <w:spacing w:after="160" w:line="360" w:lineRule="auto"/>
        <w:rPr>
          <w:rFonts w:ascii="Simplified Arabic" w:hAnsi="Simplified Arabic" w:cs="Simplified Arabic"/>
          <w:sz w:val="28"/>
          <w:szCs w:val="28"/>
        </w:rPr>
      </w:pPr>
    </w:p>
    <w:p w14:paraId="457C3ADD" w14:textId="308A5949" w:rsidR="00A4314A" w:rsidRPr="000644A6" w:rsidRDefault="003032C0" w:rsidP="00086701">
      <w:pPr>
        <w:pStyle w:val="ListParagraph"/>
        <w:numPr>
          <w:ilvl w:val="0"/>
          <w:numId w:val="12"/>
        </w:numPr>
        <w:bidi/>
        <w:spacing w:after="160" w:line="360" w:lineRule="auto"/>
        <w:rPr>
          <w:sz w:val="28"/>
          <w:szCs w:val="28"/>
          <w:rtl/>
        </w:rPr>
      </w:pPr>
      <w:r w:rsidRPr="00AE7EB2">
        <w:rPr>
          <w:rFonts w:ascii="Simplified Arabic" w:hAnsi="Simplified Arabic" w:cs="Simplified Arabic"/>
          <w:sz w:val="28"/>
          <w:szCs w:val="28"/>
        </w:rPr>
        <w:t xml:space="preserve">  </w:t>
      </w:r>
      <w:r w:rsidR="005379F4" w:rsidRPr="00AE7EB2">
        <w:rPr>
          <w:rFonts w:ascii="Simplified Arabic" w:hAnsi="Simplified Arabic" w:cs="Simplified Arabic" w:hint="cs"/>
          <w:sz w:val="28"/>
          <w:szCs w:val="28"/>
          <w:rtl/>
        </w:rPr>
        <w:t xml:space="preserve"> </w:t>
      </w:r>
      <w:r w:rsidR="00941F32">
        <w:rPr>
          <w:rFonts w:ascii="Simplified Arabic" w:hAnsi="Simplified Arabic" w:cs="Simplified Arabic" w:hint="cs"/>
          <w:sz w:val="28"/>
          <w:szCs w:val="28"/>
          <w:rtl/>
        </w:rPr>
        <w:t>ال</w:t>
      </w:r>
      <w:r w:rsidR="00AE7EB2">
        <w:rPr>
          <w:rFonts w:ascii="Simplified Arabic" w:hAnsi="Simplified Arabic" w:cs="Simplified Arabic" w:hint="cs"/>
          <w:sz w:val="28"/>
          <w:szCs w:val="28"/>
          <w:rtl/>
        </w:rPr>
        <w:t>م</w:t>
      </w:r>
      <w:r w:rsidR="00AE7EB2" w:rsidRPr="00AE7EB2">
        <w:rPr>
          <w:rFonts w:ascii="Simplified Arabic" w:hAnsi="Simplified Arabic" w:cs="Simplified Arabic" w:hint="cs"/>
          <w:sz w:val="28"/>
          <w:szCs w:val="28"/>
          <w:rtl/>
        </w:rPr>
        <w:t>ساهمة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في</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إثراء</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الأدبيات</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الأكاديمية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المتعلقة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بمفاهيم</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الإنتاجية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والإدارة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الزمنية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في</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بيئة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العمل</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المحلية</w:t>
      </w:r>
      <w:r w:rsidR="00AE7EB2" w:rsidRPr="00AE7EB2">
        <w:rPr>
          <w:rFonts w:ascii="Simplified Arabic" w:hAnsi="Simplified Arabic" w:cs="Simplified Arabic"/>
          <w:sz w:val="28"/>
          <w:szCs w:val="28"/>
          <w:rtl/>
        </w:rPr>
        <w:t xml:space="preserve"> </w:t>
      </w:r>
      <w:r w:rsidR="00AE7EB2" w:rsidRPr="00AE7EB2">
        <w:rPr>
          <w:rFonts w:ascii="Simplified Arabic" w:hAnsi="Simplified Arabic" w:cs="Simplified Arabic" w:hint="cs"/>
          <w:sz w:val="28"/>
          <w:szCs w:val="28"/>
          <w:rtl/>
        </w:rPr>
        <w:t>والعالمية</w:t>
      </w:r>
      <w:r w:rsidR="005379F4" w:rsidRPr="001B6733">
        <w:rPr>
          <w:rFonts w:hint="cs"/>
          <w:sz w:val="28"/>
          <w:szCs w:val="28"/>
          <w:rtl/>
        </w:rPr>
        <w:t>.</w:t>
      </w:r>
    </w:p>
    <w:p w14:paraId="5B714275" w14:textId="77777777" w:rsidR="00A4314A" w:rsidRPr="005370D3" w:rsidRDefault="00A4314A" w:rsidP="00DE4CE9">
      <w:pPr>
        <w:spacing w:after="224" w:line="259" w:lineRule="auto"/>
        <w:ind w:right="48"/>
        <w:jc w:val="right"/>
        <w:rPr>
          <w:rtl/>
        </w:rPr>
      </w:pPr>
    </w:p>
    <w:p w14:paraId="10000D4B" w14:textId="15C4D08B" w:rsidR="00790D79" w:rsidRDefault="00387F68" w:rsidP="00585068">
      <w:pPr>
        <w:bidi/>
        <w:spacing w:after="224" w:line="259" w:lineRule="auto"/>
        <w:ind w:right="48"/>
        <w:rPr>
          <w:sz w:val="28"/>
          <w:szCs w:val="28"/>
          <w:rtl/>
        </w:rPr>
      </w:pPr>
      <w:r>
        <w:rPr>
          <w:rFonts w:hint="cs"/>
          <w:sz w:val="28"/>
          <w:szCs w:val="28"/>
          <w:rtl/>
        </w:rPr>
        <w:t xml:space="preserve">أهمية الدراسة : </w:t>
      </w:r>
    </w:p>
    <w:p w14:paraId="4109C73C" w14:textId="2D6F34C7" w:rsidR="001828BF" w:rsidRDefault="004A5262" w:rsidP="000644A6">
      <w:pPr>
        <w:bidi/>
        <w:spacing w:after="224"/>
        <w:ind w:right="48"/>
        <w:rPr>
          <w:sz w:val="28"/>
          <w:szCs w:val="28"/>
          <w:rtl/>
        </w:rPr>
      </w:pPr>
      <w:r w:rsidRPr="004A5262">
        <w:rPr>
          <w:sz w:val="28"/>
          <w:szCs w:val="28"/>
          <w:rtl/>
        </w:rPr>
        <w:t>تكتسب هذه الدراسة أهميتها من الدور المحوري الذي يلعبه كلٌّ من تنظيم العمل</w:t>
      </w:r>
      <w:r w:rsidRPr="004A5262">
        <w:rPr>
          <w:sz w:val="28"/>
          <w:szCs w:val="28"/>
        </w:rPr>
        <w:t xml:space="preserve"> (Work Organization) </w:t>
      </w:r>
      <w:r w:rsidRPr="004A5262">
        <w:rPr>
          <w:sz w:val="28"/>
          <w:szCs w:val="28"/>
          <w:rtl/>
        </w:rPr>
        <w:t>وإدارة الوقت</w:t>
      </w:r>
      <w:r w:rsidRPr="004A5262">
        <w:rPr>
          <w:sz w:val="28"/>
          <w:szCs w:val="28"/>
        </w:rPr>
        <w:t xml:space="preserve"> (Time Management) </w:t>
      </w:r>
      <w:r w:rsidRPr="004A5262">
        <w:rPr>
          <w:sz w:val="28"/>
          <w:szCs w:val="28"/>
          <w:rtl/>
        </w:rPr>
        <w:t>في رفع كفاءة الأداء والإنتاجية داخل بيئات العمل الحديثة. وفي ظل التحولات السريعة التي يشهدها سوق العمل العالمي، وما يرافقها من ضغوط تنافسية وتغيرات تكنولوجية متسارعة، أصبحت المؤسسات بحاجة ماسة إلى تطوير أنظمتها الإدارية وأساليبها في التنظيم الزمني لتحقيق أفضل استثمار للموارد البشرية والمادية</w:t>
      </w:r>
      <w:r w:rsidRPr="004A5262">
        <w:rPr>
          <w:sz w:val="28"/>
          <w:szCs w:val="28"/>
        </w:rPr>
        <w:t>.</w:t>
      </w:r>
      <w:r w:rsidRPr="004A5262">
        <w:rPr>
          <w:sz w:val="28"/>
          <w:szCs w:val="28"/>
        </w:rPr>
        <w:br/>
      </w:r>
      <w:r w:rsidRPr="004A5262">
        <w:rPr>
          <w:sz w:val="28"/>
          <w:szCs w:val="28"/>
          <w:rtl/>
        </w:rPr>
        <w:t>وفيما يلي توضيح لأهم أوجه الأهمية النظرية والتطبيقية للدراسة</w:t>
      </w:r>
      <w:r w:rsidRPr="004A5262">
        <w:rPr>
          <w:sz w:val="28"/>
          <w:szCs w:val="28"/>
        </w:rPr>
        <w:t>:</w:t>
      </w:r>
    </w:p>
    <w:p w14:paraId="3C900025" w14:textId="77777777" w:rsidR="000F427A" w:rsidRDefault="000F427A" w:rsidP="000F427A">
      <w:pPr>
        <w:bidi/>
        <w:spacing w:after="224"/>
        <w:ind w:right="48"/>
        <w:rPr>
          <w:sz w:val="28"/>
          <w:szCs w:val="28"/>
        </w:rPr>
      </w:pPr>
    </w:p>
    <w:p w14:paraId="424EA290" w14:textId="77777777" w:rsidR="00330E50" w:rsidRDefault="00330E50" w:rsidP="00330E50">
      <w:pPr>
        <w:bidi/>
        <w:spacing w:after="224" w:line="259" w:lineRule="auto"/>
        <w:ind w:right="48"/>
        <w:rPr>
          <w:sz w:val="28"/>
          <w:szCs w:val="28"/>
        </w:rPr>
      </w:pPr>
    </w:p>
    <w:p w14:paraId="672502C1" w14:textId="03440D07" w:rsidR="00C279E0" w:rsidRPr="00C279E0" w:rsidRDefault="00C279E0" w:rsidP="00C279E0">
      <w:pPr>
        <w:bidi/>
        <w:spacing w:after="224" w:line="259" w:lineRule="auto"/>
        <w:ind w:right="48"/>
        <w:rPr>
          <w:b/>
          <w:bCs/>
          <w:sz w:val="28"/>
          <w:szCs w:val="28"/>
        </w:rPr>
      </w:pPr>
      <w:r w:rsidRPr="00C279E0">
        <w:rPr>
          <w:b/>
          <w:bCs/>
          <w:sz w:val="28"/>
          <w:szCs w:val="28"/>
          <w:rtl/>
        </w:rPr>
        <w:t>أولاً: الأهمية النظرية</w:t>
      </w:r>
      <w:r w:rsidRPr="00C279E0">
        <w:rPr>
          <w:b/>
          <w:bCs/>
          <w:sz w:val="28"/>
          <w:szCs w:val="28"/>
        </w:rPr>
        <w:t xml:space="preserve"> </w:t>
      </w:r>
      <w:r w:rsidRPr="00B8540D">
        <w:rPr>
          <w:rFonts w:asciiTheme="majorBidi" w:hAnsiTheme="majorBidi" w:cstheme="majorBidi"/>
          <w:sz w:val="28"/>
          <w:szCs w:val="28"/>
        </w:rPr>
        <w:t>(Theoretical Significance)</w:t>
      </w:r>
      <w:r w:rsidR="004E5B0E">
        <w:rPr>
          <w:b/>
          <w:bCs/>
          <w:sz w:val="28"/>
          <w:szCs w:val="28"/>
        </w:rPr>
        <w:t xml:space="preserve"> </w:t>
      </w:r>
    </w:p>
    <w:p w14:paraId="46E68778" w14:textId="77777777" w:rsidR="00C279E0" w:rsidRPr="00330E50" w:rsidRDefault="00C279E0" w:rsidP="00086701">
      <w:pPr>
        <w:pStyle w:val="NormalWeb"/>
        <w:numPr>
          <w:ilvl w:val="0"/>
          <w:numId w:val="13"/>
        </w:numPr>
        <w:bidi/>
        <w:rPr>
          <w:rFonts w:ascii="Simplified Arabic" w:hAnsi="Simplified Arabic" w:cs="Simplified Arabic"/>
          <w:sz w:val="28"/>
          <w:szCs w:val="28"/>
        </w:rPr>
      </w:pPr>
      <w:r w:rsidRPr="00330E50">
        <w:rPr>
          <w:rStyle w:val="Strong"/>
          <w:rFonts w:ascii="Simplified Arabic" w:hAnsi="Simplified Arabic" w:cs="Simplified Arabic"/>
          <w:sz w:val="28"/>
          <w:szCs w:val="28"/>
          <w:rtl/>
        </w:rPr>
        <w:t>إثراء المعرفة العلمية في مجال الإدارة والتنظيم</w:t>
      </w:r>
    </w:p>
    <w:p w14:paraId="14E7E621" w14:textId="77777777" w:rsidR="00C279E0" w:rsidRPr="00330E50" w:rsidRDefault="00C279E0" w:rsidP="00086701">
      <w:pPr>
        <w:pStyle w:val="NormalWeb"/>
        <w:numPr>
          <w:ilvl w:val="0"/>
          <w:numId w:val="14"/>
        </w:numPr>
        <w:bidi/>
        <w:rPr>
          <w:rFonts w:ascii="Simplified Arabic" w:hAnsi="Simplified Arabic" w:cs="Simplified Arabic"/>
          <w:sz w:val="28"/>
          <w:szCs w:val="28"/>
        </w:rPr>
      </w:pPr>
      <w:r w:rsidRPr="00330E50">
        <w:rPr>
          <w:rFonts w:ascii="Simplified Arabic" w:hAnsi="Simplified Arabic" w:cs="Simplified Arabic"/>
          <w:sz w:val="28"/>
          <w:szCs w:val="28"/>
          <w:rtl/>
        </w:rPr>
        <w:t>تُسهم هذه الدراسة في توسيع نطاق الفهم الأكاديمي للعلاقة بين تنظيم العمل وإدارة الوقت والإنتاجية، من خلال الربط بين المفاهيم النظرية والنماذج التطبيقية الحديثة</w:t>
      </w:r>
      <w:r w:rsidRPr="00330E50">
        <w:rPr>
          <w:rFonts w:ascii="Simplified Arabic" w:hAnsi="Simplified Arabic" w:cs="Simplified Arabic"/>
          <w:sz w:val="28"/>
          <w:szCs w:val="28"/>
        </w:rPr>
        <w:t>.</w:t>
      </w:r>
    </w:p>
    <w:p w14:paraId="1F744A2B" w14:textId="00756295" w:rsidR="00C279E0" w:rsidRDefault="00C279E0" w:rsidP="00086701">
      <w:pPr>
        <w:pStyle w:val="NormalWeb"/>
        <w:numPr>
          <w:ilvl w:val="0"/>
          <w:numId w:val="14"/>
        </w:numPr>
        <w:bidi/>
        <w:rPr>
          <w:rFonts w:ascii="Simplified Arabic" w:hAnsi="Simplified Arabic" w:cs="Simplified Arabic"/>
          <w:sz w:val="28"/>
          <w:szCs w:val="28"/>
        </w:rPr>
      </w:pPr>
      <w:r w:rsidRPr="00330E50">
        <w:rPr>
          <w:rFonts w:ascii="Simplified Arabic" w:hAnsi="Simplified Arabic" w:cs="Simplified Arabic"/>
          <w:sz w:val="28"/>
          <w:szCs w:val="28"/>
          <w:rtl/>
        </w:rPr>
        <w:t>كما تضيف إلى الأدبيات المتخصصة في من خلال تقديم تحليل متكامل لأثر التنظيم الزمني على الأداء المؤسسي</w:t>
      </w:r>
    </w:p>
    <w:p w14:paraId="00A093D2" w14:textId="77777777" w:rsidR="00330E50" w:rsidRPr="00330E50" w:rsidRDefault="00330E50" w:rsidP="00330E50">
      <w:pPr>
        <w:pStyle w:val="NormalWeb"/>
        <w:bidi/>
        <w:ind w:left="630"/>
        <w:rPr>
          <w:rFonts w:ascii="Simplified Arabic" w:hAnsi="Simplified Arabic" w:cs="Simplified Arabic"/>
          <w:sz w:val="28"/>
          <w:szCs w:val="28"/>
        </w:rPr>
      </w:pPr>
    </w:p>
    <w:p w14:paraId="4E062063" w14:textId="091949BA" w:rsidR="00601112" w:rsidRDefault="00601112" w:rsidP="00086701">
      <w:pPr>
        <w:pStyle w:val="ListParagraph"/>
        <w:numPr>
          <w:ilvl w:val="0"/>
          <w:numId w:val="13"/>
        </w:numPr>
        <w:bidi/>
        <w:spacing w:after="224" w:line="259" w:lineRule="auto"/>
        <w:ind w:right="48"/>
        <w:rPr>
          <w:rFonts w:ascii="Times New Roman" w:eastAsia="Times New Roman" w:hAnsi="Times New Roman" w:cs="Times New Roman"/>
          <w:b/>
          <w:bCs/>
          <w:sz w:val="28"/>
          <w:szCs w:val="28"/>
        </w:rPr>
      </w:pPr>
      <w:r w:rsidRPr="000F427A">
        <w:rPr>
          <w:rFonts w:ascii="Times New Roman" w:eastAsia="Times New Roman" w:hAnsi="Times New Roman" w:cs="Times New Roman"/>
          <w:b/>
          <w:bCs/>
          <w:sz w:val="28"/>
          <w:szCs w:val="28"/>
          <w:rtl/>
        </w:rPr>
        <w:t>توضيح المفاهيم الأساسية ذات الصلة</w:t>
      </w:r>
      <w:r w:rsidR="000F427A" w:rsidRPr="000F427A">
        <w:rPr>
          <w:rFonts w:ascii="Times New Roman" w:eastAsia="Times New Roman" w:hAnsi="Times New Roman" w:cs="Times New Roman" w:hint="cs"/>
          <w:b/>
          <w:bCs/>
          <w:sz w:val="28"/>
          <w:szCs w:val="28"/>
          <w:rtl/>
        </w:rPr>
        <w:t xml:space="preserve"> :</w:t>
      </w:r>
    </w:p>
    <w:p w14:paraId="3717E6CF" w14:textId="77777777" w:rsidR="000F427A" w:rsidRPr="000F427A" w:rsidRDefault="000F427A" w:rsidP="000F427A">
      <w:pPr>
        <w:pStyle w:val="ListParagraph"/>
        <w:bidi/>
        <w:spacing w:after="224" w:line="259" w:lineRule="auto"/>
        <w:ind w:right="48"/>
        <w:rPr>
          <w:rFonts w:ascii="Times New Roman" w:eastAsia="Times New Roman" w:hAnsi="Times New Roman" w:cs="Times New Roman"/>
          <w:b/>
          <w:bCs/>
          <w:sz w:val="28"/>
          <w:szCs w:val="28"/>
        </w:rPr>
      </w:pPr>
    </w:p>
    <w:p w14:paraId="5C154FF4" w14:textId="44576AAC" w:rsidR="00601112" w:rsidRPr="00EA0B99" w:rsidRDefault="00601112" w:rsidP="00086701">
      <w:pPr>
        <w:numPr>
          <w:ilvl w:val="0"/>
          <w:numId w:val="15"/>
        </w:numPr>
        <w:bidi/>
        <w:spacing w:after="224" w:line="259" w:lineRule="auto"/>
        <w:ind w:right="48"/>
        <w:rPr>
          <w:rFonts w:ascii="Times New Roman" w:eastAsia="Times New Roman" w:hAnsi="Times New Roman" w:cs="Times New Roman"/>
          <w:sz w:val="28"/>
          <w:szCs w:val="28"/>
        </w:rPr>
      </w:pPr>
      <w:r w:rsidRPr="00EA0B99">
        <w:rPr>
          <w:rFonts w:ascii="Times New Roman" w:eastAsia="Times New Roman" w:hAnsi="Times New Roman" w:cs="Times New Roman"/>
          <w:sz w:val="28"/>
          <w:szCs w:val="28"/>
          <w:rtl/>
        </w:rPr>
        <w:t>تعمل الدراسة على توضيح العلاقة التفاعلية بين مفاهيم مثل الكفاءة و</w:t>
      </w:r>
      <w:r w:rsidRPr="00EA0B99">
        <w:rPr>
          <w:rFonts w:ascii="Times New Roman" w:eastAsia="Times New Roman" w:hAnsi="Times New Roman" w:cs="Times New Roman"/>
          <w:sz w:val="28"/>
          <w:szCs w:val="28"/>
        </w:rPr>
        <w:t xml:space="preserve"> </w:t>
      </w:r>
      <w:r w:rsidRPr="00EA0B99">
        <w:rPr>
          <w:rFonts w:ascii="Times New Roman" w:eastAsia="Times New Roman" w:hAnsi="Times New Roman" w:cs="Times New Roman"/>
          <w:sz w:val="28"/>
          <w:szCs w:val="28"/>
          <w:rtl/>
        </w:rPr>
        <w:t>الفعالية و</w:t>
      </w:r>
      <w:r w:rsidRPr="00EA0B99">
        <w:rPr>
          <w:rFonts w:ascii="Times New Roman" w:eastAsia="Times New Roman" w:hAnsi="Times New Roman" w:cs="Times New Roman"/>
          <w:sz w:val="28"/>
          <w:szCs w:val="28"/>
        </w:rPr>
        <w:t xml:space="preserve"> </w:t>
      </w:r>
      <w:r w:rsidRPr="00EA0B99">
        <w:rPr>
          <w:rFonts w:ascii="Times New Roman" w:eastAsia="Times New Roman" w:hAnsi="Times New Roman" w:cs="Times New Roman"/>
          <w:sz w:val="28"/>
          <w:szCs w:val="28"/>
          <w:rtl/>
        </w:rPr>
        <w:t>تحسين الأداء</w:t>
      </w:r>
    </w:p>
    <w:p w14:paraId="38A92340" w14:textId="77777777" w:rsidR="00601112" w:rsidRPr="00A310A7" w:rsidRDefault="00601112" w:rsidP="00086701">
      <w:pPr>
        <w:numPr>
          <w:ilvl w:val="0"/>
          <w:numId w:val="15"/>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هذا التوضيح يساعد الباحثين والطلاب في التمييز بين الأطر النظرية المختلفة المرتبطة بإدارة الوقت والتنظيم الإداري</w:t>
      </w:r>
      <w:r w:rsidRPr="00A310A7">
        <w:rPr>
          <w:rFonts w:ascii="Simplified Arabic" w:eastAsia="Times New Roman" w:hAnsi="Simplified Arabic" w:cs="Simplified Arabic"/>
          <w:sz w:val="28"/>
          <w:szCs w:val="28"/>
        </w:rPr>
        <w:t>.</w:t>
      </w:r>
    </w:p>
    <w:p w14:paraId="6A22CDF1" w14:textId="77777777" w:rsidR="005A3057" w:rsidRPr="00A310A7" w:rsidRDefault="005A3057" w:rsidP="00086701">
      <w:pPr>
        <w:pStyle w:val="ListParagraph"/>
        <w:numPr>
          <w:ilvl w:val="0"/>
          <w:numId w:val="13"/>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تقديم إطار نظري متكامل</w:t>
      </w:r>
      <w:r w:rsidRPr="00A310A7">
        <w:rPr>
          <w:rFonts w:ascii="Simplified Arabic" w:eastAsia="Times New Roman" w:hAnsi="Simplified Arabic" w:cs="Simplified Arabic"/>
          <w:sz w:val="28"/>
          <w:szCs w:val="28"/>
        </w:rPr>
        <w:t xml:space="preserve"> (Integrated Theoretical Framework)</w:t>
      </w:r>
    </w:p>
    <w:p w14:paraId="54437B54" w14:textId="77777777" w:rsidR="005A3057" w:rsidRPr="00A310A7" w:rsidRDefault="005A3057" w:rsidP="00086701">
      <w:pPr>
        <w:numPr>
          <w:ilvl w:val="0"/>
          <w:numId w:val="16"/>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تسعى الدراسة إلى صياغة نموذج نظري يمكن استخدامه كأساس لدراسات مستقبلية في مجال إدارة الوقت وتنظيم العمل</w:t>
      </w:r>
      <w:r w:rsidRPr="00A310A7">
        <w:rPr>
          <w:rFonts w:ascii="Simplified Arabic" w:eastAsia="Times New Roman" w:hAnsi="Simplified Arabic" w:cs="Simplified Arabic"/>
          <w:sz w:val="28"/>
          <w:szCs w:val="28"/>
        </w:rPr>
        <w:t>.</w:t>
      </w:r>
    </w:p>
    <w:p w14:paraId="3BDF2B1E" w14:textId="621506B1" w:rsidR="005A3057" w:rsidRDefault="005A3057" w:rsidP="00086701">
      <w:pPr>
        <w:numPr>
          <w:ilvl w:val="0"/>
          <w:numId w:val="16"/>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هذا النموذج يربط بين العوامل الإدارية والسلوكية والزمنية التي تؤثر على الإنتاجية في مختلف البيئات المؤسسية</w:t>
      </w:r>
      <w:r w:rsidR="000F427A">
        <w:rPr>
          <w:rFonts w:ascii="Simplified Arabic" w:eastAsia="Times New Roman" w:hAnsi="Simplified Arabic" w:cs="Simplified Arabic" w:hint="cs"/>
          <w:sz w:val="28"/>
          <w:szCs w:val="28"/>
          <w:rtl/>
        </w:rPr>
        <w:t xml:space="preserve"> .</w:t>
      </w:r>
    </w:p>
    <w:p w14:paraId="563BC276" w14:textId="77777777" w:rsidR="000F427A" w:rsidRDefault="000F427A" w:rsidP="000F427A">
      <w:pPr>
        <w:bidi/>
        <w:spacing w:after="224" w:line="259" w:lineRule="auto"/>
        <w:ind w:left="720" w:right="48"/>
        <w:rPr>
          <w:rFonts w:ascii="Simplified Arabic" w:eastAsia="Times New Roman" w:hAnsi="Simplified Arabic" w:cs="Simplified Arabic"/>
          <w:sz w:val="28"/>
          <w:szCs w:val="28"/>
          <w:rtl/>
        </w:rPr>
      </w:pPr>
    </w:p>
    <w:p w14:paraId="0DC8949C" w14:textId="77777777" w:rsidR="000F427A" w:rsidRDefault="000F427A" w:rsidP="000F427A">
      <w:pPr>
        <w:bidi/>
        <w:spacing w:after="224" w:line="259" w:lineRule="auto"/>
        <w:ind w:left="720" w:right="48"/>
        <w:rPr>
          <w:rFonts w:ascii="Simplified Arabic" w:eastAsia="Times New Roman" w:hAnsi="Simplified Arabic" w:cs="Simplified Arabic"/>
          <w:sz w:val="28"/>
          <w:szCs w:val="28"/>
          <w:rtl/>
        </w:rPr>
      </w:pPr>
    </w:p>
    <w:p w14:paraId="296F72BE" w14:textId="77777777" w:rsidR="000F427A" w:rsidRDefault="000F427A" w:rsidP="000F427A">
      <w:pPr>
        <w:bidi/>
        <w:spacing w:after="224" w:line="259" w:lineRule="auto"/>
        <w:ind w:left="720" w:right="48"/>
        <w:rPr>
          <w:rFonts w:ascii="Simplified Arabic" w:eastAsia="Times New Roman" w:hAnsi="Simplified Arabic" w:cs="Simplified Arabic"/>
          <w:sz w:val="28"/>
          <w:szCs w:val="28"/>
          <w:rtl/>
        </w:rPr>
      </w:pPr>
    </w:p>
    <w:p w14:paraId="7424D436" w14:textId="77777777" w:rsidR="000F427A" w:rsidRPr="00A310A7" w:rsidRDefault="000F427A" w:rsidP="000F427A">
      <w:pPr>
        <w:bidi/>
        <w:spacing w:after="224" w:line="259" w:lineRule="auto"/>
        <w:ind w:left="720" w:right="48"/>
        <w:rPr>
          <w:rFonts w:ascii="Simplified Arabic" w:eastAsia="Times New Roman" w:hAnsi="Simplified Arabic" w:cs="Simplified Arabic"/>
          <w:sz w:val="28"/>
          <w:szCs w:val="28"/>
        </w:rPr>
      </w:pPr>
    </w:p>
    <w:p w14:paraId="3FD05504" w14:textId="77777777" w:rsidR="00E9391A" w:rsidRPr="00A310A7" w:rsidRDefault="00E9391A" w:rsidP="00086701">
      <w:pPr>
        <w:pStyle w:val="ListParagraph"/>
        <w:numPr>
          <w:ilvl w:val="0"/>
          <w:numId w:val="13"/>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سدّ الفجوة البحثية</w:t>
      </w:r>
      <w:r w:rsidRPr="00A310A7">
        <w:rPr>
          <w:rFonts w:ascii="Simplified Arabic" w:eastAsia="Times New Roman" w:hAnsi="Simplified Arabic" w:cs="Simplified Arabic"/>
          <w:b/>
          <w:bCs/>
          <w:sz w:val="28"/>
          <w:szCs w:val="28"/>
        </w:rPr>
        <w:t xml:space="preserve"> (Bridging the Research Gap)</w:t>
      </w:r>
    </w:p>
    <w:p w14:paraId="365A4A67" w14:textId="77777777" w:rsidR="00E9391A" w:rsidRPr="00A310A7" w:rsidRDefault="00E9391A" w:rsidP="00086701">
      <w:pPr>
        <w:numPr>
          <w:ilvl w:val="0"/>
          <w:numId w:val="17"/>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رغم كثرة الدراسات حول الإنتاجية، إلا أن القليل منها تناول بعمق التفاعل بين تنظيم العمل وإدارة الوقت بشكل متكامل في السياق العربي أو الخليجي تحديدًا</w:t>
      </w:r>
      <w:r w:rsidRPr="00A310A7">
        <w:rPr>
          <w:rFonts w:ascii="Simplified Arabic" w:eastAsia="Times New Roman" w:hAnsi="Simplified Arabic" w:cs="Simplified Arabic"/>
          <w:sz w:val="28"/>
          <w:szCs w:val="28"/>
        </w:rPr>
        <w:t>.</w:t>
      </w:r>
    </w:p>
    <w:p w14:paraId="0EC85BBD" w14:textId="7B18AFD3" w:rsidR="00330E50" w:rsidRPr="000F427A" w:rsidRDefault="00E9391A" w:rsidP="00086701">
      <w:pPr>
        <w:numPr>
          <w:ilvl w:val="0"/>
          <w:numId w:val="17"/>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ومن هنا، تسعى هذه الدراسة إلى سد هذه الفجوة من خلال تقديم تحليل يناسب الواقع المحلي للمؤسسات في العالم العربي</w:t>
      </w:r>
      <w:r w:rsidRPr="00A310A7">
        <w:rPr>
          <w:rFonts w:ascii="Simplified Arabic" w:eastAsia="Times New Roman" w:hAnsi="Simplified Arabic" w:cs="Simplified Arabic"/>
          <w:sz w:val="28"/>
          <w:szCs w:val="28"/>
        </w:rPr>
        <w:t xml:space="preserve">  </w:t>
      </w:r>
    </w:p>
    <w:p w14:paraId="7B3932EF" w14:textId="77777777" w:rsidR="00330E50" w:rsidRDefault="00330E50" w:rsidP="00330E50">
      <w:pPr>
        <w:bidi/>
        <w:spacing w:after="224" w:line="259" w:lineRule="auto"/>
        <w:ind w:right="48"/>
        <w:rPr>
          <w:rFonts w:ascii="Times New Roman" w:eastAsia="Times New Roman" w:hAnsi="Times New Roman" w:cs="Times New Roman"/>
          <w:sz w:val="24"/>
          <w:szCs w:val="24"/>
        </w:rPr>
      </w:pPr>
    </w:p>
    <w:p w14:paraId="0EA8367C" w14:textId="77777777" w:rsidR="001C3F8F" w:rsidRPr="00A310A7" w:rsidRDefault="001C3F8F" w:rsidP="008B172F">
      <w:pPr>
        <w:bidi/>
        <w:spacing w:after="224" w:line="259" w:lineRule="auto"/>
        <w:ind w:right="48"/>
        <w:rPr>
          <w:rFonts w:ascii="Simplified Arabic" w:eastAsia="Times New Roman" w:hAnsi="Simplified Arabic" w:cs="Simplified Arabic"/>
          <w:sz w:val="28"/>
          <w:szCs w:val="28"/>
        </w:rPr>
      </w:pPr>
    </w:p>
    <w:p w14:paraId="036CF5CB" w14:textId="0CD682AF" w:rsidR="009856B7" w:rsidRPr="00A310A7" w:rsidRDefault="009856B7" w:rsidP="00086701">
      <w:pPr>
        <w:pStyle w:val="ListParagraph"/>
        <w:numPr>
          <w:ilvl w:val="0"/>
          <w:numId w:val="13"/>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المساهمة في تطوير المفاهيم الإدارية الحديثة</w:t>
      </w:r>
      <w:r w:rsidRPr="00A310A7">
        <w:rPr>
          <w:rFonts w:ascii="Simplified Arabic" w:eastAsia="Times New Roman" w:hAnsi="Simplified Arabic" w:cs="Simplified Arabic"/>
          <w:b/>
          <w:bCs/>
          <w:sz w:val="28"/>
          <w:szCs w:val="28"/>
        </w:rPr>
        <w:t xml:space="preserve"> </w:t>
      </w:r>
    </w:p>
    <w:p w14:paraId="061E118A" w14:textId="77777777" w:rsidR="009856B7" w:rsidRPr="00A310A7" w:rsidRDefault="009856B7" w:rsidP="00086701">
      <w:pPr>
        <w:numPr>
          <w:ilvl w:val="0"/>
          <w:numId w:val="18"/>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 xml:space="preserve">من خلال مناقشة مفاهيم حديثة مثل </w:t>
      </w:r>
      <w:r w:rsidRPr="00A310A7">
        <w:rPr>
          <w:rFonts w:ascii="Simplified Arabic" w:eastAsia="Times New Roman" w:hAnsi="Simplified Arabic" w:cs="Simplified Arabic"/>
          <w:b/>
          <w:bCs/>
          <w:sz w:val="28"/>
          <w:szCs w:val="28"/>
        </w:rPr>
        <w:t>Time Optimization Strategies</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و</w:t>
      </w:r>
      <w:r w:rsidRPr="00A310A7">
        <w:rPr>
          <w:rFonts w:ascii="Simplified Arabic" w:eastAsia="Times New Roman" w:hAnsi="Simplified Arabic" w:cs="Simplified Arabic"/>
          <w:b/>
          <w:bCs/>
          <w:sz w:val="28"/>
          <w:szCs w:val="28"/>
        </w:rPr>
        <w:t>Workflow Design Efficiency</w:t>
      </w:r>
      <w:r w:rsidRPr="00A310A7">
        <w:rPr>
          <w:rFonts w:ascii="Simplified Arabic" w:eastAsia="Times New Roman" w:hAnsi="Simplified Arabic" w:cs="Simplified Arabic"/>
          <w:sz w:val="28"/>
          <w:szCs w:val="28"/>
          <w:rtl/>
        </w:rPr>
        <w:t>، تسعى الدراسة إلى إدخال أدوات فكرية جديدة في تحليل الإنتاجية الإدارية</w:t>
      </w:r>
      <w:r w:rsidRPr="00A310A7">
        <w:rPr>
          <w:rFonts w:ascii="Simplified Arabic" w:eastAsia="Times New Roman" w:hAnsi="Simplified Arabic" w:cs="Simplified Arabic"/>
          <w:sz w:val="28"/>
          <w:szCs w:val="28"/>
        </w:rPr>
        <w:t>.</w:t>
      </w:r>
    </w:p>
    <w:p w14:paraId="4A9395BA" w14:textId="77777777" w:rsidR="009856B7" w:rsidRPr="00A310A7" w:rsidRDefault="009856B7" w:rsidP="00086701">
      <w:pPr>
        <w:numPr>
          <w:ilvl w:val="0"/>
          <w:numId w:val="18"/>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كما تبرز أهمية دمج التقنيات الرقمية الحديثة</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b/>
          <w:bCs/>
          <w:sz w:val="28"/>
          <w:szCs w:val="28"/>
        </w:rPr>
        <w:t>Digital Tools for Time Management</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ضمن منظومة الإدارة الفعالة</w:t>
      </w:r>
      <w:r w:rsidRPr="00A310A7">
        <w:rPr>
          <w:rFonts w:ascii="Simplified Arabic" w:eastAsia="Times New Roman" w:hAnsi="Simplified Arabic" w:cs="Simplified Arabic"/>
          <w:sz w:val="28"/>
          <w:szCs w:val="28"/>
        </w:rPr>
        <w:t>.</w:t>
      </w:r>
    </w:p>
    <w:p w14:paraId="53D09038" w14:textId="77777777" w:rsidR="004E5B0E" w:rsidRPr="00A310A7" w:rsidRDefault="004E5B0E" w:rsidP="004E5B0E">
      <w:pPr>
        <w:bidi/>
        <w:spacing w:after="224" w:line="259" w:lineRule="auto"/>
        <w:ind w:left="720" w:right="48"/>
        <w:rPr>
          <w:rFonts w:ascii="Simplified Arabic" w:eastAsia="Times New Roman" w:hAnsi="Simplified Arabic" w:cs="Simplified Arabic"/>
          <w:b/>
          <w:bCs/>
          <w:sz w:val="28"/>
          <w:szCs w:val="28"/>
        </w:rPr>
      </w:pPr>
      <w:r w:rsidRPr="00A310A7">
        <w:rPr>
          <w:rFonts w:ascii="Simplified Arabic" w:eastAsia="Times New Roman" w:hAnsi="Simplified Arabic" w:cs="Simplified Arabic"/>
          <w:b/>
          <w:bCs/>
          <w:sz w:val="28"/>
          <w:szCs w:val="28"/>
          <w:rtl/>
        </w:rPr>
        <w:t>ثانيًا: الأهمية التطبيقية</w:t>
      </w:r>
      <w:r w:rsidRPr="00A310A7">
        <w:rPr>
          <w:rFonts w:ascii="Simplified Arabic" w:eastAsia="Times New Roman" w:hAnsi="Simplified Arabic" w:cs="Simplified Arabic"/>
          <w:b/>
          <w:bCs/>
          <w:sz w:val="28"/>
          <w:szCs w:val="28"/>
        </w:rPr>
        <w:t xml:space="preserve"> (Practical Significance)</w:t>
      </w:r>
    </w:p>
    <w:p w14:paraId="7C421FB7" w14:textId="77777777" w:rsidR="007A4227" w:rsidRPr="00A310A7" w:rsidRDefault="007A4227" w:rsidP="00086701">
      <w:pPr>
        <w:pStyle w:val="ListParagraph"/>
        <w:numPr>
          <w:ilvl w:val="0"/>
          <w:numId w:val="20"/>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دعم متخذي القرار الإداري</w:t>
      </w:r>
      <w:r w:rsidRPr="00A310A7">
        <w:rPr>
          <w:rFonts w:ascii="Simplified Arabic" w:eastAsia="Times New Roman" w:hAnsi="Simplified Arabic" w:cs="Simplified Arabic"/>
          <w:b/>
          <w:bCs/>
          <w:sz w:val="28"/>
          <w:szCs w:val="28"/>
        </w:rPr>
        <w:t xml:space="preserve"> (Managerial Decision-Makers)</w:t>
      </w:r>
    </w:p>
    <w:p w14:paraId="0FC7A57F" w14:textId="77777777" w:rsidR="007A4227" w:rsidRPr="00A310A7" w:rsidRDefault="007A4227" w:rsidP="00086701">
      <w:pPr>
        <w:numPr>
          <w:ilvl w:val="0"/>
          <w:numId w:val="19"/>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تساعد نتائج الدراسة القادة والمديرين على فهم العوامل التي تؤثر في استغلال الوقت وتنظيم المهام داخل المؤسسات، بما يُعينهم على اتخاذ قرارات أكثر كفاءة وموضوعية</w:t>
      </w:r>
      <w:r w:rsidRPr="00A310A7">
        <w:rPr>
          <w:rFonts w:ascii="Simplified Arabic" w:eastAsia="Times New Roman" w:hAnsi="Simplified Arabic" w:cs="Simplified Arabic"/>
          <w:sz w:val="28"/>
          <w:szCs w:val="28"/>
        </w:rPr>
        <w:t>.</w:t>
      </w:r>
    </w:p>
    <w:p w14:paraId="7924AFE8" w14:textId="77777777" w:rsidR="007A4227" w:rsidRDefault="007A4227" w:rsidP="00086701">
      <w:pPr>
        <w:numPr>
          <w:ilvl w:val="0"/>
          <w:numId w:val="19"/>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كما تقدم نماذج إرشادية</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b/>
          <w:bCs/>
          <w:sz w:val="28"/>
          <w:szCs w:val="28"/>
        </w:rPr>
        <w:t>Guidelines</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لتطبيق أفضل الممارسات في تخطيط العمل وإدارة الزمن</w:t>
      </w:r>
      <w:r w:rsidRPr="00A310A7">
        <w:rPr>
          <w:rFonts w:ascii="Simplified Arabic" w:eastAsia="Times New Roman" w:hAnsi="Simplified Arabic" w:cs="Simplified Arabic"/>
          <w:sz w:val="28"/>
          <w:szCs w:val="28"/>
        </w:rPr>
        <w:t>.</w:t>
      </w:r>
    </w:p>
    <w:p w14:paraId="0BDB5FC1" w14:textId="77777777" w:rsidR="000F427A" w:rsidRPr="00A310A7" w:rsidRDefault="000F427A" w:rsidP="000F427A">
      <w:pPr>
        <w:bidi/>
        <w:spacing w:after="224" w:line="259" w:lineRule="auto"/>
        <w:ind w:left="720" w:right="48"/>
        <w:rPr>
          <w:rFonts w:ascii="Simplified Arabic" w:eastAsia="Times New Roman" w:hAnsi="Simplified Arabic" w:cs="Simplified Arabic"/>
          <w:sz w:val="28"/>
          <w:szCs w:val="28"/>
        </w:rPr>
      </w:pPr>
    </w:p>
    <w:p w14:paraId="06AB4DF7" w14:textId="77777777" w:rsidR="00E53591" w:rsidRPr="00A310A7" w:rsidRDefault="00E53591" w:rsidP="00086701">
      <w:pPr>
        <w:pStyle w:val="ListParagraph"/>
        <w:numPr>
          <w:ilvl w:val="0"/>
          <w:numId w:val="20"/>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تحسين الأداء المؤسسي</w:t>
      </w:r>
      <w:r w:rsidRPr="00A310A7">
        <w:rPr>
          <w:rFonts w:ascii="Simplified Arabic" w:eastAsia="Times New Roman" w:hAnsi="Simplified Arabic" w:cs="Simplified Arabic"/>
          <w:b/>
          <w:bCs/>
          <w:sz w:val="28"/>
          <w:szCs w:val="28"/>
        </w:rPr>
        <w:t xml:space="preserve"> (Enhancing Organizational Performance)</w:t>
      </w:r>
    </w:p>
    <w:p w14:paraId="74DABDEB" w14:textId="77777777" w:rsidR="00E53591" w:rsidRPr="00A310A7" w:rsidRDefault="00E53591" w:rsidP="00086701">
      <w:pPr>
        <w:numPr>
          <w:ilvl w:val="0"/>
          <w:numId w:val="21"/>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تتيح نتائج الدراسة للمؤسسات تقييم مدى كفاءة أنظمتها الحالية في إدارة الوقت، مما يمكّنها من إدخال تحسينات ملموسة في هيكل العمل اليومي</w:t>
      </w:r>
      <w:r w:rsidRPr="00A310A7">
        <w:rPr>
          <w:rFonts w:ascii="Simplified Arabic" w:eastAsia="Times New Roman" w:hAnsi="Simplified Arabic" w:cs="Simplified Arabic"/>
          <w:sz w:val="28"/>
          <w:szCs w:val="28"/>
        </w:rPr>
        <w:t>.</w:t>
      </w:r>
    </w:p>
    <w:p w14:paraId="4EA9B098" w14:textId="5A1F31C9" w:rsidR="000F427A" w:rsidRPr="000F427A" w:rsidRDefault="00E53591" w:rsidP="00086701">
      <w:pPr>
        <w:numPr>
          <w:ilvl w:val="0"/>
          <w:numId w:val="21"/>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وتساهم في بناء ثقافة تنظيمية تُقدّر قيمة الوقت وتعتبره موردًا استراتيجيًا أساسيًا</w:t>
      </w:r>
      <w:r w:rsidRPr="00A310A7">
        <w:rPr>
          <w:rFonts w:ascii="Simplified Arabic" w:eastAsia="Times New Roman" w:hAnsi="Simplified Arabic" w:cs="Simplified Arabic"/>
          <w:sz w:val="28"/>
          <w:szCs w:val="28"/>
        </w:rPr>
        <w:t>.</w:t>
      </w:r>
    </w:p>
    <w:p w14:paraId="54035010" w14:textId="596C3075" w:rsidR="00E53591" w:rsidRPr="00A310A7" w:rsidRDefault="00E53591" w:rsidP="00086701">
      <w:pPr>
        <w:pStyle w:val="ListParagraph"/>
        <w:numPr>
          <w:ilvl w:val="0"/>
          <w:numId w:val="20"/>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رفع مستوى إنتاجية الأفراد والفرق</w:t>
      </w:r>
      <w:r w:rsidRPr="00A310A7">
        <w:rPr>
          <w:rFonts w:ascii="Simplified Arabic" w:eastAsia="Times New Roman" w:hAnsi="Simplified Arabic" w:cs="Simplified Arabic"/>
          <w:b/>
          <w:bCs/>
          <w:sz w:val="28"/>
          <w:szCs w:val="28"/>
        </w:rPr>
        <w:t xml:space="preserve"> (Individual and Team Productivity)</w:t>
      </w:r>
    </w:p>
    <w:p w14:paraId="1E234F95" w14:textId="77777777" w:rsidR="00E53591" w:rsidRPr="00A310A7" w:rsidRDefault="00E53591" w:rsidP="00086701">
      <w:pPr>
        <w:numPr>
          <w:ilvl w:val="0"/>
          <w:numId w:val="22"/>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من خلال تبني أساليب تنظيمية فعّالة، يمكن للمؤسسات تحسين أداء الأفراد والفرق التشغيلية بشكل ملحوظ</w:t>
      </w:r>
      <w:r w:rsidRPr="00A310A7">
        <w:rPr>
          <w:rFonts w:ascii="Simplified Arabic" w:eastAsia="Times New Roman" w:hAnsi="Simplified Arabic" w:cs="Simplified Arabic"/>
          <w:sz w:val="28"/>
          <w:szCs w:val="28"/>
        </w:rPr>
        <w:t>.</w:t>
      </w:r>
    </w:p>
    <w:p w14:paraId="19DB4C17" w14:textId="30C11DCC" w:rsidR="000F427A" w:rsidRPr="000F427A" w:rsidRDefault="00E53591" w:rsidP="00086701">
      <w:pPr>
        <w:numPr>
          <w:ilvl w:val="0"/>
          <w:numId w:val="22"/>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 xml:space="preserve">توضح الدراسة كيف يمكن لتقنيات مثل </w:t>
      </w:r>
      <w:r w:rsidRPr="00A310A7">
        <w:rPr>
          <w:rFonts w:ascii="Simplified Arabic" w:eastAsia="Times New Roman" w:hAnsi="Simplified Arabic" w:cs="Simplified Arabic"/>
          <w:b/>
          <w:bCs/>
          <w:sz w:val="28"/>
          <w:szCs w:val="28"/>
        </w:rPr>
        <w:t>Task Prioritization</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و</w:t>
      </w:r>
      <w:r w:rsidRPr="00A310A7">
        <w:rPr>
          <w:rFonts w:ascii="Simplified Arabic" w:eastAsia="Times New Roman" w:hAnsi="Simplified Arabic" w:cs="Simplified Arabic"/>
          <w:b/>
          <w:bCs/>
          <w:sz w:val="28"/>
          <w:szCs w:val="28"/>
        </w:rPr>
        <w:t>Time Scheduling Systems</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أن ترفع إنتاجية العامل بنسبة تتجاوز 20</w:t>
      </w:r>
      <w:r w:rsidRPr="00A310A7">
        <w:rPr>
          <w:rFonts w:ascii="Simplified Arabic" w:eastAsia="Times New Roman" w:hAnsi="Simplified Arabic" w:cs="Simplified Arabic"/>
          <w:sz w:val="28"/>
          <w:szCs w:val="28"/>
        </w:rPr>
        <w:t>%.</w:t>
      </w:r>
    </w:p>
    <w:p w14:paraId="5566C451" w14:textId="64D23FE4" w:rsidR="00E53591" w:rsidRPr="00A310A7" w:rsidRDefault="00E53591" w:rsidP="00086701">
      <w:pPr>
        <w:pStyle w:val="ListParagraph"/>
        <w:numPr>
          <w:ilvl w:val="0"/>
          <w:numId w:val="20"/>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b/>
          <w:bCs/>
          <w:sz w:val="28"/>
          <w:szCs w:val="28"/>
          <w:rtl/>
        </w:rPr>
        <w:t>تحسين بيئة العمل وتقليل الضغوط النفسية</w:t>
      </w:r>
      <w:r w:rsidRPr="00A310A7">
        <w:rPr>
          <w:rFonts w:ascii="Simplified Arabic" w:eastAsia="Times New Roman" w:hAnsi="Simplified Arabic" w:cs="Simplified Arabic"/>
          <w:b/>
          <w:bCs/>
          <w:sz w:val="28"/>
          <w:szCs w:val="28"/>
        </w:rPr>
        <w:t xml:space="preserve"> (Reducing Work Stress)</w:t>
      </w:r>
    </w:p>
    <w:p w14:paraId="62863AEE" w14:textId="77777777" w:rsidR="00E53591" w:rsidRPr="00A310A7" w:rsidRDefault="00E53591" w:rsidP="00086701">
      <w:pPr>
        <w:numPr>
          <w:ilvl w:val="0"/>
          <w:numId w:val="23"/>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تسهم الدراسة في إبراز الدور النفسي الإيجابي لإدارة الوقت والتنظيم في تخفيف التوتر والضغط الوظيفي</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b/>
          <w:bCs/>
          <w:sz w:val="28"/>
          <w:szCs w:val="28"/>
        </w:rPr>
        <w:t>Job Stress</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sz w:val="28"/>
          <w:szCs w:val="28"/>
          <w:rtl/>
        </w:rPr>
        <w:t>داخل بيئات العمل</w:t>
      </w:r>
      <w:r w:rsidRPr="00A310A7">
        <w:rPr>
          <w:rFonts w:ascii="Simplified Arabic" w:eastAsia="Times New Roman" w:hAnsi="Simplified Arabic" w:cs="Simplified Arabic"/>
          <w:sz w:val="28"/>
          <w:szCs w:val="28"/>
        </w:rPr>
        <w:t>.</w:t>
      </w:r>
    </w:p>
    <w:p w14:paraId="528F9EB1" w14:textId="77777777" w:rsidR="00E53591" w:rsidRPr="00A310A7" w:rsidRDefault="00E53591" w:rsidP="00086701">
      <w:pPr>
        <w:numPr>
          <w:ilvl w:val="0"/>
          <w:numId w:val="23"/>
        </w:numPr>
        <w:bidi/>
        <w:spacing w:after="224" w:line="259" w:lineRule="auto"/>
        <w:ind w:right="48"/>
        <w:rPr>
          <w:rFonts w:ascii="Simplified Arabic" w:eastAsia="Times New Roman" w:hAnsi="Simplified Arabic" w:cs="Simplified Arabic"/>
          <w:sz w:val="28"/>
          <w:szCs w:val="28"/>
        </w:rPr>
      </w:pPr>
      <w:r w:rsidRPr="00A310A7">
        <w:rPr>
          <w:rFonts w:ascii="Simplified Arabic" w:eastAsia="Times New Roman" w:hAnsi="Simplified Arabic" w:cs="Simplified Arabic"/>
          <w:sz w:val="28"/>
          <w:szCs w:val="28"/>
          <w:rtl/>
        </w:rPr>
        <w:t>فكلما كان التنظيم أكثر وضوحًا والمهام موزعة بدقة، انخفضت مستويات الإرهاق وزادت الرضا الوظيفي</w:t>
      </w:r>
      <w:r w:rsidRPr="00A310A7">
        <w:rPr>
          <w:rFonts w:ascii="Simplified Arabic" w:eastAsia="Times New Roman" w:hAnsi="Simplified Arabic" w:cs="Simplified Arabic"/>
          <w:sz w:val="28"/>
          <w:szCs w:val="28"/>
        </w:rPr>
        <w:t xml:space="preserve"> (</w:t>
      </w:r>
      <w:r w:rsidRPr="00A310A7">
        <w:rPr>
          <w:rFonts w:ascii="Simplified Arabic" w:eastAsia="Times New Roman" w:hAnsi="Simplified Arabic" w:cs="Simplified Arabic"/>
          <w:b/>
          <w:bCs/>
          <w:sz w:val="28"/>
          <w:szCs w:val="28"/>
        </w:rPr>
        <w:t>Job Satisfaction</w:t>
      </w:r>
      <w:r w:rsidRPr="00A310A7">
        <w:rPr>
          <w:rFonts w:ascii="Simplified Arabic" w:eastAsia="Times New Roman" w:hAnsi="Simplified Arabic" w:cs="Simplified Arabic"/>
          <w:sz w:val="28"/>
          <w:szCs w:val="28"/>
        </w:rPr>
        <w:t>).</w:t>
      </w:r>
    </w:p>
    <w:p w14:paraId="6AC7CB28" w14:textId="19F99817" w:rsidR="00E53591" w:rsidRPr="00DF3135" w:rsidRDefault="00E53591" w:rsidP="00086701">
      <w:pPr>
        <w:pStyle w:val="ListParagraph"/>
        <w:numPr>
          <w:ilvl w:val="0"/>
          <w:numId w:val="20"/>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b/>
          <w:bCs/>
          <w:sz w:val="28"/>
          <w:szCs w:val="28"/>
          <w:rtl/>
        </w:rPr>
        <w:t>تمكين الإدارات من قياس الأداء بدقة</w:t>
      </w:r>
      <w:r w:rsidRPr="00DF3135">
        <w:rPr>
          <w:rFonts w:ascii="Simplified Arabic" w:eastAsia="Times New Roman" w:hAnsi="Simplified Arabic" w:cs="Simplified Arabic"/>
          <w:b/>
          <w:bCs/>
          <w:sz w:val="28"/>
          <w:szCs w:val="28"/>
        </w:rPr>
        <w:t xml:space="preserve"> (Performance Measurement)</w:t>
      </w:r>
    </w:p>
    <w:p w14:paraId="0DC9BC17" w14:textId="77777777" w:rsidR="00E53591" w:rsidRPr="00DF3135" w:rsidRDefault="00E53591" w:rsidP="00086701">
      <w:pPr>
        <w:numPr>
          <w:ilvl w:val="0"/>
          <w:numId w:val="24"/>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تتيح الدراسة للإدارات استخدام مؤشرات كمية ونوعية لقياس الإنتاجية بناءً على الوقت الفعلي المستهلك في إنجاز المهام</w:t>
      </w:r>
      <w:r w:rsidRPr="00DF3135">
        <w:rPr>
          <w:rFonts w:ascii="Simplified Arabic" w:eastAsia="Times New Roman" w:hAnsi="Simplified Arabic" w:cs="Simplified Arabic"/>
          <w:sz w:val="28"/>
          <w:szCs w:val="28"/>
        </w:rPr>
        <w:t xml:space="preserve"> (</w:t>
      </w:r>
      <w:r w:rsidRPr="00DF3135">
        <w:rPr>
          <w:rFonts w:ascii="Simplified Arabic" w:eastAsia="Times New Roman" w:hAnsi="Simplified Arabic" w:cs="Simplified Arabic"/>
          <w:b/>
          <w:bCs/>
          <w:sz w:val="28"/>
          <w:szCs w:val="28"/>
        </w:rPr>
        <w:t>Time-to-Performance Metrics</w:t>
      </w:r>
      <w:r w:rsidRPr="00DF3135">
        <w:rPr>
          <w:rFonts w:ascii="Simplified Arabic" w:eastAsia="Times New Roman" w:hAnsi="Simplified Arabic" w:cs="Simplified Arabic"/>
          <w:sz w:val="28"/>
          <w:szCs w:val="28"/>
        </w:rPr>
        <w:t>).</w:t>
      </w:r>
    </w:p>
    <w:p w14:paraId="0F4169E4" w14:textId="77777777" w:rsidR="00E53591" w:rsidRPr="00DF3135" w:rsidRDefault="00E53591" w:rsidP="00086701">
      <w:pPr>
        <w:numPr>
          <w:ilvl w:val="0"/>
          <w:numId w:val="24"/>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هذا يساعد في تحديد نقاط القوة والضعف في النظام الإداري القائم، ومن ثم اتخاذ الإجراءات التصحيحية المناسبة</w:t>
      </w:r>
      <w:r w:rsidRPr="00DF3135">
        <w:rPr>
          <w:rFonts w:ascii="Simplified Arabic" w:eastAsia="Times New Roman" w:hAnsi="Simplified Arabic" w:cs="Simplified Arabic"/>
          <w:sz w:val="28"/>
          <w:szCs w:val="28"/>
        </w:rPr>
        <w:t>.</w:t>
      </w:r>
    </w:p>
    <w:p w14:paraId="5EDC8CB0" w14:textId="77777777" w:rsidR="001C3F8F" w:rsidRPr="00DF3135" w:rsidRDefault="001C3F8F" w:rsidP="000F427A">
      <w:pPr>
        <w:bidi/>
        <w:spacing w:after="224" w:line="259" w:lineRule="auto"/>
        <w:ind w:right="48"/>
        <w:rPr>
          <w:rFonts w:ascii="Simplified Arabic" w:eastAsia="Times New Roman" w:hAnsi="Simplified Arabic" w:cs="Simplified Arabic"/>
          <w:sz w:val="28"/>
          <w:szCs w:val="28"/>
        </w:rPr>
      </w:pPr>
    </w:p>
    <w:p w14:paraId="5B8817C2" w14:textId="142F0979" w:rsidR="00E53591" w:rsidRPr="00DF3135" w:rsidRDefault="00E53591" w:rsidP="00086701">
      <w:pPr>
        <w:pStyle w:val="ListParagraph"/>
        <w:numPr>
          <w:ilvl w:val="0"/>
          <w:numId w:val="13"/>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b/>
          <w:bCs/>
          <w:sz w:val="28"/>
          <w:szCs w:val="28"/>
          <w:rtl/>
        </w:rPr>
        <w:t>تقديم مرجع للممارسين والباحثين</w:t>
      </w:r>
      <w:r w:rsidRPr="00DF3135">
        <w:rPr>
          <w:rFonts w:ascii="Simplified Arabic" w:eastAsia="Times New Roman" w:hAnsi="Simplified Arabic" w:cs="Simplified Arabic"/>
          <w:b/>
          <w:bCs/>
          <w:sz w:val="28"/>
          <w:szCs w:val="28"/>
        </w:rPr>
        <w:t xml:space="preserve"> (Reference for Practitioners and Researchers)</w:t>
      </w:r>
    </w:p>
    <w:p w14:paraId="0F0455B5" w14:textId="77777777" w:rsidR="00E53591" w:rsidRPr="00DF3135" w:rsidRDefault="00E53591" w:rsidP="00086701">
      <w:pPr>
        <w:numPr>
          <w:ilvl w:val="0"/>
          <w:numId w:val="25"/>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يمكن الاستفادة من نتائج الدراسة كمصدر توجيهي لكل من المهنيين في مجال الإدارة والباحثين في الجامعات، لتطوير استراتيجيات فعّالة لرفع الإنتاجية</w:t>
      </w:r>
      <w:r w:rsidRPr="00DF3135">
        <w:rPr>
          <w:rFonts w:ascii="Simplified Arabic" w:eastAsia="Times New Roman" w:hAnsi="Simplified Arabic" w:cs="Simplified Arabic"/>
          <w:sz w:val="28"/>
          <w:szCs w:val="28"/>
        </w:rPr>
        <w:t>.</w:t>
      </w:r>
    </w:p>
    <w:p w14:paraId="3458A745" w14:textId="77777777" w:rsidR="00E53591" w:rsidRPr="00DF3135" w:rsidRDefault="00E53591" w:rsidP="00086701">
      <w:pPr>
        <w:numPr>
          <w:ilvl w:val="0"/>
          <w:numId w:val="25"/>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كما يمكن اعتمادها كأساس لإعداد ورش عمل تدريبية في مجالات التنظيم وإدارة الوقت</w:t>
      </w:r>
      <w:r w:rsidRPr="00DF3135">
        <w:rPr>
          <w:rFonts w:ascii="Simplified Arabic" w:eastAsia="Times New Roman" w:hAnsi="Simplified Arabic" w:cs="Simplified Arabic"/>
          <w:sz w:val="28"/>
          <w:szCs w:val="28"/>
        </w:rPr>
        <w:t xml:space="preserve"> (</w:t>
      </w:r>
      <w:r w:rsidRPr="00DF3135">
        <w:rPr>
          <w:rFonts w:ascii="Simplified Arabic" w:eastAsia="Times New Roman" w:hAnsi="Simplified Arabic" w:cs="Simplified Arabic"/>
          <w:b/>
          <w:bCs/>
          <w:sz w:val="28"/>
          <w:szCs w:val="28"/>
        </w:rPr>
        <w:t>Professional Training Programs</w:t>
      </w:r>
      <w:r w:rsidRPr="00DF3135">
        <w:rPr>
          <w:rFonts w:ascii="Simplified Arabic" w:eastAsia="Times New Roman" w:hAnsi="Simplified Arabic" w:cs="Simplified Arabic"/>
          <w:sz w:val="28"/>
          <w:szCs w:val="28"/>
        </w:rPr>
        <w:t>).</w:t>
      </w:r>
    </w:p>
    <w:p w14:paraId="4815C37B" w14:textId="6EF7C4CB" w:rsidR="00E53591" w:rsidRPr="00DF3135" w:rsidRDefault="00E53591" w:rsidP="00086701">
      <w:pPr>
        <w:pStyle w:val="ListParagraph"/>
        <w:numPr>
          <w:ilvl w:val="0"/>
          <w:numId w:val="13"/>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b/>
          <w:bCs/>
          <w:sz w:val="28"/>
          <w:szCs w:val="28"/>
          <w:rtl/>
        </w:rPr>
        <w:t>المساهمة في التنمية المؤسسية المستدامة</w:t>
      </w:r>
      <w:r w:rsidRPr="00DF3135">
        <w:rPr>
          <w:rFonts w:ascii="Simplified Arabic" w:eastAsia="Times New Roman" w:hAnsi="Simplified Arabic" w:cs="Simplified Arabic"/>
          <w:b/>
          <w:bCs/>
          <w:sz w:val="28"/>
          <w:szCs w:val="28"/>
        </w:rPr>
        <w:t xml:space="preserve"> (Sustainable Institutional Development)</w:t>
      </w:r>
    </w:p>
    <w:p w14:paraId="2813922A" w14:textId="77777777" w:rsidR="00E414E3" w:rsidRPr="00DF3135" w:rsidRDefault="00E53591" w:rsidP="00086701">
      <w:pPr>
        <w:numPr>
          <w:ilvl w:val="0"/>
          <w:numId w:val="26"/>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 xml:space="preserve">توضح الدراسة كيف أن تحسين إدارة الوقت وتنظيم العمل يُسهم في تعزيز </w:t>
      </w:r>
      <w:r w:rsidRPr="00DF3135">
        <w:rPr>
          <w:rFonts w:ascii="Simplified Arabic" w:eastAsia="Times New Roman" w:hAnsi="Simplified Arabic" w:cs="Simplified Arabic"/>
          <w:b/>
          <w:bCs/>
          <w:sz w:val="28"/>
          <w:szCs w:val="28"/>
        </w:rPr>
        <w:t>Institutional Sustainability</w:t>
      </w:r>
      <w:r w:rsidRPr="00DF3135">
        <w:rPr>
          <w:rFonts w:ascii="Simplified Arabic" w:eastAsia="Times New Roman" w:hAnsi="Simplified Arabic" w:cs="Simplified Arabic"/>
          <w:sz w:val="28"/>
          <w:szCs w:val="28"/>
        </w:rPr>
        <w:t xml:space="preserve"> </w:t>
      </w:r>
    </w:p>
    <w:p w14:paraId="05F90F1E" w14:textId="4C565BFB" w:rsidR="00E53591" w:rsidRPr="00DF3135" w:rsidRDefault="00E53591" w:rsidP="00E414E3">
      <w:pPr>
        <w:bidi/>
        <w:spacing w:after="224" w:line="259" w:lineRule="auto"/>
        <w:ind w:left="720"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من خلال الاستخدام الأمثل للموارد وتحسين الكفاءة التشغيلية</w:t>
      </w:r>
      <w:r w:rsidRPr="00DF3135">
        <w:rPr>
          <w:rFonts w:ascii="Simplified Arabic" w:eastAsia="Times New Roman" w:hAnsi="Simplified Arabic" w:cs="Simplified Arabic"/>
          <w:sz w:val="28"/>
          <w:szCs w:val="28"/>
        </w:rPr>
        <w:t>.</w:t>
      </w:r>
    </w:p>
    <w:p w14:paraId="0CC14710" w14:textId="3140ACB2" w:rsidR="00E12ADA" w:rsidRDefault="00E53591" w:rsidP="00086701">
      <w:pPr>
        <w:numPr>
          <w:ilvl w:val="0"/>
          <w:numId w:val="26"/>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كما تدعم الاتجاهات الحديثة في الإدارة المستدامة</w:t>
      </w:r>
      <w:r w:rsidRPr="00DF3135">
        <w:rPr>
          <w:rFonts w:ascii="Simplified Arabic" w:eastAsia="Times New Roman" w:hAnsi="Simplified Arabic" w:cs="Simplified Arabic"/>
          <w:sz w:val="28"/>
          <w:szCs w:val="28"/>
        </w:rPr>
        <w:t xml:space="preserve"> (</w:t>
      </w:r>
      <w:r w:rsidRPr="00DF3135">
        <w:rPr>
          <w:rFonts w:ascii="Simplified Arabic" w:eastAsia="Times New Roman" w:hAnsi="Simplified Arabic" w:cs="Simplified Arabic"/>
          <w:b/>
          <w:bCs/>
          <w:sz w:val="28"/>
          <w:szCs w:val="28"/>
        </w:rPr>
        <w:t>Sustainable Management Practices</w:t>
      </w:r>
      <w:r w:rsidRPr="00DF3135">
        <w:rPr>
          <w:rFonts w:ascii="Simplified Arabic" w:eastAsia="Times New Roman" w:hAnsi="Simplified Arabic" w:cs="Simplified Arabic"/>
          <w:sz w:val="28"/>
          <w:szCs w:val="28"/>
        </w:rPr>
        <w:t xml:space="preserve">) </w:t>
      </w:r>
      <w:r w:rsidRPr="00DF3135">
        <w:rPr>
          <w:rFonts w:ascii="Simplified Arabic" w:eastAsia="Times New Roman" w:hAnsi="Simplified Arabic" w:cs="Simplified Arabic"/>
          <w:sz w:val="28"/>
          <w:szCs w:val="28"/>
          <w:rtl/>
        </w:rPr>
        <w:t>التي تجمع بين الكفاءة الاقتصادية والرفاهية الوظيفي</w:t>
      </w:r>
    </w:p>
    <w:p w14:paraId="436EBC28" w14:textId="77777777" w:rsidR="00623ED3" w:rsidRPr="000F427A" w:rsidRDefault="00623ED3" w:rsidP="00623ED3">
      <w:pPr>
        <w:bidi/>
        <w:spacing w:after="224" w:line="259" w:lineRule="auto"/>
        <w:ind w:left="720" w:right="48"/>
        <w:rPr>
          <w:rFonts w:ascii="Simplified Arabic" w:eastAsia="Times New Roman" w:hAnsi="Simplified Arabic" w:cs="Simplified Arabic"/>
          <w:sz w:val="28"/>
          <w:szCs w:val="28"/>
          <w:rtl/>
        </w:rPr>
      </w:pPr>
    </w:p>
    <w:p w14:paraId="5BC918CE" w14:textId="77777777" w:rsidR="00E12ADA" w:rsidRPr="00DF3135" w:rsidRDefault="00E12ADA" w:rsidP="00E12ADA">
      <w:pPr>
        <w:bidi/>
        <w:spacing w:after="224" w:line="259" w:lineRule="auto"/>
        <w:ind w:left="720" w:right="48"/>
        <w:rPr>
          <w:rFonts w:ascii="Simplified Arabic" w:eastAsia="Times New Roman" w:hAnsi="Simplified Arabic" w:cs="Simplified Arabic"/>
          <w:sz w:val="28"/>
          <w:szCs w:val="28"/>
        </w:rPr>
      </w:pPr>
    </w:p>
    <w:p w14:paraId="4D282C03" w14:textId="77777777" w:rsidR="00CF316A" w:rsidRPr="00DF3135" w:rsidRDefault="00CF316A" w:rsidP="00CF316A">
      <w:pPr>
        <w:bidi/>
        <w:spacing w:after="224" w:line="259" w:lineRule="auto"/>
        <w:ind w:left="720" w:right="48"/>
        <w:rPr>
          <w:rFonts w:ascii="Simplified Arabic" w:eastAsia="Times New Roman" w:hAnsi="Simplified Arabic" w:cs="Simplified Arabic"/>
          <w:b/>
          <w:bCs/>
          <w:sz w:val="28"/>
          <w:szCs w:val="28"/>
        </w:rPr>
      </w:pPr>
      <w:r w:rsidRPr="00DF3135">
        <w:rPr>
          <w:rFonts w:ascii="Simplified Arabic" w:eastAsia="Times New Roman" w:hAnsi="Simplified Arabic" w:cs="Simplified Arabic"/>
          <w:b/>
          <w:bCs/>
          <w:sz w:val="28"/>
          <w:szCs w:val="28"/>
          <w:rtl/>
        </w:rPr>
        <w:t>ثالثًا: الأهمية المستقبلية</w:t>
      </w:r>
      <w:r w:rsidRPr="00DF3135">
        <w:rPr>
          <w:rFonts w:ascii="Simplified Arabic" w:eastAsia="Times New Roman" w:hAnsi="Simplified Arabic" w:cs="Simplified Arabic"/>
          <w:b/>
          <w:bCs/>
          <w:sz w:val="28"/>
          <w:szCs w:val="28"/>
        </w:rPr>
        <w:t xml:space="preserve"> (Future Significance)</w:t>
      </w:r>
    </w:p>
    <w:p w14:paraId="4DE6F67A" w14:textId="3ACEF371" w:rsidR="00FD76E4" w:rsidRPr="00DF3135" w:rsidRDefault="00FD76E4" w:rsidP="00086701">
      <w:pPr>
        <w:pStyle w:val="ListParagraph"/>
        <w:numPr>
          <w:ilvl w:val="0"/>
          <w:numId w:val="30"/>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b/>
          <w:bCs/>
          <w:sz w:val="28"/>
          <w:szCs w:val="28"/>
          <w:rtl/>
        </w:rPr>
        <w:t>فتح مجالات جديدة للبحث العلمي</w:t>
      </w:r>
      <w:r w:rsidRPr="00DF3135">
        <w:rPr>
          <w:rFonts w:ascii="Simplified Arabic" w:eastAsia="Times New Roman" w:hAnsi="Simplified Arabic" w:cs="Simplified Arabic"/>
          <w:b/>
          <w:bCs/>
          <w:sz w:val="28"/>
          <w:szCs w:val="28"/>
        </w:rPr>
        <w:t xml:space="preserve"> (Future Research Directions)</w:t>
      </w:r>
    </w:p>
    <w:p w14:paraId="308A881B" w14:textId="77777777" w:rsidR="00FD76E4" w:rsidRPr="00DF3135" w:rsidRDefault="00FD76E4" w:rsidP="00086701">
      <w:pPr>
        <w:numPr>
          <w:ilvl w:val="0"/>
          <w:numId w:val="27"/>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تمهّد هذه الدراسة الطريق أمام باحثين آخرين لإجراء دراسات مستقبلية حول علاقة إدارة الوقت بالإبداع التنظيمي</w:t>
      </w:r>
      <w:r w:rsidRPr="00DF3135">
        <w:rPr>
          <w:rFonts w:ascii="Simplified Arabic" w:eastAsia="Times New Roman" w:hAnsi="Simplified Arabic" w:cs="Simplified Arabic"/>
          <w:sz w:val="28"/>
          <w:szCs w:val="28"/>
        </w:rPr>
        <w:t xml:space="preserve"> (Organizational Creativity) </w:t>
      </w:r>
      <w:r w:rsidRPr="00DF3135">
        <w:rPr>
          <w:rFonts w:ascii="Simplified Arabic" w:eastAsia="Times New Roman" w:hAnsi="Simplified Arabic" w:cs="Simplified Arabic"/>
          <w:sz w:val="28"/>
          <w:szCs w:val="28"/>
          <w:rtl/>
        </w:rPr>
        <w:t>والابتكار المؤسسي</w:t>
      </w:r>
      <w:r w:rsidRPr="00DF3135">
        <w:rPr>
          <w:rFonts w:ascii="Simplified Arabic" w:eastAsia="Times New Roman" w:hAnsi="Simplified Arabic" w:cs="Simplified Arabic"/>
          <w:sz w:val="28"/>
          <w:szCs w:val="28"/>
        </w:rPr>
        <w:t xml:space="preserve"> (Corporate Innovation).</w:t>
      </w:r>
    </w:p>
    <w:p w14:paraId="4D943FDC" w14:textId="136E53FF" w:rsidR="00FD76E4" w:rsidRPr="00DF3135" w:rsidRDefault="00FD76E4" w:rsidP="00086701">
      <w:pPr>
        <w:pStyle w:val="ListParagraph"/>
        <w:numPr>
          <w:ilvl w:val="0"/>
          <w:numId w:val="30"/>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lastRenderedPageBreak/>
        <w:t>دعم التحول الرقمي في الإدارة</w:t>
      </w:r>
      <w:r w:rsidRPr="00DF3135">
        <w:rPr>
          <w:rFonts w:ascii="Simplified Arabic" w:eastAsia="Times New Roman" w:hAnsi="Simplified Arabic" w:cs="Simplified Arabic"/>
          <w:sz w:val="28"/>
          <w:szCs w:val="28"/>
        </w:rPr>
        <w:t xml:space="preserve"> (Digital Transformation in Management)</w:t>
      </w:r>
    </w:p>
    <w:p w14:paraId="4B62C2C6" w14:textId="77777777" w:rsidR="00FD76E4" w:rsidRPr="00DF3135" w:rsidRDefault="00FD76E4" w:rsidP="00086701">
      <w:pPr>
        <w:numPr>
          <w:ilvl w:val="0"/>
          <w:numId w:val="28"/>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 xml:space="preserve">تبرز الدراسة أهمية توظيف الأدوات التقنية مثل </w:t>
      </w:r>
      <w:r w:rsidRPr="00DF3135">
        <w:rPr>
          <w:rFonts w:ascii="Simplified Arabic" w:eastAsia="Times New Roman" w:hAnsi="Simplified Arabic" w:cs="Simplified Arabic"/>
          <w:sz w:val="28"/>
          <w:szCs w:val="28"/>
        </w:rPr>
        <w:t xml:space="preserve">Project Management Software </w:t>
      </w:r>
      <w:r w:rsidRPr="00DF3135">
        <w:rPr>
          <w:rFonts w:ascii="Simplified Arabic" w:eastAsia="Times New Roman" w:hAnsi="Simplified Arabic" w:cs="Simplified Arabic"/>
          <w:sz w:val="28"/>
          <w:szCs w:val="28"/>
          <w:rtl/>
        </w:rPr>
        <w:t>و</w:t>
      </w:r>
      <w:r w:rsidRPr="00DF3135">
        <w:rPr>
          <w:rFonts w:ascii="Simplified Arabic" w:eastAsia="Times New Roman" w:hAnsi="Simplified Arabic" w:cs="Simplified Arabic"/>
          <w:sz w:val="28"/>
          <w:szCs w:val="28"/>
        </w:rPr>
        <w:t xml:space="preserve">Time Tracking Systems </w:t>
      </w:r>
      <w:r w:rsidRPr="00DF3135">
        <w:rPr>
          <w:rFonts w:ascii="Simplified Arabic" w:eastAsia="Times New Roman" w:hAnsi="Simplified Arabic" w:cs="Simplified Arabic"/>
          <w:sz w:val="28"/>
          <w:szCs w:val="28"/>
          <w:rtl/>
        </w:rPr>
        <w:t>في تحسين التنظيم والإنتاجية المستقبلية</w:t>
      </w:r>
      <w:r w:rsidRPr="00DF3135">
        <w:rPr>
          <w:rFonts w:ascii="Simplified Arabic" w:eastAsia="Times New Roman" w:hAnsi="Simplified Arabic" w:cs="Simplified Arabic"/>
          <w:sz w:val="28"/>
          <w:szCs w:val="28"/>
        </w:rPr>
        <w:t>.</w:t>
      </w:r>
    </w:p>
    <w:p w14:paraId="26D6F654" w14:textId="0FBDA241" w:rsidR="00FD76E4" w:rsidRPr="00DF3135" w:rsidRDefault="00FD76E4" w:rsidP="00086701">
      <w:pPr>
        <w:pStyle w:val="ListParagraph"/>
        <w:numPr>
          <w:ilvl w:val="0"/>
          <w:numId w:val="30"/>
        </w:numPr>
        <w:bidi/>
        <w:spacing w:after="224" w:line="259" w:lineRule="auto"/>
        <w:ind w:right="48"/>
        <w:rPr>
          <w:rFonts w:ascii="Simplified Arabic" w:eastAsia="Times New Roman" w:hAnsi="Simplified Arabic" w:cs="Simplified Arabic"/>
          <w:sz w:val="28"/>
          <w:szCs w:val="28"/>
        </w:rPr>
      </w:pPr>
      <w:r w:rsidRPr="00DF3135">
        <w:rPr>
          <w:rFonts w:ascii="Simplified Arabic" w:eastAsia="Times New Roman" w:hAnsi="Simplified Arabic" w:cs="Simplified Arabic"/>
          <w:sz w:val="28"/>
          <w:szCs w:val="28"/>
          <w:rtl/>
        </w:rPr>
        <w:t>المواءمة مع متطلبات سوق العمل الحديث</w:t>
      </w:r>
      <w:r w:rsidRPr="00DF3135">
        <w:rPr>
          <w:rFonts w:ascii="Simplified Arabic" w:eastAsia="Times New Roman" w:hAnsi="Simplified Arabic" w:cs="Simplified Arabic"/>
          <w:sz w:val="28"/>
          <w:szCs w:val="28"/>
        </w:rPr>
        <w:t xml:space="preserve"> (Alignment with Modern Workforce Requirements)</w:t>
      </w:r>
    </w:p>
    <w:p w14:paraId="1FB4CA89" w14:textId="77777777" w:rsidR="00FD76E4" w:rsidRPr="00DF3135" w:rsidRDefault="00FD76E4" w:rsidP="00086701">
      <w:pPr>
        <w:numPr>
          <w:ilvl w:val="0"/>
          <w:numId w:val="29"/>
        </w:numPr>
        <w:bidi/>
        <w:spacing w:after="224" w:line="259" w:lineRule="auto"/>
        <w:ind w:right="48"/>
        <w:rPr>
          <w:rFonts w:ascii="Times New Roman" w:eastAsia="Times New Roman" w:hAnsi="Times New Roman" w:cs="Times New Roman"/>
          <w:sz w:val="24"/>
          <w:szCs w:val="24"/>
        </w:rPr>
      </w:pPr>
      <w:r w:rsidRPr="00DF3135">
        <w:rPr>
          <w:rFonts w:ascii="Simplified Arabic" w:eastAsia="Times New Roman" w:hAnsi="Simplified Arabic" w:cs="Simplified Arabic"/>
          <w:sz w:val="28"/>
          <w:szCs w:val="28"/>
          <w:rtl/>
        </w:rPr>
        <w:t>تساعد نتائج الدراسة المؤسسات على التكيف مع متطلبات العمل المرن</w:t>
      </w:r>
      <w:r w:rsidRPr="00DF3135">
        <w:rPr>
          <w:rFonts w:ascii="Simplified Arabic" w:eastAsia="Times New Roman" w:hAnsi="Simplified Arabic" w:cs="Simplified Arabic"/>
          <w:sz w:val="28"/>
          <w:szCs w:val="28"/>
        </w:rPr>
        <w:t xml:space="preserve"> (Flexible Work Systems) </w:t>
      </w:r>
      <w:r w:rsidRPr="00DF3135">
        <w:rPr>
          <w:rFonts w:ascii="Simplified Arabic" w:eastAsia="Times New Roman" w:hAnsi="Simplified Arabic" w:cs="Simplified Arabic"/>
          <w:sz w:val="28"/>
          <w:szCs w:val="28"/>
          <w:rtl/>
        </w:rPr>
        <w:t>والعمل الهجين</w:t>
      </w:r>
      <w:r w:rsidRPr="00DF3135">
        <w:rPr>
          <w:rFonts w:ascii="Simplified Arabic" w:eastAsia="Times New Roman" w:hAnsi="Simplified Arabic" w:cs="Simplified Arabic"/>
          <w:sz w:val="28"/>
          <w:szCs w:val="28"/>
        </w:rPr>
        <w:t xml:space="preserve"> (Hybrid Work Models</w:t>
      </w:r>
      <w:r w:rsidRPr="00DF3135">
        <w:rPr>
          <w:rFonts w:ascii="Times New Roman" w:eastAsia="Times New Roman" w:hAnsi="Times New Roman" w:cs="Times New Roman"/>
          <w:sz w:val="24"/>
          <w:szCs w:val="24"/>
        </w:rPr>
        <w:t xml:space="preserve">) </w:t>
      </w:r>
      <w:r w:rsidRPr="00DF3135">
        <w:rPr>
          <w:rFonts w:ascii="Times New Roman" w:eastAsia="Times New Roman" w:hAnsi="Times New Roman" w:cs="Times New Roman"/>
          <w:sz w:val="24"/>
          <w:szCs w:val="24"/>
          <w:rtl/>
        </w:rPr>
        <w:t>الذي أصبح سائدًا في العصر الرقمي</w:t>
      </w:r>
    </w:p>
    <w:p w14:paraId="20A65796" w14:textId="77777777" w:rsidR="00265765" w:rsidRPr="007A4227" w:rsidRDefault="00265765" w:rsidP="008B172F">
      <w:pPr>
        <w:bidi/>
        <w:spacing w:after="224" w:line="259" w:lineRule="auto"/>
        <w:ind w:right="48"/>
        <w:rPr>
          <w:rFonts w:ascii="Times New Roman" w:eastAsia="Times New Roman" w:hAnsi="Times New Roman" w:cs="Times New Roman"/>
          <w:sz w:val="24"/>
          <w:szCs w:val="24"/>
        </w:rPr>
      </w:pPr>
    </w:p>
    <w:p w14:paraId="7B0C410E" w14:textId="77777777" w:rsidR="004E5B0E" w:rsidRDefault="004E5B0E" w:rsidP="00F550DD">
      <w:pPr>
        <w:bidi/>
        <w:spacing w:after="224" w:line="259" w:lineRule="auto"/>
        <w:ind w:right="48"/>
        <w:rPr>
          <w:rFonts w:ascii="Times New Roman" w:eastAsia="Times New Roman" w:hAnsi="Times New Roman" w:cs="Times New Roman"/>
          <w:sz w:val="24"/>
          <w:szCs w:val="24"/>
        </w:rPr>
      </w:pPr>
    </w:p>
    <w:p w14:paraId="22B564B3" w14:textId="048B1547" w:rsidR="00B075DC" w:rsidRDefault="00B075DC" w:rsidP="00B075DC">
      <w:pPr>
        <w:bidi/>
        <w:spacing w:after="224" w:line="259" w:lineRule="auto"/>
        <w:ind w:left="720" w:right="48"/>
        <w:rPr>
          <w:rFonts w:ascii="Times New Roman" w:eastAsia="Times New Roman" w:hAnsi="Times New Roman" w:cs="Times New Roman"/>
          <w:b/>
          <w:bCs/>
          <w:sz w:val="24"/>
          <w:szCs w:val="24"/>
          <w:rtl/>
        </w:rPr>
      </w:pPr>
      <w:r w:rsidRPr="00B075DC">
        <w:rPr>
          <w:b/>
          <w:bCs/>
          <w:sz w:val="32"/>
          <w:szCs w:val="32"/>
          <w:rtl/>
        </w:rPr>
        <w:t>تساؤلات الدراسة</w:t>
      </w:r>
      <w:r>
        <w:rPr>
          <w:rFonts w:ascii="Times New Roman" w:eastAsia="Times New Roman" w:hAnsi="Times New Roman" w:cs="Times New Roman" w:hint="cs"/>
          <w:b/>
          <w:bCs/>
          <w:sz w:val="24"/>
          <w:szCs w:val="24"/>
          <w:rtl/>
        </w:rPr>
        <w:t xml:space="preserve"> :  </w:t>
      </w:r>
    </w:p>
    <w:p w14:paraId="14809344" w14:textId="57ECB381" w:rsidR="00776B77" w:rsidRPr="003D0012" w:rsidRDefault="00776B77" w:rsidP="00776B77">
      <w:pPr>
        <w:bidi/>
        <w:spacing w:after="224" w:line="259" w:lineRule="auto"/>
        <w:ind w:left="720" w:right="48"/>
        <w:rPr>
          <w:rFonts w:ascii="Simplified Arabic" w:eastAsia="Times New Roman" w:hAnsi="Simplified Arabic" w:cs="Simplified Arabic"/>
          <w:sz w:val="28"/>
          <w:szCs w:val="28"/>
          <w:rtl/>
        </w:rPr>
      </w:pPr>
      <w:r w:rsidRPr="003D0012">
        <w:rPr>
          <w:rFonts w:ascii="Simplified Arabic" w:eastAsia="Times New Roman" w:hAnsi="Simplified Arabic" w:cs="Simplified Arabic"/>
          <w:sz w:val="28"/>
          <w:szCs w:val="28"/>
          <w:rtl/>
        </w:rPr>
        <w:t>تنبع تساؤلات هذه الدراسة من الإشكالية الرئيسة المتمثلة في مدى تأثير تنظيم العمل وإدارة الوقت على رفع مستوى الإنتاجية في بيئة العمل، وما يرتبط بذلك من عوامل تنظيمية وسلوكية تؤثر على الأداء المؤسسي</w:t>
      </w:r>
      <w:r w:rsidRPr="003D0012">
        <w:rPr>
          <w:rFonts w:ascii="Simplified Arabic" w:eastAsia="Times New Roman" w:hAnsi="Simplified Arabic" w:cs="Simplified Arabic"/>
          <w:sz w:val="28"/>
          <w:szCs w:val="28"/>
        </w:rPr>
        <w:t>.</w:t>
      </w:r>
      <w:r w:rsidRPr="003D0012">
        <w:rPr>
          <w:rFonts w:ascii="Simplified Arabic" w:eastAsia="Times New Roman" w:hAnsi="Simplified Arabic" w:cs="Simplified Arabic"/>
          <w:sz w:val="28"/>
          <w:szCs w:val="28"/>
        </w:rPr>
        <w:br/>
      </w:r>
      <w:r w:rsidRPr="003D0012">
        <w:rPr>
          <w:rFonts w:ascii="Simplified Arabic" w:eastAsia="Times New Roman" w:hAnsi="Simplified Arabic" w:cs="Simplified Arabic"/>
          <w:sz w:val="28"/>
          <w:szCs w:val="28"/>
          <w:rtl/>
        </w:rPr>
        <w:t>وتهدف هذه التساؤلات إلى توجيه مسار البحث نحو تحليل العلاقة بين هذه المتغيرات بشكل شامل ومتكامل، بما يساعد في الوصول إلى نتائج دقيقة يمكن الاعتماد عليها في تطوير الأداء المؤسسي</w:t>
      </w:r>
    </w:p>
    <w:p w14:paraId="20B7BDC5" w14:textId="77777777" w:rsidR="00776B77" w:rsidRPr="00265765" w:rsidRDefault="00776B77" w:rsidP="00776B77">
      <w:pPr>
        <w:bidi/>
        <w:spacing w:after="224" w:line="259" w:lineRule="auto"/>
        <w:ind w:left="720" w:right="48"/>
        <w:rPr>
          <w:rFonts w:ascii="Simplified Arabic" w:eastAsia="Times New Roman" w:hAnsi="Simplified Arabic" w:cs="Simplified Arabic"/>
          <w:b/>
          <w:bCs/>
          <w:sz w:val="28"/>
          <w:szCs w:val="28"/>
          <w:rtl/>
        </w:rPr>
      </w:pPr>
    </w:p>
    <w:p w14:paraId="02D1DBC1" w14:textId="77777777" w:rsidR="009E337B" w:rsidRPr="00265765" w:rsidRDefault="009E337B" w:rsidP="009E337B">
      <w:pPr>
        <w:bidi/>
        <w:spacing w:after="224" w:line="259" w:lineRule="auto"/>
        <w:ind w:left="720"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أولًا</w:t>
      </w:r>
      <w:r w:rsidRPr="00265765">
        <w:rPr>
          <w:rFonts w:ascii="Simplified Arabic" w:eastAsia="Times New Roman" w:hAnsi="Simplified Arabic" w:cs="Simplified Arabic"/>
          <w:b/>
          <w:bCs/>
          <w:sz w:val="28"/>
          <w:szCs w:val="28"/>
        </w:rPr>
        <w:t xml:space="preserve">: </w:t>
      </w:r>
      <w:r w:rsidRPr="00265765">
        <w:rPr>
          <w:rFonts w:ascii="Simplified Arabic" w:eastAsia="Times New Roman" w:hAnsi="Simplified Arabic" w:cs="Simplified Arabic"/>
          <w:b/>
          <w:bCs/>
          <w:sz w:val="28"/>
          <w:szCs w:val="28"/>
          <w:rtl/>
        </w:rPr>
        <w:t>السؤال الرئيس للدراسة</w:t>
      </w:r>
      <w:r w:rsidRPr="00265765">
        <w:rPr>
          <w:rFonts w:ascii="Simplified Arabic" w:eastAsia="Times New Roman" w:hAnsi="Simplified Arabic" w:cs="Simplified Arabic"/>
          <w:b/>
          <w:bCs/>
          <w:sz w:val="28"/>
          <w:szCs w:val="28"/>
        </w:rPr>
        <w:t xml:space="preserve"> (Main Research Question)</w:t>
      </w:r>
    </w:p>
    <w:p w14:paraId="47E83C87" w14:textId="323D1924" w:rsidR="009E337B" w:rsidRPr="00265765" w:rsidRDefault="009E337B" w:rsidP="00265765">
      <w:pPr>
        <w:bidi/>
        <w:spacing w:after="224" w:line="259" w:lineRule="auto"/>
        <w:ind w:left="720" w:right="48"/>
        <w:rPr>
          <w:rFonts w:ascii="Simplified Arabic" w:eastAsia="Times New Roman" w:hAnsi="Simplified Arabic" w:cs="Simplified Arabic"/>
          <w:sz w:val="28"/>
          <w:szCs w:val="28"/>
        </w:rPr>
      </w:pPr>
      <w:r w:rsidRPr="00265765">
        <w:rPr>
          <w:rFonts w:ascii="Simplified Arabic" w:eastAsia="Times New Roman" w:hAnsi="Simplified Arabic" w:cs="Simplified Arabic"/>
          <w:sz w:val="28"/>
          <w:szCs w:val="28"/>
          <w:rtl/>
        </w:rPr>
        <w:t>ما مدى تأثير تنظيم العمل وإدارة الوقت على رفع مستوى الإنتاجية في بيئة العمل الحديثة؟</w:t>
      </w:r>
    </w:p>
    <w:p w14:paraId="3366D07A" w14:textId="77777777" w:rsidR="009E337B" w:rsidRDefault="009E337B" w:rsidP="009E337B">
      <w:pPr>
        <w:bidi/>
        <w:spacing w:after="224" w:line="259" w:lineRule="auto"/>
        <w:ind w:left="720" w:right="48"/>
        <w:rPr>
          <w:rFonts w:ascii="Simplified Arabic" w:eastAsia="Times New Roman" w:hAnsi="Simplified Arabic" w:cs="Simplified Arabic"/>
          <w:b/>
          <w:bCs/>
          <w:sz w:val="28"/>
          <w:szCs w:val="28"/>
          <w:rtl/>
        </w:rPr>
      </w:pPr>
      <w:r w:rsidRPr="00265765">
        <w:rPr>
          <w:rFonts w:ascii="Simplified Arabic" w:eastAsia="Times New Roman" w:hAnsi="Simplified Arabic" w:cs="Simplified Arabic"/>
          <w:sz w:val="28"/>
          <w:szCs w:val="28"/>
          <w:rtl/>
        </w:rPr>
        <w:t>هذا السؤال الرئيسي يمثل المحور المركزي للدراسة، ويسعى إلى استكشاف العلاقة السببية والتكاملية بين المتغيرين الأساسين وهما</w:t>
      </w:r>
      <w:r w:rsidRPr="00265765">
        <w:rPr>
          <w:rFonts w:ascii="Simplified Arabic" w:eastAsia="Times New Roman" w:hAnsi="Simplified Arabic" w:cs="Simplified Arabic"/>
          <w:sz w:val="28"/>
          <w:szCs w:val="28"/>
        </w:rPr>
        <w:t xml:space="preserve">: </w:t>
      </w:r>
      <w:r w:rsidRPr="00265765">
        <w:rPr>
          <w:rFonts w:ascii="Simplified Arabic" w:eastAsia="Times New Roman" w:hAnsi="Simplified Arabic" w:cs="Simplified Arabic"/>
          <w:sz w:val="28"/>
          <w:szCs w:val="28"/>
          <w:rtl/>
        </w:rPr>
        <w:t>تنظيم العمل</w:t>
      </w:r>
      <w:r w:rsidRPr="00265765">
        <w:rPr>
          <w:rFonts w:ascii="Simplified Arabic" w:eastAsia="Times New Roman" w:hAnsi="Simplified Arabic" w:cs="Simplified Arabic"/>
          <w:sz w:val="28"/>
          <w:szCs w:val="28"/>
        </w:rPr>
        <w:t xml:space="preserve"> (Work Organization) </w:t>
      </w:r>
      <w:r w:rsidRPr="00265765">
        <w:rPr>
          <w:rFonts w:ascii="Simplified Arabic" w:eastAsia="Times New Roman" w:hAnsi="Simplified Arabic" w:cs="Simplified Arabic"/>
          <w:sz w:val="28"/>
          <w:szCs w:val="28"/>
          <w:rtl/>
        </w:rPr>
        <w:t>وإدارة الوقت</w:t>
      </w:r>
      <w:r w:rsidRPr="00265765">
        <w:rPr>
          <w:rFonts w:ascii="Simplified Arabic" w:eastAsia="Times New Roman" w:hAnsi="Simplified Arabic" w:cs="Simplified Arabic"/>
          <w:sz w:val="28"/>
          <w:szCs w:val="28"/>
        </w:rPr>
        <w:t xml:space="preserve"> (Time Management)</w:t>
      </w:r>
      <w:r w:rsidRPr="00265765">
        <w:rPr>
          <w:rFonts w:ascii="Simplified Arabic" w:eastAsia="Times New Roman" w:hAnsi="Simplified Arabic" w:cs="Simplified Arabic"/>
          <w:sz w:val="28"/>
          <w:szCs w:val="28"/>
          <w:rtl/>
        </w:rPr>
        <w:t>، وتأثيرهما المشترك على الإنتاجية</w:t>
      </w:r>
      <w:r w:rsidRPr="00265765">
        <w:rPr>
          <w:rFonts w:ascii="Simplified Arabic" w:eastAsia="Times New Roman" w:hAnsi="Simplified Arabic" w:cs="Simplified Arabic"/>
          <w:sz w:val="28"/>
          <w:szCs w:val="28"/>
        </w:rPr>
        <w:t xml:space="preserve"> (Productivity) </w:t>
      </w:r>
      <w:r w:rsidRPr="00265765">
        <w:rPr>
          <w:rFonts w:ascii="Simplified Arabic" w:eastAsia="Times New Roman" w:hAnsi="Simplified Arabic" w:cs="Simplified Arabic"/>
          <w:sz w:val="28"/>
          <w:szCs w:val="28"/>
          <w:rtl/>
        </w:rPr>
        <w:t>بمفهومها الشامل الذي يجمع بين الكفاءة التشغيلية والأداء الفردي والجماعي</w:t>
      </w:r>
      <w:r w:rsidRPr="00265765">
        <w:rPr>
          <w:rFonts w:ascii="Simplified Arabic" w:eastAsia="Times New Roman" w:hAnsi="Simplified Arabic" w:cs="Simplified Arabic"/>
          <w:b/>
          <w:bCs/>
          <w:sz w:val="28"/>
          <w:szCs w:val="28"/>
        </w:rPr>
        <w:t>.</w:t>
      </w:r>
    </w:p>
    <w:p w14:paraId="62014B41" w14:textId="77777777" w:rsidR="008B172F" w:rsidRPr="00265765" w:rsidRDefault="008B172F" w:rsidP="00623ED3">
      <w:pPr>
        <w:bidi/>
        <w:spacing w:after="224" w:line="259" w:lineRule="auto"/>
        <w:ind w:right="48"/>
        <w:rPr>
          <w:rFonts w:ascii="Simplified Arabic" w:eastAsia="Times New Roman" w:hAnsi="Simplified Arabic" w:cs="Simplified Arabic"/>
          <w:b/>
          <w:bCs/>
          <w:sz w:val="28"/>
          <w:szCs w:val="28"/>
          <w:rtl/>
        </w:rPr>
      </w:pPr>
    </w:p>
    <w:p w14:paraId="502786DC" w14:textId="77777777" w:rsidR="003D0012" w:rsidRPr="00265765" w:rsidRDefault="003D0012" w:rsidP="003D0012">
      <w:pPr>
        <w:bidi/>
        <w:spacing w:after="224" w:line="259" w:lineRule="auto"/>
        <w:ind w:left="720" w:right="48"/>
        <w:rPr>
          <w:rFonts w:ascii="Simplified Arabic" w:eastAsia="Times New Roman" w:hAnsi="Simplified Arabic" w:cs="Simplified Arabic"/>
          <w:b/>
          <w:bCs/>
          <w:sz w:val="28"/>
          <w:szCs w:val="28"/>
        </w:rPr>
      </w:pPr>
    </w:p>
    <w:p w14:paraId="6F572806" w14:textId="77777777" w:rsidR="009F78EA" w:rsidRPr="00265765" w:rsidRDefault="009F78EA" w:rsidP="009F78EA">
      <w:pPr>
        <w:bidi/>
        <w:spacing w:after="224" w:line="259" w:lineRule="auto"/>
        <w:ind w:left="720"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ثانيًا</w:t>
      </w:r>
      <w:r w:rsidRPr="00265765">
        <w:rPr>
          <w:rFonts w:ascii="Simplified Arabic" w:eastAsia="Times New Roman" w:hAnsi="Simplified Arabic" w:cs="Simplified Arabic"/>
          <w:b/>
          <w:bCs/>
          <w:sz w:val="28"/>
          <w:szCs w:val="28"/>
        </w:rPr>
        <w:t xml:space="preserve">: </w:t>
      </w:r>
      <w:r w:rsidRPr="00265765">
        <w:rPr>
          <w:rFonts w:ascii="Simplified Arabic" w:eastAsia="Times New Roman" w:hAnsi="Simplified Arabic" w:cs="Simplified Arabic"/>
          <w:b/>
          <w:bCs/>
          <w:sz w:val="28"/>
          <w:szCs w:val="28"/>
          <w:rtl/>
        </w:rPr>
        <w:t>التساؤلات الفرعية</w:t>
      </w:r>
      <w:r w:rsidRPr="00265765">
        <w:rPr>
          <w:rFonts w:ascii="Simplified Arabic" w:eastAsia="Times New Roman" w:hAnsi="Simplified Arabic" w:cs="Simplified Arabic"/>
          <w:b/>
          <w:bCs/>
          <w:sz w:val="28"/>
          <w:szCs w:val="28"/>
        </w:rPr>
        <w:t xml:space="preserve"> (Sub-Questions)</w:t>
      </w:r>
    </w:p>
    <w:p w14:paraId="64909D6A" w14:textId="77777777" w:rsidR="00E24D41" w:rsidRPr="00265765" w:rsidRDefault="00E24D41" w:rsidP="00E24D41">
      <w:pPr>
        <w:bidi/>
        <w:spacing w:after="224" w:line="259" w:lineRule="auto"/>
        <w:ind w:left="720"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sz w:val="28"/>
          <w:szCs w:val="28"/>
          <w:rtl/>
        </w:rPr>
        <w:t>تحليل هذه العلاقة بشكل أعمق وأكثر دقة، يمكن تقسيم التساؤل الرئيسي إلى مجموعة من التساؤلات الفرعية على النحو التالي</w:t>
      </w:r>
      <w:r w:rsidRPr="00265765">
        <w:rPr>
          <w:rFonts w:ascii="Simplified Arabic" w:eastAsia="Times New Roman" w:hAnsi="Simplified Arabic" w:cs="Simplified Arabic"/>
          <w:b/>
          <w:bCs/>
          <w:sz w:val="28"/>
          <w:szCs w:val="28"/>
        </w:rPr>
        <w:t>:</w:t>
      </w:r>
    </w:p>
    <w:p w14:paraId="1AF3DC21" w14:textId="6F6650CF" w:rsidR="00E24D41" w:rsidRPr="00265765" w:rsidRDefault="00E24D41" w:rsidP="00086701">
      <w:pPr>
        <w:numPr>
          <w:ilvl w:val="0"/>
          <w:numId w:val="31"/>
        </w:numPr>
        <w:bidi/>
        <w:spacing w:after="224" w:line="259" w:lineRule="auto"/>
        <w:ind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ما مفهوم تنظيم العمل وأهميته في تحسين الأداء والإنتاجية؟</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يهدف هذا السؤال إلى تحليل الدور التنظيمي في توزيع المهام وتحديد المسؤوليات، وتأثيره على جودة الإنجاز وتقليل الهدر في الجهد والوقت</w:t>
      </w:r>
      <w:r w:rsidRPr="00265765">
        <w:rPr>
          <w:rFonts w:ascii="Simplified Arabic" w:eastAsia="Times New Roman" w:hAnsi="Simplified Arabic" w:cs="Simplified Arabic"/>
          <w:sz w:val="28"/>
          <w:szCs w:val="28"/>
        </w:rPr>
        <w:t>.</w:t>
      </w:r>
    </w:p>
    <w:p w14:paraId="185091B1" w14:textId="57B1EFBA" w:rsidR="00E24D41" w:rsidRPr="00265765" w:rsidRDefault="00E24D41" w:rsidP="00086701">
      <w:pPr>
        <w:numPr>
          <w:ilvl w:val="0"/>
          <w:numId w:val="31"/>
        </w:numPr>
        <w:bidi/>
        <w:spacing w:after="224" w:line="259" w:lineRule="auto"/>
        <w:ind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كيف تؤثر مهارات إدارة الوقت لدى الموظفين على كفاءة العمل والإنتاجية؟</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يركز هذا التساؤل على الجوانب الفردية والسلوكية التي تعكس مدى قدرة الموظف على التخطيط، وتحديد الأولويات، واستغلال الوقت بأقصى كفاءة ممكنة</w:t>
      </w:r>
      <w:r w:rsidRPr="00265765">
        <w:rPr>
          <w:rFonts w:ascii="Simplified Arabic" w:eastAsia="Times New Roman" w:hAnsi="Simplified Arabic" w:cs="Simplified Arabic"/>
          <w:sz w:val="28"/>
          <w:szCs w:val="28"/>
        </w:rPr>
        <w:t>.</w:t>
      </w:r>
    </w:p>
    <w:p w14:paraId="65F1F383" w14:textId="0F4B9563" w:rsidR="00E24D41" w:rsidRPr="00265765" w:rsidRDefault="00E24D41" w:rsidP="00086701">
      <w:pPr>
        <w:numPr>
          <w:ilvl w:val="0"/>
          <w:numId w:val="31"/>
        </w:numPr>
        <w:bidi/>
        <w:spacing w:after="224" w:line="259" w:lineRule="auto"/>
        <w:ind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ما العلاقة بين وضوح التنظيم الإداري وتقليل الضغوط المهنية داخل بيئة العمل؟</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يتناول هذا التساؤل أثر التنظيم الواضح للمهام والأدوار على تقليل التوتر النفسي وزيادة رضا العاملين، وبالتالي رفع مستوى الأداء</w:t>
      </w:r>
      <w:r w:rsidRPr="00265765">
        <w:rPr>
          <w:rFonts w:ascii="Simplified Arabic" w:eastAsia="Times New Roman" w:hAnsi="Simplified Arabic" w:cs="Simplified Arabic"/>
          <w:b/>
          <w:bCs/>
          <w:sz w:val="28"/>
          <w:szCs w:val="28"/>
        </w:rPr>
        <w:t>.</w:t>
      </w:r>
    </w:p>
    <w:p w14:paraId="040840D0" w14:textId="77777777" w:rsidR="00244287" w:rsidRPr="00265765" w:rsidRDefault="00244287" w:rsidP="00244287">
      <w:pPr>
        <w:bidi/>
        <w:spacing w:after="224" w:line="259" w:lineRule="auto"/>
        <w:ind w:left="720" w:right="48"/>
        <w:rPr>
          <w:rFonts w:ascii="Simplified Arabic" w:eastAsia="Times New Roman" w:hAnsi="Simplified Arabic" w:cs="Simplified Arabic"/>
          <w:b/>
          <w:bCs/>
          <w:sz w:val="28"/>
          <w:szCs w:val="28"/>
        </w:rPr>
      </w:pPr>
    </w:p>
    <w:p w14:paraId="0E17DBFC" w14:textId="4D501BB9" w:rsidR="00E24D41" w:rsidRPr="006F5856" w:rsidRDefault="00E24D41" w:rsidP="00086701">
      <w:pPr>
        <w:numPr>
          <w:ilvl w:val="0"/>
          <w:numId w:val="31"/>
        </w:numPr>
        <w:bidi/>
        <w:spacing w:after="224" w:line="259" w:lineRule="auto"/>
        <w:ind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إلى أي مدى يسهم التكامل بين تنظيم العمل وإدارة الوقت في تعزيز القدرة التنافسية للمؤسسات؟</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يهدف هذا التساؤل إلى الربط بين النتائج الداخلية (الإنتاجية) والمخرجات الخارجية (الميزة التنافسية)، لإظهار القيمة الاستراتيجية للموضوع</w:t>
      </w:r>
      <w:r w:rsidRPr="00265765">
        <w:rPr>
          <w:rFonts w:ascii="Simplified Arabic" w:eastAsia="Times New Roman" w:hAnsi="Simplified Arabic" w:cs="Simplified Arabic"/>
          <w:sz w:val="28"/>
          <w:szCs w:val="28"/>
        </w:rPr>
        <w:t>.</w:t>
      </w:r>
    </w:p>
    <w:p w14:paraId="1DF1176B" w14:textId="77777777" w:rsidR="006F5856" w:rsidRDefault="006F5856" w:rsidP="006F5856">
      <w:pPr>
        <w:pStyle w:val="ListParagraph"/>
        <w:rPr>
          <w:rFonts w:ascii="Simplified Arabic" w:eastAsia="Times New Roman" w:hAnsi="Simplified Arabic" w:cs="Simplified Arabic"/>
          <w:b/>
          <w:bCs/>
          <w:sz w:val="28"/>
          <w:szCs w:val="28"/>
          <w:rtl/>
        </w:rPr>
      </w:pPr>
    </w:p>
    <w:p w14:paraId="3EE979C4" w14:textId="77777777" w:rsidR="006F5856" w:rsidRPr="00265765" w:rsidRDefault="006F5856" w:rsidP="006F5856">
      <w:pPr>
        <w:bidi/>
        <w:spacing w:after="224" w:line="259" w:lineRule="auto"/>
        <w:ind w:right="48"/>
        <w:rPr>
          <w:rFonts w:ascii="Simplified Arabic" w:eastAsia="Times New Roman" w:hAnsi="Simplified Arabic" w:cs="Simplified Arabic"/>
          <w:b/>
          <w:bCs/>
          <w:sz w:val="28"/>
          <w:szCs w:val="28"/>
        </w:rPr>
      </w:pPr>
    </w:p>
    <w:p w14:paraId="445EFB88" w14:textId="7A27A6E7" w:rsidR="00E24D41" w:rsidRPr="00265765" w:rsidRDefault="00E24D41" w:rsidP="00086701">
      <w:pPr>
        <w:numPr>
          <w:ilvl w:val="0"/>
          <w:numId w:val="31"/>
        </w:numPr>
        <w:bidi/>
        <w:spacing w:after="224" w:line="259" w:lineRule="auto"/>
        <w:ind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ما أبرز المعوقات التي تحدّ من فاعلية تنظيم العمل وإدارة الوقت في المؤسسات؟</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يتناول هذا التساؤل الجوانب السلبية أو العوائق الإدارية والبشرية التي تُضعف التطبيق العملي لهذه المفاهيم، مثل ضعف التنسيق أو غياب ثقافة الالتزام الزمني</w:t>
      </w:r>
      <w:r w:rsidRPr="00265765">
        <w:rPr>
          <w:rFonts w:ascii="Simplified Arabic" w:eastAsia="Times New Roman" w:hAnsi="Simplified Arabic" w:cs="Simplified Arabic"/>
          <w:b/>
          <w:bCs/>
          <w:sz w:val="28"/>
          <w:szCs w:val="28"/>
        </w:rPr>
        <w:t>.</w:t>
      </w:r>
    </w:p>
    <w:p w14:paraId="0AE477F6" w14:textId="5E3AD2DE" w:rsidR="00E24D41" w:rsidRPr="00E24D41" w:rsidRDefault="00E24D41" w:rsidP="00086701">
      <w:pPr>
        <w:numPr>
          <w:ilvl w:val="0"/>
          <w:numId w:val="31"/>
        </w:numPr>
        <w:bidi/>
        <w:spacing w:after="224" w:line="259" w:lineRule="auto"/>
        <w:ind w:right="48"/>
        <w:rPr>
          <w:rFonts w:ascii="Times New Roman" w:eastAsia="Times New Roman" w:hAnsi="Times New Roman" w:cs="Times New Roman"/>
          <w:b/>
          <w:bCs/>
          <w:sz w:val="24"/>
          <w:szCs w:val="24"/>
        </w:rPr>
      </w:pPr>
      <w:r w:rsidRPr="00265765">
        <w:rPr>
          <w:rFonts w:ascii="Simplified Arabic" w:eastAsia="Times New Roman" w:hAnsi="Simplified Arabic" w:cs="Simplified Arabic"/>
          <w:b/>
          <w:bCs/>
          <w:sz w:val="28"/>
          <w:szCs w:val="28"/>
          <w:rtl/>
        </w:rPr>
        <w:t>كيف يمكن للمؤسسات تطوير استراتيجيات فعّالة لتحسين تنظيم العمل وإدارة الوقت؟</w:t>
      </w:r>
      <w:r w:rsidRPr="00265765">
        <w:rPr>
          <w:rFonts w:ascii="Simplified Arabic" w:eastAsia="Times New Roman" w:hAnsi="Simplified Arabic" w:cs="Simplified Arabic"/>
          <w:b/>
          <w:bCs/>
          <w:sz w:val="28"/>
          <w:szCs w:val="28"/>
        </w:rPr>
        <w:br/>
      </w:r>
      <w:r w:rsidRPr="00265765">
        <w:rPr>
          <w:rFonts w:ascii="Simplified Arabic" w:eastAsia="Times New Roman" w:hAnsi="Simplified Arabic" w:cs="Simplified Arabic"/>
          <w:sz w:val="28"/>
          <w:szCs w:val="28"/>
        </w:rPr>
        <w:br/>
      </w:r>
      <w:r w:rsidRPr="00265765">
        <w:rPr>
          <w:rFonts w:ascii="Simplified Arabic" w:eastAsia="Times New Roman" w:hAnsi="Simplified Arabic" w:cs="Simplified Arabic"/>
          <w:sz w:val="28"/>
          <w:szCs w:val="28"/>
          <w:rtl/>
        </w:rPr>
        <w:t>يهدف هذا التساؤل إلى تقديم حلول عملية مستخلصة من نتائج الدراسة يمكن تبنيها لتحسين الأداء وزيادة الإنتاجية بشكل مستدام</w:t>
      </w:r>
      <w:r w:rsidRPr="00E24D41">
        <w:rPr>
          <w:rFonts w:ascii="Times New Roman" w:eastAsia="Times New Roman" w:hAnsi="Times New Roman" w:cs="Times New Roman"/>
          <w:sz w:val="24"/>
          <w:szCs w:val="24"/>
        </w:rPr>
        <w:t>.</w:t>
      </w:r>
    </w:p>
    <w:p w14:paraId="0B4C54EB" w14:textId="77777777" w:rsidR="009E337B" w:rsidRDefault="009E337B" w:rsidP="009E337B">
      <w:pPr>
        <w:bidi/>
        <w:spacing w:after="224" w:line="259" w:lineRule="auto"/>
        <w:ind w:left="720" w:right="48"/>
        <w:rPr>
          <w:rFonts w:ascii="Times New Roman" w:eastAsia="Times New Roman" w:hAnsi="Times New Roman" w:cs="Times New Roman"/>
          <w:b/>
          <w:bCs/>
          <w:sz w:val="24"/>
          <w:szCs w:val="24"/>
          <w:rtl/>
        </w:rPr>
      </w:pPr>
    </w:p>
    <w:p w14:paraId="6B95B079" w14:textId="77777777" w:rsidR="003D0012" w:rsidRDefault="003D0012" w:rsidP="003D0012">
      <w:pPr>
        <w:bidi/>
        <w:spacing w:after="224" w:line="259" w:lineRule="auto"/>
        <w:ind w:left="720" w:right="48"/>
        <w:rPr>
          <w:rFonts w:ascii="Times New Roman" w:eastAsia="Times New Roman" w:hAnsi="Times New Roman" w:cs="Times New Roman"/>
          <w:b/>
          <w:bCs/>
          <w:sz w:val="24"/>
          <w:szCs w:val="24"/>
          <w:rtl/>
        </w:rPr>
      </w:pPr>
    </w:p>
    <w:p w14:paraId="5DB4F9C9" w14:textId="77777777" w:rsidR="003D0012" w:rsidRPr="00E24D41" w:rsidRDefault="003D0012" w:rsidP="003D0012">
      <w:pPr>
        <w:bidi/>
        <w:spacing w:after="224" w:line="259" w:lineRule="auto"/>
        <w:ind w:left="720" w:right="48"/>
        <w:rPr>
          <w:rFonts w:ascii="Times New Roman" w:eastAsia="Times New Roman" w:hAnsi="Times New Roman" w:cs="Times New Roman"/>
          <w:b/>
          <w:bCs/>
          <w:sz w:val="24"/>
          <w:szCs w:val="24"/>
          <w:rtl/>
        </w:rPr>
      </w:pPr>
    </w:p>
    <w:p w14:paraId="7528D1C6" w14:textId="77777777" w:rsidR="006D6A93" w:rsidRPr="00265765" w:rsidRDefault="00B075DC" w:rsidP="006D6A93">
      <w:pPr>
        <w:bidi/>
        <w:spacing w:after="224" w:line="259" w:lineRule="auto"/>
        <w:ind w:left="720" w:right="48"/>
        <w:rPr>
          <w:rFonts w:ascii="Simplified Arabic" w:eastAsia="Times New Roman" w:hAnsi="Simplified Arabic" w:cs="Simplified Arabic"/>
          <w:b/>
          <w:bCs/>
          <w:sz w:val="28"/>
          <w:szCs w:val="28"/>
        </w:rPr>
      </w:pPr>
      <w:r w:rsidRPr="00265765">
        <w:rPr>
          <w:rFonts w:ascii="Simplified Arabic" w:eastAsia="Times New Roman" w:hAnsi="Simplified Arabic" w:cs="Simplified Arabic"/>
          <w:b/>
          <w:bCs/>
          <w:sz w:val="28"/>
          <w:szCs w:val="28"/>
          <w:rtl/>
        </w:rPr>
        <w:t xml:space="preserve"> </w:t>
      </w:r>
      <w:r w:rsidR="006D6A93" w:rsidRPr="00265765">
        <w:rPr>
          <w:rFonts w:ascii="Simplified Arabic" w:eastAsia="Times New Roman" w:hAnsi="Simplified Arabic" w:cs="Simplified Arabic"/>
          <w:b/>
          <w:bCs/>
          <w:sz w:val="28"/>
          <w:szCs w:val="28"/>
          <w:rtl/>
        </w:rPr>
        <w:t>ثالثًا</w:t>
      </w:r>
      <w:r w:rsidR="006D6A93" w:rsidRPr="00265765">
        <w:rPr>
          <w:rFonts w:ascii="Simplified Arabic" w:eastAsia="Times New Roman" w:hAnsi="Simplified Arabic" w:cs="Simplified Arabic"/>
          <w:b/>
          <w:bCs/>
          <w:sz w:val="28"/>
          <w:szCs w:val="28"/>
        </w:rPr>
        <w:t xml:space="preserve">: </w:t>
      </w:r>
      <w:r w:rsidR="006D6A93" w:rsidRPr="00265765">
        <w:rPr>
          <w:rFonts w:ascii="Simplified Arabic" w:eastAsia="Times New Roman" w:hAnsi="Simplified Arabic" w:cs="Simplified Arabic"/>
          <w:b/>
          <w:bCs/>
          <w:sz w:val="28"/>
          <w:szCs w:val="28"/>
          <w:rtl/>
        </w:rPr>
        <w:t>التساؤلات التحليلية</w:t>
      </w:r>
      <w:r w:rsidR="006D6A93" w:rsidRPr="00265765">
        <w:rPr>
          <w:rFonts w:ascii="Simplified Arabic" w:eastAsia="Times New Roman" w:hAnsi="Simplified Arabic" w:cs="Simplified Arabic"/>
          <w:b/>
          <w:bCs/>
          <w:sz w:val="28"/>
          <w:szCs w:val="28"/>
        </w:rPr>
        <w:t xml:space="preserve"> (Analytical Questions)</w:t>
      </w:r>
    </w:p>
    <w:p w14:paraId="7D60DB37" w14:textId="4182E7D2" w:rsidR="00E9391A" w:rsidRPr="00265765" w:rsidRDefault="004C7263" w:rsidP="004C7263">
      <w:pPr>
        <w:bidi/>
        <w:spacing w:after="224" w:line="259" w:lineRule="auto"/>
        <w:ind w:left="720" w:right="48"/>
        <w:rPr>
          <w:rFonts w:ascii="Simplified Arabic" w:eastAsia="Times New Roman" w:hAnsi="Simplified Arabic" w:cs="Simplified Arabic"/>
          <w:b/>
          <w:bCs/>
          <w:sz w:val="28"/>
          <w:szCs w:val="28"/>
          <w:rtl/>
        </w:rPr>
      </w:pPr>
      <w:r w:rsidRPr="00265765">
        <w:rPr>
          <w:rFonts w:ascii="Simplified Arabic" w:eastAsia="Times New Roman" w:hAnsi="Simplified Arabic" w:cs="Simplified Arabic"/>
          <w:b/>
          <w:bCs/>
          <w:sz w:val="28"/>
          <w:szCs w:val="28"/>
          <w:rtl/>
        </w:rPr>
        <w:t>إضافة إلى التساؤلات السابقة، تتضمن الدراسة بعض الأسئلة التحليلية التي تُعنى بتفسير العلاقات بين المتغيرات محل الدراسة، مثل</w:t>
      </w:r>
      <w:r w:rsidRPr="00265765">
        <w:rPr>
          <w:rFonts w:ascii="Simplified Arabic" w:eastAsia="Times New Roman" w:hAnsi="Simplified Arabic" w:cs="Simplified Arabic"/>
          <w:b/>
          <w:bCs/>
          <w:sz w:val="28"/>
          <w:szCs w:val="28"/>
        </w:rPr>
        <w:t>:</w:t>
      </w:r>
    </w:p>
    <w:p w14:paraId="5F6BE6BD" w14:textId="6DEE4B89" w:rsidR="004C7263" w:rsidRPr="00265765" w:rsidRDefault="004C7263" w:rsidP="00086701">
      <w:pPr>
        <w:pStyle w:val="ListParagraph"/>
        <w:numPr>
          <w:ilvl w:val="0"/>
          <w:numId w:val="29"/>
        </w:numPr>
        <w:bidi/>
        <w:spacing w:after="224" w:line="259" w:lineRule="auto"/>
        <w:ind w:right="48"/>
        <w:rPr>
          <w:rFonts w:ascii="Simplified Arabic" w:eastAsia="Times New Roman" w:hAnsi="Simplified Arabic" w:cs="Simplified Arabic"/>
          <w:sz w:val="28"/>
          <w:szCs w:val="28"/>
        </w:rPr>
      </w:pPr>
      <w:r w:rsidRPr="00265765">
        <w:rPr>
          <w:rFonts w:ascii="Simplified Arabic" w:eastAsia="Times New Roman" w:hAnsi="Simplified Arabic" w:cs="Simplified Arabic"/>
          <w:sz w:val="28"/>
          <w:szCs w:val="28"/>
          <w:rtl/>
        </w:rPr>
        <w:t>هل هناك فروق ذات دلالة إحصائية بين مستويات الإنتاجية تبعًا لاختلاف درجة تنظيم العمل داخل المؤسسة؟</w:t>
      </w:r>
      <w:r w:rsidRPr="00265765">
        <w:rPr>
          <w:rFonts w:ascii="Simplified Arabic" w:eastAsia="Times New Roman" w:hAnsi="Simplified Arabic" w:cs="Simplified Arabic"/>
          <w:sz w:val="28"/>
          <w:szCs w:val="28"/>
        </w:rPr>
        <w:br/>
      </w:r>
    </w:p>
    <w:p w14:paraId="5B28964F" w14:textId="769DFB57" w:rsidR="0085532C" w:rsidRPr="00265765" w:rsidRDefault="004C7263" w:rsidP="00086701">
      <w:pPr>
        <w:pStyle w:val="ListParagraph"/>
        <w:numPr>
          <w:ilvl w:val="0"/>
          <w:numId w:val="29"/>
        </w:numPr>
        <w:bidi/>
        <w:spacing w:after="224" w:line="259" w:lineRule="auto"/>
        <w:ind w:right="48"/>
        <w:rPr>
          <w:rFonts w:ascii="Simplified Arabic" w:eastAsia="Times New Roman" w:hAnsi="Simplified Arabic" w:cs="Simplified Arabic"/>
          <w:sz w:val="28"/>
          <w:szCs w:val="28"/>
        </w:rPr>
      </w:pPr>
      <w:r w:rsidRPr="00265765">
        <w:rPr>
          <w:rFonts w:ascii="Simplified Arabic" w:eastAsia="Times New Roman" w:hAnsi="Simplified Arabic" w:cs="Simplified Arabic"/>
          <w:sz w:val="28"/>
          <w:szCs w:val="28"/>
          <w:rtl/>
        </w:rPr>
        <w:t>هل تختلف كفاءة إدارة الوقت باختلاف المستوى الإداري أو الوظيفي؟</w:t>
      </w:r>
      <w:r w:rsidRPr="00265765">
        <w:rPr>
          <w:rFonts w:ascii="Simplified Arabic" w:eastAsia="Times New Roman" w:hAnsi="Simplified Arabic" w:cs="Simplified Arabic"/>
          <w:sz w:val="28"/>
          <w:szCs w:val="28"/>
        </w:rPr>
        <w:br/>
      </w:r>
    </w:p>
    <w:p w14:paraId="37D0D9DA" w14:textId="124A95F9" w:rsidR="009E1428" w:rsidRDefault="004C7263" w:rsidP="00086701">
      <w:pPr>
        <w:pStyle w:val="ListParagraph"/>
        <w:numPr>
          <w:ilvl w:val="0"/>
          <w:numId w:val="29"/>
        </w:numPr>
        <w:bidi/>
        <w:spacing w:after="224" w:line="259" w:lineRule="auto"/>
        <w:ind w:right="48"/>
        <w:rPr>
          <w:rFonts w:ascii="Simplified Arabic" w:eastAsia="Times New Roman" w:hAnsi="Simplified Arabic" w:cs="Simplified Arabic"/>
          <w:sz w:val="28"/>
          <w:szCs w:val="28"/>
        </w:rPr>
      </w:pPr>
      <w:r w:rsidRPr="00265765">
        <w:rPr>
          <w:rFonts w:ascii="Simplified Arabic" w:eastAsia="Times New Roman" w:hAnsi="Simplified Arabic" w:cs="Simplified Arabic"/>
          <w:sz w:val="28"/>
          <w:szCs w:val="28"/>
          <w:rtl/>
        </w:rPr>
        <w:t>ما طبيعة العلاقة بين إدارة الوقت والرضا الوظيفي للعاملين؟</w:t>
      </w:r>
      <w:r w:rsidRPr="00265765">
        <w:rPr>
          <w:rFonts w:ascii="Simplified Arabic" w:eastAsia="Times New Roman" w:hAnsi="Simplified Arabic" w:cs="Simplified Arabic"/>
          <w:sz w:val="28"/>
          <w:szCs w:val="28"/>
        </w:rPr>
        <w:br/>
      </w:r>
    </w:p>
    <w:p w14:paraId="48FA5A32" w14:textId="77777777" w:rsidR="00DD35E4" w:rsidRPr="00DD35E4" w:rsidRDefault="00DD35E4" w:rsidP="00DD35E4">
      <w:pPr>
        <w:bidi/>
        <w:spacing w:after="224" w:line="259" w:lineRule="auto"/>
        <w:ind w:right="48"/>
        <w:rPr>
          <w:rFonts w:ascii="Simplified Arabic" w:eastAsia="Times New Roman" w:hAnsi="Simplified Arabic" w:cs="Simplified Arabic"/>
          <w:sz w:val="28"/>
          <w:szCs w:val="28"/>
        </w:rPr>
      </w:pPr>
    </w:p>
    <w:p w14:paraId="42D06038" w14:textId="77777777" w:rsidR="00D762D2" w:rsidRPr="009E1428" w:rsidRDefault="00D762D2" w:rsidP="00D762D2">
      <w:pPr>
        <w:bidi/>
        <w:rPr>
          <w:rFonts w:ascii="Simplified Arabic" w:hAnsi="Simplified Arabic" w:cs="Simplified Arabic"/>
          <w:b/>
          <w:bCs/>
          <w:sz w:val="28"/>
          <w:szCs w:val="28"/>
        </w:rPr>
      </w:pPr>
      <w:r w:rsidRPr="009E1428">
        <w:rPr>
          <w:rFonts w:ascii="Simplified Arabic" w:hAnsi="Simplified Arabic" w:cs="Simplified Arabic"/>
          <w:b/>
          <w:bCs/>
          <w:sz w:val="28"/>
          <w:szCs w:val="28"/>
          <w:rtl/>
        </w:rPr>
        <w:t>رابعًا: أهمية صياغة تساؤلات الدراسة</w:t>
      </w:r>
    </w:p>
    <w:p w14:paraId="4F0813C4" w14:textId="77777777" w:rsidR="00D762D2" w:rsidRPr="009E1428" w:rsidRDefault="00D762D2" w:rsidP="00D762D2">
      <w:pPr>
        <w:bidi/>
        <w:rPr>
          <w:rFonts w:ascii="Simplified Arabic" w:hAnsi="Simplified Arabic" w:cs="Simplified Arabic"/>
          <w:sz w:val="28"/>
          <w:szCs w:val="28"/>
        </w:rPr>
      </w:pPr>
      <w:r w:rsidRPr="009E1428">
        <w:rPr>
          <w:rFonts w:ascii="Simplified Arabic" w:hAnsi="Simplified Arabic" w:cs="Simplified Arabic"/>
          <w:sz w:val="28"/>
          <w:szCs w:val="28"/>
          <w:rtl/>
        </w:rPr>
        <w:t>إن صياغة هذه التساؤلات تُعد خطوة أساسية في توجيه مسار البحث العلمي، إذ تمكّن الباحث من</w:t>
      </w:r>
      <w:r w:rsidRPr="009E1428">
        <w:rPr>
          <w:rFonts w:ascii="Simplified Arabic" w:hAnsi="Simplified Arabic" w:cs="Simplified Arabic"/>
          <w:sz w:val="28"/>
          <w:szCs w:val="28"/>
        </w:rPr>
        <w:t>:</w:t>
      </w:r>
    </w:p>
    <w:p w14:paraId="03EB34BA" w14:textId="77777777" w:rsidR="00D762D2" w:rsidRPr="009E1428" w:rsidRDefault="00D762D2" w:rsidP="00D762D2">
      <w:pPr>
        <w:bidi/>
        <w:rPr>
          <w:rFonts w:ascii="Simplified Arabic" w:hAnsi="Simplified Arabic" w:cs="Simplified Arabic"/>
          <w:sz w:val="28"/>
          <w:szCs w:val="28"/>
        </w:rPr>
      </w:pPr>
      <w:r w:rsidRPr="009E1428">
        <w:rPr>
          <w:rFonts w:ascii="Simplified Arabic" w:hAnsi="Simplified Arabic" w:cs="Simplified Arabic"/>
          <w:sz w:val="28"/>
          <w:szCs w:val="28"/>
        </w:rPr>
        <w:t>•</w:t>
      </w:r>
      <w:r w:rsidRPr="009E1428">
        <w:rPr>
          <w:rFonts w:ascii="Simplified Arabic" w:hAnsi="Simplified Arabic" w:cs="Simplified Arabic"/>
          <w:sz w:val="28"/>
          <w:szCs w:val="28"/>
        </w:rPr>
        <w:tab/>
      </w:r>
      <w:r w:rsidRPr="009E1428">
        <w:rPr>
          <w:rFonts w:ascii="Simplified Arabic" w:hAnsi="Simplified Arabic" w:cs="Simplified Arabic"/>
          <w:sz w:val="28"/>
          <w:szCs w:val="28"/>
          <w:rtl/>
        </w:rPr>
        <w:t>تحديد المتغيرات الرئيسة والفرعية بدقة</w:t>
      </w:r>
      <w:r w:rsidRPr="009E1428">
        <w:rPr>
          <w:rFonts w:ascii="Simplified Arabic" w:hAnsi="Simplified Arabic" w:cs="Simplified Arabic"/>
          <w:sz w:val="28"/>
          <w:szCs w:val="28"/>
        </w:rPr>
        <w:t>.</w:t>
      </w:r>
    </w:p>
    <w:p w14:paraId="715273F9" w14:textId="77777777" w:rsidR="00D762D2" w:rsidRPr="009E1428" w:rsidRDefault="00D762D2" w:rsidP="00D762D2">
      <w:pPr>
        <w:bidi/>
        <w:rPr>
          <w:rFonts w:ascii="Simplified Arabic" w:hAnsi="Simplified Arabic" w:cs="Simplified Arabic"/>
          <w:sz w:val="28"/>
          <w:szCs w:val="28"/>
        </w:rPr>
      </w:pPr>
      <w:r w:rsidRPr="009E1428">
        <w:rPr>
          <w:rFonts w:ascii="Simplified Arabic" w:hAnsi="Simplified Arabic" w:cs="Simplified Arabic"/>
          <w:sz w:val="28"/>
          <w:szCs w:val="28"/>
        </w:rPr>
        <w:t>•</w:t>
      </w:r>
      <w:r w:rsidRPr="009E1428">
        <w:rPr>
          <w:rFonts w:ascii="Simplified Arabic" w:hAnsi="Simplified Arabic" w:cs="Simplified Arabic"/>
          <w:sz w:val="28"/>
          <w:szCs w:val="28"/>
        </w:rPr>
        <w:tab/>
      </w:r>
      <w:r w:rsidRPr="009E1428">
        <w:rPr>
          <w:rFonts w:ascii="Simplified Arabic" w:hAnsi="Simplified Arabic" w:cs="Simplified Arabic"/>
          <w:sz w:val="28"/>
          <w:szCs w:val="28"/>
          <w:rtl/>
        </w:rPr>
        <w:t>بناء الاستبيان الافتراضي ومؤشرات القياس بناءً على التساؤلات المحددة</w:t>
      </w:r>
      <w:r w:rsidRPr="009E1428">
        <w:rPr>
          <w:rFonts w:ascii="Simplified Arabic" w:hAnsi="Simplified Arabic" w:cs="Simplified Arabic"/>
          <w:sz w:val="28"/>
          <w:szCs w:val="28"/>
        </w:rPr>
        <w:t>.</w:t>
      </w:r>
    </w:p>
    <w:p w14:paraId="0337FE56" w14:textId="77777777" w:rsidR="00D762D2" w:rsidRPr="009E1428" w:rsidRDefault="00D762D2" w:rsidP="00D762D2">
      <w:pPr>
        <w:bidi/>
        <w:rPr>
          <w:rFonts w:ascii="Simplified Arabic" w:hAnsi="Simplified Arabic" w:cs="Simplified Arabic"/>
          <w:sz w:val="28"/>
          <w:szCs w:val="28"/>
        </w:rPr>
      </w:pPr>
      <w:r w:rsidRPr="009E1428">
        <w:rPr>
          <w:rFonts w:ascii="Simplified Arabic" w:hAnsi="Simplified Arabic" w:cs="Simplified Arabic"/>
          <w:sz w:val="28"/>
          <w:szCs w:val="28"/>
        </w:rPr>
        <w:t>•</w:t>
      </w:r>
      <w:r w:rsidRPr="009E1428">
        <w:rPr>
          <w:rFonts w:ascii="Simplified Arabic" w:hAnsi="Simplified Arabic" w:cs="Simplified Arabic"/>
          <w:sz w:val="28"/>
          <w:szCs w:val="28"/>
        </w:rPr>
        <w:tab/>
      </w:r>
      <w:r w:rsidRPr="009E1428">
        <w:rPr>
          <w:rFonts w:ascii="Simplified Arabic" w:hAnsi="Simplified Arabic" w:cs="Simplified Arabic"/>
          <w:sz w:val="28"/>
          <w:szCs w:val="28"/>
          <w:rtl/>
        </w:rPr>
        <w:t>تحقيق التناسق بين الإطار النظري والتحليل الإحصائي لاحقًا</w:t>
      </w:r>
      <w:r w:rsidRPr="009E1428">
        <w:rPr>
          <w:rFonts w:ascii="Simplified Arabic" w:hAnsi="Simplified Arabic" w:cs="Simplified Arabic"/>
          <w:sz w:val="28"/>
          <w:szCs w:val="28"/>
        </w:rPr>
        <w:t>.</w:t>
      </w:r>
    </w:p>
    <w:p w14:paraId="1624EBDB" w14:textId="77777777" w:rsidR="00D762D2" w:rsidRPr="009E1428" w:rsidRDefault="00D762D2" w:rsidP="00D762D2">
      <w:pPr>
        <w:bidi/>
        <w:rPr>
          <w:rFonts w:ascii="Simplified Arabic" w:hAnsi="Simplified Arabic" w:cs="Simplified Arabic"/>
          <w:sz w:val="28"/>
          <w:szCs w:val="28"/>
        </w:rPr>
      </w:pPr>
      <w:r w:rsidRPr="009E1428">
        <w:rPr>
          <w:rFonts w:ascii="Simplified Arabic" w:hAnsi="Simplified Arabic" w:cs="Simplified Arabic"/>
          <w:sz w:val="28"/>
          <w:szCs w:val="28"/>
        </w:rPr>
        <w:t>•</w:t>
      </w:r>
      <w:r w:rsidRPr="009E1428">
        <w:rPr>
          <w:rFonts w:ascii="Simplified Arabic" w:hAnsi="Simplified Arabic" w:cs="Simplified Arabic"/>
          <w:sz w:val="28"/>
          <w:szCs w:val="28"/>
        </w:rPr>
        <w:tab/>
      </w:r>
      <w:r w:rsidRPr="009E1428">
        <w:rPr>
          <w:rFonts w:ascii="Simplified Arabic" w:hAnsi="Simplified Arabic" w:cs="Simplified Arabic"/>
          <w:sz w:val="28"/>
          <w:szCs w:val="28"/>
          <w:rtl/>
        </w:rPr>
        <w:t>تسهيل عملية المقارنة بين النتائج الفعلية والنظريات السابقة</w:t>
      </w:r>
    </w:p>
    <w:p w14:paraId="06830E8F" w14:textId="77777777" w:rsidR="00265765" w:rsidRPr="00623ED3" w:rsidRDefault="00265765" w:rsidP="00623ED3">
      <w:pPr>
        <w:bidi/>
        <w:spacing w:after="224" w:line="259" w:lineRule="auto"/>
        <w:ind w:right="48"/>
        <w:rPr>
          <w:rFonts w:ascii="Times New Roman" w:eastAsia="Times New Roman" w:hAnsi="Times New Roman" w:cs="Times New Roman"/>
          <w:sz w:val="24"/>
          <w:szCs w:val="24"/>
        </w:rPr>
      </w:pPr>
    </w:p>
    <w:p w14:paraId="7DF21503" w14:textId="77777777" w:rsidR="009E1428" w:rsidRPr="00D762D2" w:rsidRDefault="009E1428" w:rsidP="009E1428">
      <w:pPr>
        <w:pStyle w:val="ListParagraph"/>
        <w:bidi/>
        <w:spacing w:after="224" w:line="259" w:lineRule="auto"/>
        <w:ind w:right="48"/>
        <w:rPr>
          <w:rFonts w:ascii="Times New Roman" w:eastAsia="Times New Roman" w:hAnsi="Times New Roman" w:cs="Times New Roman"/>
          <w:sz w:val="24"/>
          <w:szCs w:val="24"/>
        </w:rPr>
      </w:pPr>
    </w:p>
    <w:p w14:paraId="0153DAE5" w14:textId="3DD80D7F" w:rsidR="004C7263" w:rsidRDefault="00FE3A95" w:rsidP="00FE3A95">
      <w:pPr>
        <w:bidi/>
        <w:spacing w:after="224" w:line="259" w:lineRule="auto"/>
        <w:ind w:left="720" w:right="48"/>
        <w:rPr>
          <w:b/>
          <w:bCs/>
          <w:sz w:val="32"/>
          <w:szCs w:val="32"/>
        </w:rPr>
      </w:pPr>
      <w:r w:rsidRPr="00FE3A95">
        <w:rPr>
          <w:b/>
          <w:bCs/>
          <w:sz w:val="32"/>
          <w:szCs w:val="32"/>
          <w:rtl/>
        </w:rPr>
        <w:t>منهجية الدراسة</w:t>
      </w:r>
      <w:r>
        <w:rPr>
          <w:rFonts w:hint="cs"/>
          <w:b/>
          <w:bCs/>
          <w:sz w:val="32"/>
          <w:szCs w:val="32"/>
          <w:rtl/>
        </w:rPr>
        <w:t xml:space="preserve"> :</w:t>
      </w:r>
    </w:p>
    <w:p w14:paraId="0EC6DD08" w14:textId="77777777" w:rsidR="001E1993" w:rsidRDefault="001E1993" w:rsidP="001E1993">
      <w:pPr>
        <w:bidi/>
        <w:spacing w:after="224" w:line="259" w:lineRule="auto"/>
        <w:ind w:left="720" w:right="48"/>
        <w:rPr>
          <w:b/>
          <w:bCs/>
          <w:sz w:val="32"/>
          <w:szCs w:val="32"/>
          <w:rtl/>
        </w:rPr>
      </w:pPr>
    </w:p>
    <w:p w14:paraId="6E59CF94" w14:textId="77777777" w:rsidR="00364D9A" w:rsidRPr="00364D9A" w:rsidRDefault="00364D9A" w:rsidP="00364D9A">
      <w:pPr>
        <w:bidi/>
        <w:spacing w:after="224" w:line="259" w:lineRule="auto"/>
        <w:ind w:left="720" w:right="48"/>
        <w:rPr>
          <w:b/>
          <w:bCs/>
          <w:sz w:val="32"/>
          <w:szCs w:val="32"/>
        </w:rPr>
      </w:pPr>
      <w:r w:rsidRPr="00364D9A">
        <w:rPr>
          <w:b/>
          <w:bCs/>
          <w:sz w:val="32"/>
          <w:szCs w:val="32"/>
          <w:rtl/>
        </w:rPr>
        <w:t>أولًا</w:t>
      </w:r>
      <w:r w:rsidRPr="00364D9A">
        <w:rPr>
          <w:b/>
          <w:bCs/>
          <w:sz w:val="32"/>
          <w:szCs w:val="32"/>
        </w:rPr>
        <w:t xml:space="preserve">: </w:t>
      </w:r>
      <w:r w:rsidRPr="00364D9A">
        <w:rPr>
          <w:b/>
          <w:bCs/>
          <w:sz w:val="32"/>
          <w:szCs w:val="32"/>
          <w:rtl/>
        </w:rPr>
        <w:t>منهج الدراسة</w:t>
      </w:r>
      <w:r w:rsidRPr="00364D9A">
        <w:rPr>
          <w:b/>
          <w:bCs/>
          <w:sz w:val="32"/>
          <w:szCs w:val="32"/>
        </w:rPr>
        <w:t xml:space="preserve"> (Research Approach)</w:t>
      </w:r>
    </w:p>
    <w:p w14:paraId="1FA719A6" w14:textId="1AB27A34" w:rsidR="00B41E5C" w:rsidRPr="00B41E5C" w:rsidRDefault="00B41E5C" w:rsidP="00B41E5C">
      <w:pPr>
        <w:bidi/>
        <w:rPr>
          <w:rFonts w:ascii="Simplified Arabic" w:hAnsi="Simplified Arabic" w:cs="Simplified Arabic"/>
          <w:sz w:val="28"/>
          <w:szCs w:val="28"/>
        </w:rPr>
      </w:pPr>
      <w:r w:rsidRPr="00B41E5C">
        <w:rPr>
          <w:rFonts w:ascii="Simplified Arabic" w:hAnsi="Simplified Arabic" w:cs="Simplified Arabic"/>
          <w:sz w:val="28"/>
          <w:szCs w:val="28"/>
          <w:rtl/>
        </w:rPr>
        <w:t>اعتمدت هذه الدراسة على المنهج الوصفي التحليلي</w:t>
      </w:r>
      <w:r w:rsidRPr="00B41E5C">
        <w:rPr>
          <w:rFonts w:ascii="Simplified Arabic" w:hAnsi="Simplified Arabic" w:cs="Simplified Arabic"/>
          <w:sz w:val="28"/>
          <w:szCs w:val="28"/>
        </w:rPr>
        <w:t xml:space="preserve"> </w:t>
      </w:r>
      <w:r w:rsidRPr="00B41E5C">
        <w:rPr>
          <w:rFonts w:ascii="Simplified Arabic" w:hAnsi="Simplified Arabic" w:cs="Simplified Arabic"/>
          <w:sz w:val="28"/>
          <w:szCs w:val="28"/>
          <w:rtl/>
        </w:rPr>
        <w:t>بوصفه الأنسب لطبيعة الموضوع محل البحث، والذي يهدف إلى وصف الظاهرة المدروسة وتحليل العلاقة بين متغيراتها، وهي: تنظيم العمل</w:t>
      </w:r>
      <w:r w:rsidRPr="00B41E5C">
        <w:rPr>
          <w:rFonts w:ascii="Simplified Arabic" w:hAnsi="Simplified Arabic" w:cs="Simplified Arabic"/>
          <w:sz w:val="28"/>
          <w:szCs w:val="28"/>
        </w:rPr>
        <w:t xml:space="preserve"> </w:t>
      </w:r>
      <w:r w:rsidRPr="00B41E5C">
        <w:rPr>
          <w:rFonts w:ascii="Simplified Arabic" w:hAnsi="Simplified Arabic" w:cs="Simplified Arabic"/>
          <w:sz w:val="28"/>
          <w:szCs w:val="28"/>
          <w:rtl/>
        </w:rPr>
        <w:t>، إدارة الوقت</w:t>
      </w:r>
      <w:r w:rsidRPr="00B41E5C">
        <w:rPr>
          <w:rFonts w:ascii="Simplified Arabic" w:hAnsi="Simplified Arabic" w:cs="Simplified Arabic"/>
          <w:sz w:val="28"/>
          <w:szCs w:val="28"/>
        </w:rPr>
        <w:t xml:space="preserve"> </w:t>
      </w:r>
      <w:r w:rsidRPr="00B41E5C">
        <w:rPr>
          <w:rFonts w:ascii="Simplified Arabic" w:hAnsi="Simplified Arabic" w:cs="Simplified Arabic"/>
          <w:sz w:val="28"/>
          <w:szCs w:val="28"/>
          <w:rtl/>
        </w:rPr>
        <w:t>، والإنتاجية</w:t>
      </w:r>
      <w:r w:rsidRPr="00B41E5C">
        <w:rPr>
          <w:rFonts w:ascii="Simplified Arabic" w:hAnsi="Simplified Arabic" w:cs="Simplified Arabic"/>
          <w:sz w:val="28"/>
          <w:szCs w:val="28"/>
        </w:rPr>
        <w:t xml:space="preserve"> </w:t>
      </w:r>
    </w:p>
    <w:p w14:paraId="688FC2A1" w14:textId="77777777" w:rsidR="00B41E5C" w:rsidRPr="00B41E5C" w:rsidRDefault="00B41E5C" w:rsidP="00B41E5C">
      <w:pPr>
        <w:bidi/>
        <w:rPr>
          <w:rFonts w:ascii="Simplified Arabic" w:hAnsi="Simplified Arabic" w:cs="Simplified Arabic"/>
          <w:sz w:val="28"/>
          <w:szCs w:val="28"/>
        </w:rPr>
      </w:pPr>
      <w:r w:rsidRPr="00B41E5C">
        <w:rPr>
          <w:rFonts w:ascii="Simplified Arabic" w:hAnsi="Simplified Arabic" w:cs="Simplified Arabic"/>
          <w:sz w:val="28"/>
          <w:szCs w:val="28"/>
          <w:rtl/>
        </w:rPr>
        <w:t>يُتيح هذا المنهج للباحث جمع البيانات من مصادرها المختلفة، وتحليلها بطريقة علمية تساعد في الوصول إلى استنتاجات منطقية تفسّر مدى تأثير كل من التنظيم وإدارة الوقت على رفع مستوى الإنتاجية في بيئة العمل</w:t>
      </w:r>
      <w:r w:rsidRPr="00B41E5C">
        <w:rPr>
          <w:rFonts w:ascii="Simplified Arabic" w:hAnsi="Simplified Arabic" w:cs="Simplified Arabic"/>
          <w:sz w:val="28"/>
          <w:szCs w:val="28"/>
        </w:rPr>
        <w:t>.</w:t>
      </w:r>
    </w:p>
    <w:p w14:paraId="6E2A85B5" w14:textId="796EEBEA" w:rsidR="00B41E5C" w:rsidRPr="00B41E5C" w:rsidRDefault="00B41E5C" w:rsidP="00B41E5C">
      <w:pPr>
        <w:bidi/>
        <w:rPr>
          <w:rFonts w:ascii="Simplified Arabic" w:hAnsi="Simplified Arabic" w:cs="Simplified Arabic"/>
          <w:sz w:val="28"/>
          <w:szCs w:val="28"/>
        </w:rPr>
      </w:pPr>
      <w:r w:rsidRPr="00B41E5C">
        <w:rPr>
          <w:rFonts w:ascii="Simplified Arabic" w:hAnsi="Simplified Arabic" w:cs="Simplified Arabic"/>
          <w:sz w:val="28"/>
          <w:szCs w:val="28"/>
          <w:rtl/>
        </w:rPr>
        <w:t>ويرتكز هذا المنهج على الدمج بين الوصف الكيفي</w:t>
      </w:r>
      <w:r w:rsidRPr="00B41E5C">
        <w:rPr>
          <w:rFonts w:ascii="Simplified Arabic" w:hAnsi="Simplified Arabic" w:cs="Simplified Arabic"/>
          <w:sz w:val="28"/>
          <w:szCs w:val="28"/>
        </w:rPr>
        <w:t xml:space="preserve"> </w:t>
      </w:r>
      <w:r w:rsidRPr="00B41E5C">
        <w:rPr>
          <w:rFonts w:ascii="Simplified Arabic" w:hAnsi="Simplified Arabic" w:cs="Simplified Arabic"/>
          <w:sz w:val="28"/>
          <w:szCs w:val="28"/>
          <w:rtl/>
        </w:rPr>
        <w:t>والتحليل الكمي</w:t>
      </w:r>
      <w:r w:rsidRPr="00B41E5C">
        <w:rPr>
          <w:rFonts w:ascii="Simplified Arabic" w:hAnsi="Simplified Arabic" w:cs="Simplified Arabic"/>
          <w:sz w:val="28"/>
          <w:szCs w:val="28"/>
        </w:rPr>
        <w:t xml:space="preserve"> </w:t>
      </w:r>
      <w:r w:rsidRPr="00B41E5C">
        <w:rPr>
          <w:rFonts w:ascii="Simplified Arabic" w:hAnsi="Simplified Arabic" w:cs="Simplified Arabic"/>
          <w:sz w:val="28"/>
          <w:szCs w:val="28"/>
          <w:rtl/>
        </w:rPr>
        <w:t>، بحيث يتم تحليل الاتجاهات والأنماط السلوكية والإدارية، مع قياس التأثيرات الرقمية للمتغيرات عبر أداة الاستبيان الافتراضي</w:t>
      </w:r>
    </w:p>
    <w:p w14:paraId="46C39D81" w14:textId="77777777" w:rsidR="003D0012" w:rsidRPr="00B41E5C" w:rsidRDefault="003D0012" w:rsidP="003D0012">
      <w:pPr>
        <w:bidi/>
        <w:spacing w:after="224" w:line="259" w:lineRule="auto"/>
        <w:ind w:right="48"/>
        <w:rPr>
          <w:rFonts w:ascii="Times New Roman" w:eastAsia="Times New Roman" w:hAnsi="Times New Roman" w:cs="Times New Roman"/>
          <w:b/>
          <w:bCs/>
          <w:sz w:val="24"/>
          <w:szCs w:val="24"/>
          <w:rtl/>
        </w:rPr>
      </w:pPr>
    </w:p>
    <w:p w14:paraId="5931B150" w14:textId="77777777" w:rsidR="003D0012" w:rsidRPr="00E9391A" w:rsidRDefault="003D0012" w:rsidP="003D0012">
      <w:pPr>
        <w:bidi/>
        <w:spacing w:after="224" w:line="259" w:lineRule="auto"/>
        <w:ind w:left="720" w:right="48"/>
        <w:rPr>
          <w:rFonts w:ascii="Times New Roman" w:eastAsia="Times New Roman" w:hAnsi="Times New Roman" w:cs="Times New Roman"/>
          <w:b/>
          <w:bCs/>
          <w:sz w:val="24"/>
          <w:szCs w:val="24"/>
        </w:rPr>
      </w:pPr>
    </w:p>
    <w:p w14:paraId="40F7C899" w14:textId="77777777" w:rsidR="00AC7E50" w:rsidRPr="00AC7E50" w:rsidRDefault="00AC7E50" w:rsidP="00AC7E50">
      <w:pPr>
        <w:bidi/>
        <w:spacing w:after="224" w:line="259" w:lineRule="auto"/>
        <w:ind w:left="720" w:right="48"/>
        <w:rPr>
          <w:b/>
          <w:bCs/>
          <w:sz w:val="32"/>
          <w:szCs w:val="32"/>
        </w:rPr>
      </w:pPr>
      <w:r w:rsidRPr="00AC7E50">
        <w:rPr>
          <w:b/>
          <w:bCs/>
          <w:sz w:val="32"/>
          <w:szCs w:val="32"/>
          <w:rtl/>
        </w:rPr>
        <w:t>ثانيًا</w:t>
      </w:r>
      <w:r w:rsidRPr="00AC7E50">
        <w:rPr>
          <w:b/>
          <w:bCs/>
          <w:sz w:val="32"/>
          <w:szCs w:val="32"/>
        </w:rPr>
        <w:t xml:space="preserve">: </w:t>
      </w:r>
      <w:r w:rsidRPr="00AC7E50">
        <w:rPr>
          <w:b/>
          <w:bCs/>
          <w:sz w:val="32"/>
          <w:szCs w:val="32"/>
          <w:rtl/>
        </w:rPr>
        <w:t>مجتمع الدراسة</w:t>
      </w:r>
      <w:r w:rsidRPr="00AC7E50">
        <w:rPr>
          <w:b/>
          <w:bCs/>
          <w:sz w:val="32"/>
          <w:szCs w:val="32"/>
        </w:rPr>
        <w:t xml:space="preserve"> (Study Population)</w:t>
      </w:r>
    </w:p>
    <w:p w14:paraId="1A72A131" w14:textId="6D2297A5" w:rsidR="00543911" w:rsidRPr="00543911" w:rsidRDefault="00543911" w:rsidP="00543911">
      <w:pPr>
        <w:bidi/>
        <w:rPr>
          <w:rFonts w:ascii="Simplified Arabic" w:hAnsi="Simplified Arabic" w:cs="Simplified Arabic"/>
          <w:sz w:val="28"/>
          <w:szCs w:val="28"/>
        </w:rPr>
      </w:pPr>
      <w:r w:rsidRPr="00543911">
        <w:rPr>
          <w:rFonts w:ascii="Simplified Arabic" w:hAnsi="Simplified Arabic" w:cs="Simplified Arabic" w:hint="cs"/>
          <w:sz w:val="28"/>
          <w:szCs w:val="28"/>
          <w:rtl/>
        </w:rPr>
        <w:t>يتكوّن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مجتمع</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الدراسة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جميع</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الأفراد</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العاملين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في</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بيئات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العمل</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الحديثة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بمختلف</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القطاعات</w:t>
      </w:r>
      <w:r w:rsidRPr="00543911">
        <w:rPr>
          <w:rFonts w:ascii="Simplified Arabic" w:hAnsi="Simplified Arabic" w:cs="Simplified Arabic"/>
          <w:sz w:val="28"/>
          <w:szCs w:val="28"/>
          <w:rtl/>
        </w:rPr>
        <w:t xml:space="preserve"> — </w:t>
      </w:r>
      <w:r w:rsidRPr="00543911">
        <w:rPr>
          <w:rFonts w:ascii="Simplified Arabic" w:hAnsi="Simplified Arabic" w:cs="Simplified Arabic" w:hint="cs"/>
          <w:sz w:val="28"/>
          <w:szCs w:val="28"/>
          <w:rtl/>
        </w:rPr>
        <w:t>سواء</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كانت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مؤسسات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حكومية</w:t>
      </w:r>
      <w:r w:rsidRPr="00543911">
        <w:rPr>
          <w:rFonts w:ascii="Simplified Arabic" w:hAnsi="Simplified Arabic" w:cs="Simplified Arabic"/>
          <w:sz w:val="28"/>
          <w:szCs w:val="28"/>
        </w:rPr>
        <w:t xml:space="preserve"> </w:t>
      </w:r>
      <w:r w:rsidRPr="00543911">
        <w:rPr>
          <w:rFonts w:ascii="Simplified Arabic" w:hAnsi="Simplified Arabic" w:cs="Simplified Arabic" w:hint="cs"/>
          <w:sz w:val="28"/>
          <w:szCs w:val="28"/>
          <w:rtl/>
        </w:rPr>
        <w:t>أو</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شركات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خاصة</w:t>
      </w:r>
      <w:r w:rsidRPr="00543911">
        <w:rPr>
          <w:rFonts w:ascii="Simplified Arabic" w:hAnsi="Simplified Arabic" w:cs="Simplified Arabic"/>
          <w:sz w:val="28"/>
          <w:szCs w:val="28"/>
        </w:rPr>
        <w:t xml:space="preserve"> </w:t>
      </w:r>
      <w:r w:rsidRPr="00543911">
        <w:rPr>
          <w:rFonts w:ascii="Simplified Arabic" w:hAnsi="Simplified Arabic" w:cs="Simplified Arabic" w:hint="cs"/>
          <w:sz w:val="28"/>
          <w:szCs w:val="28"/>
          <w:rtl/>
        </w:rPr>
        <w:t>ممن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يتولون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مهام</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تنظيمية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أو</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إشرافية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أو</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تنفيذية،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نظرًا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لأن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هذه</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الفئات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تتعامل</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مباشرة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مع</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عمليات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التنظيم</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والتخطيط</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الزمني</w:t>
      </w:r>
      <w:r w:rsidRPr="00543911">
        <w:rPr>
          <w:rFonts w:ascii="Simplified Arabic" w:hAnsi="Simplified Arabic" w:cs="Simplified Arabic"/>
          <w:sz w:val="28"/>
          <w:szCs w:val="28"/>
        </w:rPr>
        <w:t>.</w:t>
      </w:r>
    </w:p>
    <w:p w14:paraId="10416079" w14:textId="3A9E81E9" w:rsidR="00AC7E50" w:rsidRDefault="00543911" w:rsidP="00543911">
      <w:pPr>
        <w:bidi/>
        <w:spacing w:after="224" w:line="259" w:lineRule="auto"/>
        <w:ind w:left="720" w:right="48"/>
        <w:rPr>
          <w:rFonts w:ascii="Simplified Arabic" w:hAnsi="Simplified Arabic" w:cs="Simplified Arabic"/>
          <w:sz w:val="28"/>
          <w:szCs w:val="28"/>
        </w:rPr>
      </w:pPr>
      <w:r w:rsidRPr="00543911">
        <w:rPr>
          <w:rFonts w:ascii="Simplified Arabic" w:hAnsi="Simplified Arabic" w:cs="Simplified Arabic" w:hint="cs"/>
          <w:sz w:val="28"/>
          <w:szCs w:val="28"/>
          <w:rtl/>
        </w:rPr>
        <w:t>ويمثل</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هذا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المجتمع</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نموذجًا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واقعيًا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يُظهر</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التباين</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في</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أساليب</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إدارة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الوقت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ومستويات</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التنظيم،</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مما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يتيح</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للباحث</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تحليل</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الفروق</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في</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الإنتاجية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تبعًا</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لاختلاف</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بيئة</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العمل</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ونمط</w:t>
      </w:r>
      <w:r w:rsidRPr="00543911">
        <w:rPr>
          <w:rFonts w:ascii="Simplified Arabic" w:hAnsi="Simplified Arabic" w:cs="Simplified Arabic"/>
          <w:sz w:val="28"/>
          <w:szCs w:val="28"/>
          <w:rtl/>
        </w:rPr>
        <w:t xml:space="preserve"> </w:t>
      </w:r>
      <w:r w:rsidRPr="00543911">
        <w:rPr>
          <w:rFonts w:ascii="Simplified Arabic" w:hAnsi="Simplified Arabic" w:cs="Simplified Arabic" w:hint="cs"/>
          <w:sz w:val="28"/>
          <w:szCs w:val="28"/>
          <w:rtl/>
        </w:rPr>
        <w:t>الإدارة</w:t>
      </w:r>
    </w:p>
    <w:p w14:paraId="7FD9C9B4" w14:textId="77777777" w:rsidR="001E1993" w:rsidRDefault="001E1993" w:rsidP="009114CC">
      <w:pPr>
        <w:bidi/>
        <w:spacing w:after="224" w:line="259" w:lineRule="auto"/>
        <w:ind w:right="48"/>
        <w:rPr>
          <w:rFonts w:ascii="Simplified Arabic" w:hAnsi="Simplified Arabic" w:cs="Simplified Arabic"/>
          <w:sz w:val="28"/>
          <w:szCs w:val="28"/>
        </w:rPr>
      </w:pPr>
    </w:p>
    <w:p w14:paraId="07D2581D" w14:textId="77777777" w:rsidR="001E1993" w:rsidRPr="00543911" w:rsidRDefault="001E1993" w:rsidP="001E1993">
      <w:pPr>
        <w:bidi/>
        <w:spacing w:after="224" w:line="259" w:lineRule="auto"/>
        <w:ind w:left="720" w:right="48"/>
        <w:rPr>
          <w:rFonts w:ascii="Simplified Arabic" w:hAnsi="Simplified Arabic" w:cs="Simplified Arabic"/>
          <w:sz w:val="28"/>
          <w:szCs w:val="28"/>
          <w:rtl/>
        </w:rPr>
      </w:pPr>
    </w:p>
    <w:p w14:paraId="6E14812D" w14:textId="77777777" w:rsidR="00EB01DA" w:rsidRPr="00EB01DA" w:rsidRDefault="00EB01DA" w:rsidP="00EB01DA">
      <w:pPr>
        <w:bidi/>
        <w:spacing w:after="224" w:line="259" w:lineRule="auto"/>
        <w:ind w:left="720" w:right="48"/>
        <w:rPr>
          <w:b/>
          <w:bCs/>
          <w:sz w:val="32"/>
          <w:szCs w:val="32"/>
        </w:rPr>
      </w:pPr>
      <w:r w:rsidRPr="00EB01DA">
        <w:rPr>
          <w:b/>
          <w:bCs/>
          <w:sz w:val="32"/>
          <w:szCs w:val="32"/>
          <w:rtl/>
        </w:rPr>
        <w:t>ثالثًا</w:t>
      </w:r>
      <w:r w:rsidRPr="00EB01DA">
        <w:rPr>
          <w:b/>
          <w:bCs/>
          <w:sz w:val="32"/>
          <w:szCs w:val="32"/>
        </w:rPr>
        <w:t xml:space="preserve">: </w:t>
      </w:r>
      <w:r w:rsidRPr="00EB01DA">
        <w:rPr>
          <w:b/>
          <w:bCs/>
          <w:sz w:val="32"/>
          <w:szCs w:val="32"/>
          <w:rtl/>
        </w:rPr>
        <w:t>عينة الدراسة</w:t>
      </w:r>
      <w:r w:rsidRPr="00EB01DA">
        <w:rPr>
          <w:b/>
          <w:bCs/>
          <w:sz w:val="32"/>
          <w:szCs w:val="32"/>
        </w:rPr>
        <w:t xml:space="preserve"> (Study Sample)</w:t>
      </w:r>
    </w:p>
    <w:p w14:paraId="2AC67D28" w14:textId="3AE7EEBE"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tl/>
        </w:rPr>
        <w:t>نظرًا لاتساع مجتمع الدراسة وصعوبة شمول جميع أفراده، تم اعتماد عينة قصدية</w:t>
      </w:r>
      <w:r w:rsidRPr="008B05A4">
        <w:rPr>
          <w:rFonts w:ascii="Simplified Arabic" w:hAnsi="Simplified Arabic" w:cs="Simplified Arabic"/>
          <w:sz w:val="28"/>
          <w:szCs w:val="28"/>
        </w:rPr>
        <w:t xml:space="preserve"> </w:t>
      </w:r>
      <w:r w:rsidRPr="008B05A4">
        <w:rPr>
          <w:rFonts w:ascii="Simplified Arabic" w:hAnsi="Simplified Arabic" w:cs="Simplified Arabic"/>
          <w:sz w:val="28"/>
          <w:szCs w:val="28"/>
          <w:rtl/>
        </w:rPr>
        <w:t>تتكوّن من عدد محدد من العاملين في بيئات عمل مختلفة</w:t>
      </w:r>
      <w:r w:rsidRPr="008B05A4">
        <w:rPr>
          <w:rFonts w:ascii="Simplified Arabic" w:hAnsi="Simplified Arabic" w:cs="Simplified Arabic"/>
          <w:sz w:val="28"/>
          <w:szCs w:val="28"/>
        </w:rPr>
        <w:t>.</w:t>
      </w:r>
    </w:p>
    <w:p w14:paraId="1BBC383B" w14:textId="77777777"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tl/>
        </w:rPr>
        <w:t>وقد تم اختيار هذه العينة وفق معايير محددة لضمان تمثيلها الواقعي لمجتمع الدراسة، وتشمل المعايير الآتية</w:t>
      </w:r>
      <w:r w:rsidRPr="008B05A4">
        <w:rPr>
          <w:rFonts w:ascii="Simplified Arabic" w:hAnsi="Simplified Arabic" w:cs="Simplified Arabic"/>
          <w:sz w:val="28"/>
          <w:szCs w:val="28"/>
        </w:rPr>
        <w:t>:</w:t>
      </w:r>
    </w:p>
    <w:p w14:paraId="1EC5FAF7" w14:textId="77777777"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Pr>
        <w:t>1.</w:t>
      </w:r>
      <w:r w:rsidRPr="008B05A4">
        <w:rPr>
          <w:rFonts w:ascii="Simplified Arabic" w:hAnsi="Simplified Arabic" w:cs="Simplified Arabic"/>
          <w:sz w:val="28"/>
          <w:szCs w:val="28"/>
        </w:rPr>
        <w:tab/>
      </w:r>
      <w:r w:rsidRPr="008B05A4">
        <w:rPr>
          <w:rFonts w:ascii="Simplified Arabic" w:hAnsi="Simplified Arabic" w:cs="Simplified Arabic"/>
          <w:sz w:val="28"/>
          <w:szCs w:val="28"/>
          <w:rtl/>
        </w:rPr>
        <w:t>أن يكون المشارك موظفًا يعمل بدوام كامل داخل المؤسسة</w:t>
      </w:r>
      <w:r w:rsidRPr="008B05A4">
        <w:rPr>
          <w:rFonts w:ascii="Simplified Arabic" w:hAnsi="Simplified Arabic" w:cs="Simplified Arabic"/>
          <w:sz w:val="28"/>
          <w:szCs w:val="28"/>
        </w:rPr>
        <w:t>.</w:t>
      </w:r>
    </w:p>
    <w:p w14:paraId="2C398CCE" w14:textId="77777777"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Pr>
        <w:t>2.</w:t>
      </w:r>
      <w:r w:rsidRPr="008B05A4">
        <w:rPr>
          <w:rFonts w:ascii="Simplified Arabic" w:hAnsi="Simplified Arabic" w:cs="Simplified Arabic"/>
          <w:sz w:val="28"/>
          <w:szCs w:val="28"/>
        </w:rPr>
        <w:tab/>
      </w:r>
      <w:r w:rsidRPr="008B05A4">
        <w:rPr>
          <w:rFonts w:ascii="Simplified Arabic" w:hAnsi="Simplified Arabic" w:cs="Simplified Arabic"/>
          <w:sz w:val="28"/>
          <w:szCs w:val="28"/>
          <w:rtl/>
        </w:rPr>
        <w:t>أن يكون لديه خبرة عملية لا تقل عن سنتين في مجال عمله</w:t>
      </w:r>
      <w:r w:rsidRPr="008B05A4">
        <w:rPr>
          <w:rFonts w:ascii="Simplified Arabic" w:hAnsi="Simplified Arabic" w:cs="Simplified Arabic"/>
          <w:sz w:val="28"/>
          <w:szCs w:val="28"/>
        </w:rPr>
        <w:t>.</w:t>
      </w:r>
    </w:p>
    <w:p w14:paraId="36DB81B8" w14:textId="77777777"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Pr>
        <w:t>3.</w:t>
      </w:r>
      <w:r w:rsidRPr="008B05A4">
        <w:rPr>
          <w:rFonts w:ascii="Simplified Arabic" w:hAnsi="Simplified Arabic" w:cs="Simplified Arabic"/>
          <w:sz w:val="28"/>
          <w:szCs w:val="28"/>
        </w:rPr>
        <w:tab/>
      </w:r>
      <w:r w:rsidRPr="008B05A4">
        <w:rPr>
          <w:rFonts w:ascii="Simplified Arabic" w:hAnsi="Simplified Arabic" w:cs="Simplified Arabic"/>
          <w:sz w:val="28"/>
          <w:szCs w:val="28"/>
          <w:rtl/>
        </w:rPr>
        <w:t>أن يكون على دراية بأساليب التنظيم وإدارة الوقت، سواء من خلال الممارسة أو التدريب</w:t>
      </w:r>
      <w:r w:rsidRPr="008B05A4">
        <w:rPr>
          <w:rFonts w:ascii="Simplified Arabic" w:hAnsi="Simplified Arabic" w:cs="Simplified Arabic"/>
          <w:sz w:val="28"/>
          <w:szCs w:val="28"/>
        </w:rPr>
        <w:t>.</w:t>
      </w:r>
    </w:p>
    <w:p w14:paraId="1E0C433E" w14:textId="00C30DCE" w:rsidR="008B05A4" w:rsidRPr="008B05A4" w:rsidRDefault="008B05A4" w:rsidP="008B05A4">
      <w:pPr>
        <w:bidi/>
        <w:rPr>
          <w:rFonts w:ascii="Simplified Arabic" w:hAnsi="Simplified Arabic" w:cs="Simplified Arabic"/>
          <w:sz w:val="28"/>
          <w:szCs w:val="28"/>
        </w:rPr>
      </w:pPr>
      <w:r w:rsidRPr="008B05A4">
        <w:rPr>
          <w:rFonts w:ascii="Simplified Arabic" w:hAnsi="Simplified Arabic" w:cs="Simplified Arabic"/>
          <w:sz w:val="28"/>
          <w:szCs w:val="28"/>
          <w:rtl/>
        </w:rPr>
        <w:t>وتم تصميم استبيان إلكتروني</w:t>
      </w:r>
      <w:r w:rsidRPr="008B05A4">
        <w:rPr>
          <w:rFonts w:ascii="Simplified Arabic" w:hAnsi="Simplified Arabic" w:cs="Simplified Arabic"/>
          <w:sz w:val="28"/>
          <w:szCs w:val="28"/>
        </w:rPr>
        <w:t xml:space="preserve"> (Onlin</w:t>
      </w:r>
      <w:r w:rsidRPr="008B05A4">
        <w:rPr>
          <w:rFonts w:ascii="Cambria" w:hAnsi="Cambria" w:cs="Cambria"/>
          <w:sz w:val="28"/>
          <w:szCs w:val="28"/>
        </w:rPr>
        <w:t>e</w:t>
      </w:r>
      <w:r w:rsidRPr="008B05A4">
        <w:rPr>
          <w:rFonts w:ascii="Simplified Arabic" w:hAnsi="Simplified Arabic" w:cs="Simplified Arabic"/>
          <w:sz w:val="28"/>
          <w:szCs w:val="28"/>
        </w:rPr>
        <w:t xml:space="preserve"> Qu</w:t>
      </w:r>
      <w:r w:rsidRPr="008B05A4">
        <w:rPr>
          <w:rFonts w:ascii="Cambria" w:hAnsi="Cambria" w:cs="Cambria"/>
          <w:sz w:val="28"/>
          <w:szCs w:val="28"/>
        </w:rPr>
        <w:t>e</w:t>
      </w:r>
      <w:r w:rsidRPr="008B05A4">
        <w:rPr>
          <w:rFonts w:ascii="Simplified Arabic" w:hAnsi="Simplified Arabic" w:cs="Simplified Arabic"/>
          <w:sz w:val="28"/>
          <w:szCs w:val="28"/>
        </w:rPr>
        <w:t>stionnair</w:t>
      </w:r>
      <w:r w:rsidRPr="008B05A4">
        <w:rPr>
          <w:rFonts w:ascii="Cambria" w:hAnsi="Cambria" w:cs="Cambria"/>
          <w:sz w:val="28"/>
          <w:szCs w:val="28"/>
        </w:rPr>
        <w:t>e</w:t>
      </w:r>
      <w:r w:rsidRPr="008B05A4">
        <w:rPr>
          <w:rFonts w:ascii="Simplified Arabic" w:hAnsi="Simplified Arabic" w:cs="Simplified Arabic"/>
          <w:sz w:val="28"/>
          <w:szCs w:val="28"/>
        </w:rPr>
        <w:t xml:space="preserve">) </w:t>
      </w:r>
      <w:r w:rsidRPr="008B05A4">
        <w:rPr>
          <w:rFonts w:ascii="Simplified Arabic" w:hAnsi="Simplified Arabic" w:cs="Simplified Arabic"/>
          <w:sz w:val="28"/>
          <w:szCs w:val="28"/>
          <w:rtl/>
        </w:rPr>
        <w:t>يتضمن مجموعة من الأسئلة المغلقة والمفتوحة، تهدف إلى قياس مدى إدراك المشاركين لأهمية التنظيم وإدارة الوقت، وتأثيرهما على إنتاجيتهم الفردية والجماعية</w:t>
      </w:r>
    </w:p>
    <w:p w14:paraId="2B3C5980" w14:textId="77777777" w:rsidR="008B172F" w:rsidRDefault="008B172F" w:rsidP="00ED1E21">
      <w:pPr>
        <w:bidi/>
        <w:spacing w:after="224" w:line="259" w:lineRule="auto"/>
        <w:ind w:right="48"/>
        <w:rPr>
          <w:rFonts w:ascii="Times New Roman" w:eastAsia="Times New Roman" w:hAnsi="Times New Roman" w:cs="Times New Roman"/>
          <w:sz w:val="24"/>
          <w:szCs w:val="24"/>
          <w:rtl/>
        </w:rPr>
      </w:pPr>
    </w:p>
    <w:p w14:paraId="45A3D35F" w14:textId="77777777" w:rsidR="00ED1E21" w:rsidRDefault="00ED1E21" w:rsidP="00ED1E21">
      <w:pPr>
        <w:bidi/>
        <w:spacing w:after="224" w:line="259" w:lineRule="auto"/>
        <w:ind w:right="48"/>
        <w:rPr>
          <w:rFonts w:ascii="Times New Roman" w:eastAsia="Times New Roman" w:hAnsi="Times New Roman" w:cs="Times New Roman"/>
          <w:sz w:val="24"/>
          <w:szCs w:val="24"/>
        </w:rPr>
      </w:pPr>
    </w:p>
    <w:p w14:paraId="3400BE5E" w14:textId="77777777" w:rsidR="00DD35E4" w:rsidRDefault="00DD35E4" w:rsidP="00DD35E4">
      <w:pPr>
        <w:bidi/>
        <w:spacing w:after="224" w:line="259" w:lineRule="auto"/>
        <w:ind w:left="720" w:right="48"/>
        <w:rPr>
          <w:rFonts w:ascii="Times New Roman" w:eastAsia="Times New Roman" w:hAnsi="Times New Roman" w:cs="Times New Roman"/>
          <w:sz w:val="24"/>
          <w:szCs w:val="24"/>
          <w:rtl/>
        </w:rPr>
      </w:pPr>
    </w:p>
    <w:p w14:paraId="3710BD86" w14:textId="77777777" w:rsidR="004D0B86" w:rsidRPr="004D0B86" w:rsidRDefault="004D0B86" w:rsidP="004D0B86">
      <w:pPr>
        <w:bidi/>
        <w:spacing w:after="224" w:line="259" w:lineRule="auto"/>
        <w:ind w:left="720" w:right="48"/>
        <w:rPr>
          <w:rFonts w:ascii="Times New Roman" w:eastAsia="Times New Roman" w:hAnsi="Times New Roman" w:cs="Times New Roman"/>
          <w:b/>
          <w:bCs/>
          <w:color w:val="00B0F0"/>
          <w:sz w:val="24"/>
          <w:szCs w:val="24"/>
        </w:rPr>
      </w:pPr>
      <w:r w:rsidRPr="004D0B86">
        <w:rPr>
          <w:rFonts w:ascii="Segoe UI Emoji" w:eastAsia="Times New Roman" w:hAnsi="Segoe UI Emoji" w:cs="Segoe UI Emoji"/>
          <w:b/>
          <w:bCs/>
          <w:color w:val="00B0F0"/>
          <w:sz w:val="24"/>
          <w:szCs w:val="24"/>
        </w:rPr>
        <w:t>🧾</w:t>
      </w:r>
      <w:r w:rsidRPr="004D0B86">
        <w:rPr>
          <w:rFonts w:ascii="Times New Roman" w:eastAsia="Times New Roman" w:hAnsi="Times New Roman" w:cs="Times New Roman"/>
          <w:b/>
          <w:bCs/>
          <w:color w:val="00B0F0"/>
          <w:sz w:val="24"/>
          <w:szCs w:val="24"/>
        </w:rPr>
        <w:t xml:space="preserve"> </w:t>
      </w:r>
      <w:r w:rsidRPr="004D0B86">
        <w:rPr>
          <w:rFonts w:ascii="Times New Roman" w:eastAsia="Times New Roman" w:hAnsi="Times New Roman" w:cs="Times New Roman"/>
          <w:b/>
          <w:bCs/>
          <w:color w:val="00B0F0"/>
          <w:sz w:val="24"/>
          <w:szCs w:val="24"/>
          <w:rtl/>
        </w:rPr>
        <w:t>نموذج الاستبيان الإلكتروني</w:t>
      </w:r>
      <w:r w:rsidRPr="004D0B86">
        <w:rPr>
          <w:rFonts w:ascii="Times New Roman" w:eastAsia="Times New Roman" w:hAnsi="Times New Roman" w:cs="Times New Roman"/>
          <w:b/>
          <w:bCs/>
          <w:color w:val="00B0F0"/>
          <w:sz w:val="24"/>
          <w:szCs w:val="24"/>
        </w:rPr>
        <w:t xml:space="preserve"> (Online Questionnaire)</w:t>
      </w:r>
    </w:p>
    <w:p w14:paraId="57FCB872" w14:textId="77777777" w:rsidR="00B717C6" w:rsidRPr="00B717C6" w:rsidRDefault="00B717C6" w:rsidP="00B717C6">
      <w:pPr>
        <w:bidi/>
        <w:spacing w:after="224" w:line="259" w:lineRule="auto"/>
        <w:ind w:left="720" w:right="48"/>
        <w:rPr>
          <w:rFonts w:ascii="Times New Roman" w:eastAsia="Times New Roman" w:hAnsi="Times New Roman" w:cs="Times New Roman"/>
          <w:b/>
          <w:bCs/>
          <w:sz w:val="24"/>
          <w:szCs w:val="24"/>
        </w:rPr>
      </w:pPr>
      <w:r w:rsidRPr="00B717C6">
        <w:rPr>
          <w:rFonts w:ascii="Times New Roman" w:eastAsia="Times New Roman" w:hAnsi="Times New Roman" w:cs="Times New Roman"/>
          <w:b/>
          <w:bCs/>
          <w:sz w:val="24"/>
          <w:szCs w:val="24"/>
          <w:rtl/>
        </w:rPr>
        <w:t>أولاً: مقدمة الاستبيان</w:t>
      </w:r>
      <w:r w:rsidRPr="00B717C6">
        <w:rPr>
          <w:rFonts w:ascii="Times New Roman" w:eastAsia="Times New Roman" w:hAnsi="Times New Roman" w:cs="Times New Roman"/>
          <w:b/>
          <w:bCs/>
          <w:sz w:val="24"/>
          <w:szCs w:val="24"/>
        </w:rPr>
        <w:t xml:space="preserve"> (Introduction)</w:t>
      </w:r>
    </w:p>
    <w:p w14:paraId="3A644193" w14:textId="77777777" w:rsidR="002A7C19" w:rsidRPr="002A7C19" w:rsidRDefault="002A7C19" w:rsidP="002A7C19">
      <w:pPr>
        <w:bidi/>
        <w:rPr>
          <w:rFonts w:ascii="Simplified Arabic" w:hAnsi="Simplified Arabic" w:cs="Simplified Arabic"/>
          <w:sz w:val="28"/>
          <w:szCs w:val="28"/>
        </w:rPr>
      </w:pPr>
      <w:r w:rsidRPr="002A7C19">
        <w:rPr>
          <w:rFonts w:ascii="Simplified Arabic" w:hAnsi="Simplified Arabic" w:cs="Simplified Arabic"/>
          <w:sz w:val="28"/>
          <w:szCs w:val="28"/>
          <w:rtl/>
        </w:rPr>
        <w:t>عزيزي المشارك،</w:t>
      </w:r>
    </w:p>
    <w:p w14:paraId="33346870" w14:textId="77777777" w:rsidR="002A7C19" w:rsidRPr="002A7C19" w:rsidRDefault="002A7C19" w:rsidP="002A7C19">
      <w:pPr>
        <w:bidi/>
        <w:rPr>
          <w:rFonts w:ascii="Simplified Arabic" w:hAnsi="Simplified Arabic" w:cs="Simplified Arabic"/>
          <w:sz w:val="28"/>
          <w:szCs w:val="28"/>
        </w:rPr>
      </w:pPr>
      <w:r w:rsidRPr="002A7C19">
        <w:rPr>
          <w:rFonts w:ascii="Simplified Arabic" w:hAnsi="Simplified Arabic" w:cs="Simplified Arabic"/>
          <w:sz w:val="28"/>
          <w:szCs w:val="28"/>
          <w:rtl/>
        </w:rPr>
        <w:t>تهدف هذه الدراسة إلى التعرف على مدى تأثير تنظيم العمل وإدارة الوقت على رفع مستوى الإنتاجية في بيئة العمل</w:t>
      </w:r>
      <w:r w:rsidRPr="002A7C19">
        <w:rPr>
          <w:rFonts w:ascii="Simplified Arabic" w:hAnsi="Simplified Arabic" w:cs="Simplified Arabic"/>
          <w:sz w:val="28"/>
          <w:szCs w:val="28"/>
        </w:rPr>
        <w:t>.</w:t>
      </w:r>
    </w:p>
    <w:p w14:paraId="7C9767D3" w14:textId="77777777" w:rsidR="002A7C19" w:rsidRPr="002A7C19" w:rsidRDefault="002A7C19" w:rsidP="002A7C19">
      <w:pPr>
        <w:bidi/>
        <w:rPr>
          <w:rFonts w:ascii="Simplified Arabic" w:hAnsi="Simplified Arabic" w:cs="Simplified Arabic"/>
          <w:sz w:val="28"/>
          <w:szCs w:val="28"/>
        </w:rPr>
      </w:pPr>
      <w:r w:rsidRPr="002A7C19">
        <w:rPr>
          <w:rFonts w:ascii="Simplified Arabic" w:hAnsi="Simplified Arabic" w:cs="Simplified Arabic"/>
          <w:sz w:val="28"/>
          <w:szCs w:val="28"/>
          <w:rtl/>
        </w:rPr>
        <w:t>نرجو منك التكرم بالإجابة على فقرات الاستبانة بكل موضوعية وصدق، علمًا بأن إجاباتك ستُستخدم لأغراض البحث العلمي فقط، وستُعامل بسرية تامة</w:t>
      </w:r>
      <w:r w:rsidRPr="002A7C19">
        <w:rPr>
          <w:rFonts w:ascii="Simplified Arabic" w:hAnsi="Simplified Arabic" w:cs="Simplified Arabic"/>
          <w:sz w:val="28"/>
          <w:szCs w:val="28"/>
        </w:rPr>
        <w:t>.</w:t>
      </w:r>
    </w:p>
    <w:p w14:paraId="78AB35E4" w14:textId="0FA34A82" w:rsidR="003D0012" w:rsidRPr="002A7C19" w:rsidRDefault="002A7C19" w:rsidP="002A7C19">
      <w:pPr>
        <w:bidi/>
        <w:rPr>
          <w:rFonts w:ascii="Simplified Arabic" w:hAnsi="Simplified Arabic" w:cs="Simplified Arabic"/>
          <w:sz w:val="28"/>
          <w:szCs w:val="28"/>
          <w:rtl/>
        </w:rPr>
      </w:pPr>
      <w:r w:rsidRPr="002A7C19">
        <w:rPr>
          <w:rFonts w:ascii="Simplified Arabic" w:hAnsi="Simplified Arabic" w:cs="Simplified Arabic"/>
          <w:sz w:val="28"/>
          <w:szCs w:val="28"/>
          <w:rtl/>
        </w:rPr>
        <w:t>شكرًا لتعاونك</w:t>
      </w:r>
      <w:r w:rsidRPr="002A7C19">
        <w:rPr>
          <w:rFonts w:ascii="Simplified Arabic" w:hAnsi="Simplified Arabic" w:cs="Simplified Arabic"/>
          <w:sz w:val="28"/>
          <w:szCs w:val="28"/>
        </w:rPr>
        <w:t>.</w:t>
      </w:r>
    </w:p>
    <w:p w14:paraId="29687484" w14:textId="77777777" w:rsidR="003D0012" w:rsidRPr="00B717C6" w:rsidRDefault="003D0012" w:rsidP="003D0012">
      <w:pPr>
        <w:bidi/>
        <w:spacing w:after="224" w:line="259" w:lineRule="auto"/>
        <w:ind w:right="48"/>
        <w:rPr>
          <w:rFonts w:ascii="Times New Roman" w:eastAsia="Times New Roman" w:hAnsi="Times New Roman" w:cs="Times New Roman"/>
          <w:sz w:val="24"/>
          <w:szCs w:val="24"/>
        </w:rPr>
      </w:pPr>
    </w:p>
    <w:p w14:paraId="5FB39CC8" w14:textId="77777777" w:rsidR="00B717C6" w:rsidRPr="00B717C6" w:rsidRDefault="00B717C6" w:rsidP="001A5A58">
      <w:pPr>
        <w:bidi/>
        <w:spacing w:after="224" w:line="259" w:lineRule="auto"/>
        <w:ind w:left="720" w:right="48"/>
        <w:jc w:val="center"/>
        <w:rPr>
          <w:rFonts w:asciiTheme="majorHAnsi" w:eastAsiaTheme="majorEastAsia" w:hAnsiTheme="majorHAnsi" w:cstheme="majorBidi"/>
          <w:b/>
          <w:bCs/>
          <w:color w:val="FF0000"/>
        </w:rPr>
      </w:pPr>
      <w:r w:rsidRPr="00B717C6">
        <w:rPr>
          <w:rFonts w:asciiTheme="majorHAnsi" w:eastAsiaTheme="majorEastAsia" w:hAnsiTheme="majorHAnsi" w:cstheme="majorBidi"/>
          <w:b/>
          <w:bCs/>
          <w:color w:val="FF0000"/>
          <w:rtl/>
        </w:rPr>
        <w:t>لقسم الأول: البيانات العامة</w:t>
      </w:r>
      <w:r w:rsidRPr="00B717C6">
        <w:rPr>
          <w:rFonts w:asciiTheme="majorHAnsi" w:eastAsiaTheme="majorEastAsia" w:hAnsiTheme="majorHAnsi" w:cstheme="majorBidi"/>
          <w:b/>
          <w:bCs/>
          <w:color w:val="FF0000"/>
        </w:rPr>
        <w:t xml:space="preserve"> (General Information)</w:t>
      </w:r>
    </w:p>
    <w:p w14:paraId="12684531" w14:textId="54FEF469" w:rsidR="00C43497" w:rsidRDefault="00B717C6" w:rsidP="00086701">
      <w:pPr>
        <w:numPr>
          <w:ilvl w:val="0"/>
          <w:numId w:val="32"/>
        </w:numPr>
        <w:bidi/>
        <w:spacing w:after="224" w:line="259" w:lineRule="auto"/>
        <w:ind w:right="48"/>
        <w:rPr>
          <w:rFonts w:ascii="Times New Roman" w:eastAsia="Times New Roman" w:hAnsi="Times New Roman" w:cs="Times New Roman"/>
          <w:sz w:val="24"/>
          <w:szCs w:val="24"/>
        </w:rPr>
      </w:pPr>
      <w:r w:rsidRPr="00B717C6">
        <w:rPr>
          <w:rFonts w:ascii="Times New Roman" w:eastAsia="Times New Roman" w:hAnsi="Times New Roman" w:cs="Times New Roman"/>
          <w:sz w:val="24"/>
          <w:szCs w:val="24"/>
          <w:rtl/>
        </w:rPr>
        <w:t>الجنس</w:t>
      </w:r>
      <w:r w:rsidRPr="00B717C6">
        <w:rPr>
          <w:rFonts w:ascii="Times New Roman" w:eastAsia="Times New Roman" w:hAnsi="Times New Roman" w:cs="Times New Roman"/>
          <w:sz w:val="24"/>
          <w:szCs w:val="24"/>
        </w:rPr>
        <w:t xml:space="preserve"> (Gender):</w:t>
      </w:r>
      <w:r w:rsidRPr="00B717C6">
        <w:rPr>
          <w:rFonts w:ascii="Times New Roman" w:eastAsia="Times New Roman" w:hAnsi="Times New Roman" w:cs="Times New Roman"/>
          <w:sz w:val="24"/>
          <w:szCs w:val="24"/>
        </w:rPr>
        <w:br/>
      </w:r>
      <w:r w:rsidRPr="00B717C6">
        <w:rPr>
          <w:rFonts w:ascii="Segoe UI Symbol" w:eastAsia="Times New Roman" w:hAnsi="Segoe UI Symbol" w:cs="Segoe UI Symbol"/>
          <w:sz w:val="24"/>
          <w:szCs w:val="24"/>
        </w:rPr>
        <w:t>☐</w:t>
      </w:r>
      <w:r w:rsidRPr="00B717C6">
        <w:rPr>
          <w:rFonts w:ascii="Times New Roman" w:eastAsia="Times New Roman" w:hAnsi="Times New Roman" w:cs="Times New Roman"/>
          <w:sz w:val="24"/>
          <w:szCs w:val="24"/>
        </w:rPr>
        <w:t xml:space="preserve"> </w:t>
      </w:r>
      <w:r w:rsidRPr="00B717C6">
        <w:rPr>
          <w:rFonts w:ascii="Times New Roman" w:eastAsia="Times New Roman" w:hAnsi="Times New Roman" w:cs="Times New Roman"/>
          <w:sz w:val="24"/>
          <w:szCs w:val="24"/>
          <w:rtl/>
        </w:rPr>
        <w:t>ذكر</w:t>
      </w:r>
      <w:r w:rsidRPr="00B717C6">
        <w:rPr>
          <w:rFonts w:ascii="Times New Roman" w:eastAsia="Times New Roman" w:hAnsi="Times New Roman" w:cs="Times New Roman"/>
          <w:sz w:val="24"/>
          <w:szCs w:val="24"/>
        </w:rPr>
        <w:t xml:space="preserve"> (Male)</w:t>
      </w:r>
      <w:r w:rsidRPr="00B717C6">
        <w:rPr>
          <w:rFonts w:ascii="Times New Roman" w:eastAsia="Times New Roman" w:hAnsi="Times New Roman" w:cs="Times New Roman"/>
          <w:sz w:val="24"/>
          <w:szCs w:val="24"/>
        </w:rPr>
        <w:br/>
      </w:r>
      <w:r w:rsidRPr="00B717C6">
        <w:rPr>
          <w:rFonts w:ascii="Segoe UI Symbol" w:eastAsia="Times New Roman" w:hAnsi="Segoe UI Symbol" w:cs="Segoe UI Symbol"/>
          <w:sz w:val="24"/>
          <w:szCs w:val="24"/>
        </w:rPr>
        <w:t>☐</w:t>
      </w:r>
      <w:r w:rsidRPr="00B717C6">
        <w:rPr>
          <w:rFonts w:ascii="Times New Roman" w:eastAsia="Times New Roman" w:hAnsi="Times New Roman" w:cs="Times New Roman"/>
          <w:sz w:val="24"/>
          <w:szCs w:val="24"/>
        </w:rPr>
        <w:t xml:space="preserve"> </w:t>
      </w:r>
      <w:r w:rsidRPr="00B717C6">
        <w:rPr>
          <w:rFonts w:ascii="Times New Roman" w:eastAsia="Times New Roman" w:hAnsi="Times New Roman" w:cs="Times New Roman"/>
          <w:sz w:val="24"/>
          <w:szCs w:val="24"/>
          <w:rtl/>
        </w:rPr>
        <w:t>أنثى</w:t>
      </w:r>
      <w:r w:rsidRPr="00B717C6">
        <w:rPr>
          <w:rFonts w:ascii="Times New Roman" w:eastAsia="Times New Roman" w:hAnsi="Times New Roman" w:cs="Times New Roman"/>
          <w:sz w:val="24"/>
          <w:szCs w:val="24"/>
        </w:rPr>
        <w:t xml:space="preserve"> (Female)</w:t>
      </w:r>
    </w:p>
    <w:p w14:paraId="35A2631B" w14:textId="60B00CCE" w:rsidR="00BF1988" w:rsidRDefault="00BF1988" w:rsidP="00086701">
      <w:pPr>
        <w:numPr>
          <w:ilvl w:val="0"/>
          <w:numId w:val="32"/>
        </w:numPr>
        <w:bidi/>
        <w:spacing w:after="224" w:line="259" w:lineRule="auto"/>
        <w:ind w:right="48"/>
        <w:rPr>
          <w:rFonts w:ascii="Times New Roman" w:eastAsia="Times New Roman" w:hAnsi="Times New Roman" w:cs="Times New Roman"/>
          <w:sz w:val="24"/>
          <w:szCs w:val="24"/>
        </w:rPr>
      </w:pPr>
      <w:r w:rsidRPr="00BF1988">
        <w:rPr>
          <w:rFonts w:ascii="Times New Roman" w:eastAsia="Times New Roman" w:hAnsi="Times New Roman" w:cs="Times New Roman"/>
          <w:sz w:val="24"/>
          <w:szCs w:val="24"/>
          <w:rtl/>
        </w:rPr>
        <w:t>الفئة العمرية</w:t>
      </w:r>
      <w:r w:rsidRPr="00BF1988">
        <w:rPr>
          <w:rFonts w:ascii="Times New Roman" w:eastAsia="Times New Roman" w:hAnsi="Times New Roman" w:cs="Times New Roman"/>
          <w:sz w:val="24"/>
          <w:szCs w:val="24"/>
        </w:rPr>
        <w:t xml:space="preserve"> (Age Group):</w:t>
      </w:r>
      <w:r w:rsidRPr="00BF1988">
        <w:rPr>
          <w:rFonts w:ascii="Times New Roman" w:eastAsia="Times New Roman" w:hAnsi="Times New Roman" w:cs="Times New Roman"/>
          <w:sz w:val="24"/>
          <w:szCs w:val="24"/>
        </w:rPr>
        <w:br/>
      </w:r>
      <w:r w:rsidRPr="00BF1988">
        <w:rPr>
          <w:rFonts w:ascii="Segoe UI Symbol" w:eastAsia="Times New Roman" w:hAnsi="Segoe UI Symbol" w:cs="Segoe UI Symbol"/>
          <w:sz w:val="24"/>
          <w:szCs w:val="24"/>
        </w:rPr>
        <w:t>☐</w:t>
      </w:r>
      <w:r w:rsidRPr="00BF1988">
        <w:rPr>
          <w:rFonts w:ascii="Times New Roman" w:eastAsia="Times New Roman" w:hAnsi="Times New Roman" w:cs="Times New Roman"/>
          <w:sz w:val="24"/>
          <w:szCs w:val="24"/>
        </w:rPr>
        <w:t xml:space="preserve"> </w:t>
      </w:r>
      <w:r w:rsidRPr="00BF1988">
        <w:rPr>
          <w:rFonts w:ascii="Times New Roman" w:eastAsia="Times New Roman" w:hAnsi="Times New Roman" w:cs="Times New Roman"/>
          <w:sz w:val="24"/>
          <w:szCs w:val="24"/>
          <w:rtl/>
        </w:rPr>
        <w:t>أقل من 25 سنة</w:t>
      </w:r>
      <w:r w:rsidRPr="00BF1988">
        <w:rPr>
          <w:rFonts w:ascii="Times New Roman" w:eastAsia="Times New Roman" w:hAnsi="Times New Roman" w:cs="Times New Roman"/>
          <w:sz w:val="24"/>
          <w:szCs w:val="24"/>
        </w:rPr>
        <w:br/>
      </w:r>
      <w:r w:rsidRPr="00BF1988">
        <w:rPr>
          <w:rFonts w:ascii="Segoe UI Symbol" w:eastAsia="Times New Roman" w:hAnsi="Segoe UI Symbol" w:cs="Segoe UI Symbol"/>
          <w:sz w:val="24"/>
          <w:szCs w:val="24"/>
        </w:rPr>
        <w:t>☐</w:t>
      </w:r>
      <w:r w:rsidRPr="00BF1988">
        <w:rPr>
          <w:rFonts w:ascii="Times New Roman" w:eastAsia="Times New Roman" w:hAnsi="Times New Roman" w:cs="Times New Roman"/>
          <w:sz w:val="24"/>
          <w:szCs w:val="24"/>
        </w:rPr>
        <w:t xml:space="preserve"> </w:t>
      </w:r>
      <w:r w:rsidRPr="00BF1988">
        <w:rPr>
          <w:rFonts w:ascii="Times New Roman" w:eastAsia="Times New Roman" w:hAnsi="Times New Roman" w:cs="Times New Roman"/>
          <w:sz w:val="24"/>
          <w:szCs w:val="24"/>
          <w:rtl/>
        </w:rPr>
        <w:t>من 25 إلى 35 سنة</w:t>
      </w:r>
      <w:r w:rsidRPr="00BF1988">
        <w:rPr>
          <w:rFonts w:ascii="Times New Roman" w:eastAsia="Times New Roman" w:hAnsi="Times New Roman" w:cs="Times New Roman"/>
          <w:sz w:val="24"/>
          <w:szCs w:val="24"/>
        </w:rPr>
        <w:br/>
      </w:r>
      <w:r w:rsidRPr="00BF1988">
        <w:rPr>
          <w:rFonts w:ascii="Segoe UI Symbol" w:eastAsia="Times New Roman" w:hAnsi="Segoe UI Symbol" w:cs="Segoe UI Symbol"/>
          <w:sz w:val="24"/>
          <w:szCs w:val="24"/>
        </w:rPr>
        <w:t>☐</w:t>
      </w:r>
      <w:r w:rsidRPr="00BF1988">
        <w:rPr>
          <w:rFonts w:ascii="Times New Roman" w:eastAsia="Times New Roman" w:hAnsi="Times New Roman" w:cs="Times New Roman"/>
          <w:sz w:val="24"/>
          <w:szCs w:val="24"/>
        </w:rPr>
        <w:t xml:space="preserve"> </w:t>
      </w:r>
      <w:r w:rsidRPr="00BF1988">
        <w:rPr>
          <w:rFonts w:ascii="Times New Roman" w:eastAsia="Times New Roman" w:hAnsi="Times New Roman" w:cs="Times New Roman"/>
          <w:sz w:val="24"/>
          <w:szCs w:val="24"/>
          <w:rtl/>
        </w:rPr>
        <w:t>من 36 إلى 45 سنة</w:t>
      </w:r>
      <w:r w:rsidRPr="00BF1988">
        <w:rPr>
          <w:rFonts w:ascii="Times New Roman" w:eastAsia="Times New Roman" w:hAnsi="Times New Roman" w:cs="Times New Roman"/>
          <w:sz w:val="24"/>
          <w:szCs w:val="24"/>
        </w:rPr>
        <w:br/>
      </w:r>
      <w:r w:rsidRPr="00BF1988">
        <w:rPr>
          <w:rFonts w:ascii="Segoe UI Symbol" w:eastAsia="Times New Roman" w:hAnsi="Segoe UI Symbol" w:cs="Segoe UI Symbol"/>
          <w:sz w:val="24"/>
          <w:szCs w:val="24"/>
        </w:rPr>
        <w:t>☐</w:t>
      </w:r>
      <w:r w:rsidRPr="00BF1988">
        <w:rPr>
          <w:rFonts w:ascii="Times New Roman" w:eastAsia="Times New Roman" w:hAnsi="Times New Roman" w:cs="Times New Roman"/>
          <w:sz w:val="24"/>
          <w:szCs w:val="24"/>
        </w:rPr>
        <w:t xml:space="preserve"> </w:t>
      </w:r>
      <w:r w:rsidRPr="00BF1988">
        <w:rPr>
          <w:rFonts w:ascii="Times New Roman" w:eastAsia="Times New Roman" w:hAnsi="Times New Roman" w:cs="Times New Roman"/>
          <w:sz w:val="24"/>
          <w:szCs w:val="24"/>
          <w:rtl/>
        </w:rPr>
        <w:t>أكثر من 45 سنة</w:t>
      </w:r>
    </w:p>
    <w:p w14:paraId="55FB7E90" w14:textId="116E42B7" w:rsidR="00BF1988" w:rsidRDefault="008D2000" w:rsidP="00086701">
      <w:pPr>
        <w:numPr>
          <w:ilvl w:val="0"/>
          <w:numId w:val="32"/>
        </w:numPr>
        <w:bidi/>
        <w:spacing w:after="224" w:line="259" w:lineRule="auto"/>
        <w:ind w:right="48"/>
        <w:rPr>
          <w:rFonts w:ascii="Times New Roman" w:eastAsia="Times New Roman" w:hAnsi="Times New Roman" w:cs="Times New Roman"/>
          <w:sz w:val="24"/>
          <w:szCs w:val="24"/>
        </w:rPr>
      </w:pPr>
      <w:r w:rsidRPr="008D2000">
        <w:rPr>
          <w:rFonts w:ascii="Times New Roman" w:eastAsia="Times New Roman" w:hAnsi="Times New Roman" w:cs="Times New Roman"/>
          <w:sz w:val="24"/>
          <w:szCs w:val="24"/>
          <w:rtl/>
        </w:rPr>
        <w:t>عدد سنوات الخبرة</w:t>
      </w:r>
      <w:r w:rsidRPr="008D2000">
        <w:rPr>
          <w:rFonts w:ascii="Times New Roman" w:eastAsia="Times New Roman" w:hAnsi="Times New Roman" w:cs="Times New Roman"/>
          <w:sz w:val="24"/>
          <w:szCs w:val="24"/>
        </w:rPr>
        <w:t xml:space="preserve"> (Years of Experience):</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أقل من سنتين</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من 2 إلى 5 سنوات</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من 6 إلى 10 سنوات</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أكثر من 10 سنوات</w:t>
      </w:r>
    </w:p>
    <w:p w14:paraId="0F6896B9" w14:textId="3D0A281F" w:rsidR="008D2000" w:rsidRDefault="008D2000" w:rsidP="00086701">
      <w:pPr>
        <w:numPr>
          <w:ilvl w:val="0"/>
          <w:numId w:val="32"/>
        </w:numPr>
        <w:bidi/>
        <w:spacing w:after="224" w:line="259" w:lineRule="auto"/>
        <w:ind w:right="48"/>
        <w:rPr>
          <w:rFonts w:ascii="Times New Roman" w:eastAsia="Times New Roman" w:hAnsi="Times New Roman" w:cs="Times New Roman"/>
          <w:sz w:val="24"/>
          <w:szCs w:val="24"/>
        </w:rPr>
      </w:pPr>
      <w:r w:rsidRPr="008D2000">
        <w:rPr>
          <w:rFonts w:ascii="Times New Roman" w:eastAsia="Times New Roman" w:hAnsi="Times New Roman" w:cs="Times New Roman"/>
          <w:sz w:val="24"/>
          <w:szCs w:val="24"/>
          <w:rtl/>
        </w:rPr>
        <w:lastRenderedPageBreak/>
        <w:t>لمسمى الوظيفي</w:t>
      </w:r>
      <w:r w:rsidRPr="008D2000">
        <w:rPr>
          <w:rFonts w:ascii="Times New Roman" w:eastAsia="Times New Roman" w:hAnsi="Times New Roman" w:cs="Times New Roman"/>
          <w:sz w:val="24"/>
          <w:szCs w:val="24"/>
        </w:rPr>
        <w:t xml:space="preserve"> (Job Title):</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موظف إداري</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مشرف / رئيس قسم</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مدير</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أخرى (يرجى التحديد)</w:t>
      </w:r>
      <w:r w:rsidRPr="008D2000">
        <w:rPr>
          <w:rFonts w:ascii="Times New Roman" w:eastAsia="Times New Roman" w:hAnsi="Times New Roman" w:cs="Times New Roman"/>
          <w:sz w:val="24"/>
          <w:szCs w:val="24"/>
        </w:rPr>
        <w:t xml:space="preserve"> _________</w:t>
      </w:r>
    </w:p>
    <w:p w14:paraId="4DBA6200" w14:textId="59F5D17D" w:rsidR="00481540" w:rsidRPr="00ED1E21" w:rsidRDefault="008D2000" w:rsidP="00086701">
      <w:pPr>
        <w:numPr>
          <w:ilvl w:val="0"/>
          <w:numId w:val="32"/>
        </w:numPr>
        <w:bidi/>
        <w:spacing w:after="224" w:line="259" w:lineRule="auto"/>
        <w:ind w:right="48"/>
        <w:rPr>
          <w:rFonts w:ascii="Times New Roman" w:eastAsia="Times New Roman" w:hAnsi="Times New Roman" w:cs="Times New Roman"/>
          <w:sz w:val="24"/>
          <w:szCs w:val="24"/>
          <w:rtl/>
        </w:rPr>
      </w:pPr>
      <w:r w:rsidRPr="008D2000">
        <w:rPr>
          <w:rFonts w:ascii="Times New Roman" w:eastAsia="Times New Roman" w:hAnsi="Times New Roman" w:cs="Times New Roman"/>
          <w:sz w:val="24"/>
          <w:szCs w:val="24"/>
          <w:rtl/>
        </w:rPr>
        <w:t>نوع المؤسسة</w:t>
      </w:r>
      <w:r w:rsidRPr="008D2000">
        <w:rPr>
          <w:rFonts w:ascii="Times New Roman" w:eastAsia="Times New Roman" w:hAnsi="Times New Roman" w:cs="Times New Roman"/>
          <w:sz w:val="24"/>
          <w:szCs w:val="24"/>
        </w:rPr>
        <w:t xml:space="preserve"> (Type of Organization):</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حكومية</w:t>
      </w:r>
      <w:r w:rsidRPr="008D2000">
        <w:rPr>
          <w:rFonts w:ascii="Times New Roman" w:eastAsia="Times New Roman" w:hAnsi="Times New Roman" w:cs="Times New Roman"/>
          <w:sz w:val="24"/>
          <w:szCs w:val="24"/>
        </w:rPr>
        <w:t xml:space="preserve"> (Public Sector)</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خاصة</w:t>
      </w:r>
      <w:r w:rsidRPr="008D2000">
        <w:rPr>
          <w:rFonts w:ascii="Times New Roman" w:eastAsia="Times New Roman" w:hAnsi="Times New Roman" w:cs="Times New Roman"/>
          <w:sz w:val="24"/>
          <w:szCs w:val="24"/>
        </w:rPr>
        <w:t xml:space="preserve"> (Private Sector)</w:t>
      </w:r>
      <w:r w:rsidRPr="008D2000">
        <w:rPr>
          <w:rFonts w:ascii="Times New Roman" w:eastAsia="Times New Roman" w:hAnsi="Times New Roman" w:cs="Times New Roman"/>
          <w:sz w:val="24"/>
          <w:szCs w:val="24"/>
        </w:rPr>
        <w:br/>
      </w:r>
      <w:r w:rsidRPr="008D2000">
        <w:rPr>
          <w:rFonts w:ascii="Segoe UI Symbol" w:eastAsia="Times New Roman" w:hAnsi="Segoe UI Symbol" w:cs="Segoe UI Symbol"/>
          <w:sz w:val="24"/>
          <w:szCs w:val="24"/>
        </w:rPr>
        <w:t>☐</w:t>
      </w:r>
      <w:r w:rsidRPr="008D2000">
        <w:rPr>
          <w:rFonts w:ascii="Times New Roman" w:eastAsia="Times New Roman" w:hAnsi="Times New Roman" w:cs="Times New Roman"/>
          <w:sz w:val="24"/>
          <w:szCs w:val="24"/>
        </w:rPr>
        <w:t xml:space="preserve"> </w:t>
      </w:r>
      <w:r w:rsidRPr="008D2000">
        <w:rPr>
          <w:rFonts w:ascii="Times New Roman" w:eastAsia="Times New Roman" w:hAnsi="Times New Roman" w:cs="Times New Roman"/>
          <w:sz w:val="24"/>
          <w:szCs w:val="24"/>
          <w:rtl/>
        </w:rPr>
        <w:t>غير ربحية</w:t>
      </w:r>
      <w:r w:rsidRPr="008D2000">
        <w:rPr>
          <w:rFonts w:ascii="Times New Roman" w:eastAsia="Times New Roman" w:hAnsi="Times New Roman" w:cs="Times New Roman"/>
          <w:sz w:val="24"/>
          <w:szCs w:val="24"/>
        </w:rPr>
        <w:t xml:space="preserve"> (Non-profit Organization)</w:t>
      </w:r>
    </w:p>
    <w:p w14:paraId="18C9F93E" w14:textId="77777777" w:rsidR="00481540" w:rsidRDefault="00481540" w:rsidP="00481540">
      <w:pPr>
        <w:bidi/>
        <w:spacing w:after="224" w:line="259" w:lineRule="auto"/>
        <w:ind w:left="720" w:right="48"/>
        <w:rPr>
          <w:rFonts w:asciiTheme="majorHAnsi" w:eastAsiaTheme="majorEastAsia" w:hAnsiTheme="majorHAnsi" w:cstheme="majorBidi"/>
          <w:b/>
          <w:bCs/>
          <w:color w:val="4F81BD" w:themeColor="accent1"/>
          <w:rtl/>
        </w:rPr>
      </w:pPr>
    </w:p>
    <w:p w14:paraId="561B3297" w14:textId="77E34885" w:rsidR="00C43497" w:rsidRPr="005A3057" w:rsidRDefault="00D76C9C" w:rsidP="001A5A58">
      <w:pPr>
        <w:bidi/>
        <w:spacing w:after="224" w:line="259" w:lineRule="auto"/>
        <w:ind w:left="720" w:right="48"/>
        <w:jc w:val="center"/>
        <w:rPr>
          <w:rFonts w:asciiTheme="majorHAnsi" w:eastAsiaTheme="majorEastAsia" w:hAnsiTheme="majorHAnsi" w:cstheme="majorBidi"/>
          <w:b/>
          <w:bCs/>
          <w:color w:val="FF0000"/>
        </w:rPr>
      </w:pPr>
      <w:r w:rsidRPr="001A5A58">
        <w:rPr>
          <w:rFonts w:asciiTheme="majorHAnsi" w:eastAsiaTheme="majorEastAsia" w:hAnsiTheme="majorHAnsi" w:cstheme="majorBidi" w:hint="cs"/>
          <w:b/>
          <w:bCs/>
          <w:color w:val="FF0000"/>
          <w:rtl/>
        </w:rPr>
        <w:t xml:space="preserve">القسم الثاني: </w:t>
      </w:r>
      <w:r w:rsidRPr="001A5A58">
        <w:rPr>
          <w:rFonts w:asciiTheme="majorHAnsi" w:eastAsiaTheme="majorEastAsia" w:hAnsiTheme="majorHAnsi" w:cstheme="majorBidi"/>
          <w:b/>
          <w:bCs/>
          <w:color w:val="FF0000"/>
          <w:rtl/>
        </w:rPr>
        <w:t>تنظيم العمل</w:t>
      </w:r>
      <w:r w:rsidRPr="001A5A58">
        <w:rPr>
          <w:rFonts w:asciiTheme="majorHAnsi" w:eastAsiaTheme="majorEastAsia" w:hAnsiTheme="majorHAnsi" w:cstheme="majorBidi"/>
          <w:b/>
          <w:bCs/>
          <w:color w:val="FF0000"/>
        </w:rPr>
        <w:t xml:space="preserve"> (Work Organization)</w:t>
      </w:r>
    </w:p>
    <w:p w14:paraId="4DC3ED6F" w14:textId="2D14EFF7" w:rsidR="002A7C19" w:rsidRDefault="000B41D1" w:rsidP="00ED1E21">
      <w:pPr>
        <w:bidi/>
        <w:spacing w:after="224" w:line="259" w:lineRule="auto"/>
        <w:ind w:left="720" w:right="48"/>
        <w:rPr>
          <w:rFonts w:ascii="Times New Roman" w:eastAsia="Times New Roman" w:hAnsi="Times New Roman" w:cs="Times New Roman"/>
          <w:sz w:val="24"/>
          <w:szCs w:val="24"/>
        </w:rPr>
      </w:pPr>
      <w:r w:rsidRPr="00D76C9C">
        <w:rPr>
          <w:rFonts w:ascii="Times New Roman" w:eastAsia="Times New Roman" w:hAnsi="Times New Roman" w:cs="Times New Roman"/>
          <w:sz w:val="24"/>
          <w:szCs w:val="24"/>
          <w:rtl/>
        </w:rPr>
        <w:t>يرجى تحديد مدى موافقتك على العبارات التالية باستخدام المقياس الخماسي</w:t>
      </w:r>
      <w:r w:rsidRPr="00D76C9C">
        <w:rPr>
          <w:rFonts w:ascii="Times New Roman" w:eastAsia="Times New Roman" w:hAnsi="Times New Roman" w:cs="Times New Roman"/>
          <w:sz w:val="24"/>
          <w:szCs w:val="24"/>
        </w:rPr>
        <w:t xml:space="preserve"> (Likert Scale):</w:t>
      </w:r>
      <w:r w:rsidRPr="00D76C9C">
        <w:rPr>
          <w:rFonts w:ascii="Times New Roman" w:eastAsia="Times New Roman" w:hAnsi="Times New Roman" w:cs="Times New Roman"/>
          <w:sz w:val="24"/>
          <w:szCs w:val="24"/>
        </w:rPr>
        <w:br/>
      </w:r>
      <w:r w:rsidR="00FB64C9" w:rsidRPr="00FB64C9">
        <w:rPr>
          <w:rFonts w:ascii="Times New Roman" w:eastAsia="Times New Roman" w:hAnsi="Times New Roman" w:cs="Times New Roman"/>
          <w:sz w:val="24"/>
          <w:szCs w:val="24"/>
        </w:rPr>
        <w:t>1</w:t>
      </w:r>
      <w:r w:rsidR="00FB64C9" w:rsidRPr="00FB64C9">
        <w:rPr>
          <w:rFonts w:ascii="Times New Roman" w:eastAsia="Times New Roman" w:hAnsi="Times New Roman" w:cs="Times New Roman"/>
          <w:sz w:val="24"/>
          <w:szCs w:val="24"/>
          <w:rtl/>
        </w:rPr>
        <w:t xml:space="preserve">  = عارض بشدة </w:t>
      </w:r>
      <w:r w:rsidR="00FB64C9" w:rsidRPr="00FB64C9">
        <w:rPr>
          <w:rFonts w:ascii="Times New Roman" w:eastAsia="Times New Roman" w:hAnsi="Times New Roman" w:cs="Times New Roman"/>
          <w:sz w:val="24"/>
          <w:szCs w:val="24"/>
        </w:rPr>
        <w:t>(Strongly Disagree)</w:t>
      </w:r>
      <w:r w:rsidR="00FB64C9" w:rsidRPr="00FB64C9">
        <w:rPr>
          <w:rFonts w:ascii="Times New Roman" w:eastAsia="Times New Roman" w:hAnsi="Times New Roman" w:cs="Times New Roman"/>
          <w:sz w:val="24"/>
          <w:szCs w:val="24"/>
        </w:rPr>
        <w:br/>
      </w:r>
      <w:r w:rsidR="00FB64C9" w:rsidRPr="00FB64C9">
        <w:rPr>
          <w:rFonts w:ascii="Times New Roman" w:eastAsia="Times New Roman" w:hAnsi="Times New Roman" w:cs="Times New Roman"/>
          <w:sz w:val="24"/>
          <w:szCs w:val="24"/>
          <w:rtl/>
        </w:rPr>
        <w:t>2</w:t>
      </w:r>
      <w:r w:rsidR="00FB64C9" w:rsidRPr="00FB64C9">
        <w:rPr>
          <w:rFonts w:ascii="Times New Roman" w:eastAsia="Times New Roman" w:hAnsi="Times New Roman" w:cs="Times New Roman" w:hint="cs"/>
          <w:sz w:val="24"/>
          <w:szCs w:val="24"/>
        </w:rPr>
        <w:t xml:space="preserve"> </w:t>
      </w:r>
      <w:r w:rsidR="00FB64C9" w:rsidRPr="00FB64C9">
        <w:rPr>
          <w:rFonts w:ascii="Times New Roman" w:eastAsia="Times New Roman" w:hAnsi="Times New Roman" w:cs="Times New Roman"/>
          <w:sz w:val="24"/>
          <w:szCs w:val="24"/>
          <w:rtl/>
        </w:rPr>
        <w:t xml:space="preserve">  = </w:t>
      </w:r>
      <w:r w:rsidR="00FB64C9" w:rsidRPr="00FB64C9">
        <w:rPr>
          <w:rFonts w:ascii="Times New Roman" w:eastAsia="Times New Roman" w:hAnsi="Times New Roman" w:cs="Times New Roman" w:hint="cs"/>
          <w:sz w:val="24"/>
          <w:szCs w:val="24"/>
        </w:rPr>
        <w:t xml:space="preserve"> </w:t>
      </w:r>
      <w:r w:rsidR="00FB64C9" w:rsidRPr="00FB64C9">
        <w:rPr>
          <w:rFonts w:ascii="Times New Roman" w:eastAsia="Times New Roman" w:hAnsi="Times New Roman" w:cs="Times New Roman"/>
          <w:sz w:val="24"/>
          <w:szCs w:val="24"/>
          <w:rtl/>
        </w:rPr>
        <w:t xml:space="preserve">أعارض </w:t>
      </w:r>
      <w:r w:rsidR="00FB64C9" w:rsidRPr="00FB64C9">
        <w:rPr>
          <w:rFonts w:ascii="Times New Roman" w:eastAsia="Times New Roman" w:hAnsi="Times New Roman" w:cs="Times New Roman"/>
          <w:sz w:val="24"/>
          <w:szCs w:val="24"/>
        </w:rPr>
        <w:t>(Disagree)</w:t>
      </w:r>
      <w:r w:rsidR="00FB64C9" w:rsidRPr="00FB64C9">
        <w:rPr>
          <w:rFonts w:ascii="Times New Roman" w:eastAsia="Times New Roman" w:hAnsi="Times New Roman" w:cs="Times New Roman"/>
          <w:sz w:val="24"/>
          <w:szCs w:val="24"/>
        </w:rPr>
        <w:br/>
      </w:r>
      <w:r w:rsidR="00FB64C9" w:rsidRPr="00FB64C9">
        <w:rPr>
          <w:rFonts w:ascii="Times New Roman" w:eastAsia="Times New Roman" w:hAnsi="Times New Roman" w:cs="Times New Roman"/>
          <w:sz w:val="24"/>
          <w:szCs w:val="24"/>
          <w:rtl/>
        </w:rPr>
        <w:t xml:space="preserve">3 </w:t>
      </w:r>
      <w:r w:rsidR="00FB64C9" w:rsidRPr="00FB64C9">
        <w:rPr>
          <w:rFonts w:ascii="Times New Roman" w:eastAsia="Times New Roman" w:hAnsi="Times New Roman" w:cs="Times New Roman" w:hint="cs"/>
          <w:sz w:val="24"/>
          <w:szCs w:val="24"/>
        </w:rPr>
        <w:t xml:space="preserve"> </w:t>
      </w:r>
      <w:r w:rsidR="00FB64C9" w:rsidRPr="00FB64C9">
        <w:rPr>
          <w:rFonts w:ascii="Times New Roman" w:eastAsia="Times New Roman" w:hAnsi="Times New Roman" w:cs="Times New Roman"/>
          <w:sz w:val="24"/>
          <w:szCs w:val="24"/>
          <w:rtl/>
        </w:rPr>
        <w:t xml:space="preserve"> = محايد </w:t>
      </w:r>
      <w:r w:rsidR="00FB64C9" w:rsidRPr="00FB64C9">
        <w:rPr>
          <w:rFonts w:ascii="Times New Roman" w:eastAsia="Times New Roman" w:hAnsi="Times New Roman" w:cs="Times New Roman"/>
          <w:sz w:val="24"/>
          <w:szCs w:val="24"/>
        </w:rPr>
        <w:t>(Neutral)</w:t>
      </w:r>
      <w:r w:rsidR="00FB64C9" w:rsidRPr="00FB64C9">
        <w:rPr>
          <w:rFonts w:ascii="Times New Roman" w:eastAsia="Times New Roman" w:hAnsi="Times New Roman" w:cs="Times New Roman"/>
          <w:sz w:val="24"/>
          <w:szCs w:val="24"/>
        </w:rPr>
        <w:br/>
      </w:r>
      <w:r w:rsidR="00FB64C9" w:rsidRPr="00FB64C9">
        <w:rPr>
          <w:rFonts w:ascii="Times New Roman" w:eastAsia="Times New Roman" w:hAnsi="Times New Roman" w:cs="Times New Roman"/>
          <w:sz w:val="24"/>
          <w:szCs w:val="24"/>
          <w:rtl/>
        </w:rPr>
        <w:t xml:space="preserve">4 </w:t>
      </w:r>
      <w:r w:rsidR="00FB64C9" w:rsidRPr="00FB64C9">
        <w:rPr>
          <w:rFonts w:ascii="Times New Roman" w:eastAsia="Times New Roman" w:hAnsi="Times New Roman" w:cs="Times New Roman" w:hint="cs"/>
          <w:sz w:val="24"/>
          <w:szCs w:val="24"/>
        </w:rPr>
        <w:t xml:space="preserve"> </w:t>
      </w:r>
      <w:r w:rsidR="00FB64C9" w:rsidRPr="00FB64C9">
        <w:rPr>
          <w:rFonts w:ascii="Times New Roman" w:eastAsia="Times New Roman" w:hAnsi="Times New Roman" w:cs="Times New Roman"/>
          <w:sz w:val="24"/>
          <w:szCs w:val="24"/>
          <w:rtl/>
        </w:rPr>
        <w:t xml:space="preserve"> = أوافق </w:t>
      </w:r>
      <w:r w:rsidR="00FB64C9" w:rsidRPr="00FB64C9">
        <w:rPr>
          <w:rFonts w:ascii="Times New Roman" w:eastAsia="Times New Roman" w:hAnsi="Times New Roman" w:cs="Times New Roman"/>
          <w:sz w:val="24"/>
          <w:szCs w:val="24"/>
        </w:rPr>
        <w:t>(Agree)</w:t>
      </w:r>
      <w:r w:rsidR="00FB64C9" w:rsidRPr="00FB64C9">
        <w:rPr>
          <w:rFonts w:ascii="Times New Roman" w:eastAsia="Times New Roman" w:hAnsi="Times New Roman" w:cs="Times New Roman"/>
          <w:sz w:val="24"/>
          <w:szCs w:val="24"/>
        </w:rPr>
        <w:br/>
      </w:r>
      <w:r w:rsidR="00FB64C9" w:rsidRPr="00FB64C9">
        <w:rPr>
          <w:rFonts w:ascii="Times New Roman" w:eastAsia="Times New Roman" w:hAnsi="Times New Roman" w:cs="Times New Roman"/>
          <w:sz w:val="24"/>
          <w:szCs w:val="24"/>
          <w:rtl/>
        </w:rPr>
        <w:t>5</w:t>
      </w:r>
      <w:r w:rsidR="00FB64C9" w:rsidRPr="00FB64C9">
        <w:rPr>
          <w:rFonts w:ascii="Times New Roman" w:eastAsia="Times New Roman" w:hAnsi="Times New Roman" w:cs="Times New Roman" w:hint="cs"/>
          <w:sz w:val="24"/>
          <w:szCs w:val="24"/>
        </w:rPr>
        <w:t xml:space="preserve"> </w:t>
      </w:r>
      <w:r w:rsidR="00FB64C9" w:rsidRPr="00FB64C9">
        <w:rPr>
          <w:rFonts w:ascii="Times New Roman" w:eastAsia="Times New Roman" w:hAnsi="Times New Roman" w:cs="Times New Roman"/>
          <w:sz w:val="24"/>
          <w:szCs w:val="24"/>
          <w:rtl/>
        </w:rPr>
        <w:t xml:space="preserve">  = أوافق بشدة </w:t>
      </w:r>
      <w:r w:rsidR="00FB64C9" w:rsidRPr="00FB64C9">
        <w:rPr>
          <w:rFonts w:ascii="Times New Roman" w:eastAsia="Times New Roman" w:hAnsi="Times New Roman" w:cs="Times New Roman"/>
          <w:sz w:val="24"/>
          <w:szCs w:val="24"/>
        </w:rPr>
        <w:t>(Strongly Agree</w:t>
      </w:r>
    </w:p>
    <w:p w14:paraId="5BC8CBE5" w14:textId="77777777" w:rsidR="002A7C19" w:rsidRPr="00FB64C9" w:rsidRDefault="002A7C19" w:rsidP="002A7C19">
      <w:pPr>
        <w:bidi/>
        <w:spacing w:after="224" w:line="259" w:lineRule="auto"/>
        <w:ind w:left="720" w:right="48"/>
        <w:rPr>
          <w:rFonts w:ascii="Times New Roman" w:eastAsia="Times New Roman" w:hAnsi="Times New Roman" w:cs="Times New Roman"/>
          <w:sz w:val="24"/>
          <w:szCs w:val="24"/>
        </w:rPr>
      </w:pPr>
    </w:p>
    <w:tbl>
      <w:tblPr>
        <w:tblW w:w="9000" w:type="dxa"/>
        <w:tblCellSpacing w:w="15" w:type="dxa"/>
        <w:tblInd w:w="435" w:type="dxa"/>
        <w:tblLayout w:type="fixed"/>
        <w:tblLook w:val="04A0" w:firstRow="1" w:lastRow="0" w:firstColumn="1" w:lastColumn="0" w:noHBand="0" w:noVBand="1"/>
      </w:tblPr>
      <w:tblGrid>
        <w:gridCol w:w="8505"/>
        <w:gridCol w:w="80"/>
        <w:gridCol w:w="80"/>
        <w:gridCol w:w="80"/>
        <w:gridCol w:w="80"/>
        <w:gridCol w:w="80"/>
        <w:gridCol w:w="95"/>
      </w:tblGrid>
      <w:tr w:rsidR="00B33B19" w:rsidRPr="00577014" w14:paraId="16AA1129" w14:textId="77777777" w:rsidTr="00EB7BC3">
        <w:trPr>
          <w:trHeight w:val="129"/>
          <w:tblCellSpacing w:w="15" w:type="dxa"/>
        </w:trPr>
        <w:tc>
          <w:tcPr>
            <w:tcW w:w="8516" w:type="dxa"/>
            <w:tcMar>
              <w:top w:w="15" w:type="dxa"/>
              <w:left w:w="15" w:type="dxa"/>
              <w:bottom w:w="15" w:type="dxa"/>
              <w:right w:w="15" w:type="dxa"/>
            </w:tcMar>
            <w:vAlign w:val="center"/>
          </w:tcPr>
          <w:tbl>
            <w:tblPr>
              <w:tblW w:w="8486" w:type="dxa"/>
              <w:jc w:val="center"/>
              <w:tblCellSpacing w:w="15" w:type="dxa"/>
              <w:tblLayout w:type="fixed"/>
              <w:tblLook w:val="04A0" w:firstRow="1" w:lastRow="0" w:firstColumn="1" w:lastColumn="0" w:noHBand="0" w:noVBand="1"/>
            </w:tblPr>
            <w:tblGrid>
              <w:gridCol w:w="1005"/>
              <w:gridCol w:w="540"/>
              <w:gridCol w:w="540"/>
              <w:gridCol w:w="540"/>
              <w:gridCol w:w="630"/>
              <w:gridCol w:w="4992"/>
              <w:gridCol w:w="239"/>
            </w:tblGrid>
            <w:tr w:rsidR="00121806" w14:paraId="2C082D71"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2D1B4712" w14:textId="77777777" w:rsidR="00B33B19" w:rsidRDefault="00B33B19" w:rsidP="001C2274">
                  <w:pPr>
                    <w:bidi/>
                    <w:jc w:val="center"/>
                  </w:pPr>
                  <w:r>
                    <w:rPr>
                      <w:rtl/>
                    </w:rPr>
                    <w:t>5</w:t>
                  </w:r>
                </w:p>
              </w:tc>
              <w:tc>
                <w:tcPr>
                  <w:tcW w:w="510" w:type="dxa"/>
                  <w:tcMar>
                    <w:top w:w="15" w:type="dxa"/>
                    <w:left w:w="15" w:type="dxa"/>
                    <w:bottom w:w="15" w:type="dxa"/>
                    <w:right w:w="15" w:type="dxa"/>
                  </w:tcMar>
                  <w:vAlign w:val="center"/>
                  <w:hideMark/>
                </w:tcPr>
                <w:p w14:paraId="0A823E81" w14:textId="77777777" w:rsidR="00B33B19" w:rsidRDefault="00B33B19" w:rsidP="001C2274">
                  <w:pPr>
                    <w:bidi/>
                    <w:jc w:val="center"/>
                  </w:pPr>
                  <w:r>
                    <w:rPr>
                      <w:rtl/>
                    </w:rPr>
                    <w:t>4</w:t>
                  </w:r>
                </w:p>
              </w:tc>
              <w:tc>
                <w:tcPr>
                  <w:tcW w:w="510" w:type="dxa"/>
                  <w:tcMar>
                    <w:top w:w="15" w:type="dxa"/>
                    <w:left w:w="15" w:type="dxa"/>
                    <w:bottom w:w="15" w:type="dxa"/>
                    <w:right w:w="15" w:type="dxa"/>
                  </w:tcMar>
                  <w:vAlign w:val="center"/>
                  <w:hideMark/>
                </w:tcPr>
                <w:p w14:paraId="41A4A0D9" w14:textId="77777777" w:rsidR="00B33B19" w:rsidRDefault="00B33B19" w:rsidP="001C2274">
                  <w:pPr>
                    <w:bidi/>
                    <w:jc w:val="center"/>
                  </w:pPr>
                  <w:r>
                    <w:rPr>
                      <w:rtl/>
                    </w:rPr>
                    <w:t>3</w:t>
                  </w:r>
                </w:p>
              </w:tc>
              <w:tc>
                <w:tcPr>
                  <w:tcW w:w="510" w:type="dxa"/>
                  <w:tcMar>
                    <w:top w:w="15" w:type="dxa"/>
                    <w:left w:w="15" w:type="dxa"/>
                    <w:bottom w:w="15" w:type="dxa"/>
                    <w:right w:w="15" w:type="dxa"/>
                  </w:tcMar>
                  <w:vAlign w:val="center"/>
                  <w:hideMark/>
                </w:tcPr>
                <w:p w14:paraId="63BB7155" w14:textId="77777777" w:rsidR="00B33B19" w:rsidRDefault="00B33B19" w:rsidP="001C2274">
                  <w:pPr>
                    <w:bidi/>
                    <w:jc w:val="center"/>
                  </w:pPr>
                  <w:r>
                    <w:rPr>
                      <w:rtl/>
                    </w:rPr>
                    <w:t>2</w:t>
                  </w:r>
                </w:p>
              </w:tc>
              <w:tc>
                <w:tcPr>
                  <w:tcW w:w="600" w:type="dxa"/>
                  <w:tcMar>
                    <w:top w:w="15" w:type="dxa"/>
                    <w:left w:w="15" w:type="dxa"/>
                    <w:bottom w:w="15" w:type="dxa"/>
                    <w:right w:w="15" w:type="dxa"/>
                  </w:tcMar>
                  <w:vAlign w:val="center"/>
                  <w:hideMark/>
                </w:tcPr>
                <w:p w14:paraId="28F7B52E" w14:textId="77777777" w:rsidR="00B33B19" w:rsidRDefault="00B33B19" w:rsidP="001C2274">
                  <w:pPr>
                    <w:bidi/>
                    <w:jc w:val="center"/>
                  </w:pPr>
                  <w:r>
                    <w:rPr>
                      <w:rtl/>
                    </w:rPr>
                    <w:t>1</w:t>
                  </w:r>
                </w:p>
              </w:tc>
              <w:tc>
                <w:tcPr>
                  <w:tcW w:w="4962" w:type="dxa"/>
                  <w:tcMar>
                    <w:top w:w="15" w:type="dxa"/>
                    <w:left w:w="15" w:type="dxa"/>
                    <w:bottom w:w="15" w:type="dxa"/>
                    <w:right w:w="15" w:type="dxa"/>
                  </w:tcMar>
                  <w:vAlign w:val="center"/>
                  <w:hideMark/>
                </w:tcPr>
                <w:p w14:paraId="41EE5D62" w14:textId="77777777" w:rsidR="00B33B19" w:rsidRDefault="00B33B19" w:rsidP="001C2274">
                  <w:pPr>
                    <w:bidi/>
                    <w:jc w:val="center"/>
                  </w:pPr>
                  <w:r>
                    <w:rPr>
                      <w:rtl/>
                    </w:rPr>
                    <w:t>العبارة</w:t>
                  </w:r>
                </w:p>
              </w:tc>
              <w:tc>
                <w:tcPr>
                  <w:tcW w:w="194" w:type="dxa"/>
                  <w:tcMar>
                    <w:top w:w="15" w:type="dxa"/>
                    <w:left w:w="15" w:type="dxa"/>
                    <w:bottom w:w="15" w:type="dxa"/>
                    <w:right w:w="15" w:type="dxa"/>
                  </w:tcMar>
                  <w:vAlign w:val="center"/>
                  <w:hideMark/>
                </w:tcPr>
                <w:p w14:paraId="708150DD" w14:textId="77777777" w:rsidR="00B33B19" w:rsidRDefault="00B33B19" w:rsidP="001C2274">
                  <w:pPr>
                    <w:bidi/>
                    <w:jc w:val="center"/>
                  </w:pPr>
                  <w:r>
                    <w:rPr>
                      <w:rtl/>
                    </w:rPr>
                    <w:t>م</w:t>
                  </w:r>
                </w:p>
              </w:tc>
            </w:tr>
            <w:tr w:rsidR="00121806" w14:paraId="48D994DE"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50C404F7"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0AFF6B6C"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03C8D319"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A5716C9" w14:textId="77777777" w:rsidR="00B33B19" w:rsidRDefault="00B33B19"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0A11F969" w14:textId="77777777" w:rsidR="00B33B19" w:rsidRDefault="00B33B19"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6E99E332" w14:textId="77777777" w:rsidR="00B33B19" w:rsidRDefault="00B33B19" w:rsidP="001C2274">
                  <w:pPr>
                    <w:bidi/>
                    <w:jc w:val="center"/>
                  </w:pPr>
                  <w:r>
                    <w:rPr>
                      <w:rtl/>
                    </w:rPr>
                    <w:t>يتم توزيع المهام في المؤسسة بطريقة واضحة ومحددة</w:t>
                  </w:r>
                  <w:r>
                    <w:t>.</w:t>
                  </w:r>
                </w:p>
              </w:tc>
              <w:tc>
                <w:tcPr>
                  <w:tcW w:w="194" w:type="dxa"/>
                  <w:tcMar>
                    <w:top w:w="15" w:type="dxa"/>
                    <w:left w:w="15" w:type="dxa"/>
                    <w:bottom w:w="15" w:type="dxa"/>
                    <w:right w:w="15" w:type="dxa"/>
                  </w:tcMar>
                  <w:vAlign w:val="center"/>
                  <w:hideMark/>
                </w:tcPr>
                <w:p w14:paraId="20ADDBE5" w14:textId="77777777" w:rsidR="00B33B19" w:rsidRDefault="00B33B19" w:rsidP="001C2274">
                  <w:pPr>
                    <w:bidi/>
                    <w:jc w:val="center"/>
                  </w:pPr>
                  <w:r>
                    <w:t>1</w:t>
                  </w:r>
                </w:p>
              </w:tc>
            </w:tr>
            <w:tr w:rsidR="00121806" w14:paraId="64BA47BB"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5E30D6B9"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2AA5B64"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2C80B930"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14D2035" w14:textId="77777777" w:rsidR="00B33B19" w:rsidRDefault="00B33B19"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66D96CD0" w14:textId="77777777" w:rsidR="00B33B19" w:rsidRDefault="00B33B19"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3E30666B" w14:textId="77777777" w:rsidR="00B33B19" w:rsidRDefault="00B33B19" w:rsidP="001C2274">
                  <w:pPr>
                    <w:bidi/>
                    <w:jc w:val="center"/>
                  </w:pPr>
                  <w:r>
                    <w:rPr>
                      <w:rtl/>
                    </w:rPr>
                    <w:t>يوجد هيكل تنظيمي يوضح المسؤوليات والصلاحيات</w:t>
                  </w:r>
                  <w:r>
                    <w:t>.</w:t>
                  </w:r>
                </w:p>
              </w:tc>
              <w:tc>
                <w:tcPr>
                  <w:tcW w:w="194" w:type="dxa"/>
                  <w:tcMar>
                    <w:top w:w="15" w:type="dxa"/>
                    <w:left w:w="15" w:type="dxa"/>
                    <w:bottom w:w="15" w:type="dxa"/>
                    <w:right w:w="15" w:type="dxa"/>
                  </w:tcMar>
                  <w:vAlign w:val="center"/>
                  <w:hideMark/>
                </w:tcPr>
                <w:p w14:paraId="61D5DE33" w14:textId="77777777" w:rsidR="00B33B19" w:rsidRDefault="00B33B19" w:rsidP="001C2274">
                  <w:pPr>
                    <w:bidi/>
                    <w:jc w:val="center"/>
                  </w:pPr>
                  <w:r>
                    <w:t>2</w:t>
                  </w:r>
                </w:p>
              </w:tc>
            </w:tr>
            <w:tr w:rsidR="00121806" w14:paraId="47C0A41E"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595EBEC7"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22C9BD13"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30674125"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043AE79C" w14:textId="77777777" w:rsidR="00B33B19" w:rsidRDefault="00B33B19"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62D403DE" w14:textId="77777777" w:rsidR="00B33B19" w:rsidRDefault="00B33B19"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7AA53E53" w14:textId="77777777" w:rsidR="00B33B19" w:rsidRDefault="00B33B19" w:rsidP="001C2274">
                  <w:pPr>
                    <w:bidi/>
                    <w:jc w:val="center"/>
                  </w:pPr>
                  <w:r>
                    <w:rPr>
                      <w:rtl/>
                    </w:rPr>
                    <w:t>يتم التنسيق بين الأقسام لتجنب التداخل في المهام</w:t>
                  </w:r>
                  <w:r>
                    <w:t>.</w:t>
                  </w:r>
                </w:p>
              </w:tc>
              <w:tc>
                <w:tcPr>
                  <w:tcW w:w="194" w:type="dxa"/>
                  <w:tcMar>
                    <w:top w:w="15" w:type="dxa"/>
                    <w:left w:w="15" w:type="dxa"/>
                    <w:bottom w:w="15" w:type="dxa"/>
                    <w:right w:w="15" w:type="dxa"/>
                  </w:tcMar>
                  <w:vAlign w:val="center"/>
                  <w:hideMark/>
                </w:tcPr>
                <w:p w14:paraId="3054FED3" w14:textId="77777777" w:rsidR="00B33B19" w:rsidRDefault="00B33B19" w:rsidP="001C2274">
                  <w:pPr>
                    <w:bidi/>
                    <w:jc w:val="center"/>
                  </w:pPr>
                  <w:r>
                    <w:t>3</w:t>
                  </w:r>
                </w:p>
              </w:tc>
            </w:tr>
            <w:tr w:rsidR="00121806" w14:paraId="2E816134"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4464E6F8"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DFD8A4A"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32AF1CB0"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02EC63AF" w14:textId="77777777" w:rsidR="00B33B19" w:rsidRDefault="00B33B19"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41B8D896" w14:textId="77777777" w:rsidR="00B33B19" w:rsidRDefault="00B33B19"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6B59CC2E" w14:textId="77777777" w:rsidR="00B33B19" w:rsidRDefault="00B33B19" w:rsidP="001C2274">
                  <w:pPr>
                    <w:bidi/>
                    <w:jc w:val="center"/>
                  </w:pPr>
                  <w:r>
                    <w:rPr>
                      <w:rtl/>
                    </w:rPr>
                    <w:t>يعتمد العمل على تخطيط مسبق يوضح الخطوات والأولويات</w:t>
                  </w:r>
                  <w:r>
                    <w:t>.</w:t>
                  </w:r>
                </w:p>
              </w:tc>
              <w:tc>
                <w:tcPr>
                  <w:tcW w:w="194" w:type="dxa"/>
                  <w:tcMar>
                    <w:top w:w="15" w:type="dxa"/>
                    <w:left w:w="15" w:type="dxa"/>
                    <w:bottom w:w="15" w:type="dxa"/>
                    <w:right w:w="15" w:type="dxa"/>
                  </w:tcMar>
                  <w:vAlign w:val="center"/>
                  <w:hideMark/>
                </w:tcPr>
                <w:p w14:paraId="6EFB01CF" w14:textId="77777777" w:rsidR="00B33B19" w:rsidRDefault="00B33B19" w:rsidP="001C2274">
                  <w:pPr>
                    <w:bidi/>
                    <w:jc w:val="center"/>
                  </w:pPr>
                  <w:r>
                    <w:t>4</w:t>
                  </w:r>
                </w:p>
              </w:tc>
            </w:tr>
            <w:tr w:rsidR="00121806" w14:paraId="4C869F1A" w14:textId="77777777" w:rsidTr="00EB7BC3">
              <w:trPr>
                <w:trHeight w:val="201"/>
                <w:tblCellSpacing w:w="15" w:type="dxa"/>
                <w:jc w:val="center"/>
              </w:trPr>
              <w:tc>
                <w:tcPr>
                  <w:tcW w:w="960" w:type="dxa"/>
                  <w:tcMar>
                    <w:top w:w="15" w:type="dxa"/>
                    <w:left w:w="15" w:type="dxa"/>
                    <w:bottom w:w="15" w:type="dxa"/>
                    <w:right w:w="15" w:type="dxa"/>
                  </w:tcMar>
                  <w:vAlign w:val="center"/>
                  <w:hideMark/>
                </w:tcPr>
                <w:p w14:paraId="347ADD3C"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8861C5D"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7BFB0641" w14:textId="77777777" w:rsidR="00B33B19" w:rsidRDefault="00B33B19"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82BF016" w14:textId="77777777" w:rsidR="00B33B19" w:rsidRDefault="00B33B19"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78A65B39" w14:textId="77777777" w:rsidR="00B33B19" w:rsidRDefault="00B33B19"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210694BE" w14:textId="77777777" w:rsidR="00B33B19" w:rsidRDefault="00B33B19" w:rsidP="001C2274">
                  <w:pPr>
                    <w:bidi/>
                    <w:jc w:val="center"/>
                  </w:pPr>
                  <w:r>
                    <w:rPr>
                      <w:rtl/>
                    </w:rPr>
                    <w:t>وضوح الأدوار والمسؤوليات يسهم في رفع مستوى الأداء</w:t>
                  </w:r>
                  <w:r>
                    <w:t>.</w:t>
                  </w:r>
                </w:p>
              </w:tc>
              <w:tc>
                <w:tcPr>
                  <w:tcW w:w="194" w:type="dxa"/>
                  <w:tcMar>
                    <w:top w:w="15" w:type="dxa"/>
                    <w:left w:w="15" w:type="dxa"/>
                    <w:bottom w:w="15" w:type="dxa"/>
                    <w:right w:w="15" w:type="dxa"/>
                  </w:tcMar>
                  <w:vAlign w:val="center"/>
                  <w:hideMark/>
                </w:tcPr>
                <w:p w14:paraId="1484FA65" w14:textId="77777777" w:rsidR="00B33B19" w:rsidRDefault="00B33B19" w:rsidP="001C2274">
                  <w:pPr>
                    <w:bidi/>
                    <w:jc w:val="center"/>
                  </w:pPr>
                  <w:r>
                    <w:t>5</w:t>
                  </w:r>
                </w:p>
              </w:tc>
            </w:tr>
          </w:tbl>
          <w:p w14:paraId="139308F8" w14:textId="076EE814"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36" w:type="dxa"/>
            <w:tcMar>
              <w:top w:w="15" w:type="dxa"/>
              <w:left w:w="15" w:type="dxa"/>
              <w:bottom w:w="15" w:type="dxa"/>
              <w:right w:w="15" w:type="dxa"/>
            </w:tcMar>
            <w:vAlign w:val="center"/>
          </w:tcPr>
          <w:p w14:paraId="0ACBD3F6" w14:textId="2992FFDF"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36" w:type="dxa"/>
            <w:tcMar>
              <w:top w:w="15" w:type="dxa"/>
              <w:left w:w="15" w:type="dxa"/>
              <w:bottom w:w="15" w:type="dxa"/>
              <w:right w:w="15" w:type="dxa"/>
            </w:tcMar>
            <w:vAlign w:val="center"/>
          </w:tcPr>
          <w:p w14:paraId="488F2AE1" w14:textId="1C98B636"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36" w:type="dxa"/>
            <w:tcMar>
              <w:top w:w="15" w:type="dxa"/>
              <w:left w:w="15" w:type="dxa"/>
              <w:bottom w:w="15" w:type="dxa"/>
              <w:right w:w="15" w:type="dxa"/>
            </w:tcMar>
            <w:vAlign w:val="center"/>
          </w:tcPr>
          <w:p w14:paraId="376CE184" w14:textId="1B5EBD81"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50" w:type="dxa"/>
            <w:tcMar>
              <w:top w:w="15" w:type="dxa"/>
              <w:left w:w="15" w:type="dxa"/>
              <w:bottom w:w="15" w:type="dxa"/>
              <w:right w:w="15" w:type="dxa"/>
            </w:tcMar>
            <w:vAlign w:val="center"/>
          </w:tcPr>
          <w:p w14:paraId="67144E61" w14:textId="48F2882B"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50" w:type="dxa"/>
            <w:tcMar>
              <w:top w:w="15" w:type="dxa"/>
              <w:left w:w="15" w:type="dxa"/>
              <w:bottom w:w="15" w:type="dxa"/>
              <w:right w:w="15" w:type="dxa"/>
            </w:tcMar>
            <w:vAlign w:val="center"/>
          </w:tcPr>
          <w:p w14:paraId="110FDFBE" w14:textId="08F20D3D"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c>
          <w:tcPr>
            <w:tcW w:w="36" w:type="dxa"/>
            <w:tcMar>
              <w:top w:w="15" w:type="dxa"/>
              <w:left w:w="15" w:type="dxa"/>
              <w:bottom w:w="15" w:type="dxa"/>
              <w:right w:w="15" w:type="dxa"/>
            </w:tcMar>
            <w:vAlign w:val="center"/>
          </w:tcPr>
          <w:p w14:paraId="29074335" w14:textId="67D59CED" w:rsidR="00577014" w:rsidRPr="00577014" w:rsidRDefault="00577014" w:rsidP="001C2274">
            <w:pPr>
              <w:bidi/>
              <w:spacing w:after="224" w:line="259" w:lineRule="auto"/>
              <w:ind w:left="720" w:right="48"/>
              <w:jc w:val="center"/>
              <w:rPr>
                <w:rFonts w:ascii="Times New Roman" w:eastAsia="Times New Roman" w:hAnsi="Times New Roman" w:cs="Times New Roman"/>
                <w:sz w:val="16"/>
                <w:szCs w:val="16"/>
              </w:rPr>
            </w:pPr>
          </w:p>
        </w:tc>
      </w:tr>
    </w:tbl>
    <w:p w14:paraId="006E0DAB" w14:textId="77777777" w:rsidR="00EB7BC3" w:rsidRDefault="00EB7BC3" w:rsidP="001C2274">
      <w:pPr>
        <w:bidi/>
        <w:spacing w:after="224" w:line="259" w:lineRule="auto"/>
        <w:ind w:left="720" w:right="48"/>
        <w:jc w:val="center"/>
        <w:rPr>
          <w:rFonts w:ascii="Times New Roman" w:eastAsia="Times New Roman" w:hAnsi="Times New Roman" w:cs="Times New Roman"/>
          <w:b/>
          <w:bCs/>
          <w:color w:val="FF0000"/>
          <w:sz w:val="24"/>
          <w:szCs w:val="24"/>
          <w:rtl/>
        </w:rPr>
      </w:pPr>
    </w:p>
    <w:p w14:paraId="0EDD514E" w14:textId="77777777" w:rsidR="009114CC" w:rsidRDefault="009114CC" w:rsidP="009114CC">
      <w:pPr>
        <w:bidi/>
        <w:spacing w:after="224" w:line="259" w:lineRule="auto"/>
        <w:ind w:left="720" w:right="48"/>
        <w:jc w:val="center"/>
        <w:rPr>
          <w:rFonts w:ascii="Times New Roman" w:eastAsia="Times New Roman" w:hAnsi="Times New Roman" w:cs="Times New Roman"/>
          <w:b/>
          <w:bCs/>
          <w:color w:val="FF0000"/>
          <w:sz w:val="24"/>
          <w:szCs w:val="24"/>
          <w:rtl/>
        </w:rPr>
      </w:pPr>
    </w:p>
    <w:p w14:paraId="13CC9066" w14:textId="77777777" w:rsidR="009114CC" w:rsidRDefault="009114CC" w:rsidP="009114CC">
      <w:pPr>
        <w:bidi/>
        <w:spacing w:after="224" w:line="259" w:lineRule="auto"/>
        <w:ind w:left="720" w:right="48"/>
        <w:jc w:val="center"/>
        <w:rPr>
          <w:rFonts w:ascii="Times New Roman" w:eastAsia="Times New Roman" w:hAnsi="Times New Roman" w:cs="Times New Roman"/>
          <w:b/>
          <w:bCs/>
          <w:color w:val="FF0000"/>
          <w:sz w:val="24"/>
          <w:szCs w:val="24"/>
          <w:rtl/>
        </w:rPr>
      </w:pPr>
    </w:p>
    <w:p w14:paraId="6ED0D8DE" w14:textId="77777777" w:rsidR="00EB7BC3" w:rsidRDefault="00EB7BC3" w:rsidP="00EB7BC3">
      <w:pPr>
        <w:bidi/>
        <w:spacing w:after="224" w:line="259" w:lineRule="auto"/>
        <w:ind w:left="720" w:right="48"/>
        <w:jc w:val="center"/>
        <w:rPr>
          <w:rFonts w:ascii="Times New Roman" w:eastAsia="Times New Roman" w:hAnsi="Times New Roman" w:cs="Times New Roman"/>
          <w:b/>
          <w:bCs/>
          <w:color w:val="FF0000"/>
          <w:sz w:val="24"/>
          <w:szCs w:val="24"/>
          <w:rtl/>
        </w:rPr>
      </w:pPr>
    </w:p>
    <w:p w14:paraId="689FD0FB" w14:textId="190EFB71" w:rsidR="00AD7362" w:rsidRPr="001A5A58" w:rsidRDefault="00AD7362" w:rsidP="00EB7BC3">
      <w:pPr>
        <w:bidi/>
        <w:spacing w:after="224" w:line="259" w:lineRule="auto"/>
        <w:ind w:left="720" w:right="48"/>
        <w:jc w:val="center"/>
        <w:rPr>
          <w:rFonts w:ascii="Times New Roman" w:eastAsia="Times New Roman" w:hAnsi="Times New Roman" w:cs="Times New Roman"/>
          <w:b/>
          <w:bCs/>
          <w:color w:val="FF0000"/>
          <w:sz w:val="24"/>
          <w:szCs w:val="24"/>
          <w:rtl/>
        </w:rPr>
      </w:pPr>
      <w:r w:rsidRPr="00AD7362">
        <w:rPr>
          <w:rFonts w:ascii="Times New Roman" w:eastAsia="Times New Roman" w:hAnsi="Times New Roman" w:cs="Times New Roman"/>
          <w:b/>
          <w:bCs/>
          <w:color w:val="FF0000"/>
          <w:sz w:val="24"/>
          <w:szCs w:val="24"/>
          <w:rtl/>
        </w:rPr>
        <w:lastRenderedPageBreak/>
        <w:t>القسم الثالث: إدارة الوقت</w:t>
      </w:r>
      <w:r w:rsidRPr="00AD7362">
        <w:rPr>
          <w:rFonts w:ascii="Times New Roman" w:eastAsia="Times New Roman" w:hAnsi="Times New Roman" w:cs="Times New Roman"/>
          <w:b/>
          <w:bCs/>
          <w:color w:val="FF0000"/>
          <w:sz w:val="24"/>
          <w:szCs w:val="24"/>
        </w:rPr>
        <w:t xml:space="preserve"> (Time Management)</w:t>
      </w:r>
    </w:p>
    <w:tbl>
      <w:tblPr>
        <w:tblW w:w="8486" w:type="dxa"/>
        <w:jc w:val="center"/>
        <w:tblCellSpacing w:w="15" w:type="dxa"/>
        <w:tblLook w:val="04A0" w:firstRow="1" w:lastRow="0" w:firstColumn="1" w:lastColumn="0" w:noHBand="0" w:noVBand="1"/>
      </w:tblPr>
      <w:tblGrid>
        <w:gridCol w:w="1005"/>
        <w:gridCol w:w="540"/>
        <w:gridCol w:w="540"/>
        <w:gridCol w:w="540"/>
        <w:gridCol w:w="630"/>
        <w:gridCol w:w="4992"/>
        <w:gridCol w:w="239"/>
      </w:tblGrid>
      <w:tr w:rsidR="00196793" w14:paraId="33C89320"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3668B8BA" w14:textId="77777777" w:rsidR="00196793" w:rsidRDefault="00196793" w:rsidP="001C2274">
            <w:pPr>
              <w:bidi/>
              <w:jc w:val="center"/>
            </w:pPr>
            <w:r>
              <w:rPr>
                <w:rtl/>
              </w:rPr>
              <w:t>5</w:t>
            </w:r>
          </w:p>
        </w:tc>
        <w:tc>
          <w:tcPr>
            <w:tcW w:w="510" w:type="dxa"/>
            <w:tcMar>
              <w:top w:w="15" w:type="dxa"/>
              <w:left w:w="15" w:type="dxa"/>
              <w:bottom w:w="15" w:type="dxa"/>
              <w:right w:w="15" w:type="dxa"/>
            </w:tcMar>
            <w:vAlign w:val="center"/>
            <w:hideMark/>
          </w:tcPr>
          <w:p w14:paraId="6A83760F" w14:textId="77777777" w:rsidR="00196793" w:rsidRDefault="00196793" w:rsidP="001C2274">
            <w:pPr>
              <w:bidi/>
              <w:jc w:val="center"/>
            </w:pPr>
            <w:r>
              <w:rPr>
                <w:rtl/>
              </w:rPr>
              <w:t>4</w:t>
            </w:r>
          </w:p>
        </w:tc>
        <w:tc>
          <w:tcPr>
            <w:tcW w:w="510" w:type="dxa"/>
            <w:tcMar>
              <w:top w:w="15" w:type="dxa"/>
              <w:left w:w="15" w:type="dxa"/>
              <w:bottom w:w="15" w:type="dxa"/>
              <w:right w:w="15" w:type="dxa"/>
            </w:tcMar>
            <w:vAlign w:val="center"/>
            <w:hideMark/>
          </w:tcPr>
          <w:p w14:paraId="50550A05" w14:textId="77777777" w:rsidR="00196793" w:rsidRDefault="00196793" w:rsidP="001C2274">
            <w:pPr>
              <w:bidi/>
              <w:jc w:val="center"/>
            </w:pPr>
            <w:r>
              <w:rPr>
                <w:rtl/>
              </w:rPr>
              <w:t>3</w:t>
            </w:r>
          </w:p>
        </w:tc>
        <w:tc>
          <w:tcPr>
            <w:tcW w:w="510" w:type="dxa"/>
            <w:tcMar>
              <w:top w:w="15" w:type="dxa"/>
              <w:left w:w="15" w:type="dxa"/>
              <w:bottom w:w="15" w:type="dxa"/>
              <w:right w:w="15" w:type="dxa"/>
            </w:tcMar>
            <w:vAlign w:val="center"/>
            <w:hideMark/>
          </w:tcPr>
          <w:p w14:paraId="696E4339" w14:textId="77777777" w:rsidR="00196793" w:rsidRDefault="00196793" w:rsidP="001C2274">
            <w:pPr>
              <w:bidi/>
              <w:jc w:val="center"/>
            </w:pPr>
            <w:r>
              <w:rPr>
                <w:rtl/>
              </w:rPr>
              <w:t>2</w:t>
            </w:r>
          </w:p>
        </w:tc>
        <w:tc>
          <w:tcPr>
            <w:tcW w:w="600" w:type="dxa"/>
            <w:tcMar>
              <w:top w:w="15" w:type="dxa"/>
              <w:left w:w="15" w:type="dxa"/>
              <w:bottom w:w="15" w:type="dxa"/>
              <w:right w:w="15" w:type="dxa"/>
            </w:tcMar>
            <w:vAlign w:val="center"/>
            <w:hideMark/>
          </w:tcPr>
          <w:p w14:paraId="4615C0A4" w14:textId="77777777" w:rsidR="00196793" w:rsidRDefault="00196793" w:rsidP="001C2274">
            <w:pPr>
              <w:bidi/>
              <w:jc w:val="center"/>
            </w:pPr>
            <w:r>
              <w:rPr>
                <w:rtl/>
              </w:rPr>
              <w:t>1</w:t>
            </w:r>
          </w:p>
        </w:tc>
        <w:tc>
          <w:tcPr>
            <w:tcW w:w="4962" w:type="dxa"/>
            <w:tcMar>
              <w:top w:w="15" w:type="dxa"/>
              <w:left w:w="15" w:type="dxa"/>
              <w:bottom w:w="15" w:type="dxa"/>
              <w:right w:w="15" w:type="dxa"/>
            </w:tcMar>
            <w:vAlign w:val="center"/>
            <w:hideMark/>
          </w:tcPr>
          <w:p w14:paraId="4B8C32BD" w14:textId="6C75A706" w:rsidR="00196793" w:rsidRDefault="00196793" w:rsidP="001C2274">
            <w:pPr>
              <w:bidi/>
              <w:jc w:val="center"/>
            </w:pPr>
            <w:r>
              <w:rPr>
                <w:b/>
                <w:bCs/>
                <w:rtl/>
              </w:rPr>
              <w:t>العبارة</w:t>
            </w:r>
          </w:p>
        </w:tc>
        <w:tc>
          <w:tcPr>
            <w:tcW w:w="194" w:type="dxa"/>
            <w:tcMar>
              <w:top w:w="15" w:type="dxa"/>
              <w:left w:w="15" w:type="dxa"/>
              <w:bottom w:w="15" w:type="dxa"/>
              <w:right w:w="15" w:type="dxa"/>
            </w:tcMar>
            <w:vAlign w:val="center"/>
            <w:hideMark/>
          </w:tcPr>
          <w:p w14:paraId="5C834A5C" w14:textId="77777777" w:rsidR="00196793" w:rsidRDefault="00196793" w:rsidP="001C2274">
            <w:pPr>
              <w:bidi/>
              <w:jc w:val="center"/>
            </w:pPr>
            <w:r>
              <w:rPr>
                <w:rtl/>
              </w:rPr>
              <w:t>م</w:t>
            </w:r>
          </w:p>
        </w:tc>
      </w:tr>
      <w:tr w:rsidR="00196793" w14:paraId="42A7E366"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30C0F516"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75872B40"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D93236B"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70C2B2BC" w14:textId="77777777" w:rsidR="00196793" w:rsidRDefault="00196793"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784FC197" w14:textId="77777777" w:rsidR="00196793" w:rsidRDefault="00196793"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26C2C241" w14:textId="18C41EB8" w:rsidR="00196793" w:rsidRDefault="00196793" w:rsidP="001C2274">
            <w:pPr>
              <w:bidi/>
              <w:jc w:val="center"/>
            </w:pPr>
            <w:r>
              <w:rPr>
                <w:rtl/>
              </w:rPr>
              <w:t>أحرص على وضع جدول زمني لإنجاز مهامي اليومية</w:t>
            </w:r>
            <w:r>
              <w:t>.</w:t>
            </w:r>
          </w:p>
        </w:tc>
        <w:tc>
          <w:tcPr>
            <w:tcW w:w="194" w:type="dxa"/>
            <w:tcMar>
              <w:top w:w="15" w:type="dxa"/>
              <w:left w:w="15" w:type="dxa"/>
              <w:bottom w:w="15" w:type="dxa"/>
              <w:right w:w="15" w:type="dxa"/>
            </w:tcMar>
            <w:vAlign w:val="center"/>
            <w:hideMark/>
          </w:tcPr>
          <w:p w14:paraId="18A30FF5" w14:textId="77777777" w:rsidR="00196793" w:rsidRDefault="00196793" w:rsidP="001C2274">
            <w:pPr>
              <w:bidi/>
              <w:jc w:val="center"/>
            </w:pPr>
            <w:r>
              <w:t>1</w:t>
            </w:r>
          </w:p>
        </w:tc>
      </w:tr>
      <w:tr w:rsidR="00196793" w14:paraId="65EAC0CE"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3DCB9F24"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7A4EECF"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D6A6706"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5FF1345" w14:textId="77777777" w:rsidR="00196793" w:rsidRDefault="00196793"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7592F97B" w14:textId="77777777" w:rsidR="00196793" w:rsidRDefault="00196793"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2279E576" w14:textId="133FC072" w:rsidR="00196793" w:rsidRDefault="00196793" w:rsidP="001C2274">
            <w:pPr>
              <w:bidi/>
              <w:jc w:val="center"/>
            </w:pPr>
            <w:r>
              <w:rPr>
                <w:rtl/>
              </w:rPr>
              <w:t>أُحدد أولوياتي وفقًا لأهمية المهام وإلحاحها</w:t>
            </w:r>
            <w:r>
              <w:t>.</w:t>
            </w:r>
          </w:p>
        </w:tc>
        <w:tc>
          <w:tcPr>
            <w:tcW w:w="194" w:type="dxa"/>
            <w:tcMar>
              <w:top w:w="15" w:type="dxa"/>
              <w:left w:w="15" w:type="dxa"/>
              <w:bottom w:w="15" w:type="dxa"/>
              <w:right w:w="15" w:type="dxa"/>
            </w:tcMar>
            <w:vAlign w:val="center"/>
            <w:hideMark/>
          </w:tcPr>
          <w:p w14:paraId="3964AA6C" w14:textId="77777777" w:rsidR="00196793" w:rsidRDefault="00196793" w:rsidP="001C2274">
            <w:pPr>
              <w:bidi/>
              <w:jc w:val="center"/>
            </w:pPr>
            <w:r>
              <w:t>2</w:t>
            </w:r>
          </w:p>
        </w:tc>
      </w:tr>
      <w:tr w:rsidR="00196793" w14:paraId="6D36F2F6"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79F39B4A"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1995AC6"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33C1F31"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74857CA7" w14:textId="77777777" w:rsidR="00196793" w:rsidRDefault="00196793"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400C1B6A" w14:textId="77777777" w:rsidR="00196793" w:rsidRDefault="00196793"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2B847804" w14:textId="4DBAED4B" w:rsidR="00196793" w:rsidRDefault="00196793" w:rsidP="001C2274">
            <w:pPr>
              <w:bidi/>
              <w:jc w:val="center"/>
            </w:pPr>
            <w:r>
              <w:rPr>
                <w:rtl/>
              </w:rPr>
              <w:t>أُنجز مهامي في الوقت المحدد دون تأخير</w:t>
            </w:r>
            <w:r>
              <w:t>.</w:t>
            </w:r>
          </w:p>
        </w:tc>
        <w:tc>
          <w:tcPr>
            <w:tcW w:w="194" w:type="dxa"/>
            <w:tcMar>
              <w:top w:w="15" w:type="dxa"/>
              <w:left w:w="15" w:type="dxa"/>
              <w:bottom w:w="15" w:type="dxa"/>
              <w:right w:w="15" w:type="dxa"/>
            </w:tcMar>
            <w:vAlign w:val="center"/>
            <w:hideMark/>
          </w:tcPr>
          <w:p w14:paraId="13FD085F" w14:textId="77777777" w:rsidR="00196793" w:rsidRDefault="00196793" w:rsidP="001C2274">
            <w:pPr>
              <w:bidi/>
              <w:jc w:val="center"/>
            </w:pPr>
            <w:r>
              <w:t>3</w:t>
            </w:r>
          </w:p>
        </w:tc>
      </w:tr>
      <w:tr w:rsidR="00196793" w14:paraId="1EEDFCF9"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7013A806"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3D21D44F"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5DAA45A"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3FDFFFBD" w14:textId="77777777" w:rsidR="00196793" w:rsidRDefault="00196793"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0F62D6D8" w14:textId="77777777" w:rsidR="00196793" w:rsidRDefault="00196793"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5DD8E67F" w14:textId="63A6BA43" w:rsidR="00196793" w:rsidRDefault="00196793" w:rsidP="001C2274">
            <w:pPr>
              <w:bidi/>
              <w:jc w:val="center"/>
            </w:pPr>
            <w:r>
              <w:rPr>
                <w:rtl/>
              </w:rPr>
              <w:t>أتجنب الأنشطة غير الضرورية التي تستهلك الوقت</w:t>
            </w:r>
            <w:r>
              <w:t>.</w:t>
            </w:r>
          </w:p>
        </w:tc>
        <w:tc>
          <w:tcPr>
            <w:tcW w:w="194" w:type="dxa"/>
            <w:tcMar>
              <w:top w:w="15" w:type="dxa"/>
              <w:left w:w="15" w:type="dxa"/>
              <w:bottom w:w="15" w:type="dxa"/>
              <w:right w:w="15" w:type="dxa"/>
            </w:tcMar>
            <w:vAlign w:val="center"/>
            <w:hideMark/>
          </w:tcPr>
          <w:p w14:paraId="650F81A8" w14:textId="77777777" w:rsidR="00196793" w:rsidRDefault="00196793" w:rsidP="001C2274">
            <w:pPr>
              <w:bidi/>
              <w:jc w:val="center"/>
            </w:pPr>
            <w:r>
              <w:t>4</w:t>
            </w:r>
          </w:p>
        </w:tc>
      </w:tr>
      <w:tr w:rsidR="00196793" w14:paraId="3BA6A92F"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2B0EA85C"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C5DAB55"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082DAE1" w14:textId="77777777" w:rsidR="00196793" w:rsidRDefault="00196793"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713E573" w14:textId="77777777" w:rsidR="00196793" w:rsidRDefault="00196793"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71561BFB" w14:textId="77777777" w:rsidR="00196793" w:rsidRDefault="00196793"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0F7C56A9" w14:textId="787E5A71" w:rsidR="00196793" w:rsidRDefault="00196793" w:rsidP="001C2274">
            <w:pPr>
              <w:bidi/>
              <w:jc w:val="center"/>
            </w:pPr>
            <w:r>
              <w:rPr>
                <w:rtl/>
              </w:rPr>
              <w:t>تمتلك المؤسسة آليات لمتابعة الالتزام بالمواعيد النهائية</w:t>
            </w:r>
            <w:r>
              <w:t>.</w:t>
            </w:r>
          </w:p>
        </w:tc>
        <w:tc>
          <w:tcPr>
            <w:tcW w:w="194" w:type="dxa"/>
            <w:tcMar>
              <w:top w:w="15" w:type="dxa"/>
              <w:left w:w="15" w:type="dxa"/>
              <w:bottom w:w="15" w:type="dxa"/>
              <w:right w:w="15" w:type="dxa"/>
            </w:tcMar>
            <w:vAlign w:val="center"/>
            <w:hideMark/>
          </w:tcPr>
          <w:p w14:paraId="30154938" w14:textId="77777777" w:rsidR="00196793" w:rsidRDefault="00196793" w:rsidP="001C2274">
            <w:pPr>
              <w:bidi/>
              <w:jc w:val="center"/>
            </w:pPr>
            <w:r>
              <w:t>5</w:t>
            </w:r>
          </w:p>
        </w:tc>
      </w:tr>
    </w:tbl>
    <w:p w14:paraId="7C046A77" w14:textId="77777777" w:rsidR="00DD35E4" w:rsidRDefault="00DD35E4" w:rsidP="0012477E">
      <w:pPr>
        <w:bidi/>
        <w:spacing w:after="224" w:line="259" w:lineRule="auto"/>
        <w:ind w:right="48"/>
        <w:rPr>
          <w:rFonts w:ascii="Times New Roman" w:eastAsia="Times New Roman" w:hAnsi="Times New Roman" w:cs="Times New Roman"/>
          <w:b/>
          <w:bCs/>
          <w:sz w:val="24"/>
          <w:szCs w:val="24"/>
        </w:rPr>
      </w:pPr>
    </w:p>
    <w:p w14:paraId="1E2E5560" w14:textId="77777777" w:rsidR="002A7C19" w:rsidRDefault="002A7C19" w:rsidP="002A7C19">
      <w:pPr>
        <w:bidi/>
        <w:spacing w:after="224" w:line="259" w:lineRule="auto"/>
        <w:ind w:left="720" w:right="48"/>
        <w:rPr>
          <w:rFonts w:ascii="Times New Roman" w:eastAsia="Times New Roman" w:hAnsi="Times New Roman" w:cs="Times New Roman"/>
          <w:b/>
          <w:bCs/>
          <w:sz w:val="24"/>
          <w:szCs w:val="24"/>
          <w:rtl/>
        </w:rPr>
      </w:pPr>
    </w:p>
    <w:p w14:paraId="2755A475" w14:textId="77777777" w:rsidR="00481540" w:rsidRDefault="00481540" w:rsidP="001A5A58">
      <w:pPr>
        <w:bidi/>
        <w:spacing w:after="224" w:line="259" w:lineRule="auto"/>
        <w:ind w:left="720" w:right="48"/>
        <w:jc w:val="center"/>
        <w:rPr>
          <w:rFonts w:ascii="Times New Roman" w:eastAsia="Times New Roman" w:hAnsi="Times New Roman" w:cs="Times New Roman"/>
          <w:b/>
          <w:bCs/>
          <w:color w:val="FF0000"/>
          <w:sz w:val="24"/>
          <w:szCs w:val="24"/>
          <w:rtl/>
        </w:rPr>
      </w:pPr>
    </w:p>
    <w:p w14:paraId="3C209AED" w14:textId="5B27F7AE" w:rsidR="00315B66" w:rsidRPr="00315B66" w:rsidRDefault="00315B66" w:rsidP="00481540">
      <w:pPr>
        <w:bidi/>
        <w:spacing w:after="224" w:line="259" w:lineRule="auto"/>
        <w:ind w:left="720" w:right="48"/>
        <w:jc w:val="center"/>
        <w:rPr>
          <w:rFonts w:ascii="Times New Roman" w:eastAsia="Times New Roman" w:hAnsi="Times New Roman" w:cs="Times New Roman"/>
          <w:b/>
          <w:bCs/>
          <w:color w:val="FF0000"/>
          <w:sz w:val="24"/>
          <w:szCs w:val="24"/>
        </w:rPr>
      </w:pPr>
      <w:r w:rsidRPr="00315B66">
        <w:rPr>
          <w:rFonts w:ascii="Times New Roman" w:eastAsia="Times New Roman" w:hAnsi="Times New Roman" w:cs="Times New Roman"/>
          <w:b/>
          <w:bCs/>
          <w:color w:val="FF0000"/>
          <w:sz w:val="24"/>
          <w:szCs w:val="24"/>
          <w:rtl/>
        </w:rPr>
        <w:t>القسم الرابع: الإنتاجية</w:t>
      </w:r>
      <w:r w:rsidRPr="00315B66">
        <w:rPr>
          <w:rFonts w:ascii="Times New Roman" w:eastAsia="Times New Roman" w:hAnsi="Times New Roman" w:cs="Times New Roman"/>
          <w:b/>
          <w:bCs/>
          <w:color w:val="FF0000"/>
          <w:sz w:val="24"/>
          <w:szCs w:val="24"/>
        </w:rPr>
        <w:t xml:space="preserve"> (Productivity)</w:t>
      </w:r>
    </w:p>
    <w:p w14:paraId="52E85744" w14:textId="77777777" w:rsidR="008D0F82" w:rsidRPr="00AD7362" w:rsidRDefault="008D0F82" w:rsidP="00315B66">
      <w:pPr>
        <w:bidi/>
        <w:spacing w:after="224" w:line="259" w:lineRule="auto"/>
        <w:ind w:right="48"/>
        <w:rPr>
          <w:rFonts w:ascii="Times New Roman" w:eastAsia="Times New Roman" w:hAnsi="Times New Roman" w:cs="Times New Roman"/>
          <w:b/>
          <w:bCs/>
          <w:sz w:val="24"/>
          <w:szCs w:val="24"/>
        </w:rPr>
      </w:pPr>
    </w:p>
    <w:tbl>
      <w:tblPr>
        <w:tblW w:w="8486" w:type="dxa"/>
        <w:jc w:val="center"/>
        <w:tblCellSpacing w:w="15" w:type="dxa"/>
        <w:tblLook w:val="04A0" w:firstRow="1" w:lastRow="0" w:firstColumn="1" w:lastColumn="0" w:noHBand="0" w:noVBand="1"/>
      </w:tblPr>
      <w:tblGrid>
        <w:gridCol w:w="1005"/>
        <w:gridCol w:w="540"/>
        <w:gridCol w:w="540"/>
        <w:gridCol w:w="540"/>
        <w:gridCol w:w="630"/>
        <w:gridCol w:w="4992"/>
        <w:gridCol w:w="239"/>
      </w:tblGrid>
      <w:tr w:rsidR="00315B66" w14:paraId="5BD71E89"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284487B7" w14:textId="77777777" w:rsidR="00315B66" w:rsidRDefault="00315B66" w:rsidP="001C2274">
            <w:pPr>
              <w:bidi/>
              <w:jc w:val="center"/>
            </w:pPr>
            <w:r>
              <w:rPr>
                <w:rtl/>
              </w:rPr>
              <w:t>5</w:t>
            </w:r>
          </w:p>
        </w:tc>
        <w:tc>
          <w:tcPr>
            <w:tcW w:w="510" w:type="dxa"/>
            <w:tcMar>
              <w:top w:w="15" w:type="dxa"/>
              <w:left w:w="15" w:type="dxa"/>
              <w:bottom w:w="15" w:type="dxa"/>
              <w:right w:w="15" w:type="dxa"/>
            </w:tcMar>
            <w:vAlign w:val="center"/>
            <w:hideMark/>
          </w:tcPr>
          <w:p w14:paraId="68173F8F" w14:textId="77777777" w:rsidR="00315B66" w:rsidRDefault="00315B66" w:rsidP="001C2274">
            <w:pPr>
              <w:bidi/>
              <w:jc w:val="center"/>
            </w:pPr>
            <w:r>
              <w:rPr>
                <w:rtl/>
              </w:rPr>
              <w:t>4</w:t>
            </w:r>
          </w:p>
        </w:tc>
        <w:tc>
          <w:tcPr>
            <w:tcW w:w="510" w:type="dxa"/>
            <w:tcMar>
              <w:top w:w="15" w:type="dxa"/>
              <w:left w:w="15" w:type="dxa"/>
              <w:bottom w:w="15" w:type="dxa"/>
              <w:right w:w="15" w:type="dxa"/>
            </w:tcMar>
            <w:vAlign w:val="center"/>
            <w:hideMark/>
          </w:tcPr>
          <w:p w14:paraId="5EEE471C" w14:textId="77777777" w:rsidR="00315B66" w:rsidRDefault="00315B66" w:rsidP="001C2274">
            <w:pPr>
              <w:bidi/>
              <w:jc w:val="center"/>
            </w:pPr>
            <w:r>
              <w:rPr>
                <w:rtl/>
              </w:rPr>
              <w:t>3</w:t>
            </w:r>
          </w:p>
        </w:tc>
        <w:tc>
          <w:tcPr>
            <w:tcW w:w="510" w:type="dxa"/>
            <w:tcMar>
              <w:top w:w="15" w:type="dxa"/>
              <w:left w:w="15" w:type="dxa"/>
              <w:bottom w:w="15" w:type="dxa"/>
              <w:right w:w="15" w:type="dxa"/>
            </w:tcMar>
            <w:vAlign w:val="center"/>
            <w:hideMark/>
          </w:tcPr>
          <w:p w14:paraId="762AE82B" w14:textId="77777777" w:rsidR="00315B66" w:rsidRDefault="00315B66" w:rsidP="001C2274">
            <w:pPr>
              <w:bidi/>
              <w:jc w:val="center"/>
            </w:pPr>
            <w:r>
              <w:rPr>
                <w:rtl/>
              </w:rPr>
              <w:t>2</w:t>
            </w:r>
          </w:p>
        </w:tc>
        <w:tc>
          <w:tcPr>
            <w:tcW w:w="600" w:type="dxa"/>
            <w:tcMar>
              <w:top w:w="15" w:type="dxa"/>
              <w:left w:w="15" w:type="dxa"/>
              <w:bottom w:w="15" w:type="dxa"/>
              <w:right w:w="15" w:type="dxa"/>
            </w:tcMar>
            <w:vAlign w:val="center"/>
            <w:hideMark/>
          </w:tcPr>
          <w:p w14:paraId="6719A225" w14:textId="77777777" w:rsidR="00315B66" w:rsidRDefault="00315B66" w:rsidP="001C2274">
            <w:pPr>
              <w:bidi/>
              <w:jc w:val="center"/>
            </w:pPr>
            <w:r>
              <w:rPr>
                <w:rtl/>
              </w:rPr>
              <w:t>1</w:t>
            </w:r>
          </w:p>
        </w:tc>
        <w:tc>
          <w:tcPr>
            <w:tcW w:w="4962" w:type="dxa"/>
            <w:tcMar>
              <w:top w:w="15" w:type="dxa"/>
              <w:left w:w="15" w:type="dxa"/>
              <w:bottom w:w="15" w:type="dxa"/>
              <w:right w:w="15" w:type="dxa"/>
            </w:tcMar>
            <w:vAlign w:val="center"/>
            <w:hideMark/>
          </w:tcPr>
          <w:p w14:paraId="5D6E4E44" w14:textId="77777777" w:rsidR="00315B66" w:rsidRDefault="00315B66" w:rsidP="00C652D9">
            <w:pPr>
              <w:bidi/>
              <w:jc w:val="center"/>
            </w:pPr>
            <w:r>
              <w:rPr>
                <w:b/>
                <w:bCs/>
                <w:rtl/>
              </w:rPr>
              <w:t>العبارة</w:t>
            </w:r>
          </w:p>
        </w:tc>
        <w:tc>
          <w:tcPr>
            <w:tcW w:w="194" w:type="dxa"/>
            <w:tcMar>
              <w:top w:w="15" w:type="dxa"/>
              <w:left w:w="15" w:type="dxa"/>
              <w:bottom w:w="15" w:type="dxa"/>
              <w:right w:w="15" w:type="dxa"/>
            </w:tcMar>
            <w:vAlign w:val="center"/>
            <w:hideMark/>
          </w:tcPr>
          <w:p w14:paraId="6BBD64F6" w14:textId="77777777" w:rsidR="00315B66" w:rsidRDefault="00315B66" w:rsidP="00C652D9">
            <w:pPr>
              <w:bidi/>
            </w:pPr>
            <w:r>
              <w:rPr>
                <w:rtl/>
              </w:rPr>
              <w:t>م</w:t>
            </w:r>
          </w:p>
        </w:tc>
      </w:tr>
      <w:tr w:rsidR="001C2274" w14:paraId="4AD9CD85"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66BB60A2"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3D771226"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C0019D8"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AEC255F" w14:textId="77777777" w:rsidR="001C2274" w:rsidRDefault="001C2274"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6062864D" w14:textId="77777777" w:rsidR="001C2274" w:rsidRDefault="001C2274"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3EC71B2E" w14:textId="6CAAC6E1" w:rsidR="001C2274" w:rsidRDefault="001C2274" w:rsidP="001C2274">
            <w:pPr>
              <w:bidi/>
              <w:jc w:val="center"/>
            </w:pPr>
            <w:r>
              <w:rPr>
                <w:rtl/>
              </w:rPr>
              <w:t>التنظيم الجيد للعمل ساعدني على أداء مهامي بكفاءة أعلى</w:t>
            </w:r>
            <w:r>
              <w:t>.</w:t>
            </w:r>
          </w:p>
        </w:tc>
        <w:tc>
          <w:tcPr>
            <w:tcW w:w="194" w:type="dxa"/>
            <w:tcMar>
              <w:top w:w="15" w:type="dxa"/>
              <w:left w:w="15" w:type="dxa"/>
              <w:bottom w:w="15" w:type="dxa"/>
              <w:right w:w="15" w:type="dxa"/>
            </w:tcMar>
            <w:vAlign w:val="center"/>
            <w:hideMark/>
          </w:tcPr>
          <w:p w14:paraId="776A7A11" w14:textId="77777777" w:rsidR="001C2274" w:rsidRDefault="001C2274" w:rsidP="001C2274">
            <w:pPr>
              <w:bidi/>
            </w:pPr>
            <w:r>
              <w:t>1</w:t>
            </w:r>
          </w:p>
        </w:tc>
      </w:tr>
      <w:tr w:rsidR="001C2274" w14:paraId="0FE3D8C4"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20AE3E29"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7937260"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E97B1A7"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2C873946" w14:textId="77777777" w:rsidR="001C2274" w:rsidRDefault="001C2274"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5AACF198" w14:textId="77777777" w:rsidR="001C2274" w:rsidRDefault="001C2274"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37BD32C7" w14:textId="0A438420" w:rsidR="001C2274" w:rsidRDefault="001C2274" w:rsidP="001C2274">
            <w:pPr>
              <w:bidi/>
              <w:jc w:val="center"/>
            </w:pPr>
            <w:r>
              <w:rPr>
                <w:rtl/>
              </w:rPr>
              <w:t>إدارة الوقت بفعالية ساعدت في تحسين جودة النتائج</w:t>
            </w:r>
            <w:r>
              <w:t>.</w:t>
            </w:r>
          </w:p>
        </w:tc>
        <w:tc>
          <w:tcPr>
            <w:tcW w:w="194" w:type="dxa"/>
            <w:tcMar>
              <w:top w:w="15" w:type="dxa"/>
              <w:left w:w="15" w:type="dxa"/>
              <w:bottom w:w="15" w:type="dxa"/>
              <w:right w:w="15" w:type="dxa"/>
            </w:tcMar>
            <w:vAlign w:val="center"/>
            <w:hideMark/>
          </w:tcPr>
          <w:p w14:paraId="7051DEF9" w14:textId="77777777" w:rsidR="001C2274" w:rsidRDefault="001C2274" w:rsidP="001C2274">
            <w:pPr>
              <w:bidi/>
            </w:pPr>
            <w:r>
              <w:t>2</w:t>
            </w:r>
          </w:p>
        </w:tc>
      </w:tr>
      <w:tr w:rsidR="001C2274" w14:paraId="71C4BD6A"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32FF96AB"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1243F232"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3AF13FF"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7E9F0170" w14:textId="77777777" w:rsidR="001C2274" w:rsidRDefault="001C2274"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350723CB" w14:textId="77777777" w:rsidR="001C2274" w:rsidRDefault="001C2274"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6DF4F132" w14:textId="6F6E5F14" w:rsidR="001C2274" w:rsidRDefault="001C2274" w:rsidP="001C2274">
            <w:pPr>
              <w:bidi/>
              <w:jc w:val="center"/>
            </w:pPr>
            <w:r>
              <w:rPr>
                <w:rtl/>
              </w:rPr>
              <w:t>أشعر بأن إنتاجيتي زادت نتيجة وضوح الأهداف والمهام</w:t>
            </w:r>
            <w:r>
              <w:t>.</w:t>
            </w:r>
          </w:p>
        </w:tc>
        <w:tc>
          <w:tcPr>
            <w:tcW w:w="194" w:type="dxa"/>
            <w:tcMar>
              <w:top w:w="15" w:type="dxa"/>
              <w:left w:w="15" w:type="dxa"/>
              <w:bottom w:w="15" w:type="dxa"/>
              <w:right w:w="15" w:type="dxa"/>
            </w:tcMar>
            <w:vAlign w:val="center"/>
            <w:hideMark/>
          </w:tcPr>
          <w:p w14:paraId="68D5EBD2" w14:textId="77777777" w:rsidR="001C2274" w:rsidRDefault="001C2274" w:rsidP="001C2274">
            <w:pPr>
              <w:bidi/>
            </w:pPr>
            <w:r>
              <w:t>3</w:t>
            </w:r>
          </w:p>
        </w:tc>
      </w:tr>
      <w:tr w:rsidR="001C2274" w14:paraId="1557B955"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23A37B74"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1C3D300"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60829A3D"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0D63FDF0" w14:textId="77777777" w:rsidR="001C2274" w:rsidRDefault="001C2274"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5011A99E" w14:textId="77777777" w:rsidR="001C2274" w:rsidRDefault="001C2274"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50A4EC89" w14:textId="2604FBD9" w:rsidR="001C2274" w:rsidRDefault="001C2274" w:rsidP="001C2274">
            <w:pPr>
              <w:bidi/>
              <w:jc w:val="center"/>
            </w:pPr>
            <w:r>
              <w:rPr>
                <w:rtl/>
              </w:rPr>
              <w:t>يوجد ارتباط واضح بين التنظيم وإدارة الوقت ومستوى الأداء</w:t>
            </w:r>
            <w:r>
              <w:t>.</w:t>
            </w:r>
          </w:p>
        </w:tc>
        <w:tc>
          <w:tcPr>
            <w:tcW w:w="194" w:type="dxa"/>
            <w:tcMar>
              <w:top w:w="15" w:type="dxa"/>
              <w:left w:w="15" w:type="dxa"/>
              <w:bottom w:w="15" w:type="dxa"/>
              <w:right w:w="15" w:type="dxa"/>
            </w:tcMar>
            <w:vAlign w:val="center"/>
            <w:hideMark/>
          </w:tcPr>
          <w:p w14:paraId="62133150" w14:textId="77777777" w:rsidR="001C2274" w:rsidRDefault="001C2274" w:rsidP="001C2274">
            <w:pPr>
              <w:bidi/>
            </w:pPr>
            <w:r>
              <w:t>4</w:t>
            </w:r>
          </w:p>
        </w:tc>
      </w:tr>
      <w:tr w:rsidR="001C2274" w14:paraId="788E5AC0" w14:textId="77777777" w:rsidTr="00C652D9">
        <w:trPr>
          <w:trHeight w:val="201"/>
          <w:tblCellSpacing w:w="15" w:type="dxa"/>
          <w:jc w:val="center"/>
        </w:trPr>
        <w:tc>
          <w:tcPr>
            <w:tcW w:w="960" w:type="dxa"/>
            <w:tcMar>
              <w:top w:w="15" w:type="dxa"/>
              <w:left w:w="15" w:type="dxa"/>
              <w:bottom w:w="15" w:type="dxa"/>
              <w:right w:w="15" w:type="dxa"/>
            </w:tcMar>
            <w:vAlign w:val="center"/>
            <w:hideMark/>
          </w:tcPr>
          <w:p w14:paraId="616DC19A"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AA914F9"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5396811A" w14:textId="77777777" w:rsidR="001C2274" w:rsidRDefault="001C2274" w:rsidP="001C2274">
            <w:pPr>
              <w:bidi/>
              <w:jc w:val="center"/>
            </w:pPr>
            <w:r>
              <w:rPr>
                <w:rFonts w:ascii="Segoe UI Symbol" w:hAnsi="Segoe UI Symbol" w:cs="Segoe UI Symbol"/>
              </w:rPr>
              <w:t>☐</w:t>
            </w:r>
          </w:p>
        </w:tc>
        <w:tc>
          <w:tcPr>
            <w:tcW w:w="510" w:type="dxa"/>
            <w:tcMar>
              <w:top w:w="15" w:type="dxa"/>
              <w:left w:w="15" w:type="dxa"/>
              <w:bottom w:w="15" w:type="dxa"/>
              <w:right w:w="15" w:type="dxa"/>
            </w:tcMar>
            <w:vAlign w:val="center"/>
            <w:hideMark/>
          </w:tcPr>
          <w:p w14:paraId="4FE3AAD2" w14:textId="77777777" w:rsidR="001C2274" w:rsidRDefault="001C2274" w:rsidP="001C2274">
            <w:pPr>
              <w:bidi/>
              <w:jc w:val="center"/>
            </w:pPr>
            <w:r>
              <w:rPr>
                <w:rFonts w:ascii="Segoe UI Symbol" w:hAnsi="Segoe UI Symbol" w:cs="Segoe UI Symbol"/>
              </w:rPr>
              <w:t>☐</w:t>
            </w:r>
          </w:p>
        </w:tc>
        <w:tc>
          <w:tcPr>
            <w:tcW w:w="600" w:type="dxa"/>
            <w:tcMar>
              <w:top w:w="15" w:type="dxa"/>
              <w:left w:w="15" w:type="dxa"/>
              <w:bottom w:w="15" w:type="dxa"/>
              <w:right w:w="15" w:type="dxa"/>
            </w:tcMar>
            <w:vAlign w:val="center"/>
            <w:hideMark/>
          </w:tcPr>
          <w:p w14:paraId="6C1D151A" w14:textId="77777777" w:rsidR="001C2274" w:rsidRDefault="001C2274" w:rsidP="001C2274">
            <w:pPr>
              <w:bidi/>
              <w:jc w:val="center"/>
            </w:pPr>
            <w:r>
              <w:rPr>
                <w:rFonts w:ascii="Segoe UI Symbol" w:hAnsi="Segoe UI Symbol" w:cs="Segoe UI Symbol"/>
              </w:rPr>
              <w:t>☐</w:t>
            </w:r>
          </w:p>
        </w:tc>
        <w:tc>
          <w:tcPr>
            <w:tcW w:w="4962" w:type="dxa"/>
            <w:tcMar>
              <w:top w:w="15" w:type="dxa"/>
              <w:left w:w="15" w:type="dxa"/>
              <w:bottom w:w="15" w:type="dxa"/>
              <w:right w:w="15" w:type="dxa"/>
            </w:tcMar>
            <w:vAlign w:val="center"/>
            <w:hideMark/>
          </w:tcPr>
          <w:p w14:paraId="32BF65FB" w14:textId="01919F63" w:rsidR="001C2274" w:rsidRDefault="001C2274" w:rsidP="001C2274">
            <w:pPr>
              <w:bidi/>
              <w:jc w:val="center"/>
            </w:pPr>
            <w:r>
              <w:rPr>
                <w:rtl/>
              </w:rPr>
              <w:t>المؤسسة تشجع على تبني أساليب حديثة لتحسين الإنتاجية</w:t>
            </w:r>
            <w:r>
              <w:t>.</w:t>
            </w:r>
          </w:p>
        </w:tc>
        <w:tc>
          <w:tcPr>
            <w:tcW w:w="194" w:type="dxa"/>
            <w:tcMar>
              <w:top w:w="15" w:type="dxa"/>
              <w:left w:w="15" w:type="dxa"/>
              <w:bottom w:w="15" w:type="dxa"/>
              <w:right w:w="15" w:type="dxa"/>
            </w:tcMar>
            <w:vAlign w:val="center"/>
            <w:hideMark/>
          </w:tcPr>
          <w:p w14:paraId="73B8186F" w14:textId="77777777" w:rsidR="001C2274" w:rsidRDefault="001C2274" w:rsidP="001C2274">
            <w:pPr>
              <w:bidi/>
            </w:pPr>
            <w:r>
              <w:t>5</w:t>
            </w:r>
          </w:p>
        </w:tc>
      </w:tr>
    </w:tbl>
    <w:p w14:paraId="37A22DE0" w14:textId="77777777" w:rsidR="00EB7BC3" w:rsidRDefault="00EB7BC3" w:rsidP="001A5A58">
      <w:pPr>
        <w:bidi/>
        <w:spacing w:after="224" w:line="259" w:lineRule="auto"/>
        <w:ind w:right="48"/>
        <w:jc w:val="center"/>
        <w:rPr>
          <w:rFonts w:ascii="Times New Roman" w:eastAsia="Times New Roman" w:hAnsi="Times New Roman" w:cs="Times New Roman"/>
          <w:b/>
          <w:bCs/>
          <w:color w:val="FF0000"/>
          <w:sz w:val="24"/>
          <w:szCs w:val="24"/>
          <w:rtl/>
        </w:rPr>
      </w:pPr>
    </w:p>
    <w:p w14:paraId="6AA63D54" w14:textId="77777777" w:rsidR="00481540" w:rsidRDefault="00481540" w:rsidP="00481540">
      <w:pPr>
        <w:bidi/>
        <w:spacing w:after="224" w:line="259" w:lineRule="auto"/>
        <w:ind w:right="48"/>
        <w:jc w:val="center"/>
        <w:rPr>
          <w:rFonts w:ascii="Times New Roman" w:eastAsia="Times New Roman" w:hAnsi="Times New Roman" w:cs="Times New Roman"/>
          <w:b/>
          <w:bCs/>
          <w:color w:val="FF0000"/>
          <w:sz w:val="24"/>
          <w:szCs w:val="24"/>
          <w:rtl/>
        </w:rPr>
      </w:pPr>
    </w:p>
    <w:p w14:paraId="33F2AC4A" w14:textId="77777777" w:rsidR="00ED1E21" w:rsidRDefault="00ED1E21" w:rsidP="00ED1E21">
      <w:pPr>
        <w:bidi/>
        <w:spacing w:after="224" w:line="259" w:lineRule="auto"/>
        <w:ind w:right="48"/>
        <w:jc w:val="center"/>
        <w:rPr>
          <w:rFonts w:ascii="Times New Roman" w:eastAsia="Times New Roman" w:hAnsi="Times New Roman" w:cs="Times New Roman"/>
          <w:b/>
          <w:bCs/>
          <w:color w:val="FF0000"/>
          <w:sz w:val="24"/>
          <w:szCs w:val="24"/>
          <w:rtl/>
        </w:rPr>
      </w:pPr>
    </w:p>
    <w:p w14:paraId="1DD1ACE2" w14:textId="77777777" w:rsidR="009114CC" w:rsidRDefault="009114CC" w:rsidP="009114CC">
      <w:pPr>
        <w:bidi/>
        <w:spacing w:after="224" w:line="259" w:lineRule="auto"/>
        <w:ind w:right="48"/>
        <w:jc w:val="center"/>
        <w:rPr>
          <w:rFonts w:ascii="Times New Roman" w:eastAsia="Times New Roman" w:hAnsi="Times New Roman" w:cs="Times New Roman"/>
          <w:b/>
          <w:bCs/>
          <w:color w:val="FF0000"/>
          <w:sz w:val="24"/>
          <w:szCs w:val="24"/>
          <w:rtl/>
        </w:rPr>
      </w:pPr>
    </w:p>
    <w:p w14:paraId="48169A56" w14:textId="77777777" w:rsidR="00ED1E21" w:rsidRDefault="00ED1E21" w:rsidP="00ED1E21">
      <w:pPr>
        <w:bidi/>
        <w:spacing w:after="224" w:line="259" w:lineRule="auto"/>
        <w:ind w:right="48"/>
        <w:jc w:val="center"/>
        <w:rPr>
          <w:rFonts w:ascii="Times New Roman" w:eastAsia="Times New Roman" w:hAnsi="Times New Roman" w:cs="Times New Roman"/>
          <w:b/>
          <w:bCs/>
          <w:color w:val="FF0000"/>
          <w:sz w:val="24"/>
          <w:szCs w:val="24"/>
          <w:rtl/>
        </w:rPr>
      </w:pPr>
    </w:p>
    <w:p w14:paraId="727026C0" w14:textId="77777777" w:rsidR="00ED1E21" w:rsidRDefault="00ED1E21" w:rsidP="00ED1E21">
      <w:pPr>
        <w:bidi/>
        <w:spacing w:after="224" w:line="259" w:lineRule="auto"/>
        <w:ind w:right="48"/>
        <w:jc w:val="center"/>
        <w:rPr>
          <w:rFonts w:ascii="Times New Roman" w:eastAsia="Times New Roman" w:hAnsi="Times New Roman" w:cs="Times New Roman"/>
          <w:b/>
          <w:bCs/>
          <w:color w:val="FF0000"/>
          <w:sz w:val="24"/>
          <w:szCs w:val="24"/>
          <w:rtl/>
        </w:rPr>
      </w:pPr>
    </w:p>
    <w:p w14:paraId="75692CB0" w14:textId="738104CD" w:rsidR="00143D0E" w:rsidRPr="00143D0E" w:rsidRDefault="00143D0E" w:rsidP="00EB7BC3">
      <w:pPr>
        <w:bidi/>
        <w:spacing w:after="224" w:line="259" w:lineRule="auto"/>
        <w:ind w:right="48"/>
        <w:jc w:val="center"/>
        <w:rPr>
          <w:rFonts w:ascii="Times New Roman" w:eastAsia="Times New Roman" w:hAnsi="Times New Roman" w:cs="Times New Roman"/>
          <w:b/>
          <w:bCs/>
          <w:color w:val="FF0000"/>
          <w:sz w:val="24"/>
          <w:szCs w:val="24"/>
        </w:rPr>
      </w:pPr>
      <w:r w:rsidRPr="00143D0E">
        <w:rPr>
          <w:rFonts w:ascii="Times New Roman" w:eastAsia="Times New Roman" w:hAnsi="Times New Roman" w:cs="Times New Roman"/>
          <w:b/>
          <w:bCs/>
          <w:color w:val="FF0000"/>
          <w:sz w:val="24"/>
          <w:szCs w:val="24"/>
          <w:rtl/>
        </w:rPr>
        <w:t>القسم الخامس: أسئلة مفتوحة</w:t>
      </w:r>
      <w:r w:rsidRPr="00143D0E">
        <w:rPr>
          <w:rFonts w:ascii="Times New Roman" w:eastAsia="Times New Roman" w:hAnsi="Times New Roman" w:cs="Times New Roman"/>
          <w:b/>
          <w:bCs/>
          <w:color w:val="FF0000"/>
          <w:sz w:val="24"/>
          <w:szCs w:val="24"/>
        </w:rPr>
        <w:t xml:space="preserve"> (Open-ended Questions)</w:t>
      </w:r>
    </w:p>
    <w:p w14:paraId="5EE45ED6" w14:textId="77777777" w:rsidR="00143D0E" w:rsidRPr="00EB7BC3" w:rsidRDefault="00143D0E" w:rsidP="00086701">
      <w:pPr>
        <w:pStyle w:val="ListParagraph"/>
        <w:numPr>
          <w:ilvl w:val="0"/>
          <w:numId w:val="33"/>
        </w:numPr>
        <w:bidi/>
        <w:spacing w:after="224" w:line="259" w:lineRule="auto"/>
        <w:ind w:right="48"/>
        <w:rPr>
          <w:rFonts w:ascii="Simplified Arabic" w:eastAsia="Times New Roman" w:hAnsi="Simplified Arabic" w:cs="Simplified Arabic"/>
          <w:sz w:val="28"/>
          <w:szCs w:val="28"/>
        </w:rPr>
      </w:pPr>
      <w:r w:rsidRPr="00EB7BC3">
        <w:rPr>
          <w:rFonts w:ascii="Simplified Arabic" w:eastAsia="Times New Roman" w:hAnsi="Simplified Arabic" w:cs="Simplified Arabic"/>
          <w:sz w:val="28"/>
          <w:szCs w:val="28"/>
          <w:rtl/>
        </w:rPr>
        <w:t>برأيك، ما أهم العوامل التي تؤثر على تنظيم العمل داخل المؤسسة؟</w:t>
      </w:r>
    </w:p>
    <w:p w14:paraId="63ED3D12" w14:textId="77777777" w:rsidR="00143D0E" w:rsidRPr="00EB7BC3" w:rsidRDefault="00143D0E" w:rsidP="00086701">
      <w:pPr>
        <w:pStyle w:val="ListParagraph"/>
        <w:numPr>
          <w:ilvl w:val="0"/>
          <w:numId w:val="33"/>
        </w:numPr>
        <w:bidi/>
        <w:spacing w:after="224" w:line="259" w:lineRule="auto"/>
        <w:ind w:right="48"/>
        <w:rPr>
          <w:rFonts w:ascii="Simplified Arabic" w:eastAsia="Times New Roman" w:hAnsi="Simplified Arabic" w:cs="Simplified Arabic"/>
          <w:sz w:val="28"/>
          <w:szCs w:val="28"/>
        </w:rPr>
      </w:pPr>
      <w:r w:rsidRPr="00EB7BC3">
        <w:rPr>
          <w:rFonts w:ascii="Simplified Arabic" w:eastAsia="Times New Roman" w:hAnsi="Simplified Arabic" w:cs="Simplified Arabic"/>
          <w:sz w:val="28"/>
          <w:szCs w:val="28"/>
          <w:rtl/>
        </w:rPr>
        <w:t>ما أبرز التحديات التي تواجهك في إدارة وقتك أثناء العمل؟</w:t>
      </w:r>
    </w:p>
    <w:p w14:paraId="62465D51" w14:textId="77777777" w:rsidR="00143D0E" w:rsidRPr="00EB7BC3" w:rsidRDefault="00143D0E" w:rsidP="00086701">
      <w:pPr>
        <w:pStyle w:val="ListParagraph"/>
        <w:numPr>
          <w:ilvl w:val="0"/>
          <w:numId w:val="33"/>
        </w:numPr>
        <w:bidi/>
        <w:spacing w:after="224" w:line="259" w:lineRule="auto"/>
        <w:ind w:right="48"/>
        <w:rPr>
          <w:rFonts w:ascii="Simplified Arabic" w:eastAsia="Times New Roman" w:hAnsi="Simplified Arabic" w:cs="Simplified Arabic"/>
          <w:sz w:val="28"/>
          <w:szCs w:val="28"/>
        </w:rPr>
      </w:pPr>
      <w:r w:rsidRPr="00EB7BC3">
        <w:rPr>
          <w:rFonts w:ascii="Simplified Arabic" w:eastAsia="Times New Roman" w:hAnsi="Simplified Arabic" w:cs="Simplified Arabic"/>
          <w:sz w:val="28"/>
          <w:szCs w:val="28"/>
          <w:rtl/>
        </w:rPr>
        <w:t>ما الاقتراحات التي تراها مناسبة لتحسين الإنتاجية من خلال التنظيم وإدارة الوقت</w:t>
      </w:r>
    </w:p>
    <w:p w14:paraId="111022BD" w14:textId="77777777" w:rsidR="00056470" w:rsidRDefault="00056470" w:rsidP="00315B66">
      <w:pPr>
        <w:bidi/>
        <w:spacing w:after="224" w:line="259" w:lineRule="auto"/>
        <w:ind w:right="48"/>
        <w:rPr>
          <w:rFonts w:ascii="Times New Roman" w:eastAsia="Times New Roman" w:hAnsi="Times New Roman" w:cs="Times New Roman"/>
          <w:sz w:val="24"/>
          <w:szCs w:val="24"/>
          <w:rtl/>
        </w:rPr>
      </w:pPr>
    </w:p>
    <w:p w14:paraId="76A514EE" w14:textId="77777777" w:rsidR="00D90A12" w:rsidRDefault="00D90A12" w:rsidP="00D90A12">
      <w:pPr>
        <w:bidi/>
        <w:spacing w:after="224" w:line="259" w:lineRule="auto"/>
        <w:ind w:right="48"/>
        <w:rPr>
          <w:rFonts w:ascii="Times New Roman" w:eastAsia="Times New Roman" w:hAnsi="Times New Roman" w:cs="Times New Roman"/>
          <w:sz w:val="24"/>
          <w:szCs w:val="24"/>
          <w:rtl/>
        </w:rPr>
      </w:pPr>
    </w:p>
    <w:p w14:paraId="2A880CAE" w14:textId="75BAF598" w:rsidR="00187D52" w:rsidRPr="00187D52" w:rsidRDefault="00CA48C1" w:rsidP="00CA48C1">
      <w:pPr>
        <w:bidi/>
        <w:spacing w:after="224" w:line="259" w:lineRule="auto"/>
        <w:ind w:right="48"/>
        <w:rPr>
          <w:rFonts w:ascii="Times New Roman" w:eastAsia="Times New Roman" w:hAnsi="Times New Roman" w:cs="Times New Roman"/>
          <w:b/>
          <w:bCs/>
          <w:sz w:val="24"/>
          <w:szCs w:val="24"/>
        </w:rPr>
      </w:pPr>
      <w:r w:rsidRPr="00CA48C1">
        <w:rPr>
          <w:rFonts w:ascii="Times New Roman" w:eastAsia="Times New Roman" w:hAnsi="Times New Roman" w:cs="Times New Roman"/>
          <w:b/>
          <w:bCs/>
          <w:sz w:val="24"/>
          <w:szCs w:val="24"/>
          <w:rtl/>
        </w:rPr>
        <w:t>رابعًا</w:t>
      </w:r>
      <w:r w:rsidR="00187D52" w:rsidRPr="00187D52">
        <w:rPr>
          <w:rFonts w:ascii="Times New Roman" w:eastAsia="Times New Roman" w:hAnsi="Times New Roman" w:cs="Times New Roman"/>
          <w:b/>
          <w:bCs/>
          <w:sz w:val="24"/>
          <w:szCs w:val="24"/>
        </w:rPr>
        <w:t xml:space="preserve">: </w:t>
      </w:r>
      <w:r w:rsidR="00187D52" w:rsidRPr="00187D52">
        <w:rPr>
          <w:rFonts w:ascii="Times New Roman" w:eastAsia="Times New Roman" w:hAnsi="Times New Roman" w:cs="Times New Roman"/>
          <w:b/>
          <w:bCs/>
          <w:sz w:val="24"/>
          <w:szCs w:val="24"/>
          <w:rtl/>
        </w:rPr>
        <w:t>أساليب جمع البيانات</w:t>
      </w:r>
      <w:r w:rsidR="00187D52" w:rsidRPr="00187D52">
        <w:rPr>
          <w:rFonts w:ascii="Times New Roman" w:eastAsia="Times New Roman" w:hAnsi="Times New Roman" w:cs="Times New Roman"/>
          <w:b/>
          <w:bCs/>
          <w:sz w:val="24"/>
          <w:szCs w:val="24"/>
        </w:rPr>
        <w:t xml:space="preserve"> (Data Collection Methods)</w:t>
      </w:r>
    </w:p>
    <w:p w14:paraId="405B4860" w14:textId="5A9CC94D" w:rsidR="00187D52" w:rsidRPr="00EB7BC3" w:rsidRDefault="00187D52" w:rsidP="00187D52">
      <w:pPr>
        <w:bidi/>
        <w:spacing w:after="224" w:line="259" w:lineRule="auto"/>
        <w:ind w:right="48"/>
        <w:rPr>
          <w:rFonts w:ascii="Simplified Arabic" w:eastAsia="Times New Roman" w:hAnsi="Simplified Arabic" w:cs="Simplified Arabic"/>
          <w:sz w:val="28"/>
          <w:szCs w:val="28"/>
          <w:rtl/>
        </w:rPr>
      </w:pPr>
      <w:r w:rsidRPr="00EB7BC3">
        <w:rPr>
          <w:rFonts w:ascii="Simplified Arabic" w:eastAsia="Times New Roman" w:hAnsi="Simplified Arabic" w:cs="Simplified Arabic"/>
          <w:sz w:val="28"/>
          <w:szCs w:val="28"/>
          <w:rtl/>
        </w:rPr>
        <w:t>تم جمع البيانات باستخدام منصات رقمية إلكترونية</w:t>
      </w:r>
      <w:r w:rsidRPr="00EB7BC3">
        <w:rPr>
          <w:rFonts w:ascii="Simplified Arabic" w:eastAsia="Times New Roman" w:hAnsi="Simplified Arabic" w:cs="Simplified Arabic"/>
          <w:sz w:val="28"/>
          <w:szCs w:val="28"/>
        </w:rPr>
        <w:t xml:space="preserve"> (Digital Platforms) </w:t>
      </w:r>
      <w:r w:rsidRPr="00EB7BC3">
        <w:rPr>
          <w:rFonts w:ascii="Simplified Arabic" w:eastAsia="Times New Roman" w:hAnsi="Simplified Arabic" w:cs="Simplified Arabic"/>
          <w:sz w:val="28"/>
          <w:szCs w:val="28"/>
          <w:rtl/>
        </w:rPr>
        <w:t>لضمان الوصول إلى أكبر عدد ممكن من المشاركين في وقت قصير، مع الحفاظ على سرية المعلومات ودقتها</w:t>
      </w:r>
      <w:r w:rsidRPr="00EB7BC3">
        <w:rPr>
          <w:rFonts w:ascii="Simplified Arabic" w:eastAsia="Times New Roman" w:hAnsi="Simplified Arabic" w:cs="Simplified Arabic"/>
          <w:sz w:val="28"/>
          <w:szCs w:val="28"/>
        </w:rPr>
        <w:t>.</w:t>
      </w:r>
      <w:r w:rsidRPr="00EB7BC3">
        <w:rPr>
          <w:rFonts w:ascii="Simplified Arabic" w:eastAsia="Times New Roman" w:hAnsi="Simplified Arabic" w:cs="Simplified Arabic"/>
          <w:sz w:val="28"/>
          <w:szCs w:val="28"/>
        </w:rPr>
        <w:br/>
      </w:r>
      <w:r w:rsidRPr="00EB7BC3">
        <w:rPr>
          <w:rFonts w:ascii="Simplified Arabic" w:eastAsia="Times New Roman" w:hAnsi="Simplified Arabic" w:cs="Simplified Arabic"/>
          <w:sz w:val="28"/>
          <w:szCs w:val="28"/>
          <w:rtl/>
        </w:rPr>
        <w:t>كما استعان الباحث بالمراجع الأكاديمية والدراسات السابقة</w:t>
      </w:r>
      <w:r w:rsidRPr="00EB7BC3">
        <w:rPr>
          <w:rFonts w:ascii="Simplified Arabic" w:eastAsia="Times New Roman" w:hAnsi="Simplified Arabic" w:cs="Simplified Arabic"/>
          <w:sz w:val="28"/>
          <w:szCs w:val="28"/>
        </w:rPr>
        <w:t xml:space="preserve"> (Previous Studies) </w:t>
      </w:r>
      <w:r w:rsidRPr="00EB7BC3">
        <w:rPr>
          <w:rFonts w:ascii="Simplified Arabic" w:eastAsia="Times New Roman" w:hAnsi="Simplified Arabic" w:cs="Simplified Arabic"/>
          <w:sz w:val="28"/>
          <w:szCs w:val="28"/>
          <w:rtl/>
        </w:rPr>
        <w:t>المنشورة في قواعد البيانات العلمية، لتدعيم الجانب النظري والتحليلي للدراس</w:t>
      </w:r>
      <w:r w:rsidR="00CA48C1" w:rsidRPr="00EB7BC3">
        <w:rPr>
          <w:rFonts w:ascii="Simplified Arabic" w:eastAsia="Times New Roman" w:hAnsi="Simplified Arabic" w:cs="Simplified Arabic"/>
          <w:sz w:val="28"/>
          <w:szCs w:val="28"/>
          <w:rtl/>
        </w:rPr>
        <w:t xml:space="preserve"> </w:t>
      </w:r>
    </w:p>
    <w:p w14:paraId="656F5575" w14:textId="77777777" w:rsidR="00E93F35" w:rsidRDefault="00E93F35" w:rsidP="00E93F35">
      <w:pPr>
        <w:bidi/>
        <w:spacing w:after="224" w:line="259" w:lineRule="auto"/>
        <w:ind w:right="48"/>
        <w:rPr>
          <w:rFonts w:ascii="Times New Roman" w:eastAsia="Times New Roman" w:hAnsi="Times New Roman" w:cs="Times New Roman"/>
          <w:sz w:val="24"/>
          <w:szCs w:val="24"/>
          <w:rtl/>
        </w:rPr>
      </w:pPr>
    </w:p>
    <w:p w14:paraId="15A0A9E9" w14:textId="245F7324" w:rsidR="00E93F35" w:rsidRPr="00E93F35" w:rsidRDefault="00E93F35" w:rsidP="00E93F35">
      <w:pPr>
        <w:bidi/>
        <w:spacing w:after="224" w:line="259" w:lineRule="auto"/>
        <w:ind w:right="48"/>
        <w:rPr>
          <w:rFonts w:ascii="Times New Roman" w:eastAsia="Times New Roman" w:hAnsi="Times New Roman" w:cs="Times New Roman"/>
          <w:b/>
          <w:bCs/>
          <w:sz w:val="24"/>
          <w:szCs w:val="24"/>
        </w:rPr>
      </w:pPr>
      <w:r w:rsidRPr="00E93F35">
        <w:rPr>
          <w:rFonts w:ascii="Times New Roman" w:eastAsia="Times New Roman" w:hAnsi="Times New Roman" w:cs="Times New Roman"/>
          <w:b/>
          <w:bCs/>
          <w:sz w:val="24"/>
          <w:szCs w:val="24"/>
          <w:rtl/>
        </w:rPr>
        <w:t>خامسًا</w:t>
      </w:r>
      <w:r w:rsidRPr="00E93F35">
        <w:rPr>
          <w:rFonts w:ascii="Times New Roman" w:eastAsia="Times New Roman" w:hAnsi="Times New Roman" w:cs="Times New Roman"/>
          <w:b/>
          <w:bCs/>
          <w:sz w:val="24"/>
          <w:szCs w:val="24"/>
        </w:rPr>
        <w:t xml:space="preserve">: </w:t>
      </w:r>
      <w:r w:rsidRPr="00E93F35">
        <w:rPr>
          <w:rFonts w:ascii="Times New Roman" w:eastAsia="Times New Roman" w:hAnsi="Times New Roman" w:cs="Times New Roman"/>
          <w:b/>
          <w:bCs/>
          <w:sz w:val="24"/>
          <w:szCs w:val="24"/>
          <w:rtl/>
        </w:rPr>
        <w:t>أساليب تحليل البيانات</w:t>
      </w:r>
      <w:r w:rsidRPr="00E93F35">
        <w:rPr>
          <w:rFonts w:ascii="Times New Roman" w:eastAsia="Times New Roman" w:hAnsi="Times New Roman" w:cs="Times New Roman"/>
          <w:b/>
          <w:bCs/>
          <w:sz w:val="24"/>
          <w:szCs w:val="24"/>
        </w:rPr>
        <w:t xml:space="preserve"> (Data Analysis Techniques)</w:t>
      </w:r>
    </w:p>
    <w:p w14:paraId="4BC82B99" w14:textId="77777777" w:rsidR="00B135D9" w:rsidRDefault="00E93F35" w:rsidP="00E93F35">
      <w:pPr>
        <w:bidi/>
        <w:spacing w:after="224" w:line="259" w:lineRule="auto"/>
        <w:ind w:right="48"/>
        <w:rPr>
          <w:rFonts w:ascii="Simplified Arabic" w:eastAsia="Times New Roman" w:hAnsi="Simplified Arabic" w:cs="Simplified Arabic"/>
          <w:sz w:val="28"/>
          <w:szCs w:val="28"/>
          <w:rtl/>
        </w:rPr>
      </w:pPr>
      <w:r w:rsidRPr="007E766D">
        <w:rPr>
          <w:rFonts w:ascii="Simplified Arabic" w:eastAsia="Times New Roman" w:hAnsi="Simplified Arabic" w:cs="Simplified Arabic"/>
          <w:sz w:val="28"/>
          <w:szCs w:val="28"/>
          <w:rtl/>
        </w:rPr>
        <w:t xml:space="preserve">بعد جمع البيانات، تم تحليلها باستخدام الأساليب الإحصائية المناسبة عبر برنامج </w:t>
      </w:r>
      <w:r w:rsidRPr="007E766D">
        <w:rPr>
          <w:rFonts w:ascii="Simplified Arabic" w:eastAsia="Times New Roman" w:hAnsi="Simplified Arabic" w:cs="Simplified Arabic"/>
          <w:sz w:val="28"/>
          <w:szCs w:val="28"/>
        </w:rPr>
        <w:t>SPSS (Statistical Package for the Social Sciences)</w:t>
      </w:r>
      <w:r w:rsidRPr="007E766D">
        <w:rPr>
          <w:rFonts w:ascii="Simplified Arabic" w:eastAsia="Times New Roman" w:hAnsi="Simplified Arabic" w:cs="Simplified Arabic"/>
          <w:sz w:val="28"/>
          <w:szCs w:val="28"/>
          <w:rtl/>
        </w:rPr>
        <w:t>، نظرًا لقدرته على تحليل البيانات الكمية واختبار الفرضيات</w:t>
      </w:r>
      <w:r w:rsidRPr="007E766D">
        <w:rPr>
          <w:rFonts w:ascii="Simplified Arabic" w:eastAsia="Times New Roman" w:hAnsi="Simplified Arabic" w:cs="Simplified Arabic"/>
          <w:sz w:val="28"/>
          <w:szCs w:val="28"/>
        </w:rPr>
        <w:t>.</w:t>
      </w:r>
    </w:p>
    <w:p w14:paraId="4FA30BBD" w14:textId="406A5EEB" w:rsidR="00E93F35" w:rsidRPr="007E766D" w:rsidRDefault="00E93F35" w:rsidP="00B135D9">
      <w:p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Pr>
        <w:br/>
      </w:r>
      <w:r w:rsidRPr="007E766D">
        <w:rPr>
          <w:rFonts w:ascii="Simplified Arabic" w:eastAsia="Times New Roman" w:hAnsi="Simplified Arabic" w:cs="Simplified Arabic"/>
          <w:sz w:val="28"/>
          <w:szCs w:val="28"/>
          <w:rtl/>
        </w:rPr>
        <w:t>وشملت التحليلات ما يلي</w:t>
      </w:r>
      <w:r w:rsidRPr="007E766D">
        <w:rPr>
          <w:rFonts w:ascii="Simplified Arabic" w:eastAsia="Times New Roman" w:hAnsi="Simplified Arabic" w:cs="Simplified Arabic"/>
          <w:sz w:val="28"/>
          <w:szCs w:val="28"/>
        </w:rPr>
        <w:t>:</w:t>
      </w:r>
    </w:p>
    <w:p w14:paraId="3D061F10" w14:textId="77777777" w:rsidR="00E93F35" w:rsidRPr="007E766D" w:rsidRDefault="00E93F35" w:rsidP="00086701">
      <w:pPr>
        <w:numPr>
          <w:ilvl w:val="0"/>
          <w:numId w:val="34"/>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التحليل الوصفي</w:t>
      </w:r>
      <w:r w:rsidRPr="007E766D">
        <w:rPr>
          <w:rFonts w:ascii="Simplified Arabic" w:eastAsia="Times New Roman" w:hAnsi="Simplified Arabic" w:cs="Simplified Arabic"/>
          <w:sz w:val="28"/>
          <w:szCs w:val="28"/>
        </w:rPr>
        <w:t xml:space="preserve"> (Descriptive Analysis)</w:t>
      </w:r>
      <w:r w:rsidRPr="007E766D">
        <w:rPr>
          <w:rFonts w:ascii="Simplified Arabic" w:eastAsia="Times New Roman" w:hAnsi="Simplified Arabic" w:cs="Simplified Arabic"/>
          <w:sz w:val="28"/>
          <w:szCs w:val="28"/>
        </w:rPr>
        <w:br/>
      </w:r>
      <w:r w:rsidRPr="007E766D">
        <w:rPr>
          <w:rFonts w:ascii="Simplified Arabic" w:eastAsia="Times New Roman" w:hAnsi="Simplified Arabic" w:cs="Simplified Arabic"/>
          <w:sz w:val="28"/>
          <w:szCs w:val="28"/>
          <w:rtl/>
        </w:rPr>
        <w:t>لاستخلاص المتوسطات الحسابية والانحرافات المعيارية لتوصيف خصائص العينة</w:t>
      </w:r>
      <w:r w:rsidRPr="007E766D">
        <w:rPr>
          <w:rFonts w:ascii="Simplified Arabic" w:eastAsia="Times New Roman" w:hAnsi="Simplified Arabic" w:cs="Simplified Arabic"/>
          <w:sz w:val="28"/>
          <w:szCs w:val="28"/>
        </w:rPr>
        <w:t>.</w:t>
      </w:r>
    </w:p>
    <w:p w14:paraId="2EE274A4" w14:textId="77777777" w:rsidR="00E93F35" w:rsidRDefault="00E93F35" w:rsidP="00086701">
      <w:pPr>
        <w:numPr>
          <w:ilvl w:val="0"/>
          <w:numId w:val="34"/>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تحليل الارتباط</w:t>
      </w:r>
      <w:r w:rsidRPr="007E766D">
        <w:rPr>
          <w:rFonts w:ascii="Simplified Arabic" w:eastAsia="Times New Roman" w:hAnsi="Simplified Arabic" w:cs="Simplified Arabic"/>
          <w:sz w:val="28"/>
          <w:szCs w:val="28"/>
        </w:rPr>
        <w:t xml:space="preserve"> (Correlation Analysis)</w:t>
      </w:r>
      <w:r w:rsidRPr="007E766D">
        <w:rPr>
          <w:rFonts w:ascii="Simplified Arabic" w:eastAsia="Times New Roman" w:hAnsi="Simplified Arabic" w:cs="Simplified Arabic"/>
          <w:sz w:val="28"/>
          <w:szCs w:val="28"/>
        </w:rPr>
        <w:br/>
      </w:r>
      <w:r w:rsidRPr="007E766D">
        <w:rPr>
          <w:rFonts w:ascii="Simplified Arabic" w:eastAsia="Times New Roman" w:hAnsi="Simplified Arabic" w:cs="Simplified Arabic"/>
          <w:sz w:val="28"/>
          <w:szCs w:val="28"/>
          <w:rtl/>
        </w:rPr>
        <w:t>لدراسة العلاقة بين تنظيم العمل وإدارة الوقت ومستوى الإنتاجية</w:t>
      </w:r>
      <w:r w:rsidRPr="007E766D">
        <w:rPr>
          <w:rFonts w:ascii="Simplified Arabic" w:eastAsia="Times New Roman" w:hAnsi="Simplified Arabic" w:cs="Simplified Arabic"/>
          <w:sz w:val="28"/>
          <w:szCs w:val="28"/>
        </w:rPr>
        <w:t>.</w:t>
      </w:r>
    </w:p>
    <w:p w14:paraId="2172A739" w14:textId="77777777" w:rsidR="00B135D9" w:rsidRPr="007E766D" w:rsidRDefault="00B135D9" w:rsidP="00B135D9">
      <w:pPr>
        <w:bidi/>
        <w:spacing w:after="224" w:line="259" w:lineRule="auto"/>
        <w:ind w:left="720" w:right="48"/>
        <w:rPr>
          <w:rFonts w:ascii="Simplified Arabic" w:eastAsia="Times New Roman" w:hAnsi="Simplified Arabic" w:cs="Simplified Arabic"/>
          <w:sz w:val="28"/>
          <w:szCs w:val="28"/>
        </w:rPr>
      </w:pPr>
    </w:p>
    <w:p w14:paraId="40A18A86" w14:textId="77777777" w:rsidR="00E93F35" w:rsidRPr="007E766D" w:rsidRDefault="00E93F35" w:rsidP="00086701">
      <w:pPr>
        <w:numPr>
          <w:ilvl w:val="0"/>
          <w:numId w:val="34"/>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تحليل الانحدار الخطي البسيط والمتعدد</w:t>
      </w:r>
      <w:r w:rsidRPr="007E766D">
        <w:rPr>
          <w:rFonts w:ascii="Simplified Arabic" w:eastAsia="Times New Roman" w:hAnsi="Simplified Arabic" w:cs="Simplified Arabic"/>
          <w:sz w:val="28"/>
          <w:szCs w:val="28"/>
        </w:rPr>
        <w:t xml:space="preserve"> (Simple and Multiple Regression Analysis)</w:t>
      </w:r>
      <w:r w:rsidRPr="007E766D">
        <w:rPr>
          <w:rFonts w:ascii="Simplified Arabic" w:eastAsia="Times New Roman" w:hAnsi="Simplified Arabic" w:cs="Simplified Arabic"/>
          <w:sz w:val="28"/>
          <w:szCs w:val="28"/>
        </w:rPr>
        <w:br/>
      </w:r>
      <w:r w:rsidRPr="007E766D">
        <w:rPr>
          <w:rFonts w:ascii="Simplified Arabic" w:eastAsia="Times New Roman" w:hAnsi="Simplified Arabic" w:cs="Simplified Arabic"/>
          <w:sz w:val="28"/>
          <w:szCs w:val="28"/>
          <w:rtl/>
        </w:rPr>
        <w:t>لقياس تأثير كل متغير مستقل (التنظيم، إدارة الوقت) على المتغير التابع (الإنتاجية)</w:t>
      </w:r>
      <w:r w:rsidRPr="007E766D">
        <w:rPr>
          <w:rFonts w:ascii="Simplified Arabic" w:eastAsia="Times New Roman" w:hAnsi="Simplified Arabic" w:cs="Simplified Arabic"/>
          <w:sz w:val="28"/>
          <w:szCs w:val="28"/>
        </w:rPr>
        <w:t>.</w:t>
      </w:r>
    </w:p>
    <w:p w14:paraId="104C1372" w14:textId="77777777" w:rsidR="00E93F35" w:rsidRDefault="00E93F35" w:rsidP="00086701">
      <w:pPr>
        <w:numPr>
          <w:ilvl w:val="0"/>
          <w:numId w:val="34"/>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اختبارات الدلالة الإحصائية</w:t>
      </w:r>
      <w:r w:rsidRPr="007E766D">
        <w:rPr>
          <w:rFonts w:ascii="Simplified Arabic" w:eastAsia="Times New Roman" w:hAnsi="Simplified Arabic" w:cs="Simplified Arabic"/>
          <w:sz w:val="28"/>
          <w:szCs w:val="28"/>
        </w:rPr>
        <w:t xml:space="preserve"> (Significance Tests)</w:t>
      </w:r>
      <w:r w:rsidRPr="007E766D">
        <w:rPr>
          <w:rFonts w:ascii="Simplified Arabic" w:eastAsia="Times New Roman" w:hAnsi="Simplified Arabic" w:cs="Simplified Arabic"/>
          <w:sz w:val="28"/>
          <w:szCs w:val="28"/>
        </w:rPr>
        <w:br/>
      </w:r>
      <w:r w:rsidRPr="007E766D">
        <w:rPr>
          <w:rFonts w:ascii="Simplified Arabic" w:eastAsia="Times New Roman" w:hAnsi="Simplified Arabic" w:cs="Simplified Arabic"/>
          <w:sz w:val="28"/>
          <w:szCs w:val="28"/>
          <w:rtl/>
        </w:rPr>
        <w:t>لتحديد مدى أهمية العلاقات المكتشفة وصدق الفرضيات</w:t>
      </w:r>
    </w:p>
    <w:p w14:paraId="28340C35" w14:textId="77777777" w:rsidR="007E766D" w:rsidRPr="007E766D" w:rsidRDefault="007E766D" w:rsidP="007E766D">
      <w:pPr>
        <w:bidi/>
        <w:spacing w:after="224" w:line="259" w:lineRule="auto"/>
        <w:ind w:left="720" w:right="48"/>
        <w:rPr>
          <w:rFonts w:ascii="Simplified Arabic" w:eastAsia="Times New Roman" w:hAnsi="Simplified Arabic" w:cs="Simplified Arabic"/>
          <w:sz w:val="28"/>
          <w:szCs w:val="28"/>
        </w:rPr>
      </w:pPr>
    </w:p>
    <w:p w14:paraId="3F18EFE0" w14:textId="6DAAF919" w:rsidR="00804F0A" w:rsidRPr="00B24C8D" w:rsidRDefault="008016F6" w:rsidP="008016F6">
      <w:pPr>
        <w:bidi/>
        <w:spacing w:after="224" w:line="259" w:lineRule="auto"/>
        <w:ind w:right="48"/>
        <w:rPr>
          <w:rFonts w:ascii="Times New Roman" w:eastAsia="Times New Roman" w:hAnsi="Times New Roman" w:cs="Times New Roman"/>
          <w:b/>
          <w:bCs/>
          <w:sz w:val="28"/>
          <w:szCs w:val="28"/>
          <w:rtl/>
        </w:rPr>
      </w:pPr>
      <w:r w:rsidRPr="00B24C8D">
        <w:rPr>
          <w:rFonts w:ascii="Times New Roman" w:eastAsia="Times New Roman" w:hAnsi="Times New Roman" w:cs="Times New Roman"/>
          <w:b/>
          <w:bCs/>
          <w:sz w:val="28"/>
          <w:szCs w:val="28"/>
          <w:rtl/>
        </w:rPr>
        <w:t>سادسًا</w:t>
      </w:r>
      <w:r w:rsidR="0054279B" w:rsidRPr="00B24C8D">
        <w:rPr>
          <w:rFonts w:ascii="Times New Roman" w:eastAsia="Times New Roman" w:hAnsi="Times New Roman" w:cs="Times New Roman" w:hint="cs"/>
          <w:b/>
          <w:bCs/>
          <w:sz w:val="28"/>
          <w:szCs w:val="28"/>
          <w:rtl/>
        </w:rPr>
        <w:t xml:space="preserve">: </w:t>
      </w:r>
      <w:r w:rsidRPr="00B24C8D">
        <w:rPr>
          <w:rFonts w:ascii="Times New Roman" w:eastAsia="Times New Roman" w:hAnsi="Times New Roman" w:cs="Times New Roman"/>
          <w:b/>
          <w:bCs/>
          <w:sz w:val="28"/>
          <w:szCs w:val="28"/>
          <w:rtl/>
        </w:rPr>
        <w:t>صدق وثبات أداة الدراسة</w:t>
      </w:r>
      <w:r w:rsidRPr="00B24C8D">
        <w:rPr>
          <w:rFonts w:ascii="Times New Roman" w:eastAsia="Times New Roman" w:hAnsi="Times New Roman" w:cs="Times New Roman"/>
          <w:b/>
          <w:bCs/>
          <w:sz w:val="28"/>
          <w:szCs w:val="28"/>
        </w:rPr>
        <w:t xml:space="preserve"> (Validity and Reliability)</w:t>
      </w:r>
    </w:p>
    <w:p w14:paraId="2B3FEF4D" w14:textId="47E9BB50" w:rsidR="008016F6" w:rsidRPr="00B24C8D" w:rsidRDefault="008E36B8" w:rsidP="008E36B8">
      <w:pPr>
        <w:bidi/>
        <w:spacing w:after="224" w:line="259" w:lineRule="auto"/>
        <w:ind w:right="48"/>
        <w:rPr>
          <w:rFonts w:ascii="Simplified Arabic" w:eastAsia="Times New Roman" w:hAnsi="Simplified Arabic" w:cs="Simplified Arabic"/>
          <w:b/>
          <w:bCs/>
          <w:sz w:val="28"/>
          <w:szCs w:val="28"/>
        </w:rPr>
      </w:pPr>
      <w:r w:rsidRPr="00B24C8D">
        <w:rPr>
          <w:rFonts w:ascii="Simplified Arabic" w:eastAsia="Times New Roman" w:hAnsi="Simplified Arabic" w:cs="Simplified Arabic"/>
          <w:sz w:val="28"/>
          <w:szCs w:val="28"/>
          <w:rtl/>
        </w:rPr>
        <w:t>تم التأكد من صدق الأداة</w:t>
      </w:r>
      <w:r w:rsidRPr="00B24C8D">
        <w:rPr>
          <w:rFonts w:ascii="Simplified Arabic" w:eastAsia="Times New Roman" w:hAnsi="Simplified Arabic" w:cs="Simplified Arabic"/>
          <w:sz w:val="28"/>
          <w:szCs w:val="28"/>
        </w:rPr>
        <w:t xml:space="preserve">) </w:t>
      </w:r>
      <w:r w:rsidRPr="00B24C8D">
        <w:rPr>
          <w:rFonts w:ascii="Simplified Arabic" w:eastAsia="Times New Roman" w:hAnsi="Simplified Arabic" w:cs="Simplified Arabic"/>
          <w:sz w:val="28"/>
          <w:szCs w:val="28"/>
          <w:rtl/>
        </w:rPr>
        <w:t>من خلال عرضها على مجموعة من الأساتذة المتخصصين في مجال الإدارة والسلوك التنظيمي، للتأكد من ملاءمة الفقرات لأهداف البحث وسلامة الصياغة</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أما الثبات</w:t>
      </w:r>
      <w:r w:rsidRPr="00B24C8D">
        <w:rPr>
          <w:rFonts w:ascii="Simplified Arabic" w:eastAsia="Times New Roman" w:hAnsi="Simplified Arabic" w:cs="Simplified Arabic"/>
          <w:sz w:val="28"/>
          <w:szCs w:val="28"/>
        </w:rPr>
        <w:t xml:space="preserve"> </w:t>
      </w:r>
      <w:r w:rsidRPr="00B24C8D">
        <w:rPr>
          <w:rFonts w:ascii="Simplified Arabic" w:eastAsia="Times New Roman" w:hAnsi="Simplified Arabic" w:cs="Simplified Arabic"/>
          <w:sz w:val="28"/>
          <w:szCs w:val="28"/>
          <w:rtl/>
        </w:rPr>
        <w:t>فقد تم التحقق منه باستخدام معامل ألفا كرونباخ</w:t>
      </w:r>
      <w:r w:rsidRPr="00B24C8D">
        <w:rPr>
          <w:rFonts w:ascii="Simplified Arabic" w:eastAsia="Times New Roman" w:hAnsi="Simplified Arabic" w:cs="Simplified Arabic"/>
          <w:sz w:val="28"/>
          <w:szCs w:val="28"/>
        </w:rPr>
        <w:t xml:space="preserve"> </w:t>
      </w:r>
      <w:r w:rsidRPr="00B24C8D">
        <w:rPr>
          <w:rFonts w:ascii="Simplified Arabic" w:eastAsia="Times New Roman" w:hAnsi="Simplified Arabic" w:cs="Simplified Arabic"/>
          <w:sz w:val="28"/>
          <w:szCs w:val="28"/>
          <w:rtl/>
        </w:rPr>
        <w:t>الذي يقيس مدى الاتساق الداخلي بين فقرات الاستبيان</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وقد تبين أن القيم المحسوبة تجاوزت الحد الأدنى المقبول (0.70)، مما يشير إلى مستوى عالٍ من الثبات والموثوقية</w:t>
      </w:r>
      <w:r w:rsidRPr="00B24C8D">
        <w:rPr>
          <w:rFonts w:ascii="Simplified Arabic" w:eastAsia="Times New Roman" w:hAnsi="Simplified Arabic" w:cs="Simplified Arabic"/>
          <w:b/>
          <w:bCs/>
          <w:sz w:val="28"/>
          <w:szCs w:val="28"/>
        </w:rPr>
        <w:t>.</w:t>
      </w:r>
    </w:p>
    <w:p w14:paraId="39FF8B73" w14:textId="6F206BE2" w:rsidR="00E93F35" w:rsidRDefault="00DA5A37" w:rsidP="00852F13">
      <w:pPr>
        <w:bidi/>
        <w:spacing w:after="224" w:line="259" w:lineRule="auto"/>
        <w:ind w:right="48"/>
        <w:rPr>
          <w:rFonts w:ascii="Times New Roman" w:eastAsia="Times New Roman" w:hAnsi="Times New Roman" w:cs="Times New Roman"/>
          <w:b/>
          <w:bCs/>
          <w:sz w:val="24"/>
          <w:szCs w:val="24"/>
          <w:rtl/>
        </w:rPr>
      </w:pPr>
      <w:r w:rsidRPr="00852F13">
        <w:rPr>
          <w:rFonts w:ascii="Times New Roman" w:eastAsia="Times New Roman" w:hAnsi="Times New Roman" w:cs="Times New Roman"/>
          <w:b/>
          <w:bCs/>
          <w:sz w:val="24"/>
          <w:szCs w:val="24"/>
          <w:rtl/>
        </w:rPr>
        <w:t>سابعًا</w:t>
      </w:r>
      <w:r w:rsidRPr="00852F13">
        <w:rPr>
          <w:rFonts w:ascii="Times New Roman" w:eastAsia="Times New Roman" w:hAnsi="Times New Roman" w:cs="Times New Roman" w:hint="cs"/>
          <w:b/>
          <w:bCs/>
          <w:sz w:val="24"/>
          <w:szCs w:val="24"/>
          <w:rtl/>
        </w:rPr>
        <w:t xml:space="preserve"> : </w:t>
      </w:r>
      <w:r w:rsidR="00852F13" w:rsidRPr="00852F13">
        <w:rPr>
          <w:rFonts w:ascii="Times New Roman" w:eastAsia="Times New Roman" w:hAnsi="Times New Roman" w:cs="Times New Roman"/>
          <w:b/>
          <w:bCs/>
          <w:sz w:val="24"/>
          <w:szCs w:val="24"/>
          <w:rtl/>
        </w:rPr>
        <w:t>حدود الدراسة</w:t>
      </w:r>
      <w:r w:rsidR="00852F13" w:rsidRPr="00852F13">
        <w:rPr>
          <w:rFonts w:ascii="Times New Roman" w:eastAsia="Times New Roman" w:hAnsi="Times New Roman" w:cs="Times New Roman"/>
          <w:b/>
          <w:bCs/>
          <w:sz w:val="24"/>
          <w:szCs w:val="24"/>
        </w:rPr>
        <w:t xml:space="preserve"> (Study Limitations)</w:t>
      </w:r>
    </w:p>
    <w:p w14:paraId="683B964E" w14:textId="77777777" w:rsidR="007D3CBB" w:rsidRPr="007E766D" w:rsidRDefault="007D3CBB" w:rsidP="007D3CBB">
      <w:p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واجه هذه الدراسة عددًا من الحدود التي قد تؤثر جزئيًا على تعميم نتائجها، ومن أبرزها</w:t>
      </w:r>
      <w:r w:rsidRPr="007E766D">
        <w:rPr>
          <w:rFonts w:ascii="Simplified Arabic" w:eastAsia="Times New Roman" w:hAnsi="Simplified Arabic" w:cs="Simplified Arabic"/>
          <w:sz w:val="28"/>
          <w:szCs w:val="28"/>
        </w:rPr>
        <w:t>:</w:t>
      </w:r>
    </w:p>
    <w:p w14:paraId="51021AE8" w14:textId="77777777" w:rsidR="007D3CBB" w:rsidRPr="007E766D" w:rsidRDefault="007D3CBB" w:rsidP="00086701">
      <w:pPr>
        <w:numPr>
          <w:ilvl w:val="0"/>
          <w:numId w:val="35"/>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الحدود المكانية</w:t>
      </w:r>
      <w:r w:rsidRPr="007E766D">
        <w:rPr>
          <w:rFonts w:ascii="Simplified Arabic" w:eastAsia="Times New Roman" w:hAnsi="Simplified Arabic" w:cs="Simplified Arabic"/>
          <w:sz w:val="28"/>
          <w:szCs w:val="28"/>
        </w:rPr>
        <w:t xml:space="preserve"> (Spatial Limitations): </w:t>
      </w:r>
      <w:r w:rsidRPr="007E766D">
        <w:rPr>
          <w:rFonts w:ascii="Simplified Arabic" w:eastAsia="Times New Roman" w:hAnsi="Simplified Arabic" w:cs="Simplified Arabic"/>
          <w:sz w:val="28"/>
          <w:szCs w:val="28"/>
          <w:rtl/>
        </w:rPr>
        <w:t>اقتصرت الدراسة على عينة من مؤسسات محددة في بيئة عمل معينة، مما قد لا يعكس جميع القطاعات</w:t>
      </w:r>
      <w:r w:rsidRPr="007E766D">
        <w:rPr>
          <w:rFonts w:ascii="Simplified Arabic" w:eastAsia="Times New Roman" w:hAnsi="Simplified Arabic" w:cs="Simplified Arabic"/>
          <w:sz w:val="28"/>
          <w:szCs w:val="28"/>
        </w:rPr>
        <w:t>.</w:t>
      </w:r>
    </w:p>
    <w:p w14:paraId="58CF17B0" w14:textId="77777777" w:rsidR="007D3CBB" w:rsidRPr="007E766D" w:rsidRDefault="007D3CBB" w:rsidP="00086701">
      <w:pPr>
        <w:numPr>
          <w:ilvl w:val="0"/>
          <w:numId w:val="35"/>
        </w:numPr>
        <w:bidi/>
        <w:spacing w:after="224" w:line="259" w:lineRule="auto"/>
        <w:ind w:right="48"/>
        <w:rPr>
          <w:rFonts w:ascii="Simplified Arabic" w:eastAsia="Times New Roman" w:hAnsi="Simplified Arabic" w:cs="Simplified Arabic"/>
          <w:sz w:val="28"/>
          <w:szCs w:val="28"/>
        </w:rPr>
      </w:pPr>
      <w:r w:rsidRPr="007E766D">
        <w:rPr>
          <w:rFonts w:ascii="Simplified Arabic" w:eastAsia="Times New Roman" w:hAnsi="Simplified Arabic" w:cs="Simplified Arabic"/>
          <w:sz w:val="28"/>
          <w:szCs w:val="28"/>
          <w:rtl/>
        </w:rPr>
        <w:t>الحدود الزمانية</w:t>
      </w:r>
      <w:r w:rsidRPr="007E766D">
        <w:rPr>
          <w:rFonts w:ascii="Simplified Arabic" w:eastAsia="Times New Roman" w:hAnsi="Simplified Arabic" w:cs="Simplified Arabic"/>
          <w:sz w:val="28"/>
          <w:szCs w:val="28"/>
        </w:rPr>
        <w:t xml:space="preserve"> (Temporal Limitations): </w:t>
      </w:r>
      <w:r w:rsidRPr="007E766D">
        <w:rPr>
          <w:rFonts w:ascii="Simplified Arabic" w:eastAsia="Times New Roman" w:hAnsi="Simplified Arabic" w:cs="Simplified Arabic"/>
          <w:sz w:val="28"/>
          <w:szCs w:val="28"/>
          <w:rtl/>
        </w:rPr>
        <w:t>تم تنفيذ الدراسة خلال فترة زمنية محددة، ما يجعل نتائجها مرتبطة بالظروف التنظيمية السائدة في تلك المدة</w:t>
      </w:r>
      <w:r w:rsidRPr="007E766D">
        <w:rPr>
          <w:rFonts w:ascii="Simplified Arabic" w:eastAsia="Times New Roman" w:hAnsi="Simplified Arabic" w:cs="Simplified Arabic"/>
          <w:sz w:val="28"/>
          <w:szCs w:val="28"/>
        </w:rPr>
        <w:t>.</w:t>
      </w:r>
    </w:p>
    <w:p w14:paraId="1BCC99E0" w14:textId="77777777" w:rsidR="007D3CBB" w:rsidRDefault="007D3CBB" w:rsidP="00086701">
      <w:pPr>
        <w:numPr>
          <w:ilvl w:val="0"/>
          <w:numId w:val="35"/>
        </w:numPr>
        <w:bidi/>
        <w:spacing w:after="224" w:line="259" w:lineRule="auto"/>
        <w:ind w:right="48"/>
        <w:rPr>
          <w:rFonts w:ascii="Simplified Arabic" w:eastAsia="Times New Roman" w:hAnsi="Simplified Arabic" w:cs="Simplified Arabic"/>
          <w:b/>
          <w:bCs/>
          <w:sz w:val="28"/>
          <w:szCs w:val="28"/>
        </w:rPr>
      </w:pPr>
      <w:r w:rsidRPr="007E766D">
        <w:rPr>
          <w:rFonts w:ascii="Simplified Arabic" w:eastAsia="Times New Roman" w:hAnsi="Simplified Arabic" w:cs="Simplified Arabic"/>
          <w:sz w:val="28"/>
          <w:szCs w:val="28"/>
          <w:rtl/>
        </w:rPr>
        <w:t>الحدود الموضوعية</w:t>
      </w:r>
      <w:r w:rsidRPr="007E766D">
        <w:rPr>
          <w:rFonts w:ascii="Simplified Arabic" w:eastAsia="Times New Roman" w:hAnsi="Simplified Arabic" w:cs="Simplified Arabic"/>
          <w:sz w:val="28"/>
          <w:szCs w:val="28"/>
        </w:rPr>
        <w:t xml:space="preserve"> (Topical Limitations): </w:t>
      </w:r>
      <w:r w:rsidRPr="007E766D">
        <w:rPr>
          <w:rFonts w:ascii="Simplified Arabic" w:eastAsia="Times New Roman" w:hAnsi="Simplified Arabic" w:cs="Simplified Arabic"/>
          <w:sz w:val="28"/>
          <w:szCs w:val="28"/>
          <w:rtl/>
        </w:rPr>
        <w:t>تركز الدراسة على ثلاثة متغيرات رئيسية فقط دون التوسع في العوامل الأخرى المؤثرة في الإنتاجية، مثل القيادة أو الثقافة التنظيمية</w:t>
      </w:r>
      <w:r w:rsidRPr="007E766D">
        <w:rPr>
          <w:rFonts w:ascii="Simplified Arabic" w:eastAsia="Times New Roman" w:hAnsi="Simplified Arabic" w:cs="Simplified Arabic"/>
          <w:b/>
          <w:bCs/>
          <w:sz w:val="28"/>
          <w:szCs w:val="28"/>
        </w:rPr>
        <w:t>.</w:t>
      </w:r>
    </w:p>
    <w:p w14:paraId="1F6D5534" w14:textId="77777777" w:rsidR="00B135D9" w:rsidRPr="007E766D" w:rsidRDefault="00B135D9" w:rsidP="00B135D9">
      <w:pPr>
        <w:bidi/>
        <w:spacing w:after="224" w:line="259" w:lineRule="auto"/>
        <w:ind w:right="48"/>
        <w:rPr>
          <w:rFonts w:ascii="Simplified Arabic" w:eastAsia="Times New Roman" w:hAnsi="Simplified Arabic" w:cs="Simplified Arabic"/>
          <w:b/>
          <w:bCs/>
          <w:sz w:val="28"/>
          <w:szCs w:val="28"/>
        </w:rPr>
      </w:pPr>
    </w:p>
    <w:p w14:paraId="1F8985FB" w14:textId="1B0E985A" w:rsidR="007D3CBB" w:rsidRDefault="00750E5A" w:rsidP="00740BCE">
      <w:pPr>
        <w:bidi/>
        <w:spacing w:after="224" w:line="259" w:lineRule="auto"/>
        <w:ind w:right="48"/>
        <w:rPr>
          <w:rFonts w:ascii="Times New Roman" w:eastAsia="Times New Roman" w:hAnsi="Times New Roman" w:cs="Times New Roman"/>
          <w:b/>
          <w:bCs/>
          <w:sz w:val="24"/>
          <w:szCs w:val="24"/>
          <w:rtl/>
        </w:rPr>
      </w:pPr>
      <w:r w:rsidRPr="00750E5A">
        <w:rPr>
          <w:rFonts w:ascii="Times New Roman" w:eastAsia="Times New Roman" w:hAnsi="Times New Roman" w:cs="Times New Roman"/>
          <w:b/>
          <w:bCs/>
          <w:sz w:val="24"/>
          <w:szCs w:val="24"/>
          <w:rtl/>
        </w:rPr>
        <w:t>ثامنًا</w:t>
      </w:r>
      <w:r>
        <w:rPr>
          <w:rFonts w:ascii="Times New Roman" w:eastAsia="Times New Roman" w:hAnsi="Times New Roman" w:cs="Times New Roman" w:hint="cs"/>
          <w:b/>
          <w:bCs/>
          <w:sz w:val="24"/>
          <w:szCs w:val="24"/>
          <w:rtl/>
        </w:rPr>
        <w:t xml:space="preserve"> : </w:t>
      </w:r>
      <w:r w:rsidR="00740BCE" w:rsidRPr="00740BCE">
        <w:rPr>
          <w:rFonts w:ascii="Times New Roman" w:eastAsia="Times New Roman" w:hAnsi="Times New Roman" w:cs="Times New Roman"/>
          <w:b/>
          <w:bCs/>
          <w:sz w:val="24"/>
          <w:szCs w:val="24"/>
          <w:rtl/>
        </w:rPr>
        <w:t>ملخص منهجية الدراسة</w:t>
      </w:r>
      <w:r w:rsidR="00740BCE">
        <w:rPr>
          <w:rFonts w:ascii="Times New Roman" w:eastAsia="Times New Roman" w:hAnsi="Times New Roman" w:cs="Times New Roman" w:hint="cs"/>
          <w:b/>
          <w:bCs/>
          <w:sz w:val="24"/>
          <w:szCs w:val="24"/>
          <w:rtl/>
        </w:rPr>
        <w:t xml:space="preserve"> :</w:t>
      </w:r>
    </w:p>
    <w:p w14:paraId="43BA6DC7" w14:textId="190D9EA9" w:rsidR="00740BCE" w:rsidRPr="00B24C8D" w:rsidRDefault="00626243" w:rsidP="00626243">
      <w:p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سعى هذه المنهجية إلى توفير إطار علمي متكامل لتحليل العلاقة بين تنظيم العمل وإدارة الوقت والإنتاجية</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فمن خلال الجمع بين المنهج الوصفي التحليلي، والتحليل الكمي للبيانات، والاعتماد على أدوات علمية موثوقة، تهدف الدراسة إلى الوصول إلى نتائج يمكن الاستفادة منها عمليًا في تحسين الأداء المؤسسي ورفع كفاءة استخدام الوقت والموارد</w:t>
      </w:r>
      <w:r w:rsidRPr="00B24C8D">
        <w:rPr>
          <w:rFonts w:ascii="Simplified Arabic" w:eastAsia="Times New Roman" w:hAnsi="Simplified Arabic" w:cs="Simplified Arabic"/>
          <w:sz w:val="28"/>
          <w:szCs w:val="28"/>
        </w:rPr>
        <w:t>.</w:t>
      </w:r>
    </w:p>
    <w:p w14:paraId="181DB765" w14:textId="77777777" w:rsidR="007D3CBB" w:rsidRDefault="007D3CBB" w:rsidP="007D3CBB">
      <w:pPr>
        <w:bidi/>
        <w:spacing w:after="224" w:line="259" w:lineRule="auto"/>
        <w:ind w:right="48"/>
        <w:rPr>
          <w:rFonts w:ascii="Times New Roman" w:eastAsia="Times New Roman" w:hAnsi="Times New Roman" w:cs="Times New Roman"/>
          <w:b/>
          <w:bCs/>
          <w:sz w:val="24"/>
          <w:szCs w:val="24"/>
          <w:rtl/>
        </w:rPr>
      </w:pPr>
    </w:p>
    <w:p w14:paraId="5D22F73F" w14:textId="77777777" w:rsidR="00626243" w:rsidRDefault="00626243" w:rsidP="00626243">
      <w:pPr>
        <w:bidi/>
        <w:spacing w:after="224" w:line="259" w:lineRule="auto"/>
        <w:ind w:right="48"/>
        <w:rPr>
          <w:rFonts w:ascii="Times New Roman" w:eastAsia="Times New Roman" w:hAnsi="Times New Roman" w:cs="Times New Roman"/>
          <w:b/>
          <w:bCs/>
          <w:sz w:val="24"/>
          <w:szCs w:val="24"/>
          <w:rtl/>
        </w:rPr>
      </w:pPr>
    </w:p>
    <w:p w14:paraId="7DE0E1A6" w14:textId="1D8A82D9" w:rsidR="00626243" w:rsidRDefault="00760B46" w:rsidP="00760B46">
      <w:pPr>
        <w:bidi/>
        <w:spacing w:after="224" w:line="259" w:lineRule="auto"/>
        <w:ind w:left="720" w:right="48"/>
        <w:rPr>
          <w:b/>
          <w:bCs/>
          <w:sz w:val="32"/>
          <w:szCs w:val="32"/>
          <w:rtl/>
        </w:rPr>
      </w:pPr>
      <w:r w:rsidRPr="00760B46">
        <w:rPr>
          <w:b/>
          <w:bCs/>
          <w:sz w:val="32"/>
          <w:szCs w:val="32"/>
          <w:rtl/>
        </w:rPr>
        <w:t>فروض الدراسة</w:t>
      </w:r>
      <w:r w:rsidRPr="00760B46">
        <w:rPr>
          <w:rFonts w:hint="cs"/>
          <w:b/>
          <w:bCs/>
          <w:sz w:val="32"/>
          <w:szCs w:val="32"/>
          <w:rtl/>
        </w:rPr>
        <w:t xml:space="preserve"> :</w:t>
      </w:r>
    </w:p>
    <w:p w14:paraId="16244709" w14:textId="0F714850" w:rsidR="00760B46" w:rsidRDefault="00452761" w:rsidP="00452761">
      <w:pPr>
        <w:bidi/>
        <w:spacing w:after="224" w:line="259" w:lineRule="auto"/>
        <w:ind w:left="720" w:right="48"/>
        <w:rPr>
          <w:rFonts w:ascii="Times New Roman" w:eastAsia="Times New Roman" w:hAnsi="Times New Roman" w:cs="Times New Roman"/>
          <w:sz w:val="24"/>
          <w:szCs w:val="24"/>
          <w:rtl/>
        </w:rPr>
      </w:pPr>
      <w:r w:rsidRPr="00B24C8D">
        <w:rPr>
          <w:rFonts w:ascii="Simplified Arabic" w:eastAsia="Times New Roman" w:hAnsi="Simplified Arabic" w:cs="Simplified Arabic"/>
          <w:sz w:val="28"/>
          <w:szCs w:val="28"/>
          <w:rtl/>
        </w:rPr>
        <w:t>ستنادًا إلى الإطار النظري والدراسات السابقة، تفترض هذه الدراسة وجود علاقة ذات دلالة إحصائية بين تنظيم العمل وإدارة الوقت من جهة، ومستوى الإنتاجية في بيئة العمل من جهة أخرى. وانطلاقًا من أهداف البحث وتساؤلاته، تم صياغة الفروض التالية</w:t>
      </w:r>
      <w:r w:rsidRPr="00452761">
        <w:rPr>
          <w:rFonts w:ascii="Times New Roman" w:eastAsia="Times New Roman" w:hAnsi="Times New Roman" w:cs="Times New Roman"/>
          <w:sz w:val="24"/>
          <w:szCs w:val="24"/>
        </w:rPr>
        <w:t>:</w:t>
      </w:r>
    </w:p>
    <w:p w14:paraId="6DF070CB" w14:textId="75A7F3DB" w:rsidR="0042404E" w:rsidRPr="00B24C8D"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الرئيسي الأول</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يوجد تأثير إيجابي ذو دلالة إحصائية بين تنظيم العمل</w:t>
      </w:r>
      <w:r w:rsidRPr="00B24C8D">
        <w:rPr>
          <w:rFonts w:ascii="Simplified Arabic" w:eastAsia="Times New Roman" w:hAnsi="Simplified Arabic" w:cs="Simplified Arabic"/>
          <w:sz w:val="28"/>
          <w:szCs w:val="28"/>
        </w:rPr>
        <w:t xml:space="preserve"> (Work Organization) </w:t>
      </w:r>
      <w:r w:rsidRPr="00B24C8D">
        <w:rPr>
          <w:rFonts w:ascii="Simplified Arabic" w:eastAsia="Times New Roman" w:hAnsi="Simplified Arabic" w:cs="Simplified Arabic"/>
          <w:sz w:val="28"/>
          <w:szCs w:val="28"/>
          <w:rtl/>
        </w:rPr>
        <w:t>ومستوى الإنتاجية</w:t>
      </w:r>
      <w:r w:rsidRPr="00B24C8D">
        <w:rPr>
          <w:rFonts w:ascii="Simplified Arabic" w:eastAsia="Times New Roman" w:hAnsi="Simplified Arabic" w:cs="Simplified Arabic"/>
          <w:sz w:val="28"/>
          <w:szCs w:val="28"/>
        </w:rPr>
        <w:t xml:space="preserve"> (Productivity) </w:t>
      </w:r>
      <w:r w:rsidRPr="00B24C8D">
        <w:rPr>
          <w:rFonts w:ascii="Simplified Arabic" w:eastAsia="Times New Roman" w:hAnsi="Simplified Arabic" w:cs="Simplified Arabic"/>
          <w:sz w:val="28"/>
          <w:szCs w:val="28"/>
          <w:rtl/>
        </w:rPr>
        <w:t>في بيئة العمل</w:t>
      </w:r>
      <w:r w:rsidRPr="00B24C8D">
        <w:rPr>
          <w:rFonts w:ascii="Simplified Arabic" w:eastAsia="Times New Roman" w:hAnsi="Simplified Arabic" w:cs="Simplified Arabic"/>
          <w:sz w:val="28"/>
          <w:szCs w:val="28"/>
        </w:rPr>
        <w:t>.</w:t>
      </w:r>
    </w:p>
    <w:p w14:paraId="34281AC0" w14:textId="77777777" w:rsidR="00E700AE" w:rsidRPr="00B24C8D" w:rsidRDefault="00E700AE" w:rsidP="00E700AE">
      <w:pPr>
        <w:pStyle w:val="ListParagraph"/>
        <w:bidi/>
        <w:spacing w:after="224" w:line="259" w:lineRule="auto"/>
        <w:ind w:right="48"/>
        <w:rPr>
          <w:rFonts w:ascii="Simplified Arabic" w:eastAsia="Times New Roman" w:hAnsi="Simplified Arabic" w:cs="Simplified Arabic"/>
          <w:sz w:val="28"/>
          <w:szCs w:val="28"/>
        </w:rPr>
      </w:pPr>
    </w:p>
    <w:p w14:paraId="58D58943" w14:textId="57EFBC18" w:rsidR="004F25D8"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الرئيسي الثاني</w:t>
      </w:r>
      <w:r w:rsidRPr="00B24C8D">
        <w:rPr>
          <w:rFonts w:ascii="Simplified Arabic" w:eastAsia="Times New Roman" w:hAnsi="Simplified Arabic" w:cs="Simplified Arabic"/>
          <w:sz w:val="28"/>
          <w:szCs w:val="28"/>
        </w:rPr>
        <w:t>:</w:t>
      </w:r>
      <w:r w:rsidRPr="00813966">
        <w:rPr>
          <w:rFonts w:ascii="Simplified Arabic" w:eastAsia="Times New Roman" w:hAnsi="Simplified Arabic" w:cs="Simplified Arabic"/>
          <w:sz w:val="28"/>
          <w:szCs w:val="28"/>
        </w:rPr>
        <w:br/>
      </w:r>
      <w:r w:rsidRPr="00813966">
        <w:rPr>
          <w:rFonts w:ascii="Simplified Arabic" w:eastAsia="Times New Roman" w:hAnsi="Simplified Arabic" w:cs="Simplified Arabic"/>
          <w:sz w:val="28"/>
          <w:szCs w:val="28"/>
          <w:rtl/>
        </w:rPr>
        <w:t>يوجد تأثير إيجابي ذو دلالة إحصائية بين إدارة الوقت</w:t>
      </w:r>
      <w:r w:rsidRPr="00813966">
        <w:rPr>
          <w:rFonts w:ascii="Simplified Arabic" w:eastAsia="Times New Roman" w:hAnsi="Simplified Arabic" w:cs="Simplified Arabic"/>
          <w:sz w:val="28"/>
          <w:szCs w:val="28"/>
        </w:rPr>
        <w:t xml:space="preserve"> (Time Management) </w:t>
      </w:r>
      <w:r w:rsidRPr="00813966">
        <w:rPr>
          <w:rFonts w:ascii="Simplified Arabic" w:eastAsia="Times New Roman" w:hAnsi="Simplified Arabic" w:cs="Simplified Arabic"/>
          <w:sz w:val="28"/>
          <w:szCs w:val="28"/>
          <w:rtl/>
        </w:rPr>
        <w:t>ومستوى الإنتاجية في بيئة العمل</w:t>
      </w:r>
      <w:r w:rsidRPr="00813966">
        <w:rPr>
          <w:rFonts w:ascii="Simplified Arabic" w:eastAsia="Times New Roman" w:hAnsi="Simplified Arabic" w:cs="Simplified Arabic"/>
          <w:sz w:val="28"/>
          <w:szCs w:val="28"/>
        </w:rPr>
        <w:t>.</w:t>
      </w:r>
    </w:p>
    <w:p w14:paraId="3102439C" w14:textId="77777777" w:rsidR="00813966" w:rsidRDefault="00813966" w:rsidP="00813966">
      <w:pPr>
        <w:bidi/>
        <w:spacing w:after="224" w:line="259" w:lineRule="auto"/>
        <w:ind w:right="48"/>
        <w:rPr>
          <w:rFonts w:ascii="Simplified Arabic" w:eastAsia="Times New Roman" w:hAnsi="Simplified Arabic" w:cs="Simplified Arabic"/>
          <w:sz w:val="28"/>
          <w:szCs w:val="28"/>
          <w:rtl/>
        </w:rPr>
      </w:pPr>
    </w:p>
    <w:p w14:paraId="58CE28D8" w14:textId="77777777" w:rsidR="00813966" w:rsidRDefault="00813966" w:rsidP="00813966">
      <w:pPr>
        <w:bidi/>
        <w:spacing w:after="224" w:line="259" w:lineRule="auto"/>
        <w:ind w:right="48"/>
        <w:rPr>
          <w:rFonts w:ascii="Simplified Arabic" w:eastAsia="Times New Roman" w:hAnsi="Simplified Arabic" w:cs="Simplified Arabic"/>
          <w:sz w:val="28"/>
          <w:szCs w:val="28"/>
          <w:rtl/>
        </w:rPr>
      </w:pPr>
    </w:p>
    <w:p w14:paraId="5CA14ADA" w14:textId="77777777" w:rsidR="00813966" w:rsidRDefault="00813966" w:rsidP="00813966">
      <w:pPr>
        <w:bidi/>
        <w:spacing w:after="224" w:line="259" w:lineRule="auto"/>
        <w:ind w:right="48"/>
        <w:rPr>
          <w:rFonts w:ascii="Simplified Arabic" w:eastAsia="Times New Roman" w:hAnsi="Simplified Arabic" w:cs="Simplified Arabic"/>
          <w:sz w:val="28"/>
          <w:szCs w:val="28"/>
          <w:rtl/>
        </w:rPr>
      </w:pPr>
    </w:p>
    <w:p w14:paraId="404FD94E" w14:textId="77777777" w:rsidR="00813966" w:rsidRPr="00813966" w:rsidRDefault="00813966" w:rsidP="00813966">
      <w:pPr>
        <w:bidi/>
        <w:spacing w:after="224" w:line="259" w:lineRule="auto"/>
        <w:ind w:right="48"/>
        <w:rPr>
          <w:rFonts w:ascii="Simplified Arabic" w:eastAsia="Times New Roman" w:hAnsi="Simplified Arabic" w:cs="Simplified Arabic"/>
          <w:sz w:val="28"/>
          <w:szCs w:val="28"/>
        </w:rPr>
      </w:pPr>
    </w:p>
    <w:p w14:paraId="4EBE9D21" w14:textId="3D3DB0A2" w:rsidR="0042404E"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الفرعي الأول</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كفاءة توزيع المهام</w:t>
      </w:r>
      <w:r w:rsidRPr="00B24C8D">
        <w:rPr>
          <w:rFonts w:ascii="Simplified Arabic" w:eastAsia="Times New Roman" w:hAnsi="Simplified Arabic" w:cs="Simplified Arabic"/>
          <w:sz w:val="28"/>
          <w:szCs w:val="28"/>
        </w:rPr>
        <w:t xml:space="preserve"> (Task Distribution Efficiency) </w:t>
      </w:r>
      <w:r w:rsidRPr="00B24C8D">
        <w:rPr>
          <w:rFonts w:ascii="Simplified Arabic" w:eastAsia="Times New Roman" w:hAnsi="Simplified Arabic" w:cs="Simplified Arabic"/>
          <w:sz w:val="28"/>
          <w:szCs w:val="28"/>
          <w:rtl/>
        </w:rPr>
        <w:t>تؤثر إيجابًا على سرعة إنجاز العمل</w:t>
      </w:r>
      <w:r w:rsidRPr="00B24C8D">
        <w:rPr>
          <w:rFonts w:ascii="Simplified Arabic" w:eastAsia="Times New Roman" w:hAnsi="Simplified Arabic" w:cs="Simplified Arabic"/>
          <w:sz w:val="28"/>
          <w:szCs w:val="28"/>
        </w:rPr>
        <w:t xml:space="preserve"> (Work Completion Speed).</w:t>
      </w:r>
    </w:p>
    <w:p w14:paraId="63DED6D8" w14:textId="77777777" w:rsidR="004F25D8" w:rsidRDefault="004F25D8" w:rsidP="004F25D8">
      <w:pPr>
        <w:pStyle w:val="ListParagraph"/>
        <w:bidi/>
        <w:spacing w:after="224" w:line="259" w:lineRule="auto"/>
        <w:ind w:right="48"/>
        <w:rPr>
          <w:rFonts w:ascii="Simplified Arabic" w:eastAsia="Times New Roman" w:hAnsi="Simplified Arabic" w:cs="Simplified Arabic"/>
          <w:sz w:val="28"/>
          <w:szCs w:val="28"/>
          <w:rtl/>
        </w:rPr>
      </w:pPr>
    </w:p>
    <w:p w14:paraId="49FAB8AA" w14:textId="77777777" w:rsidR="004F25D8" w:rsidRPr="00B24C8D" w:rsidRDefault="004F25D8" w:rsidP="004F25D8">
      <w:pPr>
        <w:pStyle w:val="ListParagraph"/>
        <w:bidi/>
        <w:spacing w:after="224" w:line="259" w:lineRule="auto"/>
        <w:ind w:right="48"/>
        <w:rPr>
          <w:rFonts w:ascii="Simplified Arabic" w:eastAsia="Times New Roman" w:hAnsi="Simplified Arabic" w:cs="Simplified Arabic"/>
          <w:sz w:val="28"/>
          <w:szCs w:val="28"/>
        </w:rPr>
      </w:pPr>
    </w:p>
    <w:p w14:paraId="31369A42" w14:textId="77777777" w:rsidR="00E700AE" w:rsidRPr="00B24C8D" w:rsidRDefault="00E700AE" w:rsidP="00E700AE">
      <w:pPr>
        <w:pStyle w:val="ListParagraph"/>
        <w:bidi/>
        <w:spacing w:after="224" w:line="259" w:lineRule="auto"/>
        <w:ind w:right="48"/>
        <w:rPr>
          <w:rFonts w:ascii="Simplified Arabic" w:eastAsia="Times New Roman" w:hAnsi="Simplified Arabic" w:cs="Simplified Arabic"/>
          <w:sz w:val="28"/>
          <w:szCs w:val="28"/>
        </w:rPr>
      </w:pPr>
    </w:p>
    <w:p w14:paraId="019EDCD9" w14:textId="5A4A45A1" w:rsidR="0042404E" w:rsidRPr="00B24C8D"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الفرعي الثاني</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تحديد الأولويات</w:t>
      </w:r>
      <w:r w:rsidRPr="00B24C8D">
        <w:rPr>
          <w:rFonts w:ascii="Simplified Arabic" w:eastAsia="Times New Roman" w:hAnsi="Simplified Arabic" w:cs="Simplified Arabic"/>
          <w:sz w:val="28"/>
          <w:szCs w:val="28"/>
        </w:rPr>
        <w:t xml:space="preserve"> (Prioritization) </w:t>
      </w:r>
      <w:r w:rsidRPr="00B24C8D">
        <w:rPr>
          <w:rFonts w:ascii="Simplified Arabic" w:eastAsia="Times New Roman" w:hAnsi="Simplified Arabic" w:cs="Simplified Arabic"/>
          <w:sz w:val="28"/>
          <w:szCs w:val="28"/>
          <w:rtl/>
        </w:rPr>
        <w:t>يسهم في تحسين جودة الأداء</w:t>
      </w:r>
      <w:r w:rsidRPr="00B24C8D">
        <w:rPr>
          <w:rFonts w:ascii="Simplified Arabic" w:eastAsia="Times New Roman" w:hAnsi="Simplified Arabic" w:cs="Simplified Arabic"/>
          <w:sz w:val="28"/>
          <w:szCs w:val="28"/>
        </w:rPr>
        <w:t xml:space="preserve"> (Performance Quality).</w:t>
      </w:r>
    </w:p>
    <w:p w14:paraId="01AFB8C2" w14:textId="77777777" w:rsidR="00E700AE" w:rsidRPr="00B24C8D" w:rsidRDefault="00E700AE" w:rsidP="00E700AE">
      <w:pPr>
        <w:pStyle w:val="ListParagraph"/>
        <w:rPr>
          <w:rFonts w:ascii="Simplified Arabic" w:eastAsia="Times New Roman" w:hAnsi="Simplified Arabic" w:cs="Simplified Arabic"/>
          <w:sz w:val="28"/>
          <w:szCs w:val="28"/>
          <w:rtl/>
        </w:rPr>
      </w:pPr>
    </w:p>
    <w:p w14:paraId="2C137657" w14:textId="77777777" w:rsidR="00E700AE" w:rsidRPr="00B24C8D" w:rsidRDefault="00E700AE" w:rsidP="00E700AE">
      <w:pPr>
        <w:pStyle w:val="ListParagraph"/>
        <w:bidi/>
        <w:spacing w:after="224" w:line="259" w:lineRule="auto"/>
        <w:ind w:right="48"/>
        <w:rPr>
          <w:rFonts w:ascii="Simplified Arabic" w:eastAsia="Times New Roman" w:hAnsi="Simplified Arabic" w:cs="Simplified Arabic"/>
          <w:sz w:val="28"/>
          <w:szCs w:val="28"/>
        </w:rPr>
      </w:pPr>
    </w:p>
    <w:p w14:paraId="468B2CD9" w14:textId="11DD3259" w:rsidR="0042404E" w:rsidRPr="00B24C8D"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الفرعي الثالث</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المتابعة الدورية والتنظيم المستمر يعززان الالتزام المهني</w:t>
      </w:r>
      <w:r w:rsidRPr="00B24C8D">
        <w:rPr>
          <w:rFonts w:ascii="Simplified Arabic" w:eastAsia="Times New Roman" w:hAnsi="Simplified Arabic" w:cs="Simplified Arabic"/>
          <w:sz w:val="28"/>
          <w:szCs w:val="28"/>
        </w:rPr>
        <w:t xml:space="preserve"> (Professional Commitment) </w:t>
      </w:r>
      <w:r w:rsidRPr="00B24C8D">
        <w:rPr>
          <w:rFonts w:ascii="Simplified Arabic" w:eastAsia="Times New Roman" w:hAnsi="Simplified Arabic" w:cs="Simplified Arabic"/>
          <w:sz w:val="28"/>
          <w:szCs w:val="28"/>
          <w:rtl/>
        </w:rPr>
        <w:t>لدى العاملين</w:t>
      </w:r>
      <w:r w:rsidRPr="00B24C8D">
        <w:rPr>
          <w:rFonts w:ascii="Simplified Arabic" w:eastAsia="Times New Roman" w:hAnsi="Simplified Arabic" w:cs="Simplified Arabic"/>
          <w:sz w:val="28"/>
          <w:szCs w:val="28"/>
        </w:rPr>
        <w:t>.</w:t>
      </w:r>
    </w:p>
    <w:p w14:paraId="67E771E4" w14:textId="77777777" w:rsidR="00E700AE" w:rsidRPr="00B24C8D" w:rsidRDefault="00E700AE" w:rsidP="00E700AE">
      <w:pPr>
        <w:pStyle w:val="ListParagraph"/>
        <w:bidi/>
        <w:spacing w:after="224" w:line="259" w:lineRule="auto"/>
        <w:ind w:right="48"/>
        <w:rPr>
          <w:rFonts w:ascii="Simplified Arabic" w:eastAsia="Times New Roman" w:hAnsi="Simplified Arabic" w:cs="Simplified Arabic"/>
          <w:sz w:val="28"/>
          <w:szCs w:val="28"/>
        </w:rPr>
      </w:pPr>
    </w:p>
    <w:p w14:paraId="64446DA1" w14:textId="33695E93" w:rsidR="0042404E" w:rsidRPr="00B24C8D" w:rsidRDefault="0042404E" w:rsidP="00086701">
      <w:pPr>
        <w:pStyle w:val="ListParagraph"/>
        <w:numPr>
          <w:ilvl w:val="0"/>
          <w:numId w:val="36"/>
        </w:numPr>
        <w:bidi/>
        <w:spacing w:after="224" w:line="259" w:lineRule="auto"/>
        <w:ind w:right="48"/>
        <w:rPr>
          <w:rFonts w:ascii="Simplified Arabic" w:eastAsia="Times New Roman" w:hAnsi="Simplified Arabic" w:cs="Simplified Arabic"/>
          <w:sz w:val="28"/>
          <w:szCs w:val="28"/>
        </w:rPr>
      </w:pPr>
      <w:r w:rsidRPr="00B24C8D">
        <w:rPr>
          <w:rFonts w:ascii="Simplified Arabic" w:eastAsia="Times New Roman" w:hAnsi="Simplified Arabic" w:cs="Simplified Arabic"/>
          <w:sz w:val="28"/>
          <w:szCs w:val="28"/>
          <w:rtl/>
        </w:rPr>
        <w:t>الفرض الفرعي الرابع</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يوجد تفاعل إيجابي بين تنظيم العمل وإدارة الوقت في التأثير على الإنتاجية الكلية للمؤسسة</w:t>
      </w:r>
      <w:r w:rsidRPr="00B24C8D">
        <w:rPr>
          <w:rFonts w:ascii="Simplified Arabic" w:eastAsia="Times New Roman" w:hAnsi="Simplified Arabic" w:cs="Simplified Arabic"/>
          <w:sz w:val="28"/>
          <w:szCs w:val="28"/>
        </w:rPr>
        <w:t xml:space="preserve"> (Overall Productivity).</w:t>
      </w:r>
    </w:p>
    <w:p w14:paraId="247298C4" w14:textId="77777777" w:rsidR="00622376" w:rsidRPr="00D47CC8" w:rsidRDefault="00622376" w:rsidP="00D47CC8">
      <w:pPr>
        <w:bidi/>
        <w:spacing w:after="224" w:line="259" w:lineRule="auto"/>
        <w:ind w:right="48"/>
        <w:rPr>
          <w:rFonts w:ascii="Simplified Arabic" w:eastAsia="Times New Roman" w:hAnsi="Simplified Arabic" w:cs="Simplified Arabic"/>
          <w:sz w:val="28"/>
          <w:szCs w:val="28"/>
        </w:rPr>
      </w:pPr>
    </w:p>
    <w:p w14:paraId="302E94E7" w14:textId="29428DD7" w:rsidR="0042404E" w:rsidRDefault="0042404E" w:rsidP="00086701">
      <w:pPr>
        <w:pStyle w:val="ListParagraph"/>
        <w:numPr>
          <w:ilvl w:val="0"/>
          <w:numId w:val="36"/>
        </w:numPr>
        <w:bidi/>
        <w:spacing w:after="224" w:line="259" w:lineRule="auto"/>
        <w:ind w:right="48"/>
        <w:rPr>
          <w:rFonts w:ascii="Times New Roman" w:eastAsia="Times New Roman" w:hAnsi="Times New Roman" w:cs="Times New Roman"/>
          <w:sz w:val="24"/>
          <w:szCs w:val="24"/>
        </w:rPr>
      </w:pPr>
      <w:r w:rsidRPr="00B24C8D">
        <w:rPr>
          <w:rFonts w:ascii="Simplified Arabic" w:eastAsia="Times New Roman" w:hAnsi="Simplified Arabic" w:cs="Simplified Arabic"/>
          <w:sz w:val="28"/>
          <w:szCs w:val="28"/>
          <w:rtl/>
        </w:rPr>
        <w:t>الفرض الفرعي الخامس</w:t>
      </w:r>
      <w:r w:rsidRPr="00B24C8D">
        <w:rPr>
          <w:rFonts w:ascii="Simplified Arabic" w:eastAsia="Times New Roman" w:hAnsi="Simplified Arabic" w:cs="Simplified Arabic"/>
          <w:sz w:val="28"/>
          <w:szCs w:val="28"/>
        </w:rPr>
        <w:t>:</w:t>
      </w:r>
      <w:r w:rsidRPr="00B24C8D">
        <w:rPr>
          <w:rFonts w:ascii="Simplified Arabic" w:eastAsia="Times New Roman" w:hAnsi="Simplified Arabic" w:cs="Simplified Arabic"/>
          <w:sz w:val="28"/>
          <w:szCs w:val="28"/>
        </w:rPr>
        <w:br/>
      </w:r>
      <w:r w:rsidRPr="00B24C8D">
        <w:rPr>
          <w:rFonts w:ascii="Simplified Arabic" w:eastAsia="Times New Roman" w:hAnsi="Simplified Arabic" w:cs="Simplified Arabic"/>
          <w:sz w:val="28"/>
          <w:szCs w:val="28"/>
          <w:rtl/>
        </w:rPr>
        <w:t>تختلف درجة تأثير تنظيم العمل وإدارة الوقت على الإنتاجية وفقًا للخصائص الديموغرافية</w:t>
      </w:r>
      <w:r w:rsidRPr="00B24C8D">
        <w:rPr>
          <w:rFonts w:ascii="Simplified Arabic" w:eastAsia="Times New Roman" w:hAnsi="Simplified Arabic" w:cs="Simplified Arabic"/>
          <w:sz w:val="28"/>
          <w:szCs w:val="28"/>
        </w:rPr>
        <w:t xml:space="preserve"> (Demographic Variables) </w:t>
      </w:r>
      <w:r w:rsidRPr="00B24C8D">
        <w:rPr>
          <w:rFonts w:ascii="Simplified Arabic" w:eastAsia="Times New Roman" w:hAnsi="Simplified Arabic" w:cs="Simplified Arabic"/>
          <w:sz w:val="28"/>
          <w:szCs w:val="28"/>
          <w:rtl/>
        </w:rPr>
        <w:t>للعاملين مثل الجنس والعمر والخبرة</w:t>
      </w:r>
      <w:r w:rsidR="005C32DF">
        <w:rPr>
          <w:rFonts w:ascii="Times New Roman" w:eastAsia="Times New Roman" w:hAnsi="Times New Roman" w:cs="Times New Roman" w:hint="cs"/>
          <w:sz w:val="24"/>
          <w:szCs w:val="24"/>
          <w:rtl/>
        </w:rPr>
        <w:t xml:space="preserve"> .</w:t>
      </w:r>
    </w:p>
    <w:p w14:paraId="65741F50" w14:textId="77777777" w:rsidR="00D47CC8" w:rsidRPr="00D47CC8" w:rsidRDefault="00D47CC8" w:rsidP="00D47CC8">
      <w:pPr>
        <w:pStyle w:val="ListParagraph"/>
        <w:rPr>
          <w:rFonts w:ascii="Times New Roman" w:eastAsia="Times New Roman" w:hAnsi="Times New Roman" w:cs="Times New Roman"/>
          <w:sz w:val="24"/>
          <w:szCs w:val="24"/>
          <w:rtl/>
        </w:rPr>
      </w:pPr>
    </w:p>
    <w:p w14:paraId="2F7638F7" w14:textId="77777777" w:rsidR="00D47CC8" w:rsidRDefault="00D47CC8" w:rsidP="00D47CC8">
      <w:pPr>
        <w:pStyle w:val="ListParagraph"/>
        <w:bidi/>
        <w:spacing w:after="224" w:line="259" w:lineRule="auto"/>
        <w:ind w:right="48"/>
        <w:rPr>
          <w:rFonts w:ascii="Times New Roman" w:eastAsia="Times New Roman" w:hAnsi="Times New Roman" w:cs="Times New Roman"/>
          <w:sz w:val="24"/>
          <w:szCs w:val="24"/>
          <w:rtl/>
        </w:rPr>
      </w:pPr>
    </w:p>
    <w:p w14:paraId="1DC9F8A4" w14:textId="77777777" w:rsidR="004F25D8" w:rsidRDefault="004F25D8" w:rsidP="004F25D8">
      <w:pPr>
        <w:pStyle w:val="ListParagraph"/>
        <w:bidi/>
        <w:spacing w:after="224" w:line="259" w:lineRule="auto"/>
        <w:ind w:right="48"/>
        <w:rPr>
          <w:rFonts w:ascii="Times New Roman" w:eastAsia="Times New Roman" w:hAnsi="Times New Roman" w:cs="Times New Roman"/>
          <w:sz w:val="24"/>
          <w:szCs w:val="24"/>
          <w:rtl/>
        </w:rPr>
      </w:pPr>
    </w:p>
    <w:p w14:paraId="19743740" w14:textId="77777777" w:rsidR="004F25D8" w:rsidRDefault="004F25D8" w:rsidP="004F25D8">
      <w:pPr>
        <w:pStyle w:val="ListParagraph"/>
        <w:bidi/>
        <w:spacing w:after="224" w:line="259" w:lineRule="auto"/>
        <w:ind w:right="48"/>
        <w:rPr>
          <w:rFonts w:ascii="Times New Roman" w:eastAsia="Times New Roman" w:hAnsi="Times New Roman" w:cs="Times New Roman"/>
          <w:sz w:val="24"/>
          <w:szCs w:val="24"/>
          <w:rtl/>
        </w:rPr>
      </w:pPr>
    </w:p>
    <w:p w14:paraId="1539E9AC" w14:textId="77777777" w:rsidR="004F25D8" w:rsidRDefault="004F25D8" w:rsidP="004F25D8">
      <w:pPr>
        <w:pStyle w:val="ListParagraph"/>
        <w:bidi/>
        <w:spacing w:after="224" w:line="259" w:lineRule="auto"/>
        <w:ind w:right="48"/>
        <w:rPr>
          <w:rFonts w:ascii="Times New Roman" w:eastAsia="Times New Roman" w:hAnsi="Times New Roman" w:cs="Times New Roman"/>
          <w:sz w:val="24"/>
          <w:szCs w:val="24"/>
          <w:rtl/>
        </w:rPr>
      </w:pPr>
    </w:p>
    <w:p w14:paraId="0C3AC281" w14:textId="77777777" w:rsidR="004F25D8" w:rsidRDefault="004F25D8" w:rsidP="004F25D8">
      <w:pPr>
        <w:pStyle w:val="ListParagraph"/>
        <w:bidi/>
        <w:spacing w:after="224" w:line="259" w:lineRule="auto"/>
        <w:ind w:right="48"/>
        <w:rPr>
          <w:rFonts w:ascii="Times New Roman" w:eastAsia="Times New Roman" w:hAnsi="Times New Roman" w:cs="Times New Roman"/>
          <w:sz w:val="24"/>
          <w:szCs w:val="24"/>
          <w:rtl/>
        </w:rPr>
      </w:pPr>
    </w:p>
    <w:p w14:paraId="345DB039" w14:textId="77777777" w:rsidR="00D47CC8" w:rsidRDefault="00D47CC8" w:rsidP="00D47CC8">
      <w:pPr>
        <w:pStyle w:val="ListParagraph"/>
        <w:bidi/>
        <w:spacing w:after="224" w:line="259" w:lineRule="auto"/>
        <w:ind w:right="48"/>
        <w:rPr>
          <w:rFonts w:ascii="Times New Roman" w:eastAsia="Times New Roman" w:hAnsi="Times New Roman" w:cs="Times New Roman"/>
          <w:sz w:val="24"/>
          <w:szCs w:val="24"/>
        </w:rPr>
      </w:pPr>
    </w:p>
    <w:p w14:paraId="62BB36C0" w14:textId="037A212D" w:rsidR="005C32DF" w:rsidRDefault="00506230" w:rsidP="00506230">
      <w:pPr>
        <w:bidi/>
        <w:spacing w:after="224" w:line="259" w:lineRule="auto"/>
        <w:ind w:left="720" w:right="48"/>
        <w:rPr>
          <w:b/>
          <w:bCs/>
          <w:sz w:val="32"/>
          <w:szCs w:val="32"/>
          <w:rtl/>
        </w:rPr>
      </w:pPr>
      <w:r w:rsidRPr="00506230">
        <w:rPr>
          <w:rFonts w:hint="cs"/>
          <w:b/>
          <w:bCs/>
          <w:sz w:val="32"/>
          <w:szCs w:val="32"/>
          <w:rtl/>
        </w:rPr>
        <w:t xml:space="preserve">المصطلحات : </w:t>
      </w:r>
    </w:p>
    <w:p w14:paraId="388BC188" w14:textId="77777777" w:rsidR="00D47CC8" w:rsidRDefault="00D47CC8" w:rsidP="00D47CC8">
      <w:pPr>
        <w:bidi/>
        <w:spacing w:after="224" w:line="259" w:lineRule="auto"/>
        <w:ind w:left="720" w:right="48"/>
        <w:rPr>
          <w:b/>
          <w:bCs/>
          <w:sz w:val="32"/>
          <w:szCs w:val="32"/>
          <w:rtl/>
        </w:rPr>
      </w:pPr>
    </w:p>
    <w:p w14:paraId="5841E593" w14:textId="77777777" w:rsidR="00CB567D" w:rsidRDefault="001F32B6" w:rsidP="00086701">
      <w:pPr>
        <w:pStyle w:val="ListParagraph"/>
        <w:numPr>
          <w:ilvl w:val="0"/>
          <w:numId w:val="37"/>
        </w:numPr>
        <w:bidi/>
        <w:spacing w:after="224" w:line="259" w:lineRule="auto"/>
        <w:ind w:right="48"/>
        <w:rPr>
          <w:b/>
          <w:bCs/>
          <w:sz w:val="32"/>
          <w:szCs w:val="32"/>
        </w:rPr>
      </w:pPr>
      <w:r w:rsidRPr="001F32B6">
        <w:rPr>
          <w:b/>
          <w:bCs/>
          <w:sz w:val="32"/>
          <w:szCs w:val="32"/>
          <w:rtl/>
        </w:rPr>
        <w:t>تنظيم العمل</w:t>
      </w:r>
      <w:r w:rsidRPr="001F32B6">
        <w:rPr>
          <w:b/>
          <w:bCs/>
          <w:sz w:val="32"/>
          <w:szCs w:val="32"/>
        </w:rPr>
        <w:t xml:space="preserve"> </w:t>
      </w:r>
      <w:r w:rsidRPr="00185DEC">
        <w:rPr>
          <w:rFonts w:asciiTheme="majorBidi" w:hAnsiTheme="majorBidi" w:cstheme="majorBidi"/>
          <w:b/>
          <w:bCs/>
          <w:sz w:val="32"/>
          <w:szCs w:val="32"/>
        </w:rPr>
        <w:t>(Work Organization):</w:t>
      </w:r>
    </w:p>
    <w:p w14:paraId="1B312444" w14:textId="39408799" w:rsidR="000809A5" w:rsidRDefault="001F32B6" w:rsidP="000809A5">
      <w:pPr>
        <w:bidi/>
        <w:rPr>
          <w:rFonts w:ascii="Simplified Arabic" w:hAnsi="Simplified Arabic" w:cs="Simplified Arabic"/>
          <w:sz w:val="28"/>
          <w:szCs w:val="28"/>
          <w:rtl/>
        </w:rPr>
      </w:pPr>
      <w:r w:rsidRPr="001F32B6">
        <w:rPr>
          <w:b/>
          <w:bCs/>
          <w:sz w:val="32"/>
          <w:szCs w:val="32"/>
        </w:rPr>
        <w:br/>
      </w:r>
      <w:r w:rsidR="000809A5" w:rsidRPr="000809A5">
        <w:rPr>
          <w:rFonts w:ascii="Simplified Arabic" w:hAnsi="Simplified Arabic" w:cs="Simplified Arabic"/>
          <w:sz w:val="28"/>
          <w:szCs w:val="28"/>
          <w:rtl/>
        </w:rPr>
        <w:t>يقصد به عملية توزيع المهام والمسؤوليات</w:t>
      </w:r>
      <w:r w:rsidR="000809A5" w:rsidRPr="000809A5">
        <w:rPr>
          <w:rFonts w:ascii="Simplified Arabic" w:hAnsi="Simplified Arabic" w:cs="Simplified Arabic"/>
          <w:sz w:val="28"/>
          <w:szCs w:val="28"/>
        </w:rPr>
        <w:t xml:space="preserve"> (Distribution of Tasks and Responsibilities) </w:t>
      </w:r>
      <w:r w:rsidR="000809A5" w:rsidRPr="000809A5">
        <w:rPr>
          <w:rFonts w:ascii="Simplified Arabic" w:hAnsi="Simplified Arabic" w:cs="Simplified Arabic"/>
          <w:sz w:val="28"/>
          <w:szCs w:val="28"/>
          <w:rtl/>
        </w:rPr>
        <w:t>بين الأفراد والأقسام داخل المؤسسة بطريقة منهجية ومنظمة، تهدف إلى تحقيق الأهداف المؤسسية بأعلى كفاءة ممكنة، من خلال وضوح الأدوار، وتجنب الازدواجية في العمل، وضمان التنسيق الفعّال بين مختلف المستويات الإدارية</w:t>
      </w:r>
      <w:r w:rsidR="000809A5" w:rsidRPr="000809A5">
        <w:rPr>
          <w:rFonts w:ascii="Simplified Arabic" w:hAnsi="Simplified Arabic" w:cs="Simplified Arabic"/>
          <w:sz w:val="28"/>
          <w:szCs w:val="28"/>
        </w:rPr>
        <w:t>.</w:t>
      </w:r>
      <w:r w:rsidR="0053339F">
        <w:rPr>
          <w:rFonts w:ascii="Simplified Arabic" w:hAnsi="Simplified Arabic" w:cs="Simplified Arabic"/>
          <w:sz w:val="28"/>
          <w:szCs w:val="28"/>
        </w:rPr>
        <w:t xml:space="preserve"> </w:t>
      </w:r>
      <w:r w:rsidR="0053339F">
        <w:rPr>
          <w:rFonts w:ascii="Simplified Arabic" w:hAnsi="Simplified Arabic" w:cs="Simplified Arabic" w:hint="cs"/>
          <w:sz w:val="28"/>
          <w:szCs w:val="28"/>
          <w:rtl/>
        </w:rPr>
        <w:t xml:space="preserve"> </w:t>
      </w:r>
    </w:p>
    <w:p w14:paraId="4A7C078E" w14:textId="77777777" w:rsidR="00863884" w:rsidRDefault="00863884" w:rsidP="00863884">
      <w:pPr>
        <w:bidi/>
        <w:rPr>
          <w:rFonts w:ascii="Simplified Arabic" w:hAnsi="Simplified Arabic" w:cs="Simplified Arabic"/>
          <w:sz w:val="28"/>
          <w:szCs w:val="28"/>
          <w:rtl/>
        </w:rPr>
      </w:pPr>
    </w:p>
    <w:p w14:paraId="4CEFE387" w14:textId="289BEBBB" w:rsidR="00863884" w:rsidRDefault="000C7998" w:rsidP="000C7998">
      <w:pPr>
        <w:bidi/>
        <w:rPr>
          <w:rFonts w:ascii="Simplified Arabic" w:hAnsi="Simplified Arabic" w:cs="Simplified Arabic"/>
          <w:b/>
          <w:bCs/>
          <w:sz w:val="28"/>
          <w:szCs w:val="28"/>
          <w:rtl/>
        </w:rPr>
      </w:pPr>
      <w:r w:rsidRPr="000C7998">
        <w:rPr>
          <w:rFonts w:ascii="Simplified Arabic" w:hAnsi="Simplified Arabic" w:cs="Simplified Arabic"/>
          <w:b/>
          <w:bCs/>
          <w:sz w:val="28"/>
          <w:szCs w:val="28"/>
          <w:rtl/>
        </w:rPr>
        <w:t>الأهداف الرئيسية لتنظيم العمل</w:t>
      </w:r>
      <w:r>
        <w:rPr>
          <w:rFonts w:ascii="Simplified Arabic" w:hAnsi="Simplified Arabic" w:cs="Simplified Arabic" w:hint="cs"/>
          <w:b/>
          <w:bCs/>
          <w:sz w:val="28"/>
          <w:szCs w:val="28"/>
          <w:rtl/>
        </w:rPr>
        <w:t xml:space="preserve"> : </w:t>
      </w:r>
    </w:p>
    <w:p w14:paraId="4193C477" w14:textId="37EF5FA9" w:rsidR="00DD35E4" w:rsidRPr="00A47933" w:rsidRDefault="00DF0F85" w:rsidP="00086701">
      <w:pPr>
        <w:pStyle w:val="ListParagraph"/>
        <w:numPr>
          <w:ilvl w:val="0"/>
          <w:numId w:val="63"/>
        </w:numPr>
        <w:bidi/>
        <w:spacing w:line="360" w:lineRule="auto"/>
        <w:rPr>
          <w:rFonts w:ascii="Simplified Arabic" w:hAnsi="Simplified Arabic" w:cs="Simplified Arabic"/>
          <w:sz w:val="28"/>
          <w:szCs w:val="28"/>
        </w:rPr>
      </w:pPr>
      <w:r w:rsidRPr="00A47933">
        <w:rPr>
          <w:rFonts w:ascii="Simplified Arabic" w:hAnsi="Simplified Arabic" w:cs="Simplified Arabic"/>
          <w:sz w:val="28"/>
          <w:szCs w:val="28"/>
          <w:rtl/>
        </w:rPr>
        <w:t>وضوح الأدوار والمسؤوليات</w:t>
      </w:r>
      <w:r w:rsidRPr="00A47933">
        <w:rPr>
          <w:rFonts w:ascii="Simplified Arabic" w:hAnsi="Simplified Arabic" w:cs="Simplified Arabic" w:hint="cs"/>
          <w:sz w:val="28"/>
          <w:szCs w:val="28"/>
          <w:rtl/>
        </w:rPr>
        <w:t xml:space="preserve"> </w:t>
      </w:r>
      <w:r w:rsidR="006F1A1E" w:rsidRPr="00A47933">
        <w:rPr>
          <w:rFonts w:ascii="Simplified Arabic" w:hAnsi="Simplified Arabic" w:cs="Simplified Arabic"/>
          <w:sz w:val="28"/>
          <w:szCs w:val="28"/>
          <w:rtl/>
        </w:rPr>
        <w:t>تحديد ما يُتوقع من كل فرد أو قسم، لتجنب الالتباس في أداء المهام</w:t>
      </w:r>
      <w:r w:rsidR="006F1A1E" w:rsidRPr="00A47933">
        <w:rPr>
          <w:rFonts w:ascii="Simplified Arabic" w:hAnsi="Simplified Arabic" w:cs="Simplified Arabic" w:hint="cs"/>
          <w:sz w:val="28"/>
          <w:szCs w:val="28"/>
          <w:rtl/>
        </w:rPr>
        <w:t>.</w:t>
      </w:r>
    </w:p>
    <w:p w14:paraId="28C21371" w14:textId="2823287A" w:rsidR="006F1A1E" w:rsidRPr="00A47933" w:rsidRDefault="000F6389" w:rsidP="00086701">
      <w:pPr>
        <w:pStyle w:val="ListParagraph"/>
        <w:numPr>
          <w:ilvl w:val="0"/>
          <w:numId w:val="63"/>
        </w:numPr>
        <w:bidi/>
        <w:spacing w:line="360" w:lineRule="auto"/>
        <w:rPr>
          <w:rFonts w:ascii="Simplified Arabic" w:hAnsi="Simplified Arabic" w:cs="Simplified Arabic"/>
          <w:sz w:val="28"/>
          <w:szCs w:val="28"/>
        </w:rPr>
      </w:pPr>
      <w:r w:rsidRPr="00A47933">
        <w:rPr>
          <w:rFonts w:ascii="Simplified Arabic" w:hAnsi="Simplified Arabic" w:cs="Simplified Arabic"/>
          <w:sz w:val="28"/>
          <w:szCs w:val="28"/>
          <w:rtl/>
        </w:rPr>
        <w:t>تجنب الازدواجية</w:t>
      </w:r>
      <w:r w:rsidRPr="00A47933">
        <w:rPr>
          <w:rFonts w:ascii="Simplified Arabic" w:hAnsi="Simplified Arabic" w:cs="Simplified Arabic" w:hint="cs"/>
          <w:sz w:val="28"/>
          <w:szCs w:val="28"/>
          <w:rtl/>
        </w:rPr>
        <w:t xml:space="preserve"> </w:t>
      </w:r>
      <w:r w:rsidR="00B77B73" w:rsidRPr="00A47933">
        <w:rPr>
          <w:rFonts w:ascii="Simplified Arabic" w:hAnsi="Simplified Arabic" w:cs="Simplified Arabic"/>
          <w:sz w:val="28"/>
          <w:szCs w:val="28"/>
          <w:rtl/>
        </w:rPr>
        <w:t>منع قيام أكثر من فرد أو قسم بنفس المهمة بشكل غير ضروري</w:t>
      </w:r>
      <w:r w:rsidR="00B77B73" w:rsidRPr="00A47933">
        <w:rPr>
          <w:rFonts w:ascii="Simplified Arabic" w:hAnsi="Simplified Arabic" w:cs="Simplified Arabic" w:hint="cs"/>
          <w:sz w:val="28"/>
          <w:szCs w:val="28"/>
          <w:rtl/>
        </w:rPr>
        <w:t xml:space="preserve"> </w:t>
      </w:r>
    </w:p>
    <w:p w14:paraId="600A4CAF" w14:textId="671C1A97" w:rsidR="00B77B73" w:rsidRPr="00A47933" w:rsidRDefault="00B77B73" w:rsidP="00086701">
      <w:pPr>
        <w:pStyle w:val="ListParagraph"/>
        <w:numPr>
          <w:ilvl w:val="0"/>
          <w:numId w:val="63"/>
        </w:numPr>
        <w:bidi/>
        <w:spacing w:line="360" w:lineRule="auto"/>
        <w:rPr>
          <w:rFonts w:ascii="Simplified Arabic" w:hAnsi="Simplified Arabic" w:cs="Simplified Arabic"/>
          <w:sz w:val="28"/>
          <w:szCs w:val="28"/>
        </w:rPr>
      </w:pPr>
      <w:r w:rsidRPr="00A47933">
        <w:rPr>
          <w:rFonts w:ascii="Simplified Arabic" w:hAnsi="Simplified Arabic" w:cs="Simplified Arabic"/>
          <w:sz w:val="28"/>
          <w:szCs w:val="28"/>
          <w:rtl/>
        </w:rPr>
        <w:t>تحسين التنسيق الداخلي</w:t>
      </w:r>
      <w:r w:rsidRPr="00A47933">
        <w:rPr>
          <w:rFonts w:ascii="Simplified Arabic" w:hAnsi="Simplified Arabic" w:cs="Simplified Arabic" w:hint="cs"/>
          <w:sz w:val="28"/>
          <w:szCs w:val="28"/>
          <w:rtl/>
        </w:rPr>
        <w:t xml:space="preserve"> </w:t>
      </w:r>
      <w:r w:rsidR="00C009B8" w:rsidRPr="00A47933">
        <w:rPr>
          <w:rFonts w:ascii="Simplified Arabic" w:hAnsi="Simplified Arabic" w:cs="Simplified Arabic"/>
          <w:sz w:val="28"/>
          <w:szCs w:val="28"/>
          <w:rtl/>
        </w:rPr>
        <w:t>ضمان التعاون الفعّال بين مختلف المستويات الإدارية لتحقيق الانسجام المؤسسي</w:t>
      </w:r>
    </w:p>
    <w:p w14:paraId="36957D81" w14:textId="79FEE7EB" w:rsidR="00C009B8" w:rsidRPr="00A47933" w:rsidRDefault="00C009B8" w:rsidP="00086701">
      <w:pPr>
        <w:pStyle w:val="ListParagraph"/>
        <w:numPr>
          <w:ilvl w:val="0"/>
          <w:numId w:val="63"/>
        </w:numPr>
        <w:bidi/>
        <w:spacing w:line="360" w:lineRule="auto"/>
        <w:rPr>
          <w:rFonts w:ascii="Simplified Arabic" w:hAnsi="Simplified Arabic" w:cs="Simplified Arabic"/>
          <w:sz w:val="28"/>
          <w:szCs w:val="28"/>
        </w:rPr>
      </w:pPr>
      <w:r w:rsidRPr="00A47933">
        <w:rPr>
          <w:rFonts w:ascii="Simplified Arabic" w:hAnsi="Simplified Arabic" w:cs="Simplified Arabic"/>
          <w:sz w:val="28"/>
          <w:szCs w:val="28"/>
          <w:rtl/>
        </w:rPr>
        <w:t>زيادة الإنتاجية والكفاءة</w:t>
      </w:r>
      <w:r w:rsidRPr="00A47933">
        <w:rPr>
          <w:rFonts w:ascii="Simplified Arabic" w:hAnsi="Simplified Arabic" w:cs="Simplified Arabic" w:hint="cs"/>
          <w:sz w:val="28"/>
          <w:szCs w:val="28"/>
          <w:rtl/>
        </w:rPr>
        <w:t xml:space="preserve"> </w:t>
      </w:r>
      <w:r w:rsidRPr="00A47933">
        <w:rPr>
          <w:rFonts w:ascii="Simplified Arabic" w:hAnsi="Simplified Arabic" w:cs="Simplified Arabic"/>
          <w:sz w:val="28"/>
          <w:szCs w:val="28"/>
          <w:rtl/>
        </w:rPr>
        <w:t>من خلال توزيع العمل بشكل متوازن حسب قدرات الموظفين ومتطلبات المهام</w:t>
      </w:r>
    </w:p>
    <w:p w14:paraId="50C0C358" w14:textId="7BA49B88" w:rsidR="00A47933" w:rsidRDefault="00DF23CE" w:rsidP="00086701">
      <w:pPr>
        <w:pStyle w:val="ListParagraph"/>
        <w:numPr>
          <w:ilvl w:val="0"/>
          <w:numId w:val="63"/>
        </w:numPr>
        <w:bidi/>
        <w:spacing w:line="360" w:lineRule="auto"/>
        <w:rPr>
          <w:rFonts w:ascii="Simplified Arabic" w:hAnsi="Simplified Arabic" w:cs="Simplified Arabic"/>
          <w:sz w:val="28"/>
          <w:szCs w:val="28"/>
        </w:rPr>
      </w:pPr>
      <w:r w:rsidRPr="00A47933">
        <w:rPr>
          <w:rFonts w:ascii="Simplified Arabic" w:hAnsi="Simplified Arabic" w:cs="Simplified Arabic"/>
          <w:sz w:val="28"/>
          <w:szCs w:val="28"/>
          <w:rtl/>
        </w:rPr>
        <w:t>تسهيل الرقابة والتقييم</w:t>
      </w:r>
      <w:r w:rsidRPr="00A47933">
        <w:rPr>
          <w:rFonts w:ascii="Simplified Arabic" w:hAnsi="Simplified Arabic" w:cs="Simplified Arabic" w:hint="cs"/>
          <w:sz w:val="28"/>
          <w:szCs w:val="28"/>
          <w:rtl/>
        </w:rPr>
        <w:t xml:space="preserve"> </w:t>
      </w:r>
      <w:r w:rsidRPr="00A47933">
        <w:rPr>
          <w:rFonts w:ascii="Simplified Arabic" w:hAnsi="Simplified Arabic" w:cs="Simplified Arabic"/>
          <w:sz w:val="28"/>
          <w:szCs w:val="28"/>
          <w:rtl/>
        </w:rPr>
        <w:t>وجود تنظيم واضح يسهل متابعة الأداء واتخاذ القرارات الإدارية المناسبة</w:t>
      </w:r>
      <w:r w:rsidRPr="00A47933">
        <w:rPr>
          <w:rFonts w:ascii="Simplified Arabic" w:hAnsi="Simplified Arabic" w:cs="Simplified Arabic" w:hint="cs"/>
          <w:sz w:val="28"/>
          <w:szCs w:val="28"/>
          <w:rtl/>
        </w:rPr>
        <w:t xml:space="preserve"> .</w:t>
      </w:r>
    </w:p>
    <w:p w14:paraId="28BC14D7" w14:textId="77777777" w:rsidR="00A47933" w:rsidRDefault="00A47933" w:rsidP="00A47933">
      <w:pPr>
        <w:pStyle w:val="ListParagraph"/>
        <w:bidi/>
        <w:rPr>
          <w:rFonts w:ascii="Simplified Arabic" w:hAnsi="Simplified Arabic" w:cs="Simplified Arabic"/>
          <w:sz w:val="28"/>
          <w:szCs w:val="28"/>
          <w:rtl/>
        </w:rPr>
      </w:pPr>
    </w:p>
    <w:p w14:paraId="5C7F6A57" w14:textId="77777777" w:rsidR="004F25D8" w:rsidRDefault="004F25D8" w:rsidP="004F25D8">
      <w:pPr>
        <w:pStyle w:val="ListParagraph"/>
        <w:bidi/>
        <w:rPr>
          <w:rFonts w:ascii="Simplified Arabic" w:hAnsi="Simplified Arabic" w:cs="Simplified Arabic"/>
          <w:sz w:val="28"/>
          <w:szCs w:val="28"/>
          <w:rtl/>
        </w:rPr>
      </w:pPr>
    </w:p>
    <w:p w14:paraId="17158374" w14:textId="77777777" w:rsidR="004F25D8" w:rsidRPr="00A47933" w:rsidRDefault="004F25D8" w:rsidP="004F25D8">
      <w:pPr>
        <w:pStyle w:val="ListParagraph"/>
        <w:bidi/>
        <w:rPr>
          <w:rFonts w:ascii="Simplified Arabic" w:hAnsi="Simplified Arabic" w:cs="Simplified Arabic"/>
          <w:sz w:val="28"/>
          <w:szCs w:val="28"/>
        </w:rPr>
      </w:pPr>
    </w:p>
    <w:p w14:paraId="716882A9" w14:textId="47490C7C" w:rsidR="00CB567D" w:rsidRPr="000809A5" w:rsidRDefault="00CB567D" w:rsidP="000809A5">
      <w:pPr>
        <w:pStyle w:val="ListParagraph"/>
        <w:bidi/>
        <w:spacing w:after="224" w:line="259" w:lineRule="auto"/>
        <w:ind w:right="48"/>
        <w:rPr>
          <w:b/>
          <w:bCs/>
          <w:sz w:val="32"/>
          <w:szCs w:val="32"/>
        </w:rPr>
      </w:pPr>
    </w:p>
    <w:p w14:paraId="0BD4FA2D" w14:textId="77777777" w:rsidR="00CB567D" w:rsidRDefault="001F32B6" w:rsidP="00086701">
      <w:pPr>
        <w:pStyle w:val="ListParagraph"/>
        <w:numPr>
          <w:ilvl w:val="0"/>
          <w:numId w:val="37"/>
        </w:numPr>
        <w:bidi/>
        <w:spacing w:after="224" w:line="259" w:lineRule="auto"/>
        <w:ind w:right="48"/>
        <w:rPr>
          <w:b/>
          <w:bCs/>
          <w:sz w:val="32"/>
          <w:szCs w:val="32"/>
        </w:rPr>
      </w:pPr>
      <w:r w:rsidRPr="00CB567D">
        <w:rPr>
          <w:b/>
          <w:bCs/>
          <w:sz w:val="32"/>
          <w:szCs w:val="32"/>
          <w:rtl/>
        </w:rPr>
        <w:t>إدارة الوقت</w:t>
      </w:r>
      <w:r w:rsidRPr="00CB567D">
        <w:rPr>
          <w:b/>
          <w:bCs/>
          <w:sz w:val="32"/>
          <w:szCs w:val="32"/>
        </w:rPr>
        <w:t xml:space="preserve"> </w:t>
      </w:r>
      <w:r w:rsidRPr="00185DEC">
        <w:rPr>
          <w:rFonts w:asciiTheme="majorBidi" w:hAnsiTheme="majorBidi" w:cstheme="majorBidi"/>
          <w:b/>
          <w:bCs/>
          <w:sz w:val="32"/>
          <w:szCs w:val="32"/>
        </w:rPr>
        <w:t>(Time Management):</w:t>
      </w:r>
    </w:p>
    <w:p w14:paraId="5313B7CA" w14:textId="39C872A2" w:rsidR="002F128F" w:rsidRPr="00631B71" w:rsidRDefault="001F32B6" w:rsidP="00631B71">
      <w:pPr>
        <w:bidi/>
        <w:rPr>
          <w:rFonts w:ascii="Simplified Arabic" w:hAnsi="Simplified Arabic" w:cs="Simplified Arabic"/>
          <w:sz w:val="28"/>
          <w:szCs w:val="28"/>
        </w:rPr>
      </w:pPr>
      <w:r w:rsidRPr="00CB567D">
        <w:rPr>
          <w:b/>
          <w:bCs/>
          <w:sz w:val="32"/>
          <w:szCs w:val="32"/>
        </w:rPr>
        <w:br/>
      </w:r>
      <w:r w:rsidR="00FA74C5" w:rsidRPr="00631B71">
        <w:rPr>
          <w:rFonts w:ascii="Simplified Arabic" w:hAnsi="Simplified Arabic" w:cs="Simplified Arabic"/>
          <w:sz w:val="28"/>
          <w:szCs w:val="28"/>
          <w:rtl/>
        </w:rPr>
        <w:t>هي عملية تخطيط وتوزيع الوقت المتاح</w:t>
      </w:r>
      <w:r w:rsidR="00FA74C5" w:rsidRPr="00631B71">
        <w:rPr>
          <w:rFonts w:ascii="Simplified Arabic" w:hAnsi="Simplified Arabic" w:cs="Simplified Arabic"/>
          <w:sz w:val="28"/>
          <w:szCs w:val="28"/>
        </w:rPr>
        <w:t xml:space="preserve"> </w:t>
      </w:r>
      <w:r w:rsidR="00FA74C5" w:rsidRPr="00631B71">
        <w:rPr>
          <w:rFonts w:asciiTheme="majorBidi" w:hAnsiTheme="majorBidi" w:cstheme="majorBidi"/>
          <w:sz w:val="28"/>
          <w:szCs w:val="28"/>
        </w:rPr>
        <w:t xml:space="preserve">(Planning and Allocation of </w:t>
      </w:r>
      <w:proofErr w:type="spellStart"/>
      <w:r w:rsidR="00FA74C5" w:rsidRPr="00631B71">
        <w:rPr>
          <w:rFonts w:asciiTheme="majorBidi" w:hAnsiTheme="majorBidi" w:cstheme="majorBidi"/>
          <w:sz w:val="28"/>
          <w:szCs w:val="28"/>
        </w:rPr>
        <w:t>Availablе</w:t>
      </w:r>
      <w:proofErr w:type="spellEnd"/>
      <w:r w:rsidR="00FA74C5" w:rsidRPr="00631B71">
        <w:rPr>
          <w:rFonts w:asciiTheme="majorBidi" w:hAnsiTheme="majorBidi" w:cstheme="majorBidi"/>
          <w:sz w:val="28"/>
          <w:szCs w:val="28"/>
        </w:rPr>
        <w:t xml:space="preserve"> </w:t>
      </w:r>
      <w:proofErr w:type="spellStart"/>
      <w:r w:rsidR="00FA74C5" w:rsidRPr="00631B71">
        <w:rPr>
          <w:rFonts w:asciiTheme="majorBidi" w:hAnsiTheme="majorBidi" w:cstheme="majorBidi"/>
          <w:sz w:val="28"/>
          <w:szCs w:val="28"/>
        </w:rPr>
        <w:t>Timе</w:t>
      </w:r>
      <w:proofErr w:type="spellEnd"/>
      <w:r w:rsidR="00FA74C5" w:rsidRPr="00631B71">
        <w:rPr>
          <w:rFonts w:asciiTheme="majorBidi" w:hAnsiTheme="majorBidi" w:cstheme="majorBidi"/>
          <w:sz w:val="28"/>
          <w:szCs w:val="28"/>
        </w:rPr>
        <w:t>)</w:t>
      </w:r>
      <w:r w:rsidR="00FA74C5" w:rsidRPr="00631B71">
        <w:rPr>
          <w:rFonts w:ascii="Simplified Arabic" w:hAnsi="Simplified Arabic" w:cs="Simplified Arabic"/>
          <w:sz w:val="28"/>
          <w:szCs w:val="28"/>
        </w:rPr>
        <w:t xml:space="preserve"> </w:t>
      </w:r>
      <w:r w:rsidR="00FA74C5" w:rsidRPr="00631B71">
        <w:rPr>
          <w:rFonts w:ascii="Simplified Arabic" w:hAnsi="Simplified Arabic" w:cs="Simplified Arabic"/>
          <w:sz w:val="28"/>
          <w:szCs w:val="28"/>
          <w:rtl/>
        </w:rPr>
        <w:t>على الأنشطة المختلفة بطريقة تحقق الاستفادة القصوى من الزمن، وتتضمن تحديد الأولويات، وجدولة المهام، ومتابعة التنفيذ لتجنب ضياع الوقت والجهد</w:t>
      </w:r>
      <w:r w:rsidR="00FA74C5" w:rsidRPr="00631B71">
        <w:rPr>
          <w:rFonts w:ascii="Simplified Arabic" w:hAnsi="Simplified Arabic" w:cs="Simplified Arabic"/>
          <w:sz w:val="28"/>
          <w:szCs w:val="28"/>
        </w:rPr>
        <w:t>.</w:t>
      </w:r>
    </w:p>
    <w:p w14:paraId="3B0842EE" w14:textId="367EB57F" w:rsidR="00CB567D" w:rsidRPr="002F128F" w:rsidRDefault="00CB567D" w:rsidP="002F128F">
      <w:pPr>
        <w:pStyle w:val="ListParagraph"/>
        <w:bidi/>
        <w:spacing w:after="224" w:line="259" w:lineRule="auto"/>
        <w:ind w:right="48"/>
        <w:rPr>
          <w:b/>
          <w:bCs/>
          <w:sz w:val="32"/>
          <w:szCs w:val="32"/>
        </w:rPr>
      </w:pPr>
    </w:p>
    <w:p w14:paraId="10CABF39" w14:textId="50199711" w:rsidR="00CB567D" w:rsidRDefault="001F32B6" w:rsidP="00086701">
      <w:pPr>
        <w:pStyle w:val="ListParagraph"/>
        <w:numPr>
          <w:ilvl w:val="0"/>
          <w:numId w:val="37"/>
        </w:numPr>
        <w:bidi/>
        <w:spacing w:after="224" w:line="259" w:lineRule="auto"/>
        <w:ind w:right="48"/>
        <w:rPr>
          <w:b/>
          <w:bCs/>
          <w:sz w:val="32"/>
          <w:szCs w:val="32"/>
        </w:rPr>
      </w:pPr>
      <w:r w:rsidRPr="00CB567D">
        <w:rPr>
          <w:b/>
          <w:bCs/>
          <w:sz w:val="32"/>
          <w:szCs w:val="32"/>
          <w:rtl/>
        </w:rPr>
        <w:t>الإنتاجية</w:t>
      </w:r>
      <w:r w:rsidRPr="00CB567D">
        <w:rPr>
          <w:b/>
          <w:bCs/>
          <w:sz w:val="32"/>
          <w:szCs w:val="32"/>
        </w:rPr>
        <w:t xml:space="preserve"> (Productivity):</w:t>
      </w:r>
    </w:p>
    <w:p w14:paraId="507E1E8C" w14:textId="77777777" w:rsidR="008B0D21" w:rsidRPr="00CB567D" w:rsidRDefault="008B0D21" w:rsidP="008B0D21">
      <w:pPr>
        <w:pStyle w:val="ListParagraph"/>
        <w:bidi/>
        <w:spacing w:after="224" w:line="259" w:lineRule="auto"/>
        <w:ind w:right="48"/>
        <w:rPr>
          <w:b/>
          <w:bCs/>
          <w:sz w:val="32"/>
          <w:szCs w:val="32"/>
          <w:rtl/>
        </w:rPr>
      </w:pPr>
    </w:p>
    <w:p w14:paraId="5ABECAEB" w14:textId="77777777" w:rsidR="008B0D21" w:rsidRDefault="008B0D21" w:rsidP="008B0D21">
      <w:pPr>
        <w:pStyle w:val="ListParagraph"/>
        <w:bidi/>
        <w:rPr>
          <w:rtl/>
        </w:rPr>
      </w:pPr>
      <w:r w:rsidRPr="008B0D21">
        <w:rPr>
          <w:rFonts w:ascii="Simplified Arabic" w:hAnsi="Simplified Arabic" w:cs="Simplified Arabic" w:hint="cs"/>
          <w:sz w:val="28"/>
          <w:szCs w:val="28"/>
          <w:rtl/>
        </w:rPr>
        <w:t>تشير</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إلى</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مقدار</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ما</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ينجزه</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الفرد</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أو</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المؤسسة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من</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مخرجات</w:t>
      </w:r>
      <w:r w:rsidRPr="008B0D21">
        <w:rPr>
          <w:rFonts w:ascii="Simplified Arabic" w:hAnsi="Simplified Arabic" w:cs="Simplified Arabic"/>
          <w:sz w:val="28"/>
          <w:szCs w:val="28"/>
        </w:rPr>
        <w:t xml:space="preserve"> </w:t>
      </w:r>
      <w:r w:rsidRPr="008B0D21">
        <w:rPr>
          <w:rFonts w:ascii="Simplified Arabic" w:hAnsi="Simplified Arabic" w:cs="Simplified Arabic" w:hint="cs"/>
          <w:sz w:val="28"/>
          <w:szCs w:val="28"/>
          <w:rtl/>
        </w:rPr>
        <w:t>مقارنة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بما</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يتم</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استهلاكه</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من</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مدخلات،</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وتعد</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مقياسًا</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رئيسيًا</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لمدى</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كفاءة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الأداء</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وجودة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العمل</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في</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تحقيق</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الأهداف</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المحددة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بأقل</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جهد</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ووقت</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وتكلفة</w:t>
      </w:r>
      <w:r w:rsidRPr="008B0D21">
        <w:rPr>
          <w:rFonts w:ascii="Simplified Arabic" w:hAnsi="Simplified Arabic" w:cs="Simplified Arabic"/>
          <w:sz w:val="28"/>
          <w:szCs w:val="28"/>
          <w:rtl/>
        </w:rPr>
        <w:t xml:space="preserve"> </w:t>
      </w:r>
      <w:r w:rsidRPr="008B0D21">
        <w:rPr>
          <w:rFonts w:ascii="Simplified Arabic" w:hAnsi="Simplified Arabic" w:cs="Simplified Arabic" w:hint="cs"/>
          <w:sz w:val="28"/>
          <w:szCs w:val="28"/>
          <w:rtl/>
        </w:rPr>
        <w:t>ممكنة</w:t>
      </w:r>
      <w:r>
        <w:t>.</w:t>
      </w:r>
    </w:p>
    <w:p w14:paraId="043EC2C6" w14:textId="77777777" w:rsidR="00A47933" w:rsidRDefault="00A47933" w:rsidP="00A47933">
      <w:pPr>
        <w:pStyle w:val="ListParagraph"/>
        <w:bidi/>
        <w:rPr>
          <w:rtl/>
        </w:rPr>
      </w:pPr>
    </w:p>
    <w:p w14:paraId="2B5D84FD" w14:textId="77777777" w:rsidR="00A47933" w:rsidRDefault="00A47933" w:rsidP="00A47933">
      <w:pPr>
        <w:pStyle w:val="ListParagraph"/>
        <w:bidi/>
        <w:rPr>
          <w:rtl/>
        </w:rPr>
      </w:pPr>
    </w:p>
    <w:p w14:paraId="18E00D40" w14:textId="77777777" w:rsidR="00A47933" w:rsidRDefault="00A47933" w:rsidP="00A47933">
      <w:pPr>
        <w:pStyle w:val="ListParagraph"/>
        <w:bidi/>
        <w:rPr>
          <w:rtl/>
        </w:rPr>
      </w:pPr>
    </w:p>
    <w:p w14:paraId="69BA5A75" w14:textId="77777777" w:rsidR="00A47933" w:rsidRDefault="00A47933" w:rsidP="00A47933">
      <w:pPr>
        <w:pStyle w:val="ListParagraph"/>
        <w:bidi/>
        <w:rPr>
          <w:rtl/>
        </w:rPr>
      </w:pPr>
    </w:p>
    <w:p w14:paraId="69CBA185" w14:textId="77777777" w:rsidR="00A47933" w:rsidRDefault="00A47933" w:rsidP="00A47933">
      <w:pPr>
        <w:pStyle w:val="ListParagraph"/>
        <w:bidi/>
        <w:rPr>
          <w:rtl/>
        </w:rPr>
      </w:pPr>
    </w:p>
    <w:p w14:paraId="3AF88603" w14:textId="77777777" w:rsidR="00A47933" w:rsidRDefault="00A47933" w:rsidP="00A47933">
      <w:pPr>
        <w:pStyle w:val="ListParagraph"/>
        <w:bidi/>
      </w:pPr>
    </w:p>
    <w:p w14:paraId="1D91D4E2" w14:textId="77777777" w:rsidR="008B0D21" w:rsidRDefault="008B0D21" w:rsidP="008B0D21">
      <w:pPr>
        <w:pStyle w:val="ListParagraph"/>
        <w:bidi/>
        <w:spacing w:after="224" w:line="259" w:lineRule="auto"/>
        <w:ind w:right="48"/>
        <w:rPr>
          <w:b/>
          <w:bCs/>
          <w:sz w:val="32"/>
          <w:szCs w:val="32"/>
        </w:rPr>
      </w:pPr>
    </w:p>
    <w:p w14:paraId="30A10B82" w14:textId="352668DE" w:rsidR="009004BB" w:rsidRDefault="001F32B6" w:rsidP="00086701">
      <w:pPr>
        <w:pStyle w:val="ListParagraph"/>
        <w:numPr>
          <w:ilvl w:val="0"/>
          <w:numId w:val="37"/>
        </w:numPr>
        <w:bidi/>
        <w:spacing w:after="224" w:line="259" w:lineRule="auto"/>
        <w:ind w:right="48"/>
        <w:rPr>
          <w:b/>
          <w:bCs/>
          <w:sz w:val="32"/>
          <w:szCs w:val="32"/>
        </w:rPr>
      </w:pPr>
      <w:r w:rsidRPr="009004BB">
        <w:rPr>
          <w:b/>
          <w:bCs/>
          <w:sz w:val="32"/>
          <w:szCs w:val="32"/>
          <w:rtl/>
        </w:rPr>
        <w:t>الأداء المؤسسي</w:t>
      </w:r>
      <w:r w:rsidRPr="009004BB">
        <w:rPr>
          <w:b/>
          <w:bCs/>
          <w:sz w:val="32"/>
          <w:szCs w:val="32"/>
        </w:rPr>
        <w:t xml:space="preserve"> (Organizational Performance):</w:t>
      </w:r>
    </w:p>
    <w:p w14:paraId="3A0705C6" w14:textId="29E0E37C" w:rsidR="009004BB" w:rsidRDefault="001F32B6" w:rsidP="009112A0">
      <w:pPr>
        <w:pStyle w:val="ListParagraph"/>
        <w:bidi/>
        <w:spacing w:after="224" w:line="259" w:lineRule="auto"/>
        <w:ind w:right="48"/>
        <w:rPr>
          <w:rFonts w:cs="Arial"/>
        </w:rPr>
      </w:pPr>
      <w:r w:rsidRPr="009004BB">
        <w:rPr>
          <w:rFonts w:ascii="Times New Roman" w:eastAsia="Times New Roman" w:hAnsi="Times New Roman" w:cs="Times New Roman"/>
          <w:sz w:val="24"/>
          <w:szCs w:val="24"/>
        </w:rPr>
        <w:br/>
      </w:r>
      <w:r w:rsidR="009112A0" w:rsidRPr="009112A0">
        <w:rPr>
          <w:rFonts w:ascii="Simplified Arabic" w:hAnsi="Simplified Arabic" w:cs="Simplified Arabic" w:hint="cs"/>
          <w:sz w:val="28"/>
          <w:szCs w:val="28"/>
          <w:rtl/>
        </w:rPr>
        <w:t>هو</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مستوى</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تحقيق</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المؤسسة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لأهدافها</w:t>
      </w:r>
      <w:r w:rsidR="009112A0" w:rsidRPr="009112A0">
        <w:rPr>
          <w:rFonts w:ascii="Simplified Arabic" w:hAnsi="Simplified Arabic" w:cs="Simplified Arabic"/>
          <w:sz w:val="28"/>
          <w:szCs w:val="28"/>
        </w:rPr>
        <w:t xml:space="preserve">  </w:t>
      </w:r>
      <w:r w:rsidR="009112A0" w:rsidRPr="009112A0">
        <w:rPr>
          <w:rFonts w:ascii="Simplified Arabic" w:hAnsi="Simplified Arabic" w:cs="Simplified Arabic" w:hint="cs"/>
          <w:sz w:val="28"/>
          <w:szCs w:val="28"/>
          <w:rtl/>
        </w:rPr>
        <w:t>من</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خلال</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الكفاءة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في</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استخدام</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الموارد</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البشرية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والمادية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والزمنية،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ويُقاس</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عادة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بمؤشرات</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مثل</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الإنتاجية،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والجودة،</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والرضا</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الوظيفي،</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والاستقرار</w:t>
      </w:r>
      <w:r w:rsidR="009112A0" w:rsidRPr="009112A0">
        <w:rPr>
          <w:rFonts w:ascii="Simplified Arabic" w:hAnsi="Simplified Arabic" w:cs="Simplified Arabic"/>
          <w:sz w:val="28"/>
          <w:szCs w:val="28"/>
          <w:rtl/>
        </w:rPr>
        <w:t xml:space="preserve"> </w:t>
      </w:r>
      <w:r w:rsidR="009112A0" w:rsidRPr="009112A0">
        <w:rPr>
          <w:rFonts w:ascii="Simplified Arabic" w:hAnsi="Simplified Arabic" w:cs="Simplified Arabic" w:hint="cs"/>
          <w:sz w:val="28"/>
          <w:szCs w:val="28"/>
          <w:rtl/>
        </w:rPr>
        <w:t>الإداري</w:t>
      </w:r>
    </w:p>
    <w:p w14:paraId="11A0F6B1" w14:textId="77777777" w:rsidR="009112A0" w:rsidRDefault="009112A0" w:rsidP="009112A0">
      <w:pPr>
        <w:pStyle w:val="ListParagraph"/>
        <w:bidi/>
        <w:spacing w:after="224" w:line="259" w:lineRule="auto"/>
        <w:ind w:right="48"/>
        <w:rPr>
          <w:b/>
          <w:bCs/>
          <w:sz w:val="32"/>
          <w:szCs w:val="32"/>
          <w:rtl/>
        </w:rPr>
      </w:pPr>
    </w:p>
    <w:p w14:paraId="6AC03DED" w14:textId="77777777" w:rsidR="00813966" w:rsidRDefault="00813966" w:rsidP="00813966">
      <w:pPr>
        <w:pStyle w:val="ListParagraph"/>
        <w:bidi/>
        <w:spacing w:after="224" w:line="259" w:lineRule="auto"/>
        <w:ind w:right="48"/>
        <w:rPr>
          <w:b/>
          <w:bCs/>
          <w:sz w:val="32"/>
          <w:szCs w:val="32"/>
          <w:rtl/>
        </w:rPr>
      </w:pPr>
    </w:p>
    <w:p w14:paraId="6CD6BC58" w14:textId="77777777" w:rsidR="00813966" w:rsidRDefault="00813966" w:rsidP="00813966">
      <w:pPr>
        <w:pStyle w:val="ListParagraph"/>
        <w:bidi/>
        <w:spacing w:after="224" w:line="259" w:lineRule="auto"/>
        <w:ind w:right="48"/>
        <w:rPr>
          <w:b/>
          <w:bCs/>
          <w:sz w:val="32"/>
          <w:szCs w:val="32"/>
          <w:rtl/>
        </w:rPr>
      </w:pPr>
    </w:p>
    <w:p w14:paraId="17EE77CE" w14:textId="77777777" w:rsidR="00813966" w:rsidRDefault="00813966" w:rsidP="00813966">
      <w:pPr>
        <w:pStyle w:val="ListParagraph"/>
        <w:bidi/>
        <w:spacing w:after="224" w:line="259" w:lineRule="auto"/>
        <w:ind w:right="48"/>
        <w:rPr>
          <w:b/>
          <w:bCs/>
          <w:sz w:val="32"/>
          <w:szCs w:val="32"/>
          <w:rtl/>
        </w:rPr>
      </w:pPr>
    </w:p>
    <w:p w14:paraId="120B6F1C" w14:textId="77777777" w:rsidR="00813966" w:rsidRPr="009004BB" w:rsidRDefault="00813966" w:rsidP="00813966">
      <w:pPr>
        <w:pStyle w:val="ListParagraph"/>
        <w:bidi/>
        <w:spacing w:after="224" w:line="259" w:lineRule="auto"/>
        <w:ind w:right="48"/>
        <w:rPr>
          <w:b/>
          <w:bCs/>
          <w:sz w:val="32"/>
          <w:szCs w:val="32"/>
        </w:rPr>
      </w:pPr>
    </w:p>
    <w:p w14:paraId="66F57533" w14:textId="77777777" w:rsidR="009004BB" w:rsidRDefault="001F32B6" w:rsidP="00086701">
      <w:pPr>
        <w:pStyle w:val="ListParagraph"/>
        <w:numPr>
          <w:ilvl w:val="0"/>
          <w:numId w:val="37"/>
        </w:numPr>
        <w:bidi/>
        <w:spacing w:after="224" w:line="259" w:lineRule="auto"/>
        <w:ind w:right="48"/>
        <w:rPr>
          <w:b/>
          <w:bCs/>
          <w:sz w:val="32"/>
          <w:szCs w:val="32"/>
        </w:rPr>
      </w:pPr>
      <w:r w:rsidRPr="009004BB">
        <w:rPr>
          <w:b/>
          <w:bCs/>
          <w:sz w:val="32"/>
          <w:szCs w:val="32"/>
          <w:rtl/>
        </w:rPr>
        <w:t>الكفاءة الإدارية</w:t>
      </w:r>
      <w:r w:rsidRPr="009004BB">
        <w:rPr>
          <w:b/>
          <w:bCs/>
          <w:sz w:val="32"/>
          <w:szCs w:val="32"/>
        </w:rPr>
        <w:t xml:space="preserve"> (Administrative Efficiency):</w:t>
      </w:r>
    </w:p>
    <w:p w14:paraId="5A07B076" w14:textId="0F1D5D7F" w:rsidR="00DD35E4" w:rsidRPr="00813966" w:rsidRDefault="001F32B6" w:rsidP="00813966">
      <w:pPr>
        <w:pStyle w:val="ListParagraph"/>
        <w:bidi/>
        <w:spacing w:after="224" w:line="259" w:lineRule="auto"/>
        <w:ind w:right="48"/>
        <w:rPr>
          <w:rFonts w:ascii="Simplified Arabic" w:hAnsi="Simplified Arabic" w:cs="Simplified Arabic"/>
          <w:b/>
          <w:bCs/>
          <w:sz w:val="28"/>
          <w:szCs w:val="28"/>
          <w:rtl/>
        </w:rPr>
      </w:pPr>
      <w:r w:rsidRPr="00BE7490">
        <w:rPr>
          <w:rFonts w:ascii="Simplified Arabic" w:hAnsi="Simplified Arabic" w:cs="Simplified Arabic"/>
          <w:b/>
          <w:bCs/>
          <w:sz w:val="32"/>
          <w:szCs w:val="32"/>
        </w:rPr>
        <w:br/>
      </w:r>
      <w:r w:rsidR="00BE7490" w:rsidRPr="00EC42BB">
        <w:rPr>
          <w:rFonts w:ascii="Simplified Arabic" w:hAnsi="Simplified Arabic" w:cs="Simplified Arabic"/>
          <w:sz w:val="28"/>
          <w:szCs w:val="28"/>
          <w:rtl/>
        </w:rPr>
        <w:t>تعني قدرة الإدارة على استخدام الموارد المتاحة بأفضل صورة ممكنة</w:t>
      </w:r>
      <w:r w:rsidR="00BE7490" w:rsidRPr="00EC42BB">
        <w:rPr>
          <w:rFonts w:ascii="Simplified Arabic" w:hAnsi="Simplified Arabic" w:cs="Simplified Arabic"/>
          <w:sz w:val="28"/>
          <w:szCs w:val="28"/>
        </w:rPr>
        <w:t xml:space="preserve"> </w:t>
      </w:r>
      <w:r w:rsidR="00BE7490" w:rsidRPr="00EC42BB">
        <w:rPr>
          <w:rFonts w:ascii="Simplified Arabic" w:hAnsi="Simplified Arabic" w:cs="Simplified Arabic"/>
          <w:sz w:val="28"/>
          <w:szCs w:val="28"/>
          <w:rtl/>
        </w:rPr>
        <w:t>من أجل تحقيق الأهداف التنظيمية بكفاءة وفاعلية، وتشمل مهارات التنظيم، والتخطيط، والمتابعة، والرقابة</w:t>
      </w:r>
    </w:p>
    <w:p w14:paraId="784E3B47" w14:textId="77777777" w:rsidR="00871631" w:rsidRPr="009004BB" w:rsidRDefault="00871631" w:rsidP="00871631">
      <w:pPr>
        <w:pStyle w:val="ListParagraph"/>
        <w:bidi/>
        <w:spacing w:after="224" w:line="259" w:lineRule="auto"/>
        <w:ind w:right="48"/>
        <w:rPr>
          <w:b/>
          <w:bCs/>
          <w:sz w:val="32"/>
          <w:szCs w:val="32"/>
        </w:rPr>
      </w:pPr>
    </w:p>
    <w:p w14:paraId="2BC27B9A" w14:textId="77777777" w:rsidR="00871631" w:rsidRDefault="001F32B6" w:rsidP="00086701">
      <w:pPr>
        <w:pStyle w:val="ListParagraph"/>
        <w:numPr>
          <w:ilvl w:val="0"/>
          <w:numId w:val="37"/>
        </w:numPr>
        <w:bidi/>
        <w:spacing w:after="224" w:line="259" w:lineRule="auto"/>
        <w:ind w:right="48"/>
        <w:rPr>
          <w:b/>
          <w:bCs/>
          <w:sz w:val="32"/>
          <w:szCs w:val="32"/>
        </w:rPr>
      </w:pPr>
      <w:r w:rsidRPr="00871631">
        <w:rPr>
          <w:b/>
          <w:bCs/>
          <w:sz w:val="32"/>
          <w:szCs w:val="32"/>
          <w:rtl/>
        </w:rPr>
        <w:t>الأولويات</w:t>
      </w:r>
      <w:r w:rsidRPr="00871631">
        <w:rPr>
          <w:b/>
          <w:bCs/>
          <w:sz w:val="32"/>
          <w:szCs w:val="32"/>
        </w:rPr>
        <w:t xml:space="preserve"> (Prioritization):</w:t>
      </w:r>
    </w:p>
    <w:p w14:paraId="46109C31" w14:textId="4C531E69" w:rsidR="001F32B6" w:rsidRDefault="001F32B6" w:rsidP="00871631">
      <w:pPr>
        <w:pStyle w:val="ListParagraph"/>
        <w:bidi/>
        <w:spacing w:after="224" w:line="259" w:lineRule="auto"/>
        <w:ind w:right="48"/>
        <w:rPr>
          <w:rFonts w:ascii="Times New Roman" w:eastAsia="Times New Roman" w:hAnsi="Times New Roman" w:cs="Times New Roman"/>
          <w:sz w:val="24"/>
          <w:szCs w:val="24"/>
          <w:rtl/>
        </w:rPr>
      </w:pPr>
      <w:r w:rsidRPr="00871631">
        <w:rPr>
          <w:b/>
          <w:bCs/>
          <w:sz w:val="32"/>
          <w:szCs w:val="32"/>
        </w:rPr>
        <w:br/>
      </w:r>
      <w:r w:rsidRPr="00871631">
        <w:rPr>
          <w:rFonts w:ascii="Times New Roman" w:eastAsia="Times New Roman" w:hAnsi="Times New Roman" w:cs="Times New Roman"/>
          <w:sz w:val="24"/>
          <w:szCs w:val="24"/>
          <w:rtl/>
        </w:rPr>
        <w:t>هي عملية تحديد المهام الأكثر أهمية وإلحاحًا</w:t>
      </w:r>
      <w:r w:rsidRPr="00871631">
        <w:rPr>
          <w:rFonts w:ascii="Times New Roman" w:eastAsia="Times New Roman" w:hAnsi="Times New Roman" w:cs="Times New Roman"/>
          <w:sz w:val="24"/>
          <w:szCs w:val="24"/>
        </w:rPr>
        <w:t xml:space="preserve"> (Identifying the Most Important and Urgent Tasks) </w:t>
      </w:r>
      <w:r w:rsidRPr="00871631">
        <w:rPr>
          <w:rFonts w:ascii="Times New Roman" w:eastAsia="Times New Roman" w:hAnsi="Times New Roman" w:cs="Times New Roman"/>
          <w:sz w:val="24"/>
          <w:szCs w:val="24"/>
          <w:rtl/>
        </w:rPr>
        <w:t>من بين مجموعة من الأنشطة، بهدف توجيه الجهود نحو الأعمال التي تحقق أكبر أثر على النتائج المؤسسية</w:t>
      </w:r>
      <w:r w:rsidRPr="00871631">
        <w:rPr>
          <w:rFonts w:ascii="Times New Roman" w:eastAsia="Times New Roman" w:hAnsi="Times New Roman" w:cs="Times New Roman"/>
          <w:sz w:val="24"/>
          <w:szCs w:val="24"/>
        </w:rPr>
        <w:t>.</w:t>
      </w:r>
    </w:p>
    <w:p w14:paraId="01A85F8A" w14:textId="77777777" w:rsidR="00871631" w:rsidRPr="00871631" w:rsidRDefault="00871631" w:rsidP="00871631">
      <w:pPr>
        <w:pStyle w:val="ListParagraph"/>
        <w:bidi/>
        <w:spacing w:after="224" w:line="259" w:lineRule="auto"/>
        <w:ind w:right="48"/>
        <w:rPr>
          <w:b/>
          <w:bCs/>
          <w:sz w:val="32"/>
          <w:szCs w:val="32"/>
        </w:rPr>
      </w:pPr>
    </w:p>
    <w:p w14:paraId="6717054F" w14:textId="77777777" w:rsidR="00871631" w:rsidRDefault="001F32B6" w:rsidP="00086701">
      <w:pPr>
        <w:pStyle w:val="ListParagraph"/>
        <w:numPr>
          <w:ilvl w:val="0"/>
          <w:numId w:val="63"/>
        </w:numPr>
        <w:bidi/>
        <w:spacing w:after="224" w:line="259" w:lineRule="auto"/>
        <w:ind w:right="48"/>
        <w:rPr>
          <w:b/>
          <w:bCs/>
          <w:sz w:val="32"/>
          <w:szCs w:val="32"/>
        </w:rPr>
      </w:pPr>
      <w:r w:rsidRPr="00871631">
        <w:rPr>
          <w:b/>
          <w:bCs/>
          <w:sz w:val="32"/>
          <w:szCs w:val="32"/>
          <w:rtl/>
        </w:rPr>
        <w:t>الفعالية</w:t>
      </w:r>
      <w:r w:rsidRPr="00871631">
        <w:rPr>
          <w:b/>
          <w:bCs/>
          <w:sz w:val="32"/>
          <w:szCs w:val="32"/>
        </w:rPr>
        <w:t xml:space="preserve"> (Effectiveness):</w:t>
      </w:r>
    </w:p>
    <w:p w14:paraId="6ADAE073" w14:textId="6B30C7B6" w:rsidR="00871631" w:rsidRDefault="001F32B6" w:rsidP="00871631">
      <w:pPr>
        <w:pStyle w:val="ListParagraph"/>
        <w:bidi/>
        <w:spacing w:after="224" w:line="259" w:lineRule="auto"/>
        <w:ind w:right="48"/>
        <w:rPr>
          <w:b/>
          <w:bCs/>
          <w:sz w:val="32"/>
          <w:szCs w:val="32"/>
          <w:rtl/>
        </w:rPr>
      </w:pPr>
      <w:r w:rsidRPr="00871631">
        <w:rPr>
          <w:b/>
          <w:bCs/>
          <w:sz w:val="32"/>
          <w:szCs w:val="32"/>
        </w:rPr>
        <w:br/>
      </w:r>
      <w:r w:rsidRPr="00871631">
        <w:rPr>
          <w:rFonts w:ascii="Times New Roman" w:eastAsia="Times New Roman" w:hAnsi="Times New Roman" w:cs="Times New Roman"/>
          <w:sz w:val="24"/>
          <w:szCs w:val="24"/>
          <w:rtl/>
        </w:rPr>
        <w:t>تعني مدى تحقيق الأهداف المرغوبة</w:t>
      </w:r>
      <w:r w:rsidRPr="00871631">
        <w:rPr>
          <w:rFonts w:ascii="Times New Roman" w:eastAsia="Times New Roman" w:hAnsi="Times New Roman" w:cs="Times New Roman"/>
          <w:sz w:val="24"/>
          <w:szCs w:val="24"/>
        </w:rPr>
        <w:t xml:space="preserve"> (Achievement of Desired Goals) </w:t>
      </w:r>
      <w:r w:rsidRPr="00871631">
        <w:rPr>
          <w:rFonts w:ascii="Times New Roman" w:eastAsia="Times New Roman" w:hAnsi="Times New Roman" w:cs="Times New Roman"/>
          <w:sz w:val="24"/>
          <w:szCs w:val="24"/>
          <w:rtl/>
        </w:rPr>
        <w:t>في الوقت المناسب وبالجودة المطلوبة، بغضّ النظر عن الموارد المستخدمة</w:t>
      </w:r>
      <w:r w:rsidRPr="00871631">
        <w:rPr>
          <w:b/>
          <w:bCs/>
          <w:sz w:val="32"/>
          <w:szCs w:val="32"/>
        </w:rPr>
        <w:t>.</w:t>
      </w:r>
    </w:p>
    <w:p w14:paraId="0A650A29" w14:textId="77777777" w:rsidR="00871631" w:rsidRPr="00871631" w:rsidRDefault="00871631" w:rsidP="00871631">
      <w:pPr>
        <w:pStyle w:val="ListParagraph"/>
        <w:bidi/>
        <w:spacing w:after="224" w:line="259" w:lineRule="auto"/>
        <w:ind w:right="48"/>
        <w:rPr>
          <w:b/>
          <w:bCs/>
          <w:sz w:val="32"/>
          <w:szCs w:val="32"/>
        </w:rPr>
      </w:pPr>
    </w:p>
    <w:p w14:paraId="15286424" w14:textId="26C42B03" w:rsidR="00871631" w:rsidRPr="00871631" w:rsidRDefault="001F32B6" w:rsidP="00086701">
      <w:pPr>
        <w:pStyle w:val="ListParagraph"/>
        <w:numPr>
          <w:ilvl w:val="0"/>
          <w:numId w:val="63"/>
        </w:numPr>
        <w:bidi/>
        <w:spacing w:after="224" w:line="259" w:lineRule="auto"/>
        <w:ind w:right="48"/>
        <w:rPr>
          <w:b/>
          <w:bCs/>
          <w:sz w:val="32"/>
          <w:szCs w:val="32"/>
          <w:rtl/>
        </w:rPr>
      </w:pPr>
      <w:r w:rsidRPr="00871631">
        <w:rPr>
          <w:b/>
          <w:bCs/>
          <w:sz w:val="32"/>
          <w:szCs w:val="32"/>
          <w:rtl/>
        </w:rPr>
        <w:t>الكفاءة</w:t>
      </w:r>
      <w:r w:rsidRPr="00871631">
        <w:rPr>
          <w:b/>
          <w:bCs/>
          <w:sz w:val="32"/>
          <w:szCs w:val="32"/>
        </w:rPr>
        <w:t xml:space="preserve"> (Efficiency):</w:t>
      </w:r>
    </w:p>
    <w:p w14:paraId="49135D58" w14:textId="7BB8B13A" w:rsidR="00E05D71" w:rsidRPr="007D68E3" w:rsidRDefault="001F32B6" w:rsidP="00813966">
      <w:pPr>
        <w:bidi/>
        <w:spacing w:after="224" w:line="259" w:lineRule="auto"/>
        <w:ind w:left="720" w:right="48"/>
        <w:rPr>
          <w:b/>
          <w:bCs/>
          <w:sz w:val="32"/>
          <w:szCs w:val="32"/>
        </w:rPr>
      </w:pPr>
      <w:r w:rsidRPr="001F32B6">
        <w:rPr>
          <w:b/>
          <w:bCs/>
          <w:sz w:val="32"/>
          <w:szCs w:val="32"/>
        </w:rPr>
        <w:br/>
      </w:r>
      <w:r w:rsidRPr="001F32B6">
        <w:rPr>
          <w:rFonts w:ascii="Times New Roman" w:eastAsia="Times New Roman" w:hAnsi="Times New Roman" w:cs="Times New Roman"/>
          <w:sz w:val="24"/>
          <w:szCs w:val="24"/>
          <w:rtl/>
        </w:rPr>
        <w:t>هي مدى الاستغلال الأمثل للموارد</w:t>
      </w:r>
      <w:r w:rsidRPr="001F32B6">
        <w:rPr>
          <w:rFonts w:ascii="Times New Roman" w:eastAsia="Times New Roman" w:hAnsi="Times New Roman" w:cs="Times New Roman"/>
          <w:sz w:val="24"/>
          <w:szCs w:val="24"/>
        </w:rPr>
        <w:t xml:space="preserve"> (Optimal Utilization of Resources) </w:t>
      </w:r>
      <w:r w:rsidRPr="001F32B6">
        <w:rPr>
          <w:rFonts w:ascii="Times New Roman" w:eastAsia="Times New Roman" w:hAnsi="Times New Roman" w:cs="Times New Roman"/>
          <w:sz w:val="24"/>
          <w:szCs w:val="24"/>
          <w:rtl/>
        </w:rPr>
        <w:t>من أجل تحقيق النتائج المرجوة بأقل تكلفة وجهد ووقت ممكن</w:t>
      </w:r>
      <w:r w:rsidRPr="001F32B6">
        <w:rPr>
          <w:b/>
          <w:bCs/>
          <w:sz w:val="32"/>
          <w:szCs w:val="32"/>
        </w:rPr>
        <w:t>.</w:t>
      </w:r>
    </w:p>
    <w:p w14:paraId="2BC2A61E" w14:textId="77777777" w:rsidR="006B59BB" w:rsidRDefault="006B59BB" w:rsidP="006B59BB">
      <w:pPr>
        <w:pStyle w:val="ListParagraph"/>
        <w:bidi/>
        <w:spacing w:after="224" w:line="259" w:lineRule="auto"/>
        <w:ind w:right="48"/>
        <w:rPr>
          <w:rFonts w:ascii="Times New Roman" w:eastAsia="Times New Roman" w:hAnsi="Times New Roman" w:cs="Times New Roman"/>
          <w:sz w:val="24"/>
          <w:szCs w:val="24"/>
        </w:rPr>
      </w:pPr>
    </w:p>
    <w:p w14:paraId="6CF6FD31" w14:textId="77777777" w:rsidR="006B59BB" w:rsidRDefault="006B59BB" w:rsidP="006B59BB">
      <w:pPr>
        <w:pStyle w:val="ListParagraph"/>
        <w:bidi/>
        <w:spacing w:after="224" w:line="259" w:lineRule="auto"/>
        <w:ind w:right="48"/>
        <w:rPr>
          <w:rFonts w:ascii="Times New Roman" w:eastAsia="Times New Roman" w:hAnsi="Times New Roman" w:cs="Times New Roman"/>
          <w:sz w:val="24"/>
          <w:szCs w:val="24"/>
          <w:rtl/>
        </w:rPr>
      </w:pPr>
    </w:p>
    <w:p w14:paraId="66CDE2BC" w14:textId="40FC3C7C" w:rsidR="004345D8" w:rsidRDefault="009B5AE3" w:rsidP="009B5AE3">
      <w:pPr>
        <w:pStyle w:val="ListParagraph"/>
        <w:bidi/>
        <w:spacing w:after="224" w:line="259" w:lineRule="auto"/>
        <w:ind w:right="48"/>
        <w:rPr>
          <w:rFonts w:ascii="Times New Roman" w:eastAsia="Times New Roman" w:hAnsi="Times New Roman" w:cs="Times New Roman"/>
          <w:b/>
          <w:bCs/>
          <w:sz w:val="32"/>
          <w:szCs w:val="32"/>
          <w:rtl/>
        </w:rPr>
      </w:pPr>
      <w:r w:rsidRPr="009B5AE3">
        <w:rPr>
          <w:rFonts w:ascii="Times New Roman" w:eastAsia="Times New Roman" w:hAnsi="Times New Roman" w:cs="Times New Roman"/>
          <w:b/>
          <w:bCs/>
          <w:sz w:val="32"/>
          <w:szCs w:val="32"/>
          <w:rtl/>
        </w:rPr>
        <w:t>الدراسات السابقة</w:t>
      </w:r>
      <w:r>
        <w:rPr>
          <w:rFonts w:ascii="Times New Roman" w:eastAsia="Times New Roman" w:hAnsi="Times New Roman" w:cs="Times New Roman" w:hint="cs"/>
          <w:b/>
          <w:bCs/>
          <w:sz w:val="32"/>
          <w:szCs w:val="32"/>
          <w:rtl/>
        </w:rPr>
        <w:t xml:space="preserve"> :</w:t>
      </w:r>
    </w:p>
    <w:p w14:paraId="2427D269" w14:textId="77777777" w:rsidR="009B5AE3" w:rsidRDefault="009B5AE3" w:rsidP="009B5AE3">
      <w:pPr>
        <w:pStyle w:val="ListParagraph"/>
        <w:bidi/>
        <w:spacing w:after="224" w:line="259" w:lineRule="auto"/>
        <w:ind w:right="48"/>
        <w:rPr>
          <w:rFonts w:ascii="Times New Roman" w:eastAsia="Times New Roman" w:hAnsi="Times New Roman" w:cs="Times New Roman"/>
          <w:b/>
          <w:bCs/>
          <w:sz w:val="32"/>
          <w:szCs w:val="32"/>
          <w:rtl/>
        </w:rPr>
      </w:pPr>
    </w:p>
    <w:p w14:paraId="7394A9CD" w14:textId="460DF634" w:rsidR="00AB4222" w:rsidRDefault="00EB2D7C" w:rsidP="00070BF4">
      <w:pPr>
        <w:pStyle w:val="ListParagraph"/>
        <w:bidi/>
        <w:spacing w:after="224" w:line="259" w:lineRule="auto"/>
        <w:ind w:right="48"/>
        <w:rPr>
          <w:rFonts w:ascii="Simplified Arabic" w:eastAsia="Times New Roman" w:hAnsi="Simplified Arabic" w:cs="Simplified Arabic"/>
          <w:sz w:val="28"/>
          <w:szCs w:val="28"/>
          <w:rtl/>
        </w:rPr>
      </w:pPr>
      <w:r w:rsidRPr="00CA73D9">
        <w:rPr>
          <w:rFonts w:ascii="Simplified Arabic" w:eastAsia="Times New Roman" w:hAnsi="Simplified Arabic" w:cs="Simplified Arabic"/>
          <w:sz w:val="28"/>
          <w:szCs w:val="28"/>
          <w:rtl/>
        </w:rPr>
        <w:t>تمثل الدراسات السابقة قاعدة معرفية مهمة تبنى عليها هذه الدراسة، إذ تساعد في تحديد الفجوات البحثية</w:t>
      </w:r>
      <w:r w:rsidRPr="00CA73D9">
        <w:rPr>
          <w:rFonts w:ascii="Simplified Arabic" w:eastAsia="Times New Roman" w:hAnsi="Simplified Arabic" w:cs="Simplified Arabic"/>
          <w:sz w:val="28"/>
          <w:szCs w:val="28"/>
        </w:rPr>
        <w:t xml:space="preserve"> (Research Gaps) </w:t>
      </w:r>
      <w:r w:rsidRPr="00CA73D9">
        <w:rPr>
          <w:rFonts w:ascii="Simplified Arabic" w:eastAsia="Times New Roman" w:hAnsi="Simplified Arabic" w:cs="Simplified Arabic"/>
          <w:sz w:val="28"/>
          <w:szCs w:val="28"/>
          <w:rtl/>
        </w:rPr>
        <w:t>وفهم الاتجاهات العامة للبحوث السابقة المتعلقة بعلاقة تنظيم العمل وإدارة الوقت بمستوى الإنتاجية في بيئة العمل. يمكن تصنيف الدراسات السابقة إلى قسمين رئيسيين: دراسات عربية ودراسات أجنبية</w:t>
      </w:r>
      <w:r w:rsidRPr="00CA73D9">
        <w:rPr>
          <w:rFonts w:ascii="Simplified Arabic" w:eastAsia="Times New Roman" w:hAnsi="Simplified Arabic" w:cs="Simplified Arabic"/>
          <w:sz w:val="28"/>
          <w:szCs w:val="28"/>
        </w:rPr>
        <w:t>.</w:t>
      </w:r>
    </w:p>
    <w:p w14:paraId="36424886" w14:textId="77777777" w:rsidR="00813966" w:rsidRPr="00CA73D9" w:rsidRDefault="00813966" w:rsidP="00813966">
      <w:pPr>
        <w:pStyle w:val="ListParagraph"/>
        <w:bidi/>
        <w:spacing w:after="224" w:line="259" w:lineRule="auto"/>
        <w:ind w:right="48"/>
        <w:rPr>
          <w:rFonts w:ascii="Simplified Arabic" w:eastAsia="Times New Roman" w:hAnsi="Simplified Arabic" w:cs="Simplified Arabic"/>
          <w:sz w:val="28"/>
          <w:szCs w:val="28"/>
          <w:rtl/>
        </w:rPr>
      </w:pPr>
    </w:p>
    <w:p w14:paraId="1009E539" w14:textId="77777777" w:rsidR="00AB4222" w:rsidRDefault="00AB4222" w:rsidP="00AB4222">
      <w:pPr>
        <w:pStyle w:val="ListParagraph"/>
        <w:bidi/>
        <w:spacing w:after="224" w:line="259" w:lineRule="auto"/>
        <w:ind w:right="48"/>
        <w:rPr>
          <w:rFonts w:ascii="Times New Roman" w:eastAsia="Times New Roman" w:hAnsi="Times New Roman" w:cs="Times New Roman"/>
          <w:sz w:val="24"/>
          <w:szCs w:val="24"/>
          <w:rtl/>
        </w:rPr>
      </w:pPr>
    </w:p>
    <w:p w14:paraId="5C8430D6" w14:textId="77777777" w:rsidR="00AB4222" w:rsidRDefault="00AB4222" w:rsidP="00AB4222">
      <w:pPr>
        <w:pStyle w:val="ListParagraph"/>
        <w:bidi/>
        <w:spacing w:after="224" w:line="259" w:lineRule="auto"/>
        <w:ind w:right="48"/>
        <w:rPr>
          <w:rFonts w:ascii="Times New Roman" w:eastAsia="Times New Roman" w:hAnsi="Times New Roman" w:cs="Times New Roman"/>
          <w:sz w:val="24"/>
          <w:szCs w:val="24"/>
          <w:rtl/>
        </w:rPr>
      </w:pPr>
    </w:p>
    <w:p w14:paraId="537AB9B7" w14:textId="77777777" w:rsidR="00EB2D7C" w:rsidRPr="00EB2D7C" w:rsidRDefault="00EB2D7C" w:rsidP="00EB2D7C">
      <w:pPr>
        <w:pStyle w:val="ListParagraph"/>
        <w:bidi/>
        <w:spacing w:after="224" w:line="259" w:lineRule="auto"/>
        <w:ind w:right="48"/>
        <w:rPr>
          <w:rFonts w:ascii="Times New Roman" w:eastAsia="Times New Roman" w:hAnsi="Times New Roman" w:cs="Times New Roman"/>
          <w:b/>
          <w:bCs/>
          <w:sz w:val="24"/>
          <w:szCs w:val="24"/>
        </w:rPr>
      </w:pPr>
      <w:r w:rsidRPr="00EB2D7C">
        <w:rPr>
          <w:rFonts w:ascii="Times New Roman" w:eastAsia="Times New Roman" w:hAnsi="Times New Roman" w:cs="Times New Roman"/>
          <w:b/>
          <w:bCs/>
          <w:sz w:val="24"/>
          <w:szCs w:val="24"/>
          <w:rtl/>
        </w:rPr>
        <w:lastRenderedPageBreak/>
        <w:t>أولًا: الدراسات العربية</w:t>
      </w:r>
      <w:r w:rsidRPr="00EB2D7C">
        <w:rPr>
          <w:rFonts w:ascii="Times New Roman" w:eastAsia="Times New Roman" w:hAnsi="Times New Roman" w:cs="Times New Roman"/>
          <w:b/>
          <w:bCs/>
          <w:sz w:val="24"/>
          <w:szCs w:val="24"/>
        </w:rPr>
        <w:t xml:space="preserve"> (Arabic Studies)</w:t>
      </w:r>
    </w:p>
    <w:p w14:paraId="2633757A" w14:textId="77777777" w:rsidR="00EB2D7C" w:rsidRDefault="00EB2D7C" w:rsidP="00EB2D7C">
      <w:pPr>
        <w:pStyle w:val="ListParagraph"/>
        <w:bidi/>
        <w:spacing w:after="224" w:line="259" w:lineRule="auto"/>
        <w:ind w:right="48"/>
        <w:rPr>
          <w:rFonts w:ascii="Times New Roman" w:eastAsia="Times New Roman" w:hAnsi="Times New Roman" w:cs="Times New Roman"/>
          <w:sz w:val="24"/>
          <w:szCs w:val="24"/>
          <w:rtl/>
        </w:rPr>
      </w:pPr>
    </w:p>
    <w:p w14:paraId="02F48C01" w14:textId="77777777" w:rsidR="007E5056" w:rsidRDefault="00AB4222" w:rsidP="00086701">
      <w:pPr>
        <w:pStyle w:val="ListParagraph"/>
        <w:numPr>
          <w:ilvl w:val="0"/>
          <w:numId w:val="38"/>
        </w:numPr>
        <w:bidi/>
        <w:spacing w:after="224" w:line="259" w:lineRule="auto"/>
        <w:ind w:right="48"/>
        <w:rPr>
          <w:rFonts w:ascii="Simplified Arabic" w:eastAsia="Times New Roman" w:hAnsi="Simplified Arabic" w:cs="Simplified Arabic"/>
          <w:sz w:val="28"/>
          <w:szCs w:val="28"/>
        </w:rPr>
      </w:pPr>
      <w:r w:rsidRPr="00AB4222">
        <w:rPr>
          <w:rFonts w:ascii="Times New Roman" w:eastAsia="Times New Roman" w:hAnsi="Times New Roman" w:cs="Times New Roman"/>
          <w:b/>
          <w:bCs/>
          <w:sz w:val="24"/>
          <w:szCs w:val="24"/>
          <w:rtl/>
        </w:rPr>
        <w:t>دراسة العتيبي</w:t>
      </w:r>
      <w:r w:rsidRPr="00AB4222">
        <w:rPr>
          <w:rFonts w:ascii="Times New Roman" w:eastAsia="Times New Roman" w:hAnsi="Times New Roman" w:cs="Times New Roman"/>
          <w:b/>
          <w:bCs/>
          <w:sz w:val="24"/>
          <w:szCs w:val="24"/>
        </w:rPr>
        <w:t xml:space="preserve"> (2020)</w:t>
      </w:r>
      <w:r w:rsidRPr="00AB4222">
        <w:rPr>
          <w:rFonts w:ascii="Times New Roman" w:eastAsia="Times New Roman" w:hAnsi="Times New Roman" w:cs="Times New Roman"/>
          <w:sz w:val="24"/>
          <w:szCs w:val="24"/>
        </w:rPr>
        <w:t xml:space="preserve"> </w:t>
      </w:r>
      <w:r w:rsidRPr="00AB4222">
        <w:rPr>
          <w:rFonts w:ascii="Times New Roman" w:eastAsia="Times New Roman" w:hAnsi="Times New Roman" w:cs="Times New Roman"/>
          <w:sz w:val="24"/>
          <w:szCs w:val="24"/>
          <w:rtl/>
        </w:rPr>
        <w:t>ب</w:t>
      </w:r>
      <w:r w:rsidRPr="007D68E3">
        <w:rPr>
          <w:rFonts w:ascii="Simplified Arabic" w:eastAsia="Times New Roman" w:hAnsi="Simplified Arabic" w:cs="Simplified Arabic"/>
          <w:sz w:val="28"/>
          <w:szCs w:val="28"/>
          <w:rtl/>
        </w:rPr>
        <w:t xml:space="preserve">عنوان </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tl/>
        </w:rPr>
        <w:t>إدارة الوقت وعلاقتها برفع كفاءة الأداء الوظيفي في المؤسسات الحكومية السعودية</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Pr>
        <w:br/>
      </w:r>
      <w:r w:rsidRPr="007D68E3">
        <w:rPr>
          <w:rFonts w:ascii="Simplified Arabic" w:eastAsia="Times New Roman" w:hAnsi="Simplified Arabic" w:cs="Simplified Arabic"/>
          <w:sz w:val="28"/>
          <w:szCs w:val="28"/>
          <w:rtl/>
        </w:rPr>
        <w:t>توصلت الدراسة إلى أن هناك علاقة إيجابية قوية بين مستوى إدارة الوقت وبين كفاءة أداء الموظفين. كما بينت أن ضعف التخطيط اليومي وسوء توزيع المهام يعدان من أبرز أسباب انخفاض الإنتاجية</w:t>
      </w:r>
      <w:r w:rsidRPr="007D68E3">
        <w:rPr>
          <w:rFonts w:ascii="Simplified Arabic" w:eastAsia="Times New Roman" w:hAnsi="Simplified Arabic" w:cs="Simplified Arabic"/>
          <w:sz w:val="28"/>
          <w:szCs w:val="28"/>
        </w:rPr>
        <w:t>.</w:t>
      </w:r>
    </w:p>
    <w:p w14:paraId="5D29F602" w14:textId="77777777" w:rsidR="00A47933" w:rsidRDefault="00A47933" w:rsidP="00A47933">
      <w:pPr>
        <w:pStyle w:val="ListParagraph"/>
        <w:bidi/>
        <w:spacing w:after="224" w:line="259" w:lineRule="auto"/>
        <w:ind w:right="48"/>
        <w:rPr>
          <w:rFonts w:ascii="Simplified Arabic" w:eastAsia="Times New Roman" w:hAnsi="Simplified Arabic" w:cs="Simplified Arabic"/>
          <w:sz w:val="28"/>
          <w:szCs w:val="28"/>
        </w:rPr>
      </w:pPr>
    </w:p>
    <w:p w14:paraId="3DE1162A" w14:textId="4BF7CE9C" w:rsidR="00AB4222" w:rsidRPr="007E5056" w:rsidRDefault="00AB4222" w:rsidP="007E5056">
      <w:pPr>
        <w:pStyle w:val="ListParagraph"/>
        <w:bidi/>
        <w:spacing w:after="224" w:line="259" w:lineRule="auto"/>
        <w:ind w:right="48"/>
        <w:rPr>
          <w:rFonts w:ascii="Simplified Arabic" w:eastAsia="Times New Roman" w:hAnsi="Simplified Arabic" w:cs="Simplified Arabic"/>
          <w:sz w:val="28"/>
          <w:szCs w:val="28"/>
        </w:rPr>
      </w:pPr>
      <w:r w:rsidRPr="007E5056">
        <w:rPr>
          <w:rFonts w:ascii="Simplified Arabic" w:eastAsia="Times New Roman" w:hAnsi="Simplified Arabic" w:cs="Simplified Arabic"/>
          <w:sz w:val="28"/>
          <w:szCs w:val="28"/>
        </w:rPr>
        <w:br/>
      </w:r>
      <w:r w:rsidRPr="007E5056">
        <w:rPr>
          <w:rFonts w:ascii="Segoe UI Emoji" w:eastAsia="Times New Roman" w:hAnsi="Segoe UI Emoji" w:cs="Segoe UI Emoji"/>
          <w:sz w:val="28"/>
          <w:szCs w:val="28"/>
        </w:rPr>
        <w:t>🔹</w:t>
      </w:r>
      <w:r w:rsidRPr="007E5056">
        <w:rPr>
          <w:rFonts w:ascii="Simplified Arabic" w:eastAsia="Times New Roman" w:hAnsi="Simplified Arabic" w:cs="Simplified Arabic"/>
          <w:sz w:val="28"/>
          <w:szCs w:val="28"/>
        </w:rPr>
        <w:t xml:space="preserve"> </w:t>
      </w:r>
      <w:r w:rsidRPr="007E5056">
        <w:rPr>
          <w:rFonts w:ascii="Simplified Arabic" w:eastAsia="Times New Roman" w:hAnsi="Simplified Arabic" w:cs="Simplified Arabic"/>
          <w:b/>
          <w:bCs/>
          <w:sz w:val="28"/>
          <w:szCs w:val="28"/>
          <w:rtl/>
        </w:rPr>
        <w:t>التحليل النقدي</w:t>
      </w:r>
      <w:r w:rsidRPr="007E5056">
        <w:rPr>
          <w:rFonts w:ascii="Simplified Arabic" w:eastAsia="Times New Roman" w:hAnsi="Simplified Arabic" w:cs="Simplified Arabic"/>
          <w:b/>
          <w:bCs/>
          <w:sz w:val="28"/>
          <w:szCs w:val="28"/>
        </w:rPr>
        <w:t>:</w:t>
      </w:r>
      <w:r w:rsidRPr="007E5056">
        <w:rPr>
          <w:rFonts w:ascii="Simplified Arabic" w:eastAsia="Times New Roman" w:hAnsi="Simplified Arabic" w:cs="Simplified Arabic"/>
          <w:sz w:val="28"/>
          <w:szCs w:val="28"/>
        </w:rPr>
        <w:t xml:space="preserve"> </w:t>
      </w:r>
      <w:r w:rsidRPr="007E5056">
        <w:rPr>
          <w:rFonts w:ascii="Simplified Arabic" w:eastAsia="Times New Roman" w:hAnsi="Simplified Arabic" w:cs="Simplified Arabic"/>
          <w:sz w:val="28"/>
          <w:szCs w:val="28"/>
          <w:rtl/>
        </w:rPr>
        <w:t>تميزت هذه الدراسة بتركيزها على القطاع الحكومي، لكنها لم تتناول أثر تنظيم العمل الإداري بشكل مباشر، مما يجعلها محدودة في فهم الصورة الشاملة للعلاقة بين التنظيم والإنتاجية</w:t>
      </w:r>
      <w:r w:rsidRPr="007E5056">
        <w:rPr>
          <w:rFonts w:ascii="Simplified Arabic" w:eastAsia="Times New Roman" w:hAnsi="Simplified Arabic" w:cs="Simplified Arabic"/>
          <w:sz w:val="28"/>
          <w:szCs w:val="28"/>
        </w:rPr>
        <w:t>.</w:t>
      </w:r>
    </w:p>
    <w:p w14:paraId="71B57159" w14:textId="77777777" w:rsidR="0037708A" w:rsidRDefault="0037708A" w:rsidP="0037708A">
      <w:pPr>
        <w:pStyle w:val="ListParagraph"/>
        <w:bidi/>
        <w:spacing w:after="224" w:line="259" w:lineRule="auto"/>
        <w:ind w:right="48"/>
        <w:rPr>
          <w:rFonts w:ascii="Times New Roman" w:eastAsia="Times New Roman" w:hAnsi="Times New Roman" w:cs="Times New Roman"/>
          <w:sz w:val="24"/>
          <w:szCs w:val="24"/>
        </w:rPr>
      </w:pPr>
    </w:p>
    <w:p w14:paraId="50022DD0" w14:textId="77777777" w:rsidR="006B59BB" w:rsidRDefault="006B59BB" w:rsidP="006B59BB">
      <w:pPr>
        <w:pStyle w:val="ListParagraph"/>
        <w:bidi/>
        <w:spacing w:after="224" w:line="259" w:lineRule="auto"/>
        <w:ind w:right="48"/>
        <w:rPr>
          <w:rFonts w:ascii="Times New Roman" w:eastAsia="Times New Roman" w:hAnsi="Times New Roman" w:cs="Times New Roman"/>
          <w:sz w:val="24"/>
          <w:szCs w:val="24"/>
        </w:rPr>
      </w:pPr>
    </w:p>
    <w:p w14:paraId="043C1648" w14:textId="77777777" w:rsidR="006B59BB" w:rsidRDefault="006B59BB" w:rsidP="006B59BB">
      <w:pPr>
        <w:pStyle w:val="ListParagraph"/>
        <w:bidi/>
        <w:spacing w:after="224" w:line="259" w:lineRule="auto"/>
        <w:ind w:right="48"/>
        <w:rPr>
          <w:rFonts w:ascii="Times New Roman" w:eastAsia="Times New Roman" w:hAnsi="Times New Roman" w:cs="Times New Roman"/>
          <w:sz w:val="24"/>
          <w:szCs w:val="24"/>
        </w:rPr>
      </w:pPr>
    </w:p>
    <w:p w14:paraId="08C945FA" w14:textId="77777777" w:rsidR="006B59BB" w:rsidRPr="00AB4222" w:rsidRDefault="006B59BB" w:rsidP="006B59BB">
      <w:pPr>
        <w:pStyle w:val="ListParagraph"/>
        <w:bidi/>
        <w:spacing w:after="224" w:line="259" w:lineRule="auto"/>
        <w:ind w:right="48"/>
        <w:rPr>
          <w:rFonts w:ascii="Times New Roman" w:eastAsia="Times New Roman" w:hAnsi="Times New Roman" w:cs="Times New Roman"/>
          <w:sz w:val="24"/>
          <w:szCs w:val="24"/>
        </w:rPr>
      </w:pPr>
    </w:p>
    <w:p w14:paraId="7F1C0D97" w14:textId="5E3FE6B2" w:rsidR="00AB4222" w:rsidRPr="007D68E3" w:rsidRDefault="00AB4222" w:rsidP="00086701">
      <w:pPr>
        <w:pStyle w:val="ListParagraph"/>
        <w:numPr>
          <w:ilvl w:val="0"/>
          <w:numId w:val="38"/>
        </w:numPr>
        <w:bidi/>
        <w:spacing w:after="224" w:line="259" w:lineRule="auto"/>
        <w:ind w:right="48"/>
        <w:rPr>
          <w:rFonts w:ascii="Simplified Arabic" w:eastAsia="Times New Roman" w:hAnsi="Simplified Arabic" w:cs="Simplified Arabic"/>
          <w:sz w:val="28"/>
          <w:szCs w:val="28"/>
        </w:rPr>
      </w:pPr>
      <w:r w:rsidRPr="007D68E3">
        <w:rPr>
          <w:rFonts w:ascii="Simplified Arabic" w:eastAsia="Times New Roman" w:hAnsi="Simplified Arabic" w:cs="Simplified Arabic"/>
          <w:b/>
          <w:bCs/>
          <w:sz w:val="28"/>
          <w:szCs w:val="28"/>
          <w:rtl/>
        </w:rPr>
        <w:t>دراسة الزهراني</w:t>
      </w:r>
      <w:r w:rsidRPr="007D68E3">
        <w:rPr>
          <w:rFonts w:ascii="Simplified Arabic" w:eastAsia="Times New Roman" w:hAnsi="Simplified Arabic" w:cs="Simplified Arabic"/>
          <w:b/>
          <w:bCs/>
          <w:sz w:val="28"/>
          <w:szCs w:val="28"/>
        </w:rPr>
        <w:t xml:space="preserve"> (2021)</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sz w:val="28"/>
          <w:szCs w:val="28"/>
          <w:rtl/>
        </w:rPr>
        <w:t xml:space="preserve">بعنوان </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tl/>
        </w:rPr>
        <w:t>أثر تنظيم بيئة العمل في تحسين إنتاجية الموظفين في القطاع الخاص</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Pr>
        <w:br/>
      </w:r>
      <w:r w:rsidRPr="007D68E3">
        <w:rPr>
          <w:rFonts w:ascii="Simplified Arabic" w:eastAsia="Times New Roman" w:hAnsi="Simplified Arabic" w:cs="Simplified Arabic"/>
          <w:sz w:val="28"/>
          <w:szCs w:val="28"/>
          <w:rtl/>
        </w:rPr>
        <w:t>أظهرت النتائج أن التنظيم الإداري الجيد، وتوزيع المسؤوليات بوضوح، يسهمان بشكل كبير في رفع مستوى الرضا الوظيفي والإنتاجية</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Pr>
        <w:br/>
      </w:r>
      <w:r w:rsidRPr="007D68E3">
        <w:rPr>
          <w:rFonts w:ascii="Segoe UI Emoji" w:eastAsia="Times New Roman" w:hAnsi="Segoe UI Emoji" w:cs="Segoe UI Emoji"/>
          <w:sz w:val="28"/>
          <w:szCs w:val="28"/>
        </w:rPr>
        <w:t>🔹</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b/>
          <w:bCs/>
          <w:sz w:val="28"/>
          <w:szCs w:val="28"/>
          <w:rtl/>
        </w:rPr>
        <w:t>التحليل النقدي</w:t>
      </w:r>
      <w:r w:rsidRPr="007D68E3">
        <w:rPr>
          <w:rFonts w:ascii="Simplified Arabic" w:eastAsia="Times New Roman" w:hAnsi="Simplified Arabic" w:cs="Simplified Arabic"/>
          <w:b/>
          <w:bCs/>
          <w:sz w:val="28"/>
          <w:szCs w:val="28"/>
        </w:rPr>
        <w:t>:</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sz w:val="28"/>
          <w:szCs w:val="28"/>
          <w:rtl/>
        </w:rPr>
        <w:t>ركزت الدراسة على التنظيم المكاني والهيكلي فقط، دون دمج إدارة الوقت كمتغير مستقل، مما قلل من شمولية النتائج</w:t>
      </w:r>
      <w:r w:rsidRPr="007D68E3">
        <w:rPr>
          <w:rFonts w:ascii="Simplified Arabic" w:eastAsia="Times New Roman" w:hAnsi="Simplified Arabic" w:cs="Simplified Arabic"/>
          <w:sz w:val="28"/>
          <w:szCs w:val="28"/>
        </w:rPr>
        <w:t>.</w:t>
      </w:r>
    </w:p>
    <w:p w14:paraId="626394AB" w14:textId="77777777" w:rsidR="0037708A" w:rsidRPr="007D68E3" w:rsidRDefault="0037708A" w:rsidP="0037708A">
      <w:pPr>
        <w:pStyle w:val="ListParagraph"/>
        <w:rPr>
          <w:rFonts w:ascii="Simplified Arabic" w:eastAsia="Times New Roman" w:hAnsi="Simplified Arabic" w:cs="Simplified Arabic"/>
          <w:sz w:val="28"/>
          <w:szCs w:val="28"/>
          <w:rtl/>
        </w:rPr>
      </w:pPr>
    </w:p>
    <w:p w14:paraId="68536556" w14:textId="77777777" w:rsidR="0037708A" w:rsidRPr="007D68E3" w:rsidRDefault="0037708A" w:rsidP="0037708A">
      <w:pPr>
        <w:pStyle w:val="ListParagraph"/>
        <w:bidi/>
        <w:spacing w:after="224" w:line="259" w:lineRule="auto"/>
        <w:ind w:right="48"/>
        <w:rPr>
          <w:rFonts w:ascii="Simplified Arabic" w:eastAsia="Times New Roman" w:hAnsi="Simplified Arabic" w:cs="Simplified Arabic"/>
          <w:sz w:val="28"/>
          <w:szCs w:val="28"/>
        </w:rPr>
      </w:pPr>
    </w:p>
    <w:p w14:paraId="1754EA1A" w14:textId="77777777" w:rsidR="0073043B" w:rsidRDefault="00AB4222" w:rsidP="00086701">
      <w:pPr>
        <w:pStyle w:val="ListParagraph"/>
        <w:numPr>
          <w:ilvl w:val="0"/>
          <w:numId w:val="38"/>
        </w:numPr>
        <w:bidi/>
        <w:spacing w:after="224" w:line="259" w:lineRule="auto"/>
        <w:ind w:right="48"/>
        <w:rPr>
          <w:rFonts w:ascii="Simplified Arabic" w:eastAsia="Times New Roman" w:hAnsi="Simplified Arabic" w:cs="Simplified Arabic"/>
          <w:sz w:val="28"/>
          <w:szCs w:val="28"/>
        </w:rPr>
      </w:pPr>
      <w:r w:rsidRPr="007D68E3">
        <w:rPr>
          <w:rFonts w:ascii="Simplified Arabic" w:eastAsia="Times New Roman" w:hAnsi="Simplified Arabic" w:cs="Simplified Arabic"/>
          <w:b/>
          <w:bCs/>
          <w:sz w:val="28"/>
          <w:szCs w:val="28"/>
          <w:rtl/>
        </w:rPr>
        <w:t>دراسة الشمري</w:t>
      </w:r>
      <w:r w:rsidRPr="007D68E3">
        <w:rPr>
          <w:rFonts w:ascii="Simplified Arabic" w:eastAsia="Times New Roman" w:hAnsi="Simplified Arabic" w:cs="Simplified Arabic"/>
          <w:b/>
          <w:bCs/>
          <w:sz w:val="28"/>
          <w:szCs w:val="28"/>
        </w:rPr>
        <w:t xml:space="preserve"> (2022)</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sz w:val="28"/>
          <w:szCs w:val="28"/>
          <w:rtl/>
        </w:rPr>
        <w:t xml:space="preserve">بعنوان </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tl/>
        </w:rPr>
        <w:t>العلاقة بين إدارة الوقت وضغوط العمل في بيئة المؤسسات التعليمية</w:t>
      </w:r>
      <w:r w:rsidRPr="007D68E3">
        <w:rPr>
          <w:rFonts w:ascii="Simplified Arabic" w:eastAsia="Times New Roman" w:hAnsi="Simplified Arabic" w:cs="Simplified Arabic"/>
          <w:sz w:val="28"/>
          <w:szCs w:val="28"/>
        </w:rPr>
        <w:t>".</w:t>
      </w:r>
      <w:r w:rsidRPr="007D68E3">
        <w:rPr>
          <w:rFonts w:ascii="Simplified Arabic" w:eastAsia="Times New Roman" w:hAnsi="Simplified Arabic" w:cs="Simplified Arabic"/>
          <w:sz w:val="28"/>
          <w:szCs w:val="28"/>
        </w:rPr>
        <w:br/>
      </w:r>
      <w:r w:rsidRPr="007D68E3">
        <w:rPr>
          <w:rFonts w:ascii="Simplified Arabic" w:eastAsia="Times New Roman" w:hAnsi="Simplified Arabic" w:cs="Simplified Arabic"/>
          <w:sz w:val="28"/>
          <w:szCs w:val="28"/>
          <w:rtl/>
        </w:rPr>
        <w:t>أوضحت أن تحسين مهارات إدارة الوقت يؤدي إلى تقليل الضغوط المهنية ورفع جودة الأداء الوظيفي</w:t>
      </w:r>
      <w:r w:rsidRPr="007D68E3">
        <w:rPr>
          <w:rFonts w:ascii="Simplified Arabic" w:eastAsia="Times New Roman" w:hAnsi="Simplified Arabic" w:cs="Simplified Arabic"/>
          <w:sz w:val="28"/>
          <w:szCs w:val="28"/>
        </w:rPr>
        <w:t>.</w:t>
      </w:r>
    </w:p>
    <w:p w14:paraId="371CDA61" w14:textId="0DC9F1FB" w:rsidR="00070BF4" w:rsidRPr="007D68E3" w:rsidRDefault="00AB4222" w:rsidP="0073043B">
      <w:pPr>
        <w:pStyle w:val="ListParagraph"/>
        <w:bidi/>
        <w:spacing w:after="224" w:line="259" w:lineRule="auto"/>
        <w:ind w:right="48"/>
        <w:rPr>
          <w:rFonts w:ascii="Simplified Arabic" w:eastAsia="Times New Roman" w:hAnsi="Simplified Arabic" w:cs="Simplified Arabic"/>
          <w:sz w:val="28"/>
          <w:szCs w:val="28"/>
        </w:rPr>
      </w:pPr>
      <w:r w:rsidRPr="007D68E3">
        <w:rPr>
          <w:rFonts w:ascii="Simplified Arabic" w:eastAsia="Times New Roman" w:hAnsi="Simplified Arabic" w:cs="Simplified Arabic"/>
          <w:sz w:val="28"/>
          <w:szCs w:val="28"/>
        </w:rPr>
        <w:lastRenderedPageBreak/>
        <w:br/>
      </w:r>
      <w:r w:rsidRPr="007D68E3">
        <w:rPr>
          <w:rFonts w:ascii="Segoe UI Emoji" w:eastAsia="Times New Roman" w:hAnsi="Segoe UI Emoji" w:cs="Segoe UI Emoji"/>
          <w:sz w:val="28"/>
          <w:szCs w:val="28"/>
        </w:rPr>
        <w:t>🔹</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b/>
          <w:bCs/>
          <w:sz w:val="28"/>
          <w:szCs w:val="28"/>
          <w:rtl/>
        </w:rPr>
        <w:t>التحليل النقدي</w:t>
      </w:r>
      <w:r w:rsidRPr="007D68E3">
        <w:rPr>
          <w:rFonts w:ascii="Simplified Arabic" w:eastAsia="Times New Roman" w:hAnsi="Simplified Arabic" w:cs="Simplified Arabic"/>
          <w:sz w:val="28"/>
          <w:szCs w:val="28"/>
        </w:rPr>
        <w:t xml:space="preserve">: </w:t>
      </w:r>
      <w:r w:rsidRPr="007D68E3">
        <w:rPr>
          <w:rFonts w:ascii="Simplified Arabic" w:eastAsia="Times New Roman" w:hAnsi="Simplified Arabic" w:cs="Simplified Arabic"/>
          <w:sz w:val="28"/>
          <w:szCs w:val="28"/>
          <w:rtl/>
        </w:rPr>
        <w:t>تناولت الدراسة أحد الجوانب النفسية المرتبطة بإدارة الوقت، لكنها لم تربطها بشكل مباشر بالإنتاجية العامة للمؤسسة</w:t>
      </w:r>
    </w:p>
    <w:p w14:paraId="61542353" w14:textId="77777777" w:rsidR="007E5056" w:rsidRDefault="007E5056" w:rsidP="007E5056">
      <w:pPr>
        <w:pStyle w:val="ListParagraph"/>
        <w:bidi/>
        <w:spacing w:after="224" w:line="259" w:lineRule="auto"/>
        <w:ind w:right="48"/>
        <w:rPr>
          <w:rFonts w:ascii="Times New Roman" w:eastAsia="Times New Roman" w:hAnsi="Times New Roman" w:cs="Times New Roman"/>
          <w:sz w:val="24"/>
          <w:szCs w:val="24"/>
        </w:rPr>
      </w:pPr>
    </w:p>
    <w:p w14:paraId="5D29DEE6" w14:textId="77777777" w:rsidR="007E5056" w:rsidRDefault="007E5056" w:rsidP="007E5056">
      <w:pPr>
        <w:pStyle w:val="ListParagraph"/>
        <w:bidi/>
        <w:spacing w:after="224" w:line="259" w:lineRule="auto"/>
        <w:ind w:right="48"/>
        <w:rPr>
          <w:rFonts w:ascii="Times New Roman" w:eastAsia="Times New Roman" w:hAnsi="Times New Roman" w:cs="Times New Roman"/>
          <w:sz w:val="24"/>
          <w:szCs w:val="24"/>
        </w:rPr>
      </w:pPr>
    </w:p>
    <w:p w14:paraId="31657762" w14:textId="77777777" w:rsidR="007E5056" w:rsidRDefault="007E5056" w:rsidP="007E5056">
      <w:pPr>
        <w:pStyle w:val="ListParagraph"/>
        <w:bidi/>
        <w:spacing w:after="224" w:line="259" w:lineRule="auto"/>
        <w:ind w:right="48"/>
        <w:rPr>
          <w:rFonts w:ascii="Times New Roman" w:eastAsia="Times New Roman" w:hAnsi="Times New Roman" w:cs="Times New Roman"/>
          <w:sz w:val="24"/>
          <w:szCs w:val="24"/>
          <w:rtl/>
        </w:rPr>
      </w:pPr>
    </w:p>
    <w:p w14:paraId="4CEA3C48" w14:textId="77777777" w:rsidR="008A64A6" w:rsidRDefault="008A64A6" w:rsidP="008A64A6">
      <w:pPr>
        <w:pStyle w:val="ListParagraph"/>
        <w:bidi/>
        <w:spacing w:after="224" w:line="259" w:lineRule="auto"/>
        <w:ind w:right="48"/>
        <w:rPr>
          <w:rFonts w:ascii="Times New Roman" w:eastAsia="Times New Roman" w:hAnsi="Times New Roman" w:cs="Times New Roman"/>
          <w:sz w:val="24"/>
          <w:szCs w:val="24"/>
        </w:rPr>
      </w:pPr>
    </w:p>
    <w:p w14:paraId="362E3E6E" w14:textId="77777777" w:rsidR="007D68E3" w:rsidRPr="00070BF4" w:rsidRDefault="007D68E3" w:rsidP="007D68E3">
      <w:pPr>
        <w:pStyle w:val="ListParagraph"/>
        <w:bidi/>
        <w:spacing w:after="224" w:line="259" w:lineRule="auto"/>
        <w:ind w:right="48"/>
        <w:rPr>
          <w:rFonts w:ascii="Times New Roman" w:eastAsia="Times New Roman" w:hAnsi="Times New Roman" w:cs="Times New Roman"/>
          <w:sz w:val="24"/>
          <w:szCs w:val="24"/>
        </w:rPr>
      </w:pPr>
    </w:p>
    <w:p w14:paraId="2EE0CCE0" w14:textId="77777777" w:rsidR="003D76EA" w:rsidRPr="003D76EA" w:rsidRDefault="003D76EA" w:rsidP="003D76EA">
      <w:pPr>
        <w:bidi/>
        <w:spacing w:after="224" w:line="259" w:lineRule="auto"/>
        <w:ind w:right="48"/>
        <w:rPr>
          <w:rFonts w:ascii="Times New Roman" w:eastAsia="Times New Roman" w:hAnsi="Times New Roman" w:cs="Times New Roman"/>
          <w:b/>
          <w:bCs/>
          <w:sz w:val="24"/>
          <w:szCs w:val="24"/>
        </w:rPr>
      </w:pPr>
      <w:r w:rsidRPr="003D76EA">
        <w:rPr>
          <w:rFonts w:ascii="Times New Roman" w:eastAsia="Times New Roman" w:hAnsi="Times New Roman" w:cs="Times New Roman"/>
          <w:b/>
          <w:bCs/>
          <w:sz w:val="24"/>
          <w:szCs w:val="24"/>
          <w:rtl/>
        </w:rPr>
        <w:t>ثانيًا: الدراسات الأجنبية</w:t>
      </w:r>
      <w:r w:rsidRPr="003D76EA">
        <w:rPr>
          <w:rFonts w:ascii="Times New Roman" w:eastAsia="Times New Roman" w:hAnsi="Times New Roman" w:cs="Times New Roman"/>
          <w:b/>
          <w:bCs/>
          <w:sz w:val="24"/>
          <w:szCs w:val="24"/>
        </w:rPr>
        <w:t xml:space="preserve"> (International Studies)</w:t>
      </w:r>
    </w:p>
    <w:p w14:paraId="01207576" w14:textId="2C325378" w:rsidR="003D76EA" w:rsidRPr="002C56B9" w:rsidRDefault="00F07420" w:rsidP="00086701">
      <w:pPr>
        <w:pStyle w:val="ListParagraph"/>
        <w:numPr>
          <w:ilvl w:val="0"/>
          <w:numId w:val="39"/>
        </w:numPr>
        <w:spacing w:after="224" w:line="259" w:lineRule="auto"/>
        <w:ind w:right="48"/>
        <w:rPr>
          <w:rFonts w:ascii="Times New Roman" w:eastAsia="Times New Roman" w:hAnsi="Times New Roman" w:cs="Times New Roman"/>
          <w:sz w:val="24"/>
          <w:szCs w:val="24"/>
        </w:rPr>
      </w:pPr>
      <w:r w:rsidRPr="002C56B9">
        <w:rPr>
          <w:rFonts w:ascii="Times New Roman" w:eastAsia="Times New Roman" w:hAnsi="Times New Roman" w:cs="Times New Roman"/>
          <w:b/>
          <w:bCs/>
          <w:sz w:val="24"/>
          <w:szCs w:val="24"/>
        </w:rPr>
        <w:t>Research by Drucker &amp; Wilson (2020)</w:t>
      </w:r>
      <w:r w:rsidRPr="002C56B9">
        <w:rPr>
          <w:rFonts w:ascii="Times New Roman" w:eastAsia="Times New Roman" w:hAnsi="Times New Roman" w:cs="Times New Roman"/>
          <w:sz w:val="24"/>
          <w:szCs w:val="24"/>
        </w:rPr>
        <w:t xml:space="preserve"> titled </w:t>
      </w:r>
      <w:r w:rsidRPr="002C56B9">
        <w:rPr>
          <w:rFonts w:ascii="Times New Roman" w:eastAsia="Times New Roman" w:hAnsi="Times New Roman" w:cs="Times New Roman"/>
          <w:i/>
          <w:iCs/>
          <w:sz w:val="24"/>
          <w:szCs w:val="24"/>
        </w:rPr>
        <w:t>“Work Organization and Operational Efficiency.”</w:t>
      </w:r>
      <w:r w:rsidRPr="002C56B9">
        <w:rPr>
          <w:rFonts w:ascii="Times New Roman" w:eastAsia="Times New Roman" w:hAnsi="Times New Roman" w:cs="Times New Roman"/>
          <w:sz w:val="24"/>
          <w:szCs w:val="24"/>
        </w:rPr>
        <w:br/>
        <w:t>This research emphasized the importance of structured work organization and clear job descriptions in improving organizational performance.</w:t>
      </w:r>
      <w:r w:rsidRPr="002C56B9">
        <w:rPr>
          <w:rFonts w:ascii="Times New Roman" w:eastAsia="Times New Roman" w:hAnsi="Times New Roman" w:cs="Times New Roman"/>
          <w:sz w:val="24"/>
          <w:szCs w:val="24"/>
        </w:rPr>
        <w:br/>
      </w:r>
      <w:r w:rsidRPr="002C56B9">
        <w:rPr>
          <w:rFonts w:ascii="Segoe UI Emoji" w:eastAsia="Times New Roman" w:hAnsi="Segoe UI Emoji" w:cs="Segoe UI Emoji"/>
          <w:sz w:val="24"/>
          <w:szCs w:val="24"/>
        </w:rPr>
        <w:t>🔹</w:t>
      </w:r>
      <w:r w:rsidRPr="002C56B9">
        <w:rPr>
          <w:rFonts w:ascii="Times New Roman" w:eastAsia="Times New Roman" w:hAnsi="Times New Roman" w:cs="Times New Roman"/>
          <w:sz w:val="24"/>
          <w:szCs w:val="24"/>
        </w:rPr>
        <w:t xml:space="preserve"> </w:t>
      </w:r>
      <w:r w:rsidRPr="002C56B9">
        <w:rPr>
          <w:rFonts w:ascii="Times New Roman" w:eastAsia="Times New Roman" w:hAnsi="Times New Roman" w:cs="Times New Roman"/>
          <w:b/>
          <w:bCs/>
          <w:sz w:val="24"/>
          <w:szCs w:val="24"/>
        </w:rPr>
        <w:t>Critical Note:</w:t>
      </w:r>
      <w:r w:rsidRPr="002C56B9">
        <w:rPr>
          <w:rFonts w:ascii="Times New Roman" w:eastAsia="Times New Roman" w:hAnsi="Times New Roman" w:cs="Times New Roman"/>
          <w:sz w:val="24"/>
          <w:szCs w:val="24"/>
        </w:rPr>
        <w:t xml:space="preserve"> The study offered a strong theoretical framework for understanding organizational design, but it did not empirically test the combined influence of work organization and time management.</w:t>
      </w:r>
    </w:p>
    <w:p w14:paraId="55C362BC" w14:textId="77777777" w:rsidR="002C56B9" w:rsidRPr="002C56B9" w:rsidRDefault="002C56B9" w:rsidP="002C56B9">
      <w:pPr>
        <w:pStyle w:val="ListParagraph"/>
        <w:spacing w:after="224" w:line="259" w:lineRule="auto"/>
        <w:ind w:right="48"/>
        <w:rPr>
          <w:rFonts w:ascii="Times New Roman" w:eastAsia="Times New Roman" w:hAnsi="Times New Roman" w:cs="Times New Roman"/>
          <w:sz w:val="24"/>
          <w:szCs w:val="24"/>
        </w:rPr>
      </w:pPr>
    </w:p>
    <w:p w14:paraId="58D4A682" w14:textId="73120C3F" w:rsidR="006A702E" w:rsidRPr="003D78FE" w:rsidRDefault="00725592" w:rsidP="003D78FE">
      <w:pPr>
        <w:bidi/>
        <w:spacing w:after="224" w:line="259" w:lineRule="auto"/>
        <w:ind w:left="360" w:right="48"/>
        <w:rPr>
          <w:rFonts w:ascii="Simplified Arabic" w:eastAsia="Times New Roman" w:hAnsi="Simplified Arabic" w:cs="Simplified Arabic"/>
          <w:sz w:val="28"/>
          <w:szCs w:val="28"/>
        </w:rPr>
      </w:pPr>
      <w:r w:rsidRPr="003D78FE">
        <w:rPr>
          <w:rFonts w:ascii="Simplified Arabic" w:eastAsia="Times New Roman" w:hAnsi="Simplified Arabic" w:cs="Simplified Arabic"/>
          <w:sz w:val="28"/>
          <w:szCs w:val="28"/>
          <w:rtl/>
        </w:rPr>
        <w:t>ت</w:t>
      </w:r>
      <w:r w:rsidR="003B7E83" w:rsidRPr="003D78FE">
        <w:rPr>
          <w:rFonts w:ascii="Simplified Arabic" w:eastAsia="Times New Roman" w:hAnsi="Simplified Arabic" w:cs="Simplified Arabic"/>
          <w:sz w:val="28"/>
          <w:szCs w:val="28"/>
          <w:rtl/>
        </w:rPr>
        <w:t xml:space="preserve">شير دراسة </w:t>
      </w:r>
      <w:r w:rsidR="003B7E83" w:rsidRPr="003D78FE">
        <w:rPr>
          <w:rFonts w:ascii="Simplified Arabic" w:eastAsia="Times New Roman" w:hAnsi="Simplified Arabic" w:cs="Simplified Arabic"/>
          <w:sz w:val="28"/>
          <w:szCs w:val="28"/>
        </w:rPr>
        <w:t xml:space="preserve">Drucker &amp; Wilson (2020) </w:t>
      </w:r>
      <w:r w:rsidR="003B7E83" w:rsidRPr="003D78FE">
        <w:rPr>
          <w:rFonts w:ascii="Simplified Arabic" w:eastAsia="Times New Roman" w:hAnsi="Simplified Arabic" w:cs="Simplified Arabic"/>
          <w:sz w:val="28"/>
          <w:szCs w:val="28"/>
          <w:rtl/>
        </w:rPr>
        <w:t xml:space="preserve">بعنوان </w:t>
      </w:r>
      <w:r w:rsidR="003B7E83" w:rsidRPr="003D78FE">
        <w:rPr>
          <w:rFonts w:ascii="Simplified Arabic" w:eastAsia="Times New Roman" w:hAnsi="Simplified Arabic" w:cs="Simplified Arabic"/>
          <w:sz w:val="28"/>
          <w:szCs w:val="28"/>
        </w:rPr>
        <w:t>"</w:t>
      </w:r>
      <w:r w:rsidR="003B7E83" w:rsidRPr="003D78FE">
        <w:rPr>
          <w:rFonts w:ascii="Simplified Arabic" w:eastAsia="Times New Roman" w:hAnsi="Simplified Arabic" w:cs="Simplified Arabic"/>
          <w:sz w:val="28"/>
          <w:szCs w:val="28"/>
          <w:rtl/>
        </w:rPr>
        <w:t>تنظيم العمل والكفاءة التشغيلية</w:t>
      </w:r>
      <w:r w:rsidR="003B7E83" w:rsidRPr="003D78FE">
        <w:rPr>
          <w:rFonts w:ascii="Simplified Arabic" w:eastAsia="Times New Roman" w:hAnsi="Simplified Arabic" w:cs="Simplified Arabic"/>
          <w:sz w:val="28"/>
          <w:szCs w:val="28"/>
        </w:rPr>
        <w:t xml:space="preserve">" </w:t>
      </w:r>
      <w:r w:rsidR="003B7E83" w:rsidRPr="003D78FE">
        <w:rPr>
          <w:rFonts w:ascii="Simplified Arabic" w:eastAsia="Times New Roman" w:hAnsi="Simplified Arabic" w:cs="Simplified Arabic"/>
          <w:sz w:val="28"/>
          <w:szCs w:val="28"/>
          <w:rtl/>
        </w:rPr>
        <w:t>إلى أهمية وجود تنظيم عمل منظم وهيكل وظيفي واضح في تحسين الأداء التنظيمي للمؤسسات</w:t>
      </w:r>
      <w:r w:rsidR="003B7E83" w:rsidRPr="003D78FE">
        <w:rPr>
          <w:rFonts w:ascii="Simplified Arabic" w:eastAsia="Times New Roman" w:hAnsi="Simplified Arabic" w:cs="Simplified Arabic"/>
          <w:sz w:val="28"/>
          <w:szCs w:val="28"/>
        </w:rPr>
        <w:t>.</w:t>
      </w:r>
      <w:r w:rsidR="003B7E83" w:rsidRPr="003D78FE">
        <w:rPr>
          <w:rFonts w:ascii="Simplified Arabic" w:eastAsia="Times New Roman" w:hAnsi="Simplified Arabic" w:cs="Simplified Arabic"/>
          <w:sz w:val="28"/>
          <w:szCs w:val="28"/>
        </w:rPr>
        <w:br/>
      </w:r>
      <w:r w:rsidR="003B7E83" w:rsidRPr="003D78FE">
        <w:rPr>
          <w:rFonts w:ascii="Segoe UI Emoji" w:eastAsia="Times New Roman" w:hAnsi="Segoe UI Emoji" w:cs="Segoe UI Emoji"/>
          <w:sz w:val="28"/>
          <w:szCs w:val="28"/>
        </w:rPr>
        <w:t>🔹</w:t>
      </w:r>
      <w:r w:rsidR="003B7E83" w:rsidRPr="003D78FE">
        <w:rPr>
          <w:rFonts w:ascii="Simplified Arabic" w:eastAsia="Times New Roman" w:hAnsi="Simplified Arabic" w:cs="Simplified Arabic"/>
          <w:sz w:val="28"/>
          <w:szCs w:val="28"/>
        </w:rPr>
        <w:t xml:space="preserve"> </w:t>
      </w:r>
      <w:r w:rsidR="003B7E83" w:rsidRPr="003D78FE">
        <w:rPr>
          <w:rFonts w:ascii="Simplified Arabic" w:eastAsia="Times New Roman" w:hAnsi="Simplified Arabic" w:cs="Simplified Arabic"/>
          <w:sz w:val="28"/>
          <w:szCs w:val="28"/>
          <w:rtl/>
        </w:rPr>
        <w:t>الملاحظة النقدية</w:t>
      </w:r>
      <w:r w:rsidR="003B7E83" w:rsidRPr="003D78FE">
        <w:rPr>
          <w:rFonts w:ascii="Simplified Arabic" w:eastAsia="Times New Roman" w:hAnsi="Simplified Arabic" w:cs="Simplified Arabic"/>
          <w:sz w:val="28"/>
          <w:szCs w:val="28"/>
        </w:rPr>
        <w:t>:</w:t>
      </w:r>
      <w:r w:rsidR="003B7E83" w:rsidRPr="003D78FE">
        <w:rPr>
          <w:rFonts w:ascii="Simplified Arabic" w:eastAsia="Times New Roman" w:hAnsi="Simplified Arabic" w:cs="Simplified Arabic"/>
          <w:sz w:val="28"/>
          <w:szCs w:val="28"/>
        </w:rPr>
        <w:br/>
      </w:r>
      <w:r w:rsidR="003B7E83" w:rsidRPr="003D78FE">
        <w:rPr>
          <w:rFonts w:ascii="Simplified Arabic" w:eastAsia="Times New Roman" w:hAnsi="Simplified Arabic" w:cs="Simplified Arabic"/>
          <w:sz w:val="28"/>
          <w:szCs w:val="28"/>
          <w:rtl/>
        </w:rPr>
        <w:t>قدّمت الدراسة إطارًا نظريًا قويًا لفهم تصميم المنظمة</w:t>
      </w:r>
      <w:r w:rsidR="003B7E83" w:rsidRPr="003D78FE">
        <w:rPr>
          <w:rFonts w:ascii="Simplified Arabic" w:eastAsia="Times New Roman" w:hAnsi="Simplified Arabic" w:cs="Simplified Arabic"/>
          <w:sz w:val="28"/>
          <w:szCs w:val="28"/>
        </w:rPr>
        <w:t xml:space="preserve"> (Organizational </w:t>
      </w:r>
      <w:proofErr w:type="gramStart"/>
      <w:r w:rsidR="003B7E83" w:rsidRPr="003D78FE">
        <w:rPr>
          <w:rFonts w:ascii="Simplified Arabic" w:eastAsia="Times New Roman" w:hAnsi="Simplified Arabic" w:cs="Simplified Arabic"/>
          <w:sz w:val="28"/>
          <w:szCs w:val="28"/>
        </w:rPr>
        <w:t>Design)</w:t>
      </w:r>
      <w:r w:rsidR="003B7E83" w:rsidRPr="003D78FE">
        <w:rPr>
          <w:rFonts w:ascii="Simplified Arabic" w:eastAsia="Times New Roman" w:hAnsi="Simplified Arabic" w:cs="Simplified Arabic"/>
          <w:sz w:val="28"/>
          <w:szCs w:val="28"/>
          <w:rtl/>
        </w:rPr>
        <w:t>،</w:t>
      </w:r>
      <w:proofErr w:type="gramEnd"/>
      <w:r w:rsidR="003B7E83" w:rsidRPr="003D78FE">
        <w:rPr>
          <w:rFonts w:ascii="Simplified Arabic" w:eastAsia="Times New Roman" w:hAnsi="Simplified Arabic" w:cs="Simplified Arabic"/>
          <w:sz w:val="28"/>
          <w:szCs w:val="28"/>
          <w:rtl/>
        </w:rPr>
        <w:t xml:space="preserve"> إلا أنها لم تختبر تجريبيًا التأثير المشترك لكل من تنظيم العمل وإدارة الوقت، مما يجعل نتائجها أكثر نظرية من عملية</w:t>
      </w:r>
      <w:r w:rsidR="003B7E83" w:rsidRPr="003D78FE">
        <w:rPr>
          <w:rFonts w:ascii="Simplified Arabic" w:eastAsia="Times New Roman" w:hAnsi="Simplified Arabic" w:cs="Simplified Arabic"/>
          <w:sz w:val="28"/>
          <w:szCs w:val="28"/>
        </w:rPr>
        <w:t>.</w:t>
      </w:r>
    </w:p>
    <w:p w14:paraId="5B38461A" w14:textId="77777777" w:rsidR="006A702E" w:rsidRDefault="006A702E" w:rsidP="006A702E">
      <w:pPr>
        <w:bidi/>
        <w:spacing w:after="224" w:line="259" w:lineRule="auto"/>
        <w:ind w:left="360" w:right="48"/>
        <w:rPr>
          <w:rFonts w:ascii="Times New Roman" w:eastAsia="Times New Roman" w:hAnsi="Times New Roman" w:cs="Times New Roman"/>
          <w:sz w:val="24"/>
          <w:szCs w:val="24"/>
        </w:rPr>
      </w:pPr>
    </w:p>
    <w:p w14:paraId="05620DCF" w14:textId="581CC8DC" w:rsidR="00AD1C97" w:rsidRDefault="00AD1C97" w:rsidP="00086701">
      <w:pPr>
        <w:pStyle w:val="ListParagraph"/>
        <w:numPr>
          <w:ilvl w:val="0"/>
          <w:numId w:val="39"/>
        </w:numPr>
        <w:spacing w:after="224" w:line="259" w:lineRule="auto"/>
        <w:ind w:right="48"/>
        <w:rPr>
          <w:rFonts w:ascii="Times New Roman" w:eastAsia="Times New Roman" w:hAnsi="Times New Roman" w:cs="Times New Roman"/>
          <w:sz w:val="24"/>
          <w:szCs w:val="24"/>
        </w:rPr>
      </w:pPr>
      <w:r w:rsidRPr="00331893">
        <w:rPr>
          <w:rFonts w:ascii="Times New Roman" w:eastAsia="Times New Roman" w:hAnsi="Times New Roman" w:cs="Times New Roman"/>
          <w:b/>
          <w:bCs/>
          <w:sz w:val="24"/>
          <w:szCs w:val="24"/>
        </w:rPr>
        <w:t>Study by Allen &amp; Thomas (2021)</w:t>
      </w:r>
      <w:r w:rsidRPr="00331893">
        <w:rPr>
          <w:rFonts w:ascii="Times New Roman" w:eastAsia="Times New Roman" w:hAnsi="Times New Roman" w:cs="Times New Roman"/>
          <w:sz w:val="24"/>
          <w:szCs w:val="24"/>
        </w:rPr>
        <w:t xml:space="preserve"> titled </w:t>
      </w:r>
      <w:r w:rsidRPr="00331893">
        <w:rPr>
          <w:rFonts w:ascii="Times New Roman" w:eastAsia="Times New Roman" w:hAnsi="Times New Roman" w:cs="Times New Roman"/>
          <w:i/>
          <w:iCs/>
          <w:sz w:val="24"/>
          <w:szCs w:val="24"/>
        </w:rPr>
        <w:t>“The Impact of Time Management Training on Organizational Productivity.”</w:t>
      </w:r>
      <w:r w:rsidRPr="00331893">
        <w:rPr>
          <w:rFonts w:ascii="Times New Roman" w:eastAsia="Times New Roman" w:hAnsi="Times New Roman" w:cs="Times New Roman"/>
          <w:sz w:val="24"/>
          <w:szCs w:val="24"/>
        </w:rPr>
        <w:br/>
        <w:t>The results indicated that providing employees with time management training programs led to measurable increases in efficiency and output quality.</w:t>
      </w:r>
      <w:r w:rsidRPr="00331893">
        <w:rPr>
          <w:rFonts w:ascii="Times New Roman" w:eastAsia="Times New Roman" w:hAnsi="Times New Roman" w:cs="Times New Roman"/>
          <w:sz w:val="24"/>
          <w:szCs w:val="24"/>
        </w:rPr>
        <w:br/>
      </w:r>
      <w:r w:rsidRPr="00331893">
        <w:rPr>
          <w:rFonts w:ascii="Segoe UI Emoji" w:eastAsia="Times New Roman" w:hAnsi="Segoe UI Emoji" w:cs="Segoe UI Emoji"/>
          <w:sz w:val="24"/>
          <w:szCs w:val="24"/>
        </w:rPr>
        <w:t>🔹</w:t>
      </w:r>
      <w:r w:rsidRPr="00331893">
        <w:rPr>
          <w:rFonts w:ascii="Times New Roman" w:eastAsia="Times New Roman" w:hAnsi="Times New Roman" w:cs="Times New Roman"/>
          <w:sz w:val="24"/>
          <w:szCs w:val="24"/>
        </w:rPr>
        <w:t xml:space="preserve"> </w:t>
      </w:r>
      <w:r w:rsidRPr="00331893">
        <w:rPr>
          <w:rFonts w:ascii="Times New Roman" w:eastAsia="Times New Roman" w:hAnsi="Times New Roman" w:cs="Times New Roman"/>
          <w:b/>
          <w:bCs/>
          <w:sz w:val="24"/>
          <w:szCs w:val="24"/>
        </w:rPr>
        <w:t>Critical Note:</w:t>
      </w:r>
      <w:r w:rsidRPr="00331893">
        <w:rPr>
          <w:rFonts w:ascii="Times New Roman" w:eastAsia="Times New Roman" w:hAnsi="Times New Roman" w:cs="Times New Roman"/>
          <w:sz w:val="24"/>
          <w:szCs w:val="24"/>
        </w:rPr>
        <w:t xml:space="preserve"> This study was valuable in linking time management to measurable productivity outcomes; however, it did not account for differences between job types or hierarchical levels.</w:t>
      </w:r>
    </w:p>
    <w:p w14:paraId="55A86A0C" w14:textId="77777777" w:rsidR="006A702E" w:rsidRPr="0074086C" w:rsidRDefault="006A702E" w:rsidP="006A702E">
      <w:pPr>
        <w:bidi/>
        <w:spacing w:after="224" w:line="259" w:lineRule="auto"/>
        <w:ind w:left="360" w:right="48"/>
        <w:rPr>
          <w:rFonts w:ascii="Times New Roman" w:eastAsia="Times New Roman" w:hAnsi="Times New Roman" w:cs="Times New Roman"/>
          <w:sz w:val="24"/>
          <w:szCs w:val="24"/>
        </w:rPr>
      </w:pPr>
    </w:p>
    <w:p w14:paraId="1CB86AC6" w14:textId="32FD53EA" w:rsidR="006B59BB" w:rsidRPr="003D78FE" w:rsidRDefault="00173CFB" w:rsidP="003D78FE">
      <w:pPr>
        <w:bidi/>
        <w:spacing w:after="224" w:line="259" w:lineRule="auto"/>
        <w:ind w:left="360" w:right="48"/>
        <w:rPr>
          <w:rFonts w:ascii="Simplified Arabic" w:eastAsia="Times New Roman" w:hAnsi="Simplified Arabic" w:cs="Simplified Arabic"/>
          <w:sz w:val="28"/>
          <w:szCs w:val="28"/>
          <w:rtl/>
        </w:rPr>
      </w:pPr>
      <w:r w:rsidRPr="003D78FE">
        <w:rPr>
          <w:rFonts w:ascii="Simplified Arabic" w:eastAsia="Times New Roman" w:hAnsi="Simplified Arabic" w:cs="Simplified Arabic"/>
          <w:sz w:val="28"/>
          <w:szCs w:val="28"/>
          <w:rtl/>
        </w:rPr>
        <w:lastRenderedPageBreak/>
        <w:t xml:space="preserve">تُظهر دراسة </w:t>
      </w:r>
      <w:r w:rsidRPr="003D78FE">
        <w:rPr>
          <w:rFonts w:ascii="Simplified Arabic" w:eastAsia="Times New Roman" w:hAnsi="Simplified Arabic" w:cs="Simplified Arabic"/>
          <w:sz w:val="28"/>
          <w:szCs w:val="28"/>
        </w:rPr>
        <w:t xml:space="preserve">Allen &amp; Thomas (2021) </w:t>
      </w:r>
      <w:r w:rsidRPr="003D78FE">
        <w:rPr>
          <w:rFonts w:ascii="Simplified Arabic" w:eastAsia="Times New Roman" w:hAnsi="Simplified Arabic" w:cs="Simplified Arabic"/>
          <w:sz w:val="28"/>
          <w:szCs w:val="28"/>
          <w:rtl/>
        </w:rPr>
        <w:t xml:space="preserve">بعنوان </w:t>
      </w:r>
      <w:r w:rsidRPr="003D78FE">
        <w:rPr>
          <w:rFonts w:ascii="Simplified Arabic" w:eastAsia="Times New Roman" w:hAnsi="Simplified Arabic" w:cs="Simplified Arabic"/>
          <w:sz w:val="28"/>
          <w:szCs w:val="28"/>
        </w:rPr>
        <w:t>"</w:t>
      </w:r>
      <w:r w:rsidRPr="003D78FE">
        <w:rPr>
          <w:rFonts w:ascii="Simplified Arabic" w:eastAsia="Times New Roman" w:hAnsi="Simplified Arabic" w:cs="Simplified Arabic"/>
          <w:sz w:val="28"/>
          <w:szCs w:val="28"/>
          <w:rtl/>
        </w:rPr>
        <w:t>أثر التدريب على إدارة الوقت في الإنتاجية التنظيمية</w:t>
      </w:r>
      <w:r w:rsidRPr="003D78FE">
        <w:rPr>
          <w:rFonts w:ascii="Simplified Arabic" w:eastAsia="Times New Roman" w:hAnsi="Simplified Arabic" w:cs="Simplified Arabic"/>
          <w:sz w:val="28"/>
          <w:szCs w:val="28"/>
        </w:rPr>
        <w:t xml:space="preserve">" </w:t>
      </w:r>
      <w:r w:rsidRPr="003D78FE">
        <w:rPr>
          <w:rFonts w:ascii="Simplified Arabic" w:eastAsia="Times New Roman" w:hAnsi="Simplified Arabic" w:cs="Simplified Arabic"/>
          <w:sz w:val="28"/>
          <w:szCs w:val="28"/>
          <w:rtl/>
        </w:rPr>
        <w:t>أن تزويد الموظفين ببرامج تدريبية متخصصة في إدارة الوقت يؤدي إلى زيادة ملموسة في الكفاءة وجودة المخرجات داخل المؤسسة</w:t>
      </w:r>
      <w:r w:rsidRPr="003D78FE">
        <w:rPr>
          <w:rFonts w:ascii="Simplified Arabic" w:eastAsia="Times New Roman" w:hAnsi="Simplified Arabic" w:cs="Simplified Arabic"/>
          <w:sz w:val="28"/>
          <w:szCs w:val="28"/>
        </w:rPr>
        <w:t>.</w:t>
      </w:r>
      <w:r w:rsidRPr="003D78FE">
        <w:rPr>
          <w:rFonts w:ascii="Simplified Arabic" w:eastAsia="Times New Roman" w:hAnsi="Simplified Arabic" w:cs="Simplified Arabic"/>
          <w:sz w:val="28"/>
          <w:szCs w:val="28"/>
        </w:rPr>
        <w:br/>
      </w:r>
      <w:r w:rsidRPr="003D78FE">
        <w:rPr>
          <w:rFonts w:ascii="Segoe UI Emoji" w:eastAsia="Times New Roman" w:hAnsi="Segoe UI Emoji" w:cs="Segoe UI Emoji"/>
          <w:sz w:val="28"/>
          <w:szCs w:val="28"/>
        </w:rPr>
        <w:t>🔹</w:t>
      </w:r>
      <w:r w:rsidRPr="003D78FE">
        <w:rPr>
          <w:rFonts w:ascii="Simplified Arabic" w:eastAsia="Times New Roman" w:hAnsi="Simplified Arabic" w:cs="Simplified Arabic"/>
          <w:sz w:val="28"/>
          <w:szCs w:val="28"/>
        </w:rPr>
        <w:t xml:space="preserve"> </w:t>
      </w:r>
      <w:r w:rsidRPr="003D78FE">
        <w:rPr>
          <w:rFonts w:ascii="Simplified Arabic" w:eastAsia="Times New Roman" w:hAnsi="Simplified Arabic" w:cs="Simplified Arabic"/>
          <w:sz w:val="28"/>
          <w:szCs w:val="28"/>
          <w:rtl/>
        </w:rPr>
        <w:t>الملاحظة النقدية</w:t>
      </w:r>
      <w:r w:rsidRPr="003D78FE">
        <w:rPr>
          <w:rFonts w:ascii="Simplified Arabic" w:eastAsia="Times New Roman" w:hAnsi="Simplified Arabic" w:cs="Simplified Arabic"/>
          <w:sz w:val="28"/>
          <w:szCs w:val="28"/>
        </w:rPr>
        <w:t>:</w:t>
      </w:r>
      <w:r w:rsidRPr="003D78FE">
        <w:rPr>
          <w:rFonts w:ascii="Simplified Arabic" w:eastAsia="Times New Roman" w:hAnsi="Simplified Arabic" w:cs="Simplified Arabic"/>
          <w:sz w:val="28"/>
          <w:szCs w:val="28"/>
        </w:rPr>
        <w:br/>
      </w:r>
      <w:r w:rsidRPr="003D78FE">
        <w:rPr>
          <w:rFonts w:ascii="Simplified Arabic" w:eastAsia="Times New Roman" w:hAnsi="Simplified Arabic" w:cs="Simplified Arabic"/>
          <w:sz w:val="28"/>
          <w:szCs w:val="28"/>
          <w:rtl/>
        </w:rPr>
        <w:t>تُعد هذه الدراسة ذات قيمة مهمة في ربط إدارة الوقت بنتائج إنتاجية قابلة للقياس، إلا أنها لم تأخذ بعين الاعتبار الفروق بين أنواع الوظائف أو المستويات الإدارية المختلفة، مما يحد من تعميم نتائجها على جميع بيئات العمل</w:t>
      </w:r>
    </w:p>
    <w:p w14:paraId="0CA3E449" w14:textId="77777777" w:rsidR="00594AA0" w:rsidRPr="00AD1C97" w:rsidRDefault="00594AA0" w:rsidP="00164B5F">
      <w:pPr>
        <w:bidi/>
        <w:spacing w:after="224" w:line="259" w:lineRule="auto"/>
        <w:ind w:right="48"/>
        <w:rPr>
          <w:rFonts w:ascii="Times New Roman" w:eastAsia="Times New Roman" w:hAnsi="Times New Roman" w:cs="Times New Roman"/>
          <w:sz w:val="24"/>
          <w:szCs w:val="24"/>
        </w:rPr>
      </w:pPr>
    </w:p>
    <w:p w14:paraId="325EFFFB" w14:textId="75647CE1" w:rsidR="00AB4222" w:rsidRPr="0049625C" w:rsidRDefault="0049625C" w:rsidP="00AB4222">
      <w:pPr>
        <w:pStyle w:val="ListParagraph"/>
        <w:bidi/>
        <w:spacing w:after="224" w:line="259" w:lineRule="auto"/>
        <w:ind w:right="48"/>
        <w:rPr>
          <w:rFonts w:ascii="Times New Roman" w:eastAsia="Times New Roman" w:hAnsi="Times New Roman" w:cs="Times New Roman"/>
          <w:b/>
          <w:bCs/>
          <w:sz w:val="32"/>
          <w:szCs w:val="32"/>
          <w:rtl/>
        </w:rPr>
      </w:pPr>
      <w:r w:rsidRPr="0049625C">
        <w:rPr>
          <w:rFonts w:ascii="Times New Roman" w:eastAsia="Times New Roman" w:hAnsi="Times New Roman" w:cs="Times New Roman" w:hint="cs"/>
          <w:b/>
          <w:bCs/>
          <w:sz w:val="32"/>
          <w:szCs w:val="32"/>
          <w:rtl/>
        </w:rPr>
        <w:t xml:space="preserve">التوصيات : </w:t>
      </w:r>
    </w:p>
    <w:p w14:paraId="76A17693" w14:textId="77777777" w:rsidR="00EB2D7C" w:rsidRDefault="00EB2D7C" w:rsidP="00EB2D7C">
      <w:pPr>
        <w:pStyle w:val="ListParagraph"/>
        <w:bidi/>
        <w:spacing w:after="224" w:line="259" w:lineRule="auto"/>
        <w:ind w:right="48"/>
        <w:rPr>
          <w:rFonts w:ascii="Times New Roman" w:eastAsia="Times New Roman" w:hAnsi="Times New Roman" w:cs="Times New Roman"/>
          <w:sz w:val="24"/>
          <w:szCs w:val="24"/>
          <w:rtl/>
        </w:rPr>
      </w:pPr>
    </w:p>
    <w:p w14:paraId="7A0E0F84" w14:textId="04DDE271" w:rsidR="00C60F20" w:rsidRPr="00D51F18" w:rsidRDefault="00C60F20" w:rsidP="00D51F18">
      <w:pPr>
        <w:bidi/>
        <w:rPr>
          <w:rFonts w:ascii="Simplified Arabic" w:hAnsi="Simplified Arabic" w:cs="Simplified Arabic"/>
          <w:sz w:val="28"/>
          <w:szCs w:val="28"/>
        </w:rPr>
      </w:pPr>
      <w:r w:rsidRPr="00D51F18">
        <w:rPr>
          <w:rFonts w:ascii="Simplified Arabic" w:hAnsi="Simplified Arabic" w:cs="Simplified Arabic"/>
          <w:sz w:val="28"/>
          <w:szCs w:val="28"/>
          <w:rtl/>
        </w:rPr>
        <w:t>أولًا: توصيات إدارية وتنظيمية</w:t>
      </w:r>
      <w:r w:rsidRPr="00D51F18">
        <w:rPr>
          <w:rFonts w:ascii="Simplified Arabic" w:hAnsi="Simplified Arabic" w:cs="Simplified Arabic"/>
          <w:sz w:val="28"/>
          <w:szCs w:val="28"/>
        </w:rPr>
        <w:t xml:space="preserve"> :</w:t>
      </w:r>
    </w:p>
    <w:p w14:paraId="087639CF" w14:textId="1B435528" w:rsidR="00C60F20" w:rsidRPr="00D51F18" w:rsidRDefault="00C60F20" w:rsidP="00C60F20">
      <w:pPr>
        <w:bidi/>
        <w:rPr>
          <w:rFonts w:ascii="Simplified Arabic" w:hAnsi="Simplified Arabic" w:cs="Simplified Arabic"/>
          <w:b/>
          <w:bCs/>
          <w:sz w:val="28"/>
          <w:szCs w:val="28"/>
        </w:rPr>
      </w:pPr>
      <w:r w:rsidRPr="00D51F18">
        <w:rPr>
          <w:rFonts w:ascii="Simplified Arabic" w:hAnsi="Simplified Arabic" w:cs="Simplified Arabic"/>
          <w:b/>
          <w:bCs/>
          <w:sz w:val="28"/>
          <w:szCs w:val="28"/>
        </w:rPr>
        <w:t>1.</w:t>
      </w:r>
      <w:r w:rsidRPr="00D51F18">
        <w:rPr>
          <w:rFonts w:ascii="Simplified Arabic" w:hAnsi="Simplified Arabic" w:cs="Simplified Arabic"/>
          <w:b/>
          <w:bCs/>
          <w:sz w:val="28"/>
          <w:szCs w:val="28"/>
        </w:rPr>
        <w:tab/>
      </w:r>
      <w:r w:rsidRPr="00D51F18">
        <w:rPr>
          <w:rFonts w:ascii="Simplified Arabic" w:hAnsi="Simplified Arabic" w:cs="Simplified Arabic"/>
          <w:b/>
          <w:bCs/>
          <w:sz w:val="28"/>
          <w:szCs w:val="28"/>
          <w:rtl/>
        </w:rPr>
        <w:t>تطبيق أساليب تنظيم العمل الواضحة</w:t>
      </w:r>
      <w:r w:rsidRPr="00D51F18">
        <w:rPr>
          <w:rFonts w:ascii="Simplified Arabic" w:hAnsi="Simplified Arabic" w:cs="Simplified Arabic"/>
          <w:b/>
          <w:bCs/>
          <w:sz w:val="28"/>
          <w:szCs w:val="28"/>
        </w:rPr>
        <w:t xml:space="preserve"> (</w:t>
      </w:r>
      <w:r w:rsidR="00513E3C" w:rsidRPr="00513E3C">
        <w:rPr>
          <w:rFonts w:asciiTheme="majorBidi" w:hAnsiTheme="majorBidi" w:cstheme="majorBidi"/>
          <w:sz w:val="28"/>
          <w:szCs w:val="28"/>
        </w:rPr>
        <w:t>Clear</w:t>
      </w:r>
      <w:r w:rsidRPr="00513E3C">
        <w:rPr>
          <w:rFonts w:asciiTheme="majorBidi" w:hAnsiTheme="majorBidi" w:cstheme="majorBidi"/>
          <w:sz w:val="28"/>
          <w:szCs w:val="28"/>
        </w:rPr>
        <w:t xml:space="preserve"> Work Organization</w:t>
      </w:r>
      <w:r w:rsidRPr="00D51F18">
        <w:rPr>
          <w:rFonts w:ascii="Simplified Arabic" w:hAnsi="Simplified Arabic" w:cs="Simplified Arabic"/>
          <w:b/>
          <w:bCs/>
          <w:sz w:val="28"/>
          <w:szCs w:val="28"/>
        </w:rPr>
        <w:t>):</w:t>
      </w:r>
    </w:p>
    <w:p w14:paraId="3A94819B" w14:textId="270EEA81" w:rsidR="00C60F20" w:rsidRPr="003F5273" w:rsidRDefault="00C60F20" w:rsidP="00086701">
      <w:pPr>
        <w:pStyle w:val="ListParagraph"/>
        <w:numPr>
          <w:ilvl w:val="0"/>
          <w:numId w:val="29"/>
        </w:numPr>
        <w:bidi/>
        <w:rPr>
          <w:rFonts w:ascii="Simplified Arabic" w:hAnsi="Simplified Arabic" w:cs="Simplified Arabic"/>
          <w:sz w:val="28"/>
          <w:szCs w:val="28"/>
        </w:rPr>
      </w:pPr>
      <w:r w:rsidRPr="003F5273">
        <w:rPr>
          <w:rFonts w:ascii="Simplified Arabic" w:hAnsi="Simplified Arabic" w:cs="Simplified Arabic"/>
          <w:sz w:val="28"/>
          <w:szCs w:val="28"/>
          <w:rtl/>
        </w:rPr>
        <w:t>وضع هيكل تنظيمي محدد، يوضح المهام والمسؤوليات لكل موظف أو فريق</w:t>
      </w:r>
      <w:r w:rsidRPr="003F5273">
        <w:rPr>
          <w:rFonts w:ascii="Simplified Arabic" w:hAnsi="Simplified Arabic" w:cs="Simplified Arabic"/>
          <w:sz w:val="28"/>
          <w:szCs w:val="28"/>
        </w:rPr>
        <w:t>.</w:t>
      </w:r>
    </w:p>
    <w:p w14:paraId="339469A0" w14:textId="451F09F1" w:rsidR="00C60F20" w:rsidRPr="003F5273" w:rsidRDefault="00C60F20" w:rsidP="00086701">
      <w:pPr>
        <w:pStyle w:val="ListParagraph"/>
        <w:numPr>
          <w:ilvl w:val="0"/>
          <w:numId w:val="29"/>
        </w:numPr>
        <w:bidi/>
        <w:rPr>
          <w:rFonts w:ascii="Simplified Arabic" w:hAnsi="Simplified Arabic" w:cs="Simplified Arabic"/>
          <w:sz w:val="28"/>
          <w:szCs w:val="28"/>
        </w:rPr>
      </w:pPr>
      <w:r w:rsidRPr="003F5273">
        <w:rPr>
          <w:rFonts w:ascii="Simplified Arabic" w:hAnsi="Simplified Arabic" w:cs="Simplified Arabic"/>
          <w:sz w:val="28"/>
          <w:szCs w:val="28"/>
          <w:rtl/>
        </w:rPr>
        <w:t>توزيع المهام بما يتناسب مع الخبرات والقدرات لضمان الكفاءة</w:t>
      </w:r>
      <w:r w:rsidRPr="003F5273">
        <w:rPr>
          <w:rFonts w:ascii="Simplified Arabic" w:hAnsi="Simplified Arabic" w:cs="Simplified Arabic"/>
          <w:sz w:val="28"/>
          <w:szCs w:val="28"/>
        </w:rPr>
        <w:t>.</w:t>
      </w:r>
    </w:p>
    <w:p w14:paraId="5FA4DDFD" w14:textId="6DDFE64F" w:rsidR="00C60F20" w:rsidRPr="00D51F18" w:rsidRDefault="00C60F20" w:rsidP="00C60F20">
      <w:pPr>
        <w:bidi/>
        <w:rPr>
          <w:rFonts w:ascii="Simplified Arabic" w:hAnsi="Simplified Arabic" w:cs="Simplified Arabic"/>
          <w:b/>
          <w:bCs/>
          <w:sz w:val="28"/>
          <w:szCs w:val="28"/>
        </w:rPr>
      </w:pPr>
      <w:r w:rsidRPr="00D51F18">
        <w:rPr>
          <w:rFonts w:ascii="Simplified Arabic" w:hAnsi="Simplified Arabic" w:cs="Simplified Arabic"/>
          <w:b/>
          <w:bCs/>
          <w:sz w:val="28"/>
          <w:szCs w:val="28"/>
        </w:rPr>
        <w:t>2.</w:t>
      </w:r>
      <w:r w:rsidRPr="00D51F18">
        <w:rPr>
          <w:rFonts w:ascii="Simplified Arabic" w:hAnsi="Simplified Arabic" w:cs="Simplified Arabic"/>
          <w:b/>
          <w:bCs/>
          <w:sz w:val="28"/>
          <w:szCs w:val="28"/>
        </w:rPr>
        <w:tab/>
      </w:r>
      <w:r w:rsidRPr="00D51F18">
        <w:rPr>
          <w:rFonts w:ascii="Simplified Arabic" w:hAnsi="Simplified Arabic" w:cs="Simplified Arabic"/>
          <w:b/>
          <w:bCs/>
          <w:sz w:val="28"/>
          <w:szCs w:val="28"/>
          <w:rtl/>
        </w:rPr>
        <w:t>تحديد الأولويات والأهداف اليومية والأسبوعية</w:t>
      </w:r>
      <w:r w:rsidRPr="00D51F18">
        <w:rPr>
          <w:rFonts w:ascii="Simplified Arabic" w:hAnsi="Simplified Arabic" w:cs="Simplified Arabic"/>
          <w:b/>
          <w:bCs/>
          <w:sz w:val="28"/>
          <w:szCs w:val="28"/>
        </w:rPr>
        <w:t xml:space="preserve"> (</w:t>
      </w:r>
      <w:r w:rsidRPr="00513E3C">
        <w:rPr>
          <w:rFonts w:asciiTheme="majorBidi" w:hAnsiTheme="majorBidi" w:cstheme="majorBidi"/>
          <w:sz w:val="28"/>
          <w:szCs w:val="28"/>
        </w:rPr>
        <w:t xml:space="preserve">Task Prioritization &amp; Goal </w:t>
      </w:r>
      <w:r w:rsidR="00513E3C" w:rsidRPr="00513E3C">
        <w:rPr>
          <w:rFonts w:asciiTheme="majorBidi" w:hAnsiTheme="majorBidi" w:cstheme="majorBidi"/>
          <w:sz w:val="28"/>
          <w:szCs w:val="28"/>
        </w:rPr>
        <w:t>Setting</w:t>
      </w:r>
      <w:r w:rsidRPr="00D51F18">
        <w:rPr>
          <w:rFonts w:ascii="Simplified Arabic" w:hAnsi="Simplified Arabic" w:cs="Simplified Arabic"/>
          <w:b/>
          <w:bCs/>
          <w:sz w:val="28"/>
          <w:szCs w:val="28"/>
        </w:rPr>
        <w:t>):</w:t>
      </w:r>
    </w:p>
    <w:p w14:paraId="52E51BF5" w14:textId="7E77CEF0" w:rsidR="00C60F20" w:rsidRPr="003F5273" w:rsidRDefault="00C60F20" w:rsidP="00086701">
      <w:pPr>
        <w:pStyle w:val="ListParagraph"/>
        <w:numPr>
          <w:ilvl w:val="0"/>
          <w:numId w:val="29"/>
        </w:numPr>
        <w:bidi/>
        <w:rPr>
          <w:rFonts w:ascii="Simplified Arabic" w:hAnsi="Simplified Arabic" w:cs="Simplified Arabic"/>
          <w:sz w:val="28"/>
          <w:szCs w:val="28"/>
        </w:rPr>
      </w:pPr>
      <w:r w:rsidRPr="003F5273">
        <w:rPr>
          <w:rFonts w:ascii="Simplified Arabic" w:hAnsi="Simplified Arabic" w:cs="Simplified Arabic"/>
          <w:sz w:val="28"/>
          <w:szCs w:val="28"/>
          <w:rtl/>
        </w:rPr>
        <w:t>استخدام أدوات التخطيط مثل قوائم المهام</w:t>
      </w:r>
      <w:r w:rsidRPr="003F5273">
        <w:rPr>
          <w:rFonts w:ascii="Simplified Arabic" w:hAnsi="Simplified Arabic" w:cs="Simplified Arabic"/>
          <w:sz w:val="28"/>
          <w:szCs w:val="28"/>
        </w:rPr>
        <w:t xml:space="preserve"> (To-Do Lists) </w:t>
      </w:r>
      <w:r w:rsidRPr="003F5273">
        <w:rPr>
          <w:rFonts w:ascii="Simplified Arabic" w:hAnsi="Simplified Arabic" w:cs="Simplified Arabic"/>
          <w:sz w:val="28"/>
          <w:szCs w:val="28"/>
          <w:rtl/>
        </w:rPr>
        <w:t>وجداول العمل</w:t>
      </w:r>
      <w:r w:rsidRPr="003F5273">
        <w:rPr>
          <w:rFonts w:ascii="Simplified Arabic" w:hAnsi="Simplified Arabic" w:cs="Simplified Arabic"/>
          <w:sz w:val="28"/>
          <w:szCs w:val="28"/>
        </w:rPr>
        <w:t xml:space="preserve"> (</w:t>
      </w:r>
      <w:r w:rsidRPr="00513E3C">
        <w:rPr>
          <w:rFonts w:asciiTheme="majorBidi" w:hAnsiTheme="majorBidi" w:cstheme="majorBidi"/>
          <w:sz w:val="28"/>
          <w:szCs w:val="28"/>
        </w:rPr>
        <w:t xml:space="preserve">Work </w:t>
      </w:r>
      <w:r w:rsidR="003F5273" w:rsidRPr="00513E3C">
        <w:rPr>
          <w:rFonts w:asciiTheme="majorBidi" w:hAnsiTheme="majorBidi" w:cstheme="majorBidi"/>
          <w:sz w:val="28"/>
          <w:szCs w:val="28"/>
        </w:rPr>
        <w:t>Schedules</w:t>
      </w:r>
      <w:r w:rsidRPr="003F5273">
        <w:rPr>
          <w:rFonts w:ascii="Simplified Arabic" w:hAnsi="Simplified Arabic" w:cs="Simplified Arabic"/>
          <w:sz w:val="28"/>
          <w:szCs w:val="28"/>
        </w:rPr>
        <w:t>).</w:t>
      </w:r>
    </w:p>
    <w:p w14:paraId="3B2B476E" w14:textId="3DA6D2C5" w:rsidR="00C60F20" w:rsidRPr="003F5273" w:rsidRDefault="00C60F20" w:rsidP="00086701">
      <w:pPr>
        <w:pStyle w:val="ListParagraph"/>
        <w:numPr>
          <w:ilvl w:val="0"/>
          <w:numId w:val="29"/>
        </w:numPr>
        <w:bidi/>
        <w:rPr>
          <w:rFonts w:ascii="Simplified Arabic" w:hAnsi="Simplified Arabic" w:cs="Simplified Arabic"/>
          <w:sz w:val="28"/>
          <w:szCs w:val="28"/>
        </w:rPr>
      </w:pPr>
      <w:r w:rsidRPr="003F5273">
        <w:rPr>
          <w:rFonts w:ascii="Simplified Arabic" w:hAnsi="Simplified Arabic" w:cs="Simplified Arabic"/>
          <w:sz w:val="28"/>
          <w:szCs w:val="28"/>
          <w:rtl/>
        </w:rPr>
        <w:t>ضمان توافق الأهداف الفردية مع الأهداف الاستراتيجية للمؤسسة</w:t>
      </w:r>
      <w:r w:rsidRPr="003F5273">
        <w:rPr>
          <w:rFonts w:ascii="Simplified Arabic" w:hAnsi="Simplified Arabic" w:cs="Simplified Arabic"/>
          <w:sz w:val="28"/>
          <w:szCs w:val="28"/>
        </w:rPr>
        <w:t>.</w:t>
      </w:r>
    </w:p>
    <w:p w14:paraId="06601484" w14:textId="3626ADDA" w:rsidR="00C60F20" w:rsidRPr="00D51F18" w:rsidRDefault="00C60F20" w:rsidP="00C60F20">
      <w:pPr>
        <w:bidi/>
        <w:rPr>
          <w:rFonts w:ascii="Simplified Arabic" w:hAnsi="Simplified Arabic" w:cs="Simplified Arabic"/>
          <w:b/>
          <w:bCs/>
          <w:sz w:val="28"/>
          <w:szCs w:val="28"/>
        </w:rPr>
      </w:pPr>
      <w:r w:rsidRPr="00D51F18">
        <w:rPr>
          <w:rFonts w:ascii="Simplified Arabic" w:hAnsi="Simplified Arabic" w:cs="Simplified Arabic"/>
          <w:b/>
          <w:bCs/>
          <w:sz w:val="28"/>
          <w:szCs w:val="28"/>
        </w:rPr>
        <w:t>3.</w:t>
      </w:r>
      <w:r w:rsidRPr="00D51F18">
        <w:rPr>
          <w:rFonts w:ascii="Simplified Arabic" w:hAnsi="Simplified Arabic" w:cs="Simplified Arabic"/>
          <w:b/>
          <w:bCs/>
          <w:sz w:val="28"/>
          <w:szCs w:val="28"/>
        </w:rPr>
        <w:tab/>
      </w:r>
      <w:r w:rsidRPr="00D51F18">
        <w:rPr>
          <w:rFonts w:ascii="Simplified Arabic" w:hAnsi="Simplified Arabic" w:cs="Simplified Arabic"/>
          <w:b/>
          <w:bCs/>
          <w:sz w:val="28"/>
          <w:szCs w:val="28"/>
          <w:rtl/>
        </w:rPr>
        <w:t>إدماج أنظمة متابعة الأداء</w:t>
      </w:r>
      <w:r w:rsidRPr="00D51F18">
        <w:rPr>
          <w:rFonts w:ascii="Simplified Arabic" w:hAnsi="Simplified Arabic" w:cs="Simplified Arabic"/>
          <w:b/>
          <w:bCs/>
          <w:sz w:val="28"/>
          <w:szCs w:val="28"/>
        </w:rPr>
        <w:t xml:space="preserve"> (</w:t>
      </w:r>
      <w:r w:rsidR="00513E3C" w:rsidRPr="00D51F18">
        <w:rPr>
          <w:rFonts w:ascii="Simplified Arabic" w:hAnsi="Simplified Arabic" w:cs="Simplified Arabic"/>
          <w:b/>
          <w:bCs/>
          <w:sz w:val="28"/>
          <w:szCs w:val="28"/>
        </w:rPr>
        <w:t>P</w:t>
      </w:r>
      <w:r w:rsidR="00513E3C" w:rsidRPr="00D51F18">
        <w:rPr>
          <w:rFonts w:ascii="Cambria" w:hAnsi="Cambria" w:cs="Cambria"/>
          <w:b/>
          <w:bCs/>
          <w:sz w:val="28"/>
          <w:szCs w:val="28"/>
        </w:rPr>
        <w:t>e</w:t>
      </w:r>
      <w:r w:rsidR="00513E3C" w:rsidRPr="00D51F18">
        <w:rPr>
          <w:rFonts w:ascii="Simplified Arabic" w:hAnsi="Simplified Arabic" w:cs="Simplified Arabic"/>
          <w:b/>
          <w:bCs/>
          <w:sz w:val="28"/>
          <w:szCs w:val="28"/>
        </w:rPr>
        <w:t>rformanc</w:t>
      </w:r>
      <w:r w:rsidR="00513E3C" w:rsidRPr="00D51F18">
        <w:rPr>
          <w:rFonts w:ascii="Cambria" w:hAnsi="Cambria" w:cs="Cambria"/>
          <w:b/>
          <w:bCs/>
          <w:sz w:val="28"/>
          <w:szCs w:val="28"/>
        </w:rPr>
        <w:t>e</w:t>
      </w:r>
      <w:r w:rsidRPr="00D51F18">
        <w:rPr>
          <w:rFonts w:ascii="Simplified Arabic" w:hAnsi="Simplified Arabic" w:cs="Simplified Arabic"/>
          <w:b/>
          <w:bCs/>
          <w:sz w:val="28"/>
          <w:szCs w:val="28"/>
        </w:rPr>
        <w:t xml:space="preserve"> Monitoring </w:t>
      </w:r>
      <w:r w:rsidR="00513E3C" w:rsidRPr="00D51F18">
        <w:rPr>
          <w:rFonts w:ascii="Simplified Arabic" w:hAnsi="Simplified Arabic" w:cs="Simplified Arabic"/>
          <w:b/>
          <w:bCs/>
          <w:sz w:val="28"/>
          <w:szCs w:val="28"/>
        </w:rPr>
        <w:t>Syst</w:t>
      </w:r>
      <w:r w:rsidR="00513E3C" w:rsidRPr="00D51F18">
        <w:rPr>
          <w:rFonts w:ascii="Cambria" w:hAnsi="Cambria" w:cs="Cambria"/>
          <w:b/>
          <w:bCs/>
          <w:sz w:val="28"/>
          <w:szCs w:val="28"/>
        </w:rPr>
        <w:t>e</w:t>
      </w:r>
      <w:r w:rsidR="00513E3C" w:rsidRPr="00D51F18">
        <w:rPr>
          <w:rFonts w:ascii="Simplified Arabic" w:hAnsi="Simplified Arabic" w:cs="Simplified Arabic"/>
          <w:b/>
          <w:bCs/>
          <w:sz w:val="28"/>
          <w:szCs w:val="28"/>
        </w:rPr>
        <w:t>ms</w:t>
      </w:r>
      <w:r w:rsidRPr="00D51F18">
        <w:rPr>
          <w:rFonts w:ascii="Simplified Arabic" w:hAnsi="Simplified Arabic" w:cs="Simplified Arabic"/>
          <w:b/>
          <w:bCs/>
          <w:sz w:val="28"/>
          <w:szCs w:val="28"/>
        </w:rPr>
        <w:t>):</w:t>
      </w:r>
    </w:p>
    <w:p w14:paraId="2EFFBF5B" w14:textId="6D671E11" w:rsidR="00C60F20" w:rsidRPr="003F5273" w:rsidRDefault="00C60F20" w:rsidP="00086701">
      <w:pPr>
        <w:pStyle w:val="ListParagraph"/>
        <w:numPr>
          <w:ilvl w:val="0"/>
          <w:numId w:val="29"/>
        </w:numPr>
        <w:bidi/>
        <w:rPr>
          <w:rFonts w:ascii="Simplified Arabic" w:hAnsi="Simplified Arabic" w:cs="Simplified Arabic"/>
          <w:sz w:val="28"/>
          <w:szCs w:val="28"/>
        </w:rPr>
      </w:pPr>
      <w:r w:rsidRPr="003F5273">
        <w:rPr>
          <w:rFonts w:ascii="Simplified Arabic" w:hAnsi="Simplified Arabic" w:cs="Simplified Arabic"/>
          <w:sz w:val="28"/>
          <w:szCs w:val="28"/>
          <w:rtl/>
        </w:rPr>
        <w:t>استخدام مؤشرات الأداء الرئيسية</w:t>
      </w:r>
      <w:r w:rsidRPr="003F5273">
        <w:rPr>
          <w:rFonts w:ascii="Simplified Arabic" w:hAnsi="Simplified Arabic" w:cs="Simplified Arabic"/>
          <w:sz w:val="28"/>
          <w:szCs w:val="28"/>
        </w:rPr>
        <w:t xml:space="preserve"> (KPIs) </w:t>
      </w:r>
      <w:r w:rsidRPr="003F5273">
        <w:rPr>
          <w:rFonts w:ascii="Simplified Arabic" w:hAnsi="Simplified Arabic" w:cs="Simplified Arabic"/>
          <w:sz w:val="28"/>
          <w:szCs w:val="28"/>
          <w:rtl/>
        </w:rPr>
        <w:t>لمتابعة الإنجاز</w:t>
      </w:r>
      <w:r w:rsidRPr="003F5273">
        <w:rPr>
          <w:rFonts w:ascii="Simplified Arabic" w:hAnsi="Simplified Arabic" w:cs="Simplified Arabic"/>
          <w:sz w:val="28"/>
          <w:szCs w:val="28"/>
        </w:rPr>
        <w:t>.</w:t>
      </w:r>
    </w:p>
    <w:p w14:paraId="137C48D1" w14:textId="26135833" w:rsidR="0078758B" w:rsidRPr="00513E3C" w:rsidRDefault="00C60F20" w:rsidP="00086701">
      <w:pPr>
        <w:pStyle w:val="ListParagraph"/>
        <w:numPr>
          <w:ilvl w:val="0"/>
          <w:numId w:val="29"/>
        </w:numPr>
        <w:bidi/>
        <w:rPr>
          <w:rFonts w:ascii="Simplified Arabic" w:hAnsi="Simplified Arabic" w:cs="Simplified Arabic"/>
          <w:sz w:val="28"/>
          <w:szCs w:val="28"/>
          <w:rtl/>
        </w:rPr>
      </w:pPr>
      <w:r w:rsidRPr="003F5273">
        <w:rPr>
          <w:rFonts w:ascii="Simplified Arabic" w:hAnsi="Simplified Arabic" w:cs="Simplified Arabic"/>
          <w:sz w:val="28"/>
          <w:szCs w:val="28"/>
          <w:rtl/>
        </w:rPr>
        <w:t>إجراء اجتماعات دورية لتقييم التقدم وحل أي مشاكل تنظيمية</w:t>
      </w:r>
    </w:p>
    <w:p w14:paraId="1D99CF1B" w14:textId="77777777" w:rsidR="002418A2" w:rsidRPr="002418A2" w:rsidRDefault="002418A2" w:rsidP="002418A2">
      <w:pPr>
        <w:bidi/>
        <w:spacing w:after="224" w:line="259" w:lineRule="auto"/>
        <w:ind w:right="48"/>
        <w:rPr>
          <w:rFonts w:ascii="Times New Roman" w:eastAsia="Times New Roman" w:hAnsi="Times New Roman" w:cs="Times New Roman"/>
          <w:sz w:val="24"/>
          <w:szCs w:val="24"/>
        </w:rPr>
      </w:pPr>
    </w:p>
    <w:p w14:paraId="21573617" w14:textId="6474C65D" w:rsidR="0078758B" w:rsidRPr="0078758B" w:rsidRDefault="0078758B" w:rsidP="0078758B">
      <w:pPr>
        <w:bidi/>
        <w:rPr>
          <w:rFonts w:ascii="Simplified Arabic" w:hAnsi="Simplified Arabic" w:cs="Simplified Arabic"/>
          <w:sz w:val="28"/>
          <w:szCs w:val="28"/>
        </w:rPr>
      </w:pPr>
      <w:r w:rsidRPr="0078758B">
        <w:rPr>
          <w:rFonts w:ascii="Simplified Arabic" w:hAnsi="Simplified Arabic" w:cs="Simplified Arabic"/>
          <w:sz w:val="28"/>
          <w:szCs w:val="28"/>
          <w:rtl/>
        </w:rPr>
        <w:t>ثانيًا: توصيات خاصة بإدارة الوقت</w:t>
      </w:r>
      <w:r w:rsidRPr="00FF4A26">
        <w:rPr>
          <w:rFonts w:asciiTheme="majorBidi" w:hAnsiTheme="majorBidi" w:cstheme="majorBidi"/>
          <w:sz w:val="28"/>
          <w:szCs w:val="28"/>
        </w:rPr>
        <w:t xml:space="preserve"> (</w:t>
      </w:r>
      <w:r w:rsidR="00FF4A26" w:rsidRPr="00FF4A26">
        <w:rPr>
          <w:rFonts w:asciiTheme="majorBidi" w:hAnsiTheme="majorBidi" w:cstheme="majorBidi"/>
          <w:sz w:val="28"/>
          <w:szCs w:val="28"/>
        </w:rPr>
        <w:t>Time</w:t>
      </w:r>
      <w:r w:rsidRPr="00FF4A26">
        <w:rPr>
          <w:rFonts w:asciiTheme="majorBidi" w:hAnsiTheme="majorBidi" w:cstheme="majorBidi"/>
          <w:sz w:val="28"/>
          <w:szCs w:val="28"/>
        </w:rPr>
        <w:t xml:space="preserve"> </w:t>
      </w:r>
      <w:r w:rsidR="00FF4A26" w:rsidRPr="00FF4A26">
        <w:rPr>
          <w:rFonts w:asciiTheme="majorBidi" w:hAnsiTheme="majorBidi" w:cstheme="majorBidi"/>
          <w:sz w:val="28"/>
          <w:szCs w:val="28"/>
        </w:rPr>
        <w:t>Management</w:t>
      </w:r>
      <w:r w:rsidRPr="00FF4A26">
        <w:rPr>
          <w:rFonts w:asciiTheme="majorBidi" w:hAnsiTheme="majorBidi" w:cstheme="majorBidi"/>
          <w:sz w:val="28"/>
          <w:szCs w:val="28"/>
        </w:rPr>
        <w:t xml:space="preserve"> </w:t>
      </w:r>
      <w:r w:rsidR="00FF4A26" w:rsidRPr="00FF4A26">
        <w:rPr>
          <w:rFonts w:asciiTheme="majorBidi" w:hAnsiTheme="majorBidi" w:cstheme="majorBidi"/>
          <w:sz w:val="28"/>
          <w:szCs w:val="28"/>
        </w:rPr>
        <w:t>Recommendations</w:t>
      </w:r>
      <w:r w:rsidRPr="00FF4A26">
        <w:rPr>
          <w:rFonts w:asciiTheme="majorBidi" w:hAnsiTheme="majorBidi" w:cstheme="majorBidi"/>
          <w:sz w:val="28"/>
          <w:szCs w:val="28"/>
        </w:rPr>
        <w:t>)</w:t>
      </w:r>
    </w:p>
    <w:p w14:paraId="339FA8DB" w14:textId="01832611" w:rsidR="0078758B" w:rsidRPr="0078758B" w:rsidRDefault="0078758B" w:rsidP="00164B5F">
      <w:pPr>
        <w:bidi/>
        <w:rPr>
          <w:rFonts w:ascii="Simplified Arabic" w:hAnsi="Simplified Arabic" w:cs="Simplified Arabic"/>
          <w:sz w:val="28"/>
          <w:szCs w:val="28"/>
        </w:rPr>
      </w:pPr>
      <w:r w:rsidRPr="0078758B">
        <w:rPr>
          <w:rFonts w:ascii="Simplified Arabic" w:hAnsi="Simplified Arabic" w:cs="Simplified Arabic"/>
          <w:sz w:val="28"/>
          <w:szCs w:val="28"/>
        </w:rPr>
        <w:lastRenderedPageBreak/>
        <w:t>1.</w:t>
      </w:r>
      <w:r w:rsidRPr="0078758B">
        <w:rPr>
          <w:rFonts w:ascii="Simplified Arabic" w:hAnsi="Simplified Arabic" w:cs="Simplified Arabic"/>
          <w:sz w:val="28"/>
          <w:szCs w:val="28"/>
        </w:rPr>
        <w:tab/>
      </w:r>
      <w:r w:rsidRPr="0078758B">
        <w:rPr>
          <w:rFonts w:ascii="Simplified Arabic" w:hAnsi="Simplified Arabic" w:cs="Simplified Arabic"/>
          <w:sz w:val="28"/>
          <w:szCs w:val="28"/>
          <w:rtl/>
        </w:rPr>
        <w:t>تدريب الموظفين على مهارات إدارة الوقت</w:t>
      </w:r>
      <w:r w:rsidRPr="0078758B">
        <w:rPr>
          <w:rFonts w:ascii="Simplified Arabic" w:hAnsi="Simplified Arabic" w:cs="Simplified Arabic"/>
          <w:sz w:val="28"/>
          <w:szCs w:val="28"/>
        </w:rPr>
        <w:t xml:space="preserve"> (</w:t>
      </w:r>
      <w:r w:rsidR="00FF4A26" w:rsidRPr="00897B98">
        <w:rPr>
          <w:rFonts w:asciiTheme="majorBidi" w:hAnsiTheme="majorBidi" w:cstheme="majorBidi"/>
          <w:sz w:val="28"/>
          <w:szCs w:val="28"/>
        </w:rPr>
        <w:t>Time</w:t>
      </w:r>
      <w:r w:rsidRPr="00897B98">
        <w:rPr>
          <w:rFonts w:asciiTheme="majorBidi" w:hAnsiTheme="majorBidi" w:cstheme="majorBidi"/>
          <w:sz w:val="28"/>
          <w:szCs w:val="28"/>
        </w:rPr>
        <w:t xml:space="preserve"> </w:t>
      </w:r>
      <w:r w:rsidR="00FF4A26" w:rsidRPr="00897B98">
        <w:rPr>
          <w:rFonts w:asciiTheme="majorBidi" w:hAnsiTheme="majorBidi" w:cstheme="majorBidi"/>
          <w:sz w:val="28"/>
          <w:szCs w:val="28"/>
        </w:rPr>
        <w:t>Management</w:t>
      </w:r>
      <w:r w:rsidRPr="00897B98">
        <w:rPr>
          <w:rFonts w:asciiTheme="majorBidi" w:hAnsiTheme="majorBidi" w:cstheme="majorBidi"/>
          <w:sz w:val="28"/>
          <w:szCs w:val="28"/>
        </w:rPr>
        <w:t xml:space="preserve"> Training</w:t>
      </w:r>
      <w:r w:rsidRPr="0078758B">
        <w:rPr>
          <w:rFonts w:ascii="Simplified Arabic" w:hAnsi="Simplified Arabic" w:cs="Simplified Arabic"/>
          <w:sz w:val="28"/>
          <w:szCs w:val="28"/>
        </w:rPr>
        <w:t>):</w:t>
      </w:r>
    </w:p>
    <w:p w14:paraId="0F1DB799" w14:textId="7D81E83A" w:rsidR="0078758B" w:rsidRPr="00897B98" w:rsidRDefault="0078758B" w:rsidP="00086701">
      <w:pPr>
        <w:pStyle w:val="ListParagraph"/>
        <w:numPr>
          <w:ilvl w:val="0"/>
          <w:numId w:val="48"/>
        </w:numPr>
        <w:bidi/>
        <w:rPr>
          <w:rFonts w:ascii="Simplified Arabic" w:hAnsi="Simplified Arabic" w:cs="Simplified Arabic"/>
          <w:sz w:val="28"/>
          <w:szCs w:val="28"/>
        </w:rPr>
      </w:pPr>
      <w:r w:rsidRPr="00897B98">
        <w:rPr>
          <w:rFonts w:ascii="Simplified Arabic" w:hAnsi="Simplified Arabic" w:cs="Simplified Arabic"/>
          <w:sz w:val="28"/>
          <w:szCs w:val="28"/>
          <w:rtl/>
        </w:rPr>
        <w:t>تقديم ورش عمل ودورات تدريبية حول تقنيات إدارة الوقت مثل</w:t>
      </w:r>
      <w:r w:rsidRPr="00897B98">
        <w:rPr>
          <w:rFonts w:ascii="Simplified Arabic" w:hAnsi="Simplified Arabic" w:cs="Simplified Arabic"/>
          <w:sz w:val="28"/>
          <w:szCs w:val="28"/>
        </w:rPr>
        <w:t>:</w:t>
      </w:r>
    </w:p>
    <w:p w14:paraId="02191A7D" w14:textId="3E21EB68" w:rsidR="0078758B" w:rsidRPr="00897B98" w:rsidRDefault="0078758B" w:rsidP="00086701">
      <w:pPr>
        <w:pStyle w:val="ListParagraph"/>
        <w:numPr>
          <w:ilvl w:val="0"/>
          <w:numId w:val="48"/>
        </w:numPr>
        <w:bidi/>
        <w:rPr>
          <w:rFonts w:ascii="Simplified Arabic" w:hAnsi="Simplified Arabic" w:cs="Simplified Arabic"/>
          <w:sz w:val="28"/>
          <w:szCs w:val="28"/>
        </w:rPr>
      </w:pPr>
      <w:r w:rsidRPr="00897B98">
        <w:rPr>
          <w:rFonts w:ascii="Simplified Arabic" w:hAnsi="Simplified Arabic" w:cs="Simplified Arabic"/>
          <w:sz w:val="28"/>
          <w:szCs w:val="28"/>
          <w:rtl/>
        </w:rPr>
        <w:t>تقنية بومودورو</w:t>
      </w:r>
      <w:r w:rsidRPr="00897B98">
        <w:rPr>
          <w:rFonts w:ascii="Simplified Arabic" w:hAnsi="Simplified Arabic" w:cs="Simplified Arabic"/>
          <w:sz w:val="28"/>
          <w:szCs w:val="28"/>
        </w:rPr>
        <w:t xml:space="preserve"> (Pomodoro </w:t>
      </w:r>
      <w:r w:rsidR="00897B98" w:rsidRPr="00897B98">
        <w:rPr>
          <w:rFonts w:ascii="Simplified Arabic" w:hAnsi="Simplified Arabic" w:cs="Simplified Arabic"/>
          <w:sz w:val="28"/>
          <w:szCs w:val="28"/>
        </w:rPr>
        <w:t>T</w:t>
      </w:r>
      <w:r w:rsidR="00897B98" w:rsidRPr="00897B98">
        <w:rPr>
          <w:rFonts w:ascii="Cambria" w:hAnsi="Cambria" w:cs="Cambria"/>
          <w:sz w:val="28"/>
          <w:szCs w:val="28"/>
        </w:rPr>
        <w:t>e</w:t>
      </w:r>
      <w:r w:rsidR="00897B98" w:rsidRPr="00897B98">
        <w:rPr>
          <w:rFonts w:ascii="Simplified Arabic" w:hAnsi="Simplified Arabic" w:cs="Simplified Arabic"/>
          <w:sz w:val="28"/>
          <w:szCs w:val="28"/>
        </w:rPr>
        <w:t>chniqu</w:t>
      </w:r>
      <w:r w:rsidR="00897B98" w:rsidRPr="00897B98">
        <w:rPr>
          <w:rFonts w:ascii="Cambria" w:hAnsi="Cambria" w:cs="Cambria"/>
          <w:sz w:val="28"/>
          <w:szCs w:val="28"/>
        </w:rPr>
        <w:t>e</w:t>
      </w:r>
      <w:r w:rsidRPr="00897B98">
        <w:rPr>
          <w:rFonts w:ascii="Simplified Arabic" w:hAnsi="Simplified Arabic" w:cs="Simplified Arabic"/>
          <w:sz w:val="28"/>
          <w:szCs w:val="28"/>
        </w:rPr>
        <w:t>)</w:t>
      </w:r>
    </w:p>
    <w:p w14:paraId="1819DFD7" w14:textId="2FE06773" w:rsidR="0078758B" w:rsidRDefault="0078758B" w:rsidP="00086701">
      <w:pPr>
        <w:pStyle w:val="ListParagraph"/>
        <w:numPr>
          <w:ilvl w:val="0"/>
          <w:numId w:val="48"/>
        </w:numPr>
        <w:bidi/>
        <w:rPr>
          <w:rFonts w:ascii="Simplified Arabic" w:hAnsi="Simplified Arabic" w:cs="Simplified Arabic"/>
          <w:sz w:val="28"/>
          <w:szCs w:val="28"/>
        </w:rPr>
      </w:pPr>
      <w:r w:rsidRPr="00897B98">
        <w:rPr>
          <w:rFonts w:ascii="Simplified Arabic" w:hAnsi="Simplified Arabic" w:cs="Simplified Arabic"/>
          <w:sz w:val="28"/>
          <w:szCs w:val="28"/>
          <w:rtl/>
        </w:rPr>
        <w:t>تحديد الأولويات باستخدام مصفوفة أيزنهاور</w:t>
      </w:r>
      <w:r w:rsidRPr="00897B98">
        <w:rPr>
          <w:rFonts w:ascii="Simplified Arabic" w:hAnsi="Simplified Arabic" w:cs="Simplified Arabic"/>
          <w:sz w:val="28"/>
          <w:szCs w:val="28"/>
        </w:rPr>
        <w:t xml:space="preserve"> (</w:t>
      </w:r>
      <w:r w:rsidR="00897B98" w:rsidRPr="00897B98">
        <w:rPr>
          <w:rFonts w:ascii="Simplified Arabic" w:hAnsi="Simplified Arabic" w:cs="Simplified Arabic"/>
          <w:sz w:val="28"/>
          <w:szCs w:val="28"/>
        </w:rPr>
        <w:t>Eis</w:t>
      </w:r>
      <w:r w:rsidR="00897B98" w:rsidRPr="00897B98">
        <w:rPr>
          <w:rFonts w:ascii="Cambria" w:hAnsi="Cambria" w:cs="Cambria"/>
          <w:sz w:val="28"/>
          <w:szCs w:val="28"/>
        </w:rPr>
        <w:t>e</w:t>
      </w:r>
      <w:r w:rsidR="00897B98" w:rsidRPr="00897B98">
        <w:rPr>
          <w:rFonts w:ascii="Simplified Arabic" w:hAnsi="Simplified Arabic" w:cs="Simplified Arabic"/>
          <w:sz w:val="28"/>
          <w:szCs w:val="28"/>
        </w:rPr>
        <w:t>nhow</w:t>
      </w:r>
      <w:r w:rsidR="00897B98" w:rsidRPr="00897B98">
        <w:rPr>
          <w:rFonts w:ascii="Cambria" w:hAnsi="Cambria" w:cs="Cambria"/>
          <w:sz w:val="28"/>
          <w:szCs w:val="28"/>
        </w:rPr>
        <w:t>e</w:t>
      </w:r>
      <w:r w:rsidR="00897B98" w:rsidRPr="00897B98">
        <w:rPr>
          <w:rFonts w:ascii="Simplified Arabic" w:hAnsi="Simplified Arabic" w:cs="Simplified Arabic"/>
          <w:sz w:val="28"/>
          <w:szCs w:val="28"/>
        </w:rPr>
        <w:t>r</w:t>
      </w:r>
      <w:r w:rsidRPr="00897B98">
        <w:rPr>
          <w:rFonts w:ascii="Simplified Arabic" w:hAnsi="Simplified Arabic" w:cs="Simplified Arabic"/>
          <w:sz w:val="28"/>
          <w:szCs w:val="28"/>
        </w:rPr>
        <w:t xml:space="preserve"> Matrix) </w:t>
      </w:r>
    </w:p>
    <w:p w14:paraId="4C1523CA" w14:textId="77777777" w:rsidR="00164B5F" w:rsidRPr="00897B98" w:rsidRDefault="00164B5F" w:rsidP="00164B5F">
      <w:pPr>
        <w:pStyle w:val="ListParagraph"/>
        <w:bidi/>
        <w:ind w:left="360"/>
        <w:rPr>
          <w:rFonts w:ascii="Simplified Arabic" w:hAnsi="Simplified Arabic" w:cs="Simplified Arabic"/>
          <w:sz w:val="28"/>
          <w:szCs w:val="28"/>
        </w:rPr>
      </w:pPr>
    </w:p>
    <w:p w14:paraId="08E11F2B" w14:textId="77777777" w:rsidR="004B314B" w:rsidRPr="00025CC9" w:rsidRDefault="004B314B" w:rsidP="004B314B">
      <w:pPr>
        <w:pStyle w:val="ListParagraph"/>
        <w:bidi/>
        <w:spacing w:after="224" w:line="259" w:lineRule="auto"/>
        <w:ind w:left="2160" w:right="48"/>
        <w:rPr>
          <w:rFonts w:ascii="Times New Roman" w:eastAsia="Times New Roman" w:hAnsi="Times New Roman" w:cs="Times New Roman"/>
          <w:sz w:val="24"/>
          <w:szCs w:val="24"/>
        </w:rPr>
      </w:pPr>
    </w:p>
    <w:p w14:paraId="49B2B0D2" w14:textId="77777777" w:rsidR="00025CC9" w:rsidRPr="00BE59B8" w:rsidRDefault="00025CC9" w:rsidP="00086701">
      <w:pPr>
        <w:pStyle w:val="ListParagraph"/>
        <w:numPr>
          <w:ilvl w:val="0"/>
          <w:numId w:val="40"/>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b/>
          <w:bCs/>
          <w:sz w:val="28"/>
          <w:szCs w:val="28"/>
          <w:rtl/>
        </w:rPr>
        <w:t>تشجيع استخدام الأدوات الرقمية</w:t>
      </w:r>
      <w:r w:rsidRPr="00BE59B8">
        <w:rPr>
          <w:rFonts w:ascii="Simplified Arabic" w:eastAsia="Times New Roman" w:hAnsi="Simplified Arabic" w:cs="Simplified Arabic"/>
          <w:b/>
          <w:bCs/>
          <w:sz w:val="28"/>
          <w:szCs w:val="28"/>
        </w:rPr>
        <w:t xml:space="preserve"> (Digital Tools):</w:t>
      </w:r>
    </w:p>
    <w:p w14:paraId="1746CBD3" w14:textId="77777777" w:rsidR="004B314B" w:rsidRPr="00BE59B8" w:rsidRDefault="004B314B" w:rsidP="004B314B">
      <w:pPr>
        <w:pStyle w:val="ListParagraph"/>
        <w:bidi/>
        <w:spacing w:after="224" w:line="259" w:lineRule="auto"/>
        <w:ind w:right="48"/>
        <w:rPr>
          <w:rFonts w:ascii="Simplified Arabic" w:eastAsia="Times New Roman" w:hAnsi="Simplified Arabic" w:cs="Simplified Arabic"/>
          <w:sz w:val="28"/>
          <w:szCs w:val="28"/>
        </w:rPr>
      </w:pPr>
    </w:p>
    <w:p w14:paraId="673649C5" w14:textId="116DA535" w:rsidR="00025CC9" w:rsidRPr="00BE59B8" w:rsidRDefault="00025CC9" w:rsidP="00086701">
      <w:pPr>
        <w:pStyle w:val="ListParagraph"/>
        <w:numPr>
          <w:ilvl w:val="1"/>
          <w:numId w:val="49"/>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برامج التخطيط الإلكتروني</w:t>
      </w:r>
      <w:r w:rsidRPr="00BE59B8">
        <w:rPr>
          <w:rFonts w:ascii="Simplified Arabic" w:eastAsia="Times New Roman" w:hAnsi="Simplified Arabic" w:cs="Simplified Arabic"/>
          <w:sz w:val="28"/>
          <w:szCs w:val="28"/>
        </w:rPr>
        <w:t xml:space="preserve">  </w:t>
      </w:r>
      <w:r w:rsidRPr="00BE59B8">
        <w:rPr>
          <w:rFonts w:ascii="Simplified Arabic" w:eastAsia="Times New Roman" w:hAnsi="Simplified Arabic" w:cs="Simplified Arabic"/>
          <w:sz w:val="28"/>
          <w:szCs w:val="28"/>
          <w:rtl/>
        </w:rPr>
        <w:t>لتنظيم المهام ومتابعة الإنجاز</w:t>
      </w:r>
      <w:r w:rsidRPr="00BE59B8">
        <w:rPr>
          <w:rFonts w:ascii="Simplified Arabic" w:eastAsia="Times New Roman" w:hAnsi="Simplified Arabic" w:cs="Simplified Arabic"/>
          <w:sz w:val="28"/>
          <w:szCs w:val="28"/>
        </w:rPr>
        <w:t>.</w:t>
      </w:r>
    </w:p>
    <w:p w14:paraId="0F36205E" w14:textId="77777777" w:rsidR="004B314B" w:rsidRPr="00BE59B8" w:rsidRDefault="004B314B" w:rsidP="004B314B">
      <w:pPr>
        <w:pStyle w:val="ListParagraph"/>
        <w:bidi/>
        <w:spacing w:after="224" w:line="259" w:lineRule="auto"/>
        <w:ind w:left="1440" w:right="48"/>
        <w:rPr>
          <w:rFonts w:ascii="Simplified Arabic" w:eastAsia="Times New Roman" w:hAnsi="Simplified Arabic" w:cs="Simplified Arabic"/>
          <w:sz w:val="28"/>
          <w:szCs w:val="28"/>
        </w:rPr>
      </w:pPr>
    </w:p>
    <w:p w14:paraId="28B8F078" w14:textId="77777777" w:rsidR="00025CC9" w:rsidRPr="00BE59B8" w:rsidRDefault="00025CC9" w:rsidP="00086701">
      <w:pPr>
        <w:pStyle w:val="ListParagraph"/>
        <w:numPr>
          <w:ilvl w:val="0"/>
          <w:numId w:val="40"/>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b/>
          <w:bCs/>
          <w:sz w:val="28"/>
          <w:szCs w:val="28"/>
          <w:rtl/>
        </w:rPr>
        <w:t>تطبيق ثقافة الانضباط الزمني</w:t>
      </w:r>
      <w:r w:rsidRPr="00BE59B8">
        <w:rPr>
          <w:rFonts w:ascii="Simplified Arabic" w:eastAsia="Times New Roman" w:hAnsi="Simplified Arabic" w:cs="Simplified Arabic"/>
          <w:b/>
          <w:bCs/>
          <w:sz w:val="28"/>
          <w:szCs w:val="28"/>
        </w:rPr>
        <w:t xml:space="preserve"> (Time Discipline Culture):</w:t>
      </w:r>
    </w:p>
    <w:p w14:paraId="376FD2CB" w14:textId="77777777" w:rsidR="004B314B" w:rsidRPr="00BE59B8" w:rsidRDefault="004B314B" w:rsidP="004B314B">
      <w:pPr>
        <w:pStyle w:val="ListParagraph"/>
        <w:bidi/>
        <w:spacing w:after="224" w:line="259" w:lineRule="auto"/>
        <w:ind w:right="48"/>
        <w:rPr>
          <w:rFonts w:ascii="Simplified Arabic" w:eastAsia="Times New Roman" w:hAnsi="Simplified Arabic" w:cs="Simplified Arabic"/>
          <w:sz w:val="28"/>
          <w:szCs w:val="28"/>
        </w:rPr>
      </w:pPr>
    </w:p>
    <w:p w14:paraId="59EE06A1" w14:textId="77777777" w:rsidR="00025CC9" w:rsidRPr="00BE59B8" w:rsidRDefault="00025CC9" w:rsidP="00086701">
      <w:pPr>
        <w:pStyle w:val="ListParagraph"/>
        <w:numPr>
          <w:ilvl w:val="0"/>
          <w:numId w:val="50"/>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الالتزام بمواعيد الاجتماعات والمهام لتقليل الهدر في الوقت</w:t>
      </w:r>
      <w:r w:rsidRPr="00BE59B8">
        <w:rPr>
          <w:rFonts w:ascii="Simplified Arabic" w:eastAsia="Times New Roman" w:hAnsi="Simplified Arabic" w:cs="Simplified Arabic"/>
          <w:sz w:val="28"/>
          <w:szCs w:val="28"/>
        </w:rPr>
        <w:t>.</w:t>
      </w:r>
    </w:p>
    <w:p w14:paraId="40A8FD03" w14:textId="7ABCBEB4" w:rsidR="00070BF4" w:rsidRPr="00BE59B8" w:rsidRDefault="00025CC9" w:rsidP="00086701">
      <w:pPr>
        <w:pStyle w:val="ListParagraph"/>
        <w:numPr>
          <w:ilvl w:val="1"/>
          <w:numId w:val="5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تحفيز الموظفين على الاستفادة القصوى من ساعات العمل الرسمية</w:t>
      </w:r>
      <w:r w:rsidRPr="00BE59B8">
        <w:rPr>
          <w:rFonts w:ascii="Simplified Arabic" w:eastAsia="Times New Roman" w:hAnsi="Simplified Arabic" w:cs="Simplified Arabic"/>
          <w:sz w:val="28"/>
          <w:szCs w:val="28"/>
        </w:rPr>
        <w:t>.</w:t>
      </w:r>
    </w:p>
    <w:p w14:paraId="2EC4D812" w14:textId="77777777" w:rsidR="00070BF4" w:rsidRPr="00BE59B8" w:rsidRDefault="00070BF4" w:rsidP="00070BF4">
      <w:pPr>
        <w:pStyle w:val="ListParagraph"/>
        <w:bidi/>
        <w:spacing w:after="224" w:line="259" w:lineRule="auto"/>
        <w:ind w:left="1440" w:right="48"/>
        <w:rPr>
          <w:rFonts w:ascii="Simplified Arabic" w:eastAsia="Times New Roman" w:hAnsi="Simplified Arabic" w:cs="Simplified Arabic"/>
          <w:sz w:val="28"/>
          <w:szCs w:val="28"/>
          <w:rtl/>
        </w:rPr>
      </w:pPr>
    </w:p>
    <w:p w14:paraId="70B7641E" w14:textId="77777777" w:rsidR="00070BF4" w:rsidRDefault="00070BF4" w:rsidP="00070BF4">
      <w:pPr>
        <w:pStyle w:val="ListParagraph"/>
        <w:bidi/>
        <w:spacing w:after="224" w:line="259" w:lineRule="auto"/>
        <w:ind w:left="1440" w:right="48"/>
        <w:rPr>
          <w:rFonts w:ascii="Simplified Arabic" w:eastAsia="Times New Roman" w:hAnsi="Simplified Arabic" w:cs="Simplified Arabic"/>
          <w:sz w:val="28"/>
          <w:szCs w:val="28"/>
          <w:rtl/>
        </w:rPr>
      </w:pPr>
    </w:p>
    <w:p w14:paraId="2991CE6B" w14:textId="77777777" w:rsidR="00CF1577" w:rsidRDefault="00CF1577" w:rsidP="00CF1577">
      <w:pPr>
        <w:pStyle w:val="ListParagraph"/>
        <w:bidi/>
        <w:spacing w:after="224" w:line="259" w:lineRule="auto"/>
        <w:ind w:left="1440" w:right="48"/>
        <w:rPr>
          <w:rFonts w:ascii="Simplified Arabic" w:eastAsia="Times New Roman" w:hAnsi="Simplified Arabic" w:cs="Simplified Arabic"/>
          <w:sz w:val="28"/>
          <w:szCs w:val="28"/>
          <w:rtl/>
        </w:rPr>
      </w:pPr>
    </w:p>
    <w:p w14:paraId="1CAD860F" w14:textId="77777777" w:rsidR="0073043B" w:rsidRDefault="0073043B" w:rsidP="0073043B">
      <w:pPr>
        <w:pStyle w:val="ListParagraph"/>
        <w:bidi/>
        <w:spacing w:after="224" w:line="259" w:lineRule="auto"/>
        <w:ind w:left="1440" w:right="48"/>
        <w:rPr>
          <w:rFonts w:ascii="Simplified Arabic" w:eastAsia="Times New Roman" w:hAnsi="Simplified Arabic" w:cs="Simplified Arabic"/>
          <w:sz w:val="28"/>
          <w:szCs w:val="28"/>
          <w:rtl/>
        </w:rPr>
      </w:pPr>
    </w:p>
    <w:p w14:paraId="38CB9AE7" w14:textId="77777777" w:rsidR="00CF1577" w:rsidRDefault="00CF1577" w:rsidP="00CF1577">
      <w:pPr>
        <w:pStyle w:val="ListParagraph"/>
        <w:bidi/>
        <w:spacing w:after="224" w:line="259" w:lineRule="auto"/>
        <w:ind w:left="1440" w:right="48"/>
        <w:rPr>
          <w:rFonts w:ascii="Simplified Arabic" w:eastAsia="Times New Roman" w:hAnsi="Simplified Arabic" w:cs="Simplified Arabic"/>
          <w:sz w:val="28"/>
          <w:szCs w:val="28"/>
          <w:rtl/>
        </w:rPr>
      </w:pPr>
    </w:p>
    <w:p w14:paraId="55E7E5EA" w14:textId="77777777" w:rsidR="00CF1577" w:rsidRPr="00BE59B8" w:rsidRDefault="00CF1577" w:rsidP="00CF1577">
      <w:pPr>
        <w:pStyle w:val="ListParagraph"/>
        <w:bidi/>
        <w:spacing w:after="224" w:line="259" w:lineRule="auto"/>
        <w:ind w:left="1440" w:right="48"/>
        <w:rPr>
          <w:rFonts w:ascii="Simplified Arabic" w:eastAsia="Times New Roman" w:hAnsi="Simplified Arabic" w:cs="Simplified Arabic"/>
          <w:sz w:val="28"/>
          <w:szCs w:val="28"/>
        </w:rPr>
      </w:pPr>
    </w:p>
    <w:p w14:paraId="48F16247" w14:textId="77777777" w:rsidR="00025CC9" w:rsidRPr="00BE59B8" w:rsidRDefault="00025CC9" w:rsidP="00025CC9">
      <w:pPr>
        <w:pStyle w:val="ListParagraph"/>
        <w:bidi/>
        <w:spacing w:after="224" w:line="259" w:lineRule="auto"/>
        <w:ind w:right="48"/>
        <w:rPr>
          <w:rFonts w:ascii="Simplified Arabic" w:eastAsia="Times New Roman" w:hAnsi="Simplified Arabic" w:cs="Simplified Arabic"/>
          <w:b/>
          <w:bCs/>
          <w:sz w:val="28"/>
          <w:szCs w:val="28"/>
          <w:rtl/>
        </w:rPr>
      </w:pPr>
      <w:r w:rsidRPr="00BE59B8">
        <w:rPr>
          <w:rFonts w:ascii="Simplified Arabic" w:eastAsia="Times New Roman" w:hAnsi="Simplified Arabic" w:cs="Simplified Arabic"/>
          <w:b/>
          <w:bCs/>
          <w:sz w:val="28"/>
          <w:szCs w:val="28"/>
          <w:rtl/>
        </w:rPr>
        <w:t>ثالثًا: توصيات لرفع الإنتاجية الفردية والجماعية</w:t>
      </w:r>
    </w:p>
    <w:p w14:paraId="7EEFE06C" w14:textId="77777777" w:rsidR="004B314B" w:rsidRPr="00BE59B8" w:rsidRDefault="004B314B" w:rsidP="004B314B">
      <w:pPr>
        <w:pStyle w:val="ListParagraph"/>
        <w:bidi/>
        <w:spacing w:after="224" w:line="259" w:lineRule="auto"/>
        <w:ind w:right="48"/>
        <w:rPr>
          <w:rFonts w:ascii="Simplified Arabic" w:eastAsia="Times New Roman" w:hAnsi="Simplified Arabic" w:cs="Simplified Arabic"/>
          <w:b/>
          <w:bCs/>
          <w:sz w:val="28"/>
          <w:szCs w:val="28"/>
        </w:rPr>
      </w:pPr>
    </w:p>
    <w:p w14:paraId="69C91499" w14:textId="41221159" w:rsidR="004B314B" w:rsidRPr="000D0122" w:rsidRDefault="00025CC9" w:rsidP="00086701">
      <w:pPr>
        <w:pStyle w:val="ListParagraph"/>
        <w:numPr>
          <w:ilvl w:val="0"/>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b/>
          <w:bCs/>
          <w:sz w:val="28"/>
          <w:szCs w:val="28"/>
          <w:rtl/>
        </w:rPr>
        <w:t>تشجيع بيئة عمل منظمة ومريحة</w:t>
      </w:r>
      <w:r w:rsidRPr="00BE59B8">
        <w:rPr>
          <w:rFonts w:ascii="Simplified Arabic" w:eastAsia="Times New Roman" w:hAnsi="Simplified Arabic" w:cs="Simplified Arabic"/>
          <w:b/>
          <w:bCs/>
          <w:sz w:val="28"/>
          <w:szCs w:val="28"/>
        </w:rPr>
        <w:t xml:space="preserve"> </w:t>
      </w:r>
      <w:r w:rsidR="000D0122">
        <w:rPr>
          <w:rFonts w:ascii="Simplified Arabic" w:eastAsia="Times New Roman" w:hAnsi="Simplified Arabic" w:cs="Simplified Arabic"/>
          <w:b/>
          <w:bCs/>
          <w:sz w:val="28"/>
          <w:szCs w:val="28"/>
        </w:rPr>
        <w:t>:</w:t>
      </w:r>
    </w:p>
    <w:p w14:paraId="0743DD3A" w14:textId="77777777" w:rsidR="00025CC9" w:rsidRPr="00BE59B8"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ترتيب مكان العمل لتقليل التشويش وزيادة التركيز</w:t>
      </w:r>
      <w:r w:rsidRPr="00BE59B8">
        <w:rPr>
          <w:rFonts w:ascii="Simplified Arabic" w:eastAsia="Times New Roman" w:hAnsi="Simplified Arabic" w:cs="Simplified Arabic"/>
          <w:sz w:val="28"/>
          <w:szCs w:val="28"/>
        </w:rPr>
        <w:t>.</w:t>
      </w:r>
    </w:p>
    <w:p w14:paraId="518AAF58" w14:textId="77777777" w:rsidR="00025CC9"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توفير أدوات مساعدة لتسهيل تنفيذ المهام</w:t>
      </w:r>
      <w:r w:rsidRPr="00BE59B8">
        <w:rPr>
          <w:rFonts w:ascii="Simplified Arabic" w:eastAsia="Times New Roman" w:hAnsi="Simplified Arabic" w:cs="Simplified Arabic"/>
          <w:sz w:val="28"/>
          <w:szCs w:val="28"/>
        </w:rPr>
        <w:t>.</w:t>
      </w:r>
    </w:p>
    <w:p w14:paraId="60ACFAD1" w14:textId="77777777" w:rsidR="0073043B" w:rsidRPr="00BE59B8" w:rsidRDefault="0073043B" w:rsidP="0073043B">
      <w:pPr>
        <w:pStyle w:val="ListParagraph"/>
        <w:bidi/>
        <w:spacing w:after="224" w:line="259" w:lineRule="auto"/>
        <w:ind w:left="810" w:right="48"/>
        <w:rPr>
          <w:rFonts w:ascii="Simplified Arabic" w:eastAsia="Times New Roman" w:hAnsi="Simplified Arabic" w:cs="Simplified Arabic"/>
          <w:sz w:val="28"/>
          <w:szCs w:val="28"/>
        </w:rPr>
      </w:pPr>
    </w:p>
    <w:p w14:paraId="5075A26D" w14:textId="4E682526" w:rsidR="00025CC9" w:rsidRPr="00BE59B8" w:rsidRDefault="00025CC9" w:rsidP="00086701">
      <w:pPr>
        <w:pStyle w:val="ListParagraph"/>
        <w:numPr>
          <w:ilvl w:val="0"/>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b/>
          <w:bCs/>
          <w:sz w:val="28"/>
          <w:szCs w:val="28"/>
          <w:rtl/>
        </w:rPr>
        <w:t>تعزيز التعاون وروح الفريق</w:t>
      </w:r>
    </w:p>
    <w:p w14:paraId="4BE5192C" w14:textId="77777777" w:rsidR="00025CC9" w:rsidRPr="00BE59B8"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تحديد الأدوار بوضوح لتجنب تداخل المسؤوليات</w:t>
      </w:r>
      <w:r w:rsidRPr="00BE59B8">
        <w:rPr>
          <w:rFonts w:ascii="Simplified Arabic" w:eastAsia="Times New Roman" w:hAnsi="Simplified Arabic" w:cs="Simplified Arabic"/>
          <w:sz w:val="28"/>
          <w:szCs w:val="28"/>
        </w:rPr>
        <w:t>.</w:t>
      </w:r>
    </w:p>
    <w:p w14:paraId="2F038434" w14:textId="77777777" w:rsidR="00025CC9" w:rsidRPr="00BE59B8"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تحفيز العاملين على مشاركة الخبرات وتقليل الأخطاء المتكررة</w:t>
      </w:r>
      <w:r w:rsidRPr="00BE59B8">
        <w:rPr>
          <w:rFonts w:ascii="Simplified Arabic" w:eastAsia="Times New Roman" w:hAnsi="Simplified Arabic" w:cs="Simplified Arabic"/>
          <w:sz w:val="28"/>
          <w:szCs w:val="28"/>
        </w:rPr>
        <w:t>.</w:t>
      </w:r>
    </w:p>
    <w:p w14:paraId="0F48533A" w14:textId="77777777" w:rsidR="004B314B" w:rsidRPr="00BE59B8" w:rsidRDefault="004B314B" w:rsidP="004B314B">
      <w:pPr>
        <w:pStyle w:val="ListParagraph"/>
        <w:bidi/>
        <w:spacing w:after="224" w:line="259" w:lineRule="auto"/>
        <w:ind w:left="1440" w:right="48"/>
        <w:rPr>
          <w:rFonts w:ascii="Simplified Arabic" w:eastAsia="Times New Roman" w:hAnsi="Simplified Arabic" w:cs="Simplified Arabic"/>
          <w:sz w:val="28"/>
          <w:szCs w:val="28"/>
        </w:rPr>
      </w:pPr>
    </w:p>
    <w:p w14:paraId="34F382DA" w14:textId="53005275" w:rsidR="00025CC9" w:rsidRPr="00BE59B8" w:rsidRDefault="00025CC9" w:rsidP="00086701">
      <w:pPr>
        <w:pStyle w:val="ListParagraph"/>
        <w:numPr>
          <w:ilvl w:val="0"/>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b/>
          <w:bCs/>
          <w:sz w:val="28"/>
          <w:szCs w:val="28"/>
          <w:rtl/>
        </w:rPr>
        <w:t>مراجعة العمليات والإجراءات باستمرار</w:t>
      </w:r>
      <w:r w:rsidRPr="00BE59B8">
        <w:rPr>
          <w:rFonts w:ascii="Simplified Arabic" w:eastAsia="Times New Roman" w:hAnsi="Simplified Arabic" w:cs="Simplified Arabic"/>
          <w:b/>
          <w:bCs/>
          <w:sz w:val="28"/>
          <w:szCs w:val="28"/>
        </w:rPr>
        <w:t>:</w:t>
      </w:r>
    </w:p>
    <w:p w14:paraId="70C3CC0C" w14:textId="77777777" w:rsidR="004B314B" w:rsidRPr="00BE59B8" w:rsidRDefault="004B314B" w:rsidP="004B314B">
      <w:pPr>
        <w:pStyle w:val="ListParagraph"/>
        <w:bidi/>
        <w:spacing w:after="224" w:line="259" w:lineRule="auto"/>
        <w:ind w:right="48"/>
        <w:rPr>
          <w:rFonts w:ascii="Simplified Arabic" w:eastAsia="Times New Roman" w:hAnsi="Simplified Arabic" w:cs="Simplified Arabic"/>
          <w:sz w:val="28"/>
          <w:szCs w:val="28"/>
        </w:rPr>
      </w:pPr>
    </w:p>
    <w:p w14:paraId="7CEFB55D" w14:textId="77777777" w:rsidR="00025CC9" w:rsidRPr="00BE59B8"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تحليل أسباب البطء أو التأخير في إنجاز المهام وإعادة هيكلة العمليات عند الحاجة</w:t>
      </w:r>
      <w:r w:rsidRPr="00BE59B8">
        <w:rPr>
          <w:rFonts w:ascii="Simplified Arabic" w:eastAsia="Times New Roman" w:hAnsi="Simplified Arabic" w:cs="Simplified Arabic"/>
          <w:sz w:val="28"/>
          <w:szCs w:val="28"/>
        </w:rPr>
        <w:t>.</w:t>
      </w:r>
    </w:p>
    <w:p w14:paraId="2999EDC4" w14:textId="77777777" w:rsidR="004B314B" w:rsidRPr="00BE59B8" w:rsidRDefault="00025CC9" w:rsidP="00086701">
      <w:pPr>
        <w:pStyle w:val="ListParagraph"/>
        <w:numPr>
          <w:ilvl w:val="1"/>
          <w:numId w:val="41"/>
        </w:numPr>
        <w:bidi/>
        <w:spacing w:after="224" w:line="259" w:lineRule="auto"/>
        <w:ind w:right="48"/>
        <w:rPr>
          <w:rFonts w:ascii="Simplified Arabic" w:eastAsia="Times New Roman" w:hAnsi="Simplified Arabic" w:cs="Simplified Arabic"/>
          <w:sz w:val="28"/>
          <w:szCs w:val="28"/>
        </w:rPr>
      </w:pPr>
      <w:r w:rsidRPr="00BE59B8">
        <w:rPr>
          <w:rFonts w:ascii="Simplified Arabic" w:eastAsia="Times New Roman" w:hAnsi="Simplified Arabic" w:cs="Simplified Arabic"/>
          <w:sz w:val="28"/>
          <w:szCs w:val="28"/>
          <w:rtl/>
        </w:rPr>
        <w:t>استخدام التغذية الراجعة</w:t>
      </w:r>
      <w:r w:rsidRPr="00BE59B8">
        <w:rPr>
          <w:rFonts w:ascii="Simplified Arabic" w:eastAsia="Times New Roman" w:hAnsi="Simplified Arabic" w:cs="Simplified Arabic"/>
          <w:sz w:val="28"/>
          <w:szCs w:val="28"/>
        </w:rPr>
        <w:t xml:space="preserve"> (Feedback) </w:t>
      </w:r>
      <w:r w:rsidRPr="00BE59B8">
        <w:rPr>
          <w:rFonts w:ascii="Simplified Arabic" w:eastAsia="Times New Roman" w:hAnsi="Simplified Arabic" w:cs="Simplified Arabic"/>
          <w:sz w:val="28"/>
          <w:szCs w:val="28"/>
          <w:rtl/>
        </w:rPr>
        <w:t>لتحسين الأداء العام</w:t>
      </w:r>
    </w:p>
    <w:p w14:paraId="130DBEA1" w14:textId="19553CCF" w:rsidR="00025CC9" w:rsidRDefault="00025CC9" w:rsidP="004B314B">
      <w:pPr>
        <w:pStyle w:val="ListParagraph"/>
        <w:bidi/>
        <w:spacing w:after="224" w:line="259" w:lineRule="auto"/>
        <w:ind w:left="1440" w:right="48"/>
        <w:rPr>
          <w:rFonts w:ascii="Times New Roman" w:eastAsia="Times New Roman" w:hAnsi="Times New Roman" w:cs="Times New Roman"/>
          <w:sz w:val="24"/>
          <w:szCs w:val="24"/>
          <w:rtl/>
        </w:rPr>
      </w:pPr>
    </w:p>
    <w:p w14:paraId="1A57412A" w14:textId="77777777" w:rsidR="000D0122" w:rsidRPr="00025CC9" w:rsidRDefault="000D0122" w:rsidP="000D0122">
      <w:pPr>
        <w:pStyle w:val="ListParagraph"/>
        <w:bidi/>
        <w:spacing w:after="224" w:line="259" w:lineRule="auto"/>
        <w:ind w:left="1440" w:right="48"/>
        <w:rPr>
          <w:rFonts w:ascii="Times New Roman" w:eastAsia="Times New Roman" w:hAnsi="Times New Roman" w:cs="Times New Roman"/>
          <w:sz w:val="24"/>
          <w:szCs w:val="24"/>
        </w:rPr>
      </w:pPr>
    </w:p>
    <w:p w14:paraId="17EF6F75" w14:textId="576990AA" w:rsidR="00164B5F" w:rsidRPr="00CF1577" w:rsidRDefault="00BE59B8" w:rsidP="00CF1577">
      <w:pPr>
        <w:bidi/>
        <w:rPr>
          <w:rFonts w:ascii="Simplified Arabic" w:hAnsi="Simplified Arabic" w:cs="Simplified Arabic"/>
          <w:b/>
          <w:bCs/>
          <w:sz w:val="32"/>
          <w:szCs w:val="32"/>
        </w:rPr>
      </w:pPr>
      <w:r w:rsidRPr="00164B5F">
        <w:rPr>
          <w:rFonts w:ascii="Simplified Arabic" w:hAnsi="Simplified Arabic" w:cs="Simplified Arabic"/>
          <w:b/>
          <w:bCs/>
          <w:sz w:val="32"/>
          <w:szCs w:val="32"/>
          <w:rtl/>
        </w:rPr>
        <w:t>رابعًا: توصيات بحثية مستقبلية</w:t>
      </w:r>
      <w:r w:rsidRPr="00164B5F">
        <w:rPr>
          <w:rFonts w:ascii="Simplified Arabic" w:hAnsi="Simplified Arabic" w:cs="Simplified Arabic"/>
          <w:b/>
          <w:bCs/>
          <w:sz w:val="32"/>
          <w:szCs w:val="32"/>
        </w:rPr>
        <w:t xml:space="preserve"> </w:t>
      </w:r>
      <w:r w:rsidRPr="00164B5F">
        <w:rPr>
          <w:rFonts w:asciiTheme="majorBidi" w:hAnsiTheme="majorBidi" w:cstheme="majorBidi"/>
          <w:b/>
          <w:bCs/>
          <w:sz w:val="32"/>
          <w:szCs w:val="32"/>
        </w:rPr>
        <w:t>(Future Research Recommendations</w:t>
      </w:r>
      <w:r w:rsidRPr="00164B5F">
        <w:rPr>
          <w:rFonts w:ascii="Simplified Arabic" w:hAnsi="Simplified Arabic" w:cs="Simplified Arabic"/>
          <w:b/>
          <w:bCs/>
          <w:sz w:val="32"/>
          <w:szCs w:val="32"/>
        </w:rPr>
        <w:t>)</w:t>
      </w:r>
    </w:p>
    <w:p w14:paraId="066CBBF3" w14:textId="7BA4DEE7" w:rsidR="00BE59B8" w:rsidRPr="00164B5F" w:rsidRDefault="00BE59B8" w:rsidP="00086701">
      <w:pPr>
        <w:pStyle w:val="ListParagraph"/>
        <w:numPr>
          <w:ilvl w:val="1"/>
          <w:numId w:val="32"/>
        </w:numPr>
        <w:bidi/>
        <w:rPr>
          <w:rFonts w:ascii="Simplified Arabic" w:hAnsi="Simplified Arabic" w:cs="Simplified Arabic"/>
          <w:sz w:val="32"/>
          <w:szCs w:val="32"/>
        </w:rPr>
      </w:pPr>
      <w:r w:rsidRPr="00164B5F">
        <w:rPr>
          <w:rFonts w:ascii="Simplified Arabic" w:hAnsi="Simplified Arabic" w:cs="Simplified Arabic"/>
          <w:sz w:val="32"/>
          <w:szCs w:val="32"/>
          <w:rtl/>
        </w:rPr>
        <w:t>إجراء دراسات تطبيقية في مؤسسات مختلفة لقياس أثر تنظيم العمل وإدارة الوقت على الإنتاجية بشكل دقيق</w:t>
      </w:r>
      <w:r w:rsidRPr="00164B5F">
        <w:rPr>
          <w:rFonts w:ascii="Simplified Arabic" w:hAnsi="Simplified Arabic" w:cs="Simplified Arabic"/>
          <w:sz w:val="32"/>
          <w:szCs w:val="32"/>
        </w:rPr>
        <w:t>.</w:t>
      </w:r>
    </w:p>
    <w:p w14:paraId="1472FC92" w14:textId="5EDBFD41" w:rsidR="00BE59B8" w:rsidRPr="00164B5F" w:rsidRDefault="00BE59B8" w:rsidP="00086701">
      <w:pPr>
        <w:pStyle w:val="ListParagraph"/>
        <w:numPr>
          <w:ilvl w:val="1"/>
          <w:numId w:val="32"/>
        </w:numPr>
        <w:bidi/>
        <w:rPr>
          <w:rFonts w:ascii="Simplified Arabic" w:hAnsi="Simplified Arabic" w:cs="Simplified Arabic"/>
          <w:sz w:val="32"/>
          <w:szCs w:val="32"/>
        </w:rPr>
      </w:pPr>
      <w:r w:rsidRPr="00164B5F">
        <w:rPr>
          <w:rFonts w:ascii="Simplified Arabic" w:hAnsi="Simplified Arabic" w:cs="Simplified Arabic"/>
          <w:sz w:val="32"/>
          <w:szCs w:val="32"/>
          <w:rtl/>
        </w:rPr>
        <w:t>دراسة العلاقة بين هذه المتغيرات والفروق الديموغرافية للموظفين (مثل العمر، الخبرة، المستوى التعليمي)</w:t>
      </w:r>
      <w:r w:rsidRPr="00164B5F">
        <w:rPr>
          <w:rFonts w:ascii="Simplified Arabic" w:hAnsi="Simplified Arabic" w:cs="Simplified Arabic"/>
          <w:sz w:val="32"/>
          <w:szCs w:val="32"/>
        </w:rPr>
        <w:t>.</w:t>
      </w:r>
    </w:p>
    <w:p w14:paraId="0E2A13FD" w14:textId="0FCE193F" w:rsidR="00CA73D9" w:rsidRDefault="00BE59B8" w:rsidP="00086701">
      <w:pPr>
        <w:pStyle w:val="ListParagraph"/>
        <w:numPr>
          <w:ilvl w:val="1"/>
          <w:numId w:val="32"/>
        </w:numPr>
        <w:bidi/>
        <w:rPr>
          <w:rFonts w:ascii="Simplified Arabic" w:hAnsi="Simplified Arabic" w:cs="Simplified Arabic"/>
          <w:sz w:val="32"/>
          <w:szCs w:val="32"/>
        </w:rPr>
      </w:pPr>
      <w:r w:rsidRPr="00164B5F">
        <w:rPr>
          <w:rFonts w:ascii="Simplified Arabic" w:hAnsi="Simplified Arabic" w:cs="Simplified Arabic"/>
          <w:sz w:val="32"/>
          <w:szCs w:val="32"/>
          <w:rtl/>
        </w:rPr>
        <w:t>تحليل تأثير التكنولوجيا الحديثة وأدوات الإدارة الرقمية على تعزيز تنظيم العمل وإدارة الوقت</w:t>
      </w:r>
      <w:r w:rsidRPr="00164B5F">
        <w:rPr>
          <w:rFonts w:ascii="Simplified Arabic" w:hAnsi="Simplified Arabic" w:cs="Simplified Arabic"/>
          <w:sz w:val="32"/>
          <w:szCs w:val="32"/>
        </w:rPr>
        <w:t>.</w:t>
      </w:r>
    </w:p>
    <w:p w14:paraId="14E5D50B" w14:textId="77777777" w:rsidR="00254ED4" w:rsidRDefault="00254ED4" w:rsidP="00254ED4">
      <w:pPr>
        <w:bidi/>
        <w:rPr>
          <w:rFonts w:ascii="Simplified Arabic" w:hAnsi="Simplified Arabic" w:cs="Simplified Arabic"/>
          <w:sz w:val="32"/>
          <w:szCs w:val="32"/>
        </w:rPr>
      </w:pPr>
    </w:p>
    <w:p w14:paraId="4B2441BC" w14:textId="77777777" w:rsidR="00254ED4" w:rsidRDefault="00254ED4" w:rsidP="00254ED4">
      <w:pPr>
        <w:bidi/>
        <w:rPr>
          <w:rFonts w:ascii="Simplified Arabic" w:hAnsi="Simplified Arabic" w:cs="Simplified Arabic"/>
          <w:sz w:val="32"/>
          <w:szCs w:val="32"/>
        </w:rPr>
      </w:pPr>
    </w:p>
    <w:p w14:paraId="529C0406" w14:textId="77777777" w:rsidR="00254ED4" w:rsidRDefault="00254ED4" w:rsidP="00254ED4">
      <w:pPr>
        <w:bidi/>
        <w:rPr>
          <w:rFonts w:ascii="Simplified Arabic" w:hAnsi="Simplified Arabic" w:cs="Simplified Arabic"/>
          <w:sz w:val="32"/>
          <w:szCs w:val="32"/>
        </w:rPr>
      </w:pPr>
    </w:p>
    <w:p w14:paraId="68576D63" w14:textId="77777777" w:rsidR="0073043B" w:rsidRPr="0073043B" w:rsidRDefault="0073043B" w:rsidP="0073043B">
      <w:pPr>
        <w:bidi/>
        <w:spacing w:after="224" w:line="259" w:lineRule="auto"/>
        <w:ind w:right="48"/>
        <w:rPr>
          <w:rFonts w:ascii="Times New Roman" w:eastAsia="Times New Roman" w:hAnsi="Times New Roman" w:cs="Times New Roman"/>
          <w:sz w:val="24"/>
          <w:szCs w:val="24"/>
          <w:rtl/>
        </w:rPr>
      </w:pPr>
    </w:p>
    <w:p w14:paraId="4D925433" w14:textId="7FD4A0E9" w:rsidR="000F5D6F" w:rsidRDefault="000F5D6F" w:rsidP="007D54D4">
      <w:pPr>
        <w:pStyle w:val="ListParagraph"/>
        <w:bidi/>
        <w:spacing w:after="224" w:line="259" w:lineRule="auto"/>
        <w:ind w:right="48"/>
        <w:rPr>
          <w:b/>
          <w:bCs/>
          <w:noProof/>
          <w:u w:val="single"/>
          <w:rtl/>
        </w:rPr>
      </w:pPr>
      <w:r w:rsidRPr="000F5D6F">
        <w:rPr>
          <w:b/>
          <w:bCs/>
          <w:noProof/>
          <w:u w:val="single"/>
        </w:rPr>
        <w:lastRenderedPageBreak/>
        <w:t xml:space="preserve"> </w:t>
      </w:r>
      <w:r w:rsidRPr="000F5D6F">
        <w:rPr>
          <w:rFonts w:hint="cs"/>
          <w:b/>
          <w:bCs/>
          <w:noProof/>
          <w:u w:val="single"/>
          <w:rtl/>
        </w:rPr>
        <w:t xml:space="preserve">الاستبيان </w:t>
      </w:r>
      <w:r>
        <w:rPr>
          <w:rFonts w:hint="cs"/>
          <w:b/>
          <w:bCs/>
          <w:noProof/>
          <w:u w:val="single"/>
          <w:rtl/>
        </w:rPr>
        <w:t xml:space="preserve"> : </w:t>
      </w:r>
    </w:p>
    <w:p w14:paraId="71315BCC" w14:textId="77777777" w:rsidR="000A69BE" w:rsidRDefault="000A69BE" w:rsidP="000A69BE">
      <w:pPr>
        <w:pStyle w:val="ListParagraph"/>
        <w:bidi/>
        <w:spacing w:after="224" w:line="259" w:lineRule="auto"/>
        <w:ind w:right="48"/>
        <w:rPr>
          <w:b/>
          <w:bCs/>
          <w:noProof/>
          <w:u w:val="single"/>
          <w:rtl/>
        </w:rPr>
      </w:pPr>
    </w:p>
    <w:p w14:paraId="4DB3F76A" w14:textId="77777777" w:rsidR="000F5D6F" w:rsidRPr="000F5D6F" w:rsidRDefault="000F5D6F" w:rsidP="000F5D6F">
      <w:pPr>
        <w:pStyle w:val="ListParagraph"/>
        <w:bidi/>
        <w:spacing w:after="224" w:line="259" w:lineRule="auto"/>
        <w:ind w:right="48"/>
        <w:rPr>
          <w:b/>
          <w:bCs/>
          <w:noProof/>
          <w:u w:val="single"/>
          <w:rtl/>
        </w:rPr>
      </w:pPr>
    </w:p>
    <w:p w14:paraId="49CACCCB" w14:textId="428D4785" w:rsidR="007D54D4" w:rsidRDefault="00240569" w:rsidP="000F5D6F">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7DD7AF6A" wp14:editId="72B0730D">
            <wp:extent cx="2248874" cy="1390650"/>
            <wp:effectExtent l="0" t="0" r="0" b="0"/>
            <wp:docPr id="2044730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487" cy="1409580"/>
                    </a:xfrm>
                    <a:prstGeom prst="rect">
                      <a:avLst/>
                    </a:prstGeom>
                    <a:noFill/>
                    <a:ln>
                      <a:noFill/>
                    </a:ln>
                  </pic:spPr>
                </pic:pic>
              </a:graphicData>
            </a:graphic>
          </wp:inline>
        </w:drawing>
      </w:r>
      <w:r w:rsidR="000A69BE">
        <w:rPr>
          <w:noProof/>
        </w:rPr>
        <w:drawing>
          <wp:inline distT="0" distB="0" distL="0" distR="0" wp14:anchorId="6AE41379" wp14:editId="06DC929A">
            <wp:extent cx="3181283" cy="1786255"/>
            <wp:effectExtent l="0" t="0" r="635" b="4445"/>
            <wp:docPr id="415288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511" cy="1818388"/>
                    </a:xfrm>
                    <a:prstGeom prst="rect">
                      <a:avLst/>
                    </a:prstGeom>
                    <a:noFill/>
                    <a:ln>
                      <a:noFill/>
                    </a:ln>
                  </pic:spPr>
                </pic:pic>
              </a:graphicData>
            </a:graphic>
          </wp:inline>
        </w:drawing>
      </w:r>
    </w:p>
    <w:p w14:paraId="56BDC5C1" w14:textId="77777777" w:rsidR="0098011D" w:rsidRDefault="0098011D" w:rsidP="0098011D">
      <w:pPr>
        <w:pStyle w:val="ListParagraph"/>
        <w:bidi/>
        <w:spacing w:after="224" w:line="259" w:lineRule="auto"/>
        <w:ind w:right="48"/>
        <w:rPr>
          <w:rFonts w:ascii="Times New Roman" w:eastAsia="Times New Roman" w:hAnsi="Times New Roman" w:cs="Times New Roman"/>
          <w:sz w:val="24"/>
          <w:szCs w:val="24"/>
        </w:rPr>
      </w:pPr>
    </w:p>
    <w:p w14:paraId="2BA82B14" w14:textId="67E2046E" w:rsidR="00071E34" w:rsidRDefault="00BF723F" w:rsidP="00071E34">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3DF1C9AC" wp14:editId="17134CB0">
            <wp:extent cx="2734200" cy="1691640"/>
            <wp:effectExtent l="0" t="0" r="9525" b="3810"/>
            <wp:docPr id="1181942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2131" cy="1715108"/>
                    </a:xfrm>
                    <a:prstGeom prst="rect">
                      <a:avLst/>
                    </a:prstGeom>
                    <a:noFill/>
                    <a:ln>
                      <a:noFill/>
                    </a:ln>
                  </pic:spPr>
                </pic:pic>
              </a:graphicData>
            </a:graphic>
          </wp:inline>
        </w:drawing>
      </w:r>
      <w:r w:rsidR="00BA15BE">
        <w:rPr>
          <w:noProof/>
        </w:rPr>
        <w:drawing>
          <wp:inline distT="0" distB="0" distL="0" distR="0" wp14:anchorId="64D0CEE5" wp14:editId="1C4A7C45">
            <wp:extent cx="2684935" cy="1661160"/>
            <wp:effectExtent l="0" t="0" r="1270" b="0"/>
            <wp:docPr id="120157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2662" cy="1678314"/>
                    </a:xfrm>
                    <a:prstGeom prst="rect">
                      <a:avLst/>
                    </a:prstGeom>
                    <a:noFill/>
                    <a:ln>
                      <a:noFill/>
                    </a:ln>
                  </pic:spPr>
                </pic:pic>
              </a:graphicData>
            </a:graphic>
          </wp:inline>
        </w:drawing>
      </w:r>
    </w:p>
    <w:p w14:paraId="4D3EE85E" w14:textId="7FC000F4" w:rsidR="00BA15BE" w:rsidRDefault="00BA15BE" w:rsidP="00BA15BE">
      <w:pPr>
        <w:pStyle w:val="ListParagraph"/>
        <w:bidi/>
        <w:spacing w:after="224" w:line="259" w:lineRule="auto"/>
        <w:ind w:right="48"/>
        <w:rPr>
          <w:rFonts w:ascii="Times New Roman" w:eastAsia="Times New Roman" w:hAnsi="Times New Roman" w:cs="Times New Roman"/>
          <w:sz w:val="24"/>
          <w:szCs w:val="24"/>
        </w:rPr>
      </w:pPr>
    </w:p>
    <w:p w14:paraId="5F1D8884" w14:textId="77777777" w:rsidR="0098011D" w:rsidRDefault="0098011D" w:rsidP="0098011D">
      <w:pPr>
        <w:pStyle w:val="ListParagraph"/>
        <w:bidi/>
        <w:spacing w:after="224" w:line="259" w:lineRule="auto"/>
        <w:ind w:right="48"/>
        <w:rPr>
          <w:rFonts w:ascii="Times New Roman" w:eastAsia="Times New Roman" w:hAnsi="Times New Roman" w:cs="Times New Roman"/>
          <w:sz w:val="24"/>
          <w:szCs w:val="24"/>
        </w:rPr>
      </w:pPr>
    </w:p>
    <w:p w14:paraId="42CB33AD" w14:textId="7B9512EA" w:rsidR="0098011D" w:rsidRDefault="00B776D8" w:rsidP="0098011D">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1769B1B1" wp14:editId="0ED551BD">
            <wp:extent cx="2644286" cy="1636011"/>
            <wp:effectExtent l="0" t="0" r="3810" b="2540"/>
            <wp:docPr id="54773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1559" cy="1659072"/>
                    </a:xfrm>
                    <a:prstGeom prst="rect">
                      <a:avLst/>
                    </a:prstGeom>
                    <a:noFill/>
                    <a:ln>
                      <a:noFill/>
                    </a:ln>
                  </pic:spPr>
                </pic:pic>
              </a:graphicData>
            </a:graphic>
          </wp:inline>
        </w:drawing>
      </w:r>
      <w:r w:rsidR="00332EF4">
        <w:rPr>
          <w:noProof/>
        </w:rPr>
        <w:drawing>
          <wp:inline distT="0" distB="0" distL="0" distR="0" wp14:anchorId="370B747F" wp14:editId="15CC28FE">
            <wp:extent cx="2796465" cy="1730164"/>
            <wp:effectExtent l="0" t="0" r="4445" b="3810"/>
            <wp:docPr id="9310071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0828" cy="1763798"/>
                    </a:xfrm>
                    <a:prstGeom prst="rect">
                      <a:avLst/>
                    </a:prstGeom>
                    <a:noFill/>
                    <a:ln>
                      <a:noFill/>
                    </a:ln>
                  </pic:spPr>
                </pic:pic>
              </a:graphicData>
            </a:graphic>
          </wp:inline>
        </w:drawing>
      </w:r>
    </w:p>
    <w:p w14:paraId="3B57BBAE" w14:textId="77777777" w:rsidR="0098011D" w:rsidRDefault="0098011D" w:rsidP="0098011D">
      <w:pPr>
        <w:pStyle w:val="ListParagraph"/>
        <w:bidi/>
        <w:spacing w:after="224" w:line="259" w:lineRule="auto"/>
        <w:ind w:right="48"/>
        <w:rPr>
          <w:rFonts w:ascii="Times New Roman" w:eastAsia="Times New Roman" w:hAnsi="Times New Roman" w:cs="Times New Roman"/>
          <w:sz w:val="24"/>
          <w:szCs w:val="24"/>
        </w:rPr>
      </w:pPr>
    </w:p>
    <w:p w14:paraId="1FD0C6C7"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24E38B28"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63BE268A"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7EE90A6D"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73C14830"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3E3D53CE"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080AE9EE"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5EFB64CC"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3781173F" w14:textId="77777777" w:rsidR="00332EF4" w:rsidRDefault="00332EF4" w:rsidP="00332EF4">
      <w:pPr>
        <w:pStyle w:val="ListParagraph"/>
        <w:bidi/>
        <w:spacing w:after="224" w:line="259" w:lineRule="auto"/>
        <w:ind w:right="48"/>
        <w:rPr>
          <w:rFonts w:ascii="Times New Roman" w:eastAsia="Times New Roman" w:hAnsi="Times New Roman" w:cs="Times New Roman"/>
          <w:sz w:val="24"/>
          <w:szCs w:val="24"/>
        </w:rPr>
      </w:pPr>
    </w:p>
    <w:p w14:paraId="1B74DE1A" w14:textId="77777777" w:rsidR="00C84CD2" w:rsidRDefault="00C84CD2" w:rsidP="00C84CD2">
      <w:pPr>
        <w:pStyle w:val="ListParagraph"/>
        <w:bidi/>
        <w:spacing w:after="224" w:line="259" w:lineRule="auto"/>
        <w:ind w:right="48"/>
        <w:rPr>
          <w:rFonts w:ascii="Times New Roman" w:eastAsia="Times New Roman" w:hAnsi="Times New Roman" w:cs="Times New Roman"/>
          <w:sz w:val="24"/>
          <w:szCs w:val="24"/>
        </w:rPr>
      </w:pPr>
    </w:p>
    <w:p w14:paraId="342FE66C" w14:textId="77777777" w:rsidR="00940C00" w:rsidRDefault="00940C00" w:rsidP="00940C00">
      <w:pPr>
        <w:pStyle w:val="ListParagraph"/>
        <w:bidi/>
        <w:spacing w:after="224" w:line="259" w:lineRule="auto"/>
        <w:ind w:right="48"/>
        <w:rPr>
          <w:rFonts w:ascii="Times New Roman" w:eastAsia="Times New Roman" w:hAnsi="Times New Roman" w:cs="Times New Roman"/>
          <w:sz w:val="24"/>
          <w:szCs w:val="24"/>
        </w:rPr>
      </w:pPr>
    </w:p>
    <w:p w14:paraId="63C5437C" w14:textId="7579F849" w:rsidR="00C84CD2" w:rsidRDefault="000E24D1" w:rsidP="00C84CD2">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24927B36" wp14:editId="17D014EB">
            <wp:extent cx="2697480" cy="1668922"/>
            <wp:effectExtent l="0" t="0" r="7620" b="7620"/>
            <wp:docPr id="1730942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7973" cy="1681601"/>
                    </a:xfrm>
                    <a:prstGeom prst="rect">
                      <a:avLst/>
                    </a:prstGeom>
                    <a:noFill/>
                    <a:ln>
                      <a:noFill/>
                    </a:ln>
                  </pic:spPr>
                </pic:pic>
              </a:graphicData>
            </a:graphic>
          </wp:inline>
        </w:drawing>
      </w:r>
      <w:r w:rsidR="00DF6BCD">
        <w:rPr>
          <w:noProof/>
        </w:rPr>
        <w:drawing>
          <wp:inline distT="0" distB="0" distL="0" distR="0" wp14:anchorId="21B8D052" wp14:editId="678AEC46">
            <wp:extent cx="2750820" cy="1701923"/>
            <wp:effectExtent l="0" t="0" r="0" b="0"/>
            <wp:docPr id="6716805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2952" cy="1727990"/>
                    </a:xfrm>
                    <a:prstGeom prst="rect">
                      <a:avLst/>
                    </a:prstGeom>
                    <a:noFill/>
                    <a:ln>
                      <a:noFill/>
                    </a:ln>
                  </pic:spPr>
                </pic:pic>
              </a:graphicData>
            </a:graphic>
          </wp:inline>
        </w:drawing>
      </w:r>
    </w:p>
    <w:p w14:paraId="1E75BAB7" w14:textId="77777777" w:rsidR="00BB3FE2" w:rsidRDefault="00BB3FE2" w:rsidP="00BB3FE2">
      <w:pPr>
        <w:pStyle w:val="ListParagraph"/>
        <w:bidi/>
        <w:spacing w:after="224" w:line="259" w:lineRule="auto"/>
        <w:ind w:right="48"/>
        <w:rPr>
          <w:rFonts w:ascii="Times New Roman" w:eastAsia="Times New Roman" w:hAnsi="Times New Roman" w:cs="Times New Roman"/>
          <w:sz w:val="24"/>
          <w:szCs w:val="24"/>
        </w:rPr>
      </w:pPr>
    </w:p>
    <w:p w14:paraId="0CBA60A8" w14:textId="5C2C41D9" w:rsidR="00BB3FE2" w:rsidRDefault="008F568A" w:rsidP="00BB3FE2">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2D90FF74" wp14:editId="208B6356">
            <wp:extent cx="2660302" cy="1645920"/>
            <wp:effectExtent l="0" t="0" r="6985" b="0"/>
            <wp:docPr id="13246168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2392" cy="1659587"/>
                    </a:xfrm>
                    <a:prstGeom prst="rect">
                      <a:avLst/>
                    </a:prstGeom>
                    <a:noFill/>
                    <a:ln>
                      <a:noFill/>
                    </a:ln>
                  </pic:spPr>
                </pic:pic>
              </a:graphicData>
            </a:graphic>
          </wp:inline>
        </w:drawing>
      </w:r>
      <w:r w:rsidR="00122A61">
        <w:rPr>
          <w:noProof/>
        </w:rPr>
        <w:drawing>
          <wp:inline distT="0" distB="0" distL="0" distR="0" wp14:anchorId="28E70244" wp14:editId="650F9E62">
            <wp:extent cx="2735250" cy="1692289"/>
            <wp:effectExtent l="0" t="0" r="8255" b="3175"/>
            <wp:docPr id="19026954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9818" cy="1756985"/>
                    </a:xfrm>
                    <a:prstGeom prst="rect">
                      <a:avLst/>
                    </a:prstGeom>
                    <a:noFill/>
                    <a:ln>
                      <a:noFill/>
                    </a:ln>
                  </pic:spPr>
                </pic:pic>
              </a:graphicData>
            </a:graphic>
          </wp:inline>
        </w:drawing>
      </w:r>
    </w:p>
    <w:p w14:paraId="13664043" w14:textId="4D82A111" w:rsidR="00122A61" w:rsidRDefault="0046336D" w:rsidP="00122A61">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1E5E40D2" wp14:editId="5E80FC12">
            <wp:extent cx="2613660" cy="1617062"/>
            <wp:effectExtent l="0" t="0" r="0" b="2540"/>
            <wp:docPr id="4474655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41185" cy="1634092"/>
                    </a:xfrm>
                    <a:prstGeom prst="rect">
                      <a:avLst/>
                    </a:prstGeom>
                    <a:noFill/>
                    <a:ln>
                      <a:noFill/>
                    </a:ln>
                  </pic:spPr>
                </pic:pic>
              </a:graphicData>
            </a:graphic>
          </wp:inline>
        </w:drawing>
      </w:r>
      <w:r w:rsidR="00D55647">
        <w:rPr>
          <w:noProof/>
        </w:rPr>
        <w:drawing>
          <wp:inline distT="0" distB="0" distL="0" distR="0" wp14:anchorId="1F8AA40D" wp14:editId="6FBF7B3F">
            <wp:extent cx="2783465" cy="1722120"/>
            <wp:effectExtent l="0" t="0" r="0" b="0"/>
            <wp:docPr id="14184764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3843" cy="1740915"/>
                    </a:xfrm>
                    <a:prstGeom prst="rect">
                      <a:avLst/>
                    </a:prstGeom>
                    <a:noFill/>
                    <a:ln>
                      <a:noFill/>
                    </a:ln>
                  </pic:spPr>
                </pic:pic>
              </a:graphicData>
            </a:graphic>
          </wp:inline>
        </w:drawing>
      </w:r>
    </w:p>
    <w:p w14:paraId="60DB1F02" w14:textId="56638BBB" w:rsidR="00122A61" w:rsidRDefault="00122A61" w:rsidP="00122A61">
      <w:pPr>
        <w:pStyle w:val="ListParagraph"/>
        <w:bidi/>
        <w:spacing w:after="224" w:line="259" w:lineRule="auto"/>
        <w:ind w:right="48"/>
        <w:rPr>
          <w:rFonts w:ascii="Times New Roman" w:eastAsia="Times New Roman" w:hAnsi="Times New Roman" w:cs="Times New Roman"/>
          <w:sz w:val="24"/>
          <w:szCs w:val="24"/>
        </w:rPr>
      </w:pPr>
    </w:p>
    <w:p w14:paraId="4C62B4C2" w14:textId="05C040EB" w:rsidR="00F02D13" w:rsidRDefault="00A03D53" w:rsidP="00F02D13">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50950F60" wp14:editId="7622278E">
            <wp:extent cx="2567434" cy="1588463"/>
            <wp:effectExtent l="0" t="0" r="4445" b="0"/>
            <wp:docPr id="19566885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4380" cy="1629883"/>
                    </a:xfrm>
                    <a:prstGeom prst="rect">
                      <a:avLst/>
                    </a:prstGeom>
                    <a:noFill/>
                    <a:ln>
                      <a:noFill/>
                    </a:ln>
                  </pic:spPr>
                </pic:pic>
              </a:graphicData>
            </a:graphic>
          </wp:inline>
        </w:drawing>
      </w:r>
      <w:r w:rsidR="0035111C">
        <w:rPr>
          <w:noProof/>
        </w:rPr>
        <w:drawing>
          <wp:inline distT="0" distB="0" distL="0" distR="0" wp14:anchorId="019F72C5" wp14:editId="494260F6">
            <wp:extent cx="2845046" cy="1760220"/>
            <wp:effectExtent l="0" t="0" r="0" b="0"/>
            <wp:docPr id="20095336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7326" cy="1774005"/>
                    </a:xfrm>
                    <a:prstGeom prst="rect">
                      <a:avLst/>
                    </a:prstGeom>
                    <a:noFill/>
                    <a:ln>
                      <a:noFill/>
                    </a:ln>
                  </pic:spPr>
                </pic:pic>
              </a:graphicData>
            </a:graphic>
          </wp:inline>
        </w:drawing>
      </w:r>
    </w:p>
    <w:p w14:paraId="2D793827" w14:textId="77777777" w:rsidR="00F02D13" w:rsidRDefault="00F02D13" w:rsidP="00F02D13">
      <w:pPr>
        <w:pStyle w:val="ListParagraph"/>
        <w:bidi/>
        <w:spacing w:after="224" w:line="259" w:lineRule="auto"/>
        <w:ind w:right="48"/>
        <w:rPr>
          <w:rFonts w:ascii="Times New Roman" w:eastAsia="Times New Roman" w:hAnsi="Times New Roman" w:cs="Times New Roman"/>
          <w:sz w:val="24"/>
          <w:szCs w:val="24"/>
        </w:rPr>
      </w:pPr>
    </w:p>
    <w:p w14:paraId="04C42CFD" w14:textId="77777777" w:rsidR="0035111C" w:rsidRDefault="0035111C" w:rsidP="0035111C">
      <w:pPr>
        <w:pStyle w:val="ListParagraph"/>
        <w:bidi/>
        <w:spacing w:after="224" w:line="259" w:lineRule="auto"/>
        <w:ind w:right="48"/>
        <w:rPr>
          <w:rFonts w:ascii="Times New Roman" w:eastAsia="Times New Roman" w:hAnsi="Times New Roman" w:cs="Times New Roman"/>
          <w:sz w:val="24"/>
          <w:szCs w:val="24"/>
        </w:rPr>
      </w:pPr>
    </w:p>
    <w:p w14:paraId="65D3A232" w14:textId="77777777" w:rsidR="0035111C" w:rsidRDefault="0035111C" w:rsidP="0035111C">
      <w:pPr>
        <w:pStyle w:val="ListParagraph"/>
        <w:bidi/>
        <w:spacing w:after="224" w:line="259" w:lineRule="auto"/>
        <w:ind w:right="48"/>
        <w:rPr>
          <w:rFonts w:ascii="Times New Roman" w:eastAsia="Times New Roman" w:hAnsi="Times New Roman" w:cs="Times New Roman"/>
          <w:sz w:val="24"/>
          <w:szCs w:val="24"/>
        </w:rPr>
      </w:pPr>
    </w:p>
    <w:p w14:paraId="09C5F9B0" w14:textId="77777777" w:rsidR="0035111C" w:rsidRDefault="0035111C" w:rsidP="0035111C">
      <w:pPr>
        <w:pStyle w:val="ListParagraph"/>
        <w:bidi/>
        <w:spacing w:after="224" w:line="259" w:lineRule="auto"/>
        <w:ind w:right="48"/>
        <w:rPr>
          <w:rFonts w:ascii="Times New Roman" w:eastAsia="Times New Roman" w:hAnsi="Times New Roman" w:cs="Times New Roman"/>
          <w:sz w:val="24"/>
          <w:szCs w:val="24"/>
        </w:rPr>
      </w:pPr>
    </w:p>
    <w:p w14:paraId="33C6234E" w14:textId="77777777" w:rsidR="00940C00" w:rsidRDefault="00940C00" w:rsidP="00940C00">
      <w:pPr>
        <w:pStyle w:val="ListParagraph"/>
        <w:bidi/>
        <w:spacing w:after="224" w:line="259" w:lineRule="auto"/>
        <w:ind w:right="48"/>
        <w:rPr>
          <w:rFonts w:ascii="Times New Roman" w:eastAsia="Times New Roman" w:hAnsi="Times New Roman" w:cs="Times New Roman"/>
          <w:sz w:val="24"/>
          <w:szCs w:val="24"/>
        </w:rPr>
      </w:pPr>
    </w:p>
    <w:p w14:paraId="641DD3E0" w14:textId="77777777" w:rsidR="0035111C" w:rsidRDefault="0035111C" w:rsidP="0035111C">
      <w:pPr>
        <w:pStyle w:val="ListParagraph"/>
        <w:bidi/>
        <w:spacing w:after="224" w:line="259" w:lineRule="auto"/>
        <w:ind w:right="48"/>
        <w:rPr>
          <w:rFonts w:ascii="Times New Roman" w:eastAsia="Times New Roman" w:hAnsi="Times New Roman" w:cs="Times New Roman"/>
          <w:sz w:val="24"/>
          <w:szCs w:val="24"/>
        </w:rPr>
      </w:pPr>
    </w:p>
    <w:p w14:paraId="2DE21D26" w14:textId="6DB31709" w:rsidR="000B0C5A" w:rsidRDefault="000B0C5A" w:rsidP="000B0C5A">
      <w:pPr>
        <w:pStyle w:val="ListParagraph"/>
        <w:bidi/>
        <w:spacing w:after="224" w:line="259" w:lineRule="auto"/>
        <w:ind w:right="48"/>
        <w:rPr>
          <w:rFonts w:ascii="Times New Roman" w:eastAsia="Times New Roman" w:hAnsi="Times New Roman" w:cs="Times New Roman"/>
          <w:sz w:val="24"/>
          <w:szCs w:val="24"/>
        </w:rPr>
      </w:pPr>
      <w:r>
        <w:rPr>
          <w:noProof/>
        </w:rPr>
        <w:drawing>
          <wp:inline distT="0" distB="0" distL="0" distR="0" wp14:anchorId="456149AE" wp14:editId="67CA822E">
            <wp:extent cx="2650348" cy="1639762"/>
            <wp:effectExtent l="0" t="0" r="0" b="0"/>
            <wp:docPr id="145568207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88544" cy="1663394"/>
                    </a:xfrm>
                    <a:prstGeom prst="rect">
                      <a:avLst/>
                    </a:prstGeom>
                    <a:noFill/>
                    <a:ln>
                      <a:noFill/>
                    </a:ln>
                  </pic:spPr>
                </pic:pic>
              </a:graphicData>
            </a:graphic>
          </wp:inline>
        </w:drawing>
      </w:r>
      <w:r w:rsidR="008E0586">
        <w:rPr>
          <w:noProof/>
        </w:rPr>
        <w:drawing>
          <wp:inline distT="0" distB="0" distL="0" distR="0" wp14:anchorId="143ABC2D" wp14:editId="419F3268">
            <wp:extent cx="2781042" cy="1720620"/>
            <wp:effectExtent l="0" t="0" r="635" b="0"/>
            <wp:docPr id="16406995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10314" cy="1738730"/>
                    </a:xfrm>
                    <a:prstGeom prst="rect">
                      <a:avLst/>
                    </a:prstGeom>
                    <a:noFill/>
                    <a:ln>
                      <a:noFill/>
                    </a:ln>
                  </pic:spPr>
                </pic:pic>
              </a:graphicData>
            </a:graphic>
          </wp:inline>
        </w:drawing>
      </w:r>
    </w:p>
    <w:p w14:paraId="3155C593" w14:textId="77777777" w:rsidR="00F02D13" w:rsidRDefault="00F02D13" w:rsidP="00F02D13">
      <w:pPr>
        <w:pStyle w:val="ListParagraph"/>
        <w:bidi/>
        <w:spacing w:after="224" w:line="259" w:lineRule="auto"/>
        <w:ind w:right="48"/>
        <w:rPr>
          <w:rFonts w:ascii="Times New Roman" w:eastAsia="Times New Roman" w:hAnsi="Times New Roman" w:cs="Times New Roman"/>
          <w:sz w:val="24"/>
          <w:szCs w:val="24"/>
        </w:rPr>
      </w:pPr>
    </w:p>
    <w:p w14:paraId="60F1630F" w14:textId="51EE3C85" w:rsidR="008E0586" w:rsidRPr="0098011D" w:rsidRDefault="00FA3949" w:rsidP="008E0586">
      <w:pPr>
        <w:pStyle w:val="ListParagraph"/>
        <w:bidi/>
        <w:spacing w:after="224" w:line="259" w:lineRule="auto"/>
        <w:ind w:right="48"/>
        <w:rPr>
          <w:rFonts w:ascii="Times New Roman" w:eastAsia="Times New Roman" w:hAnsi="Times New Roman" w:cs="Times New Roman"/>
          <w:sz w:val="24"/>
          <w:szCs w:val="24"/>
          <w:rtl/>
        </w:rPr>
      </w:pPr>
      <w:r>
        <w:rPr>
          <w:noProof/>
        </w:rPr>
        <w:drawing>
          <wp:inline distT="0" distB="0" distL="0" distR="0" wp14:anchorId="6D4BE2AE" wp14:editId="7FC25A7D">
            <wp:extent cx="2524824" cy="1562100"/>
            <wp:effectExtent l="0" t="0" r="8890" b="0"/>
            <wp:docPr id="92385245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54494" cy="1580457"/>
                    </a:xfrm>
                    <a:prstGeom prst="rect">
                      <a:avLst/>
                    </a:prstGeom>
                    <a:noFill/>
                    <a:ln>
                      <a:noFill/>
                    </a:ln>
                  </pic:spPr>
                </pic:pic>
              </a:graphicData>
            </a:graphic>
          </wp:inline>
        </w:drawing>
      </w:r>
      <w:r w:rsidR="00872D6E">
        <w:rPr>
          <w:noProof/>
        </w:rPr>
        <w:drawing>
          <wp:inline distT="0" distB="0" distL="0" distR="0" wp14:anchorId="159BED73" wp14:editId="17015971">
            <wp:extent cx="2895600" cy="1791498"/>
            <wp:effectExtent l="0" t="0" r="0" b="0"/>
            <wp:docPr id="155766064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4796" cy="1797188"/>
                    </a:xfrm>
                    <a:prstGeom prst="rect">
                      <a:avLst/>
                    </a:prstGeom>
                    <a:noFill/>
                    <a:ln>
                      <a:noFill/>
                    </a:ln>
                  </pic:spPr>
                </pic:pic>
              </a:graphicData>
            </a:graphic>
          </wp:inline>
        </w:drawing>
      </w:r>
    </w:p>
    <w:p w14:paraId="1EC282FD" w14:textId="77777777" w:rsidR="00236806" w:rsidRDefault="00236806" w:rsidP="00E879C6">
      <w:pPr>
        <w:pStyle w:val="ListParagraph"/>
        <w:bidi/>
        <w:spacing w:after="224" w:line="259" w:lineRule="auto"/>
        <w:ind w:right="48"/>
        <w:rPr>
          <w:rFonts w:ascii="Times New Roman" w:eastAsia="Times New Roman" w:hAnsi="Times New Roman" w:cs="Times New Roman"/>
          <w:b/>
          <w:bCs/>
          <w:sz w:val="32"/>
          <w:szCs w:val="32"/>
        </w:rPr>
      </w:pPr>
    </w:p>
    <w:p w14:paraId="291C434D" w14:textId="418E3AB3" w:rsidR="00EC4F40" w:rsidRPr="001C245D" w:rsidRDefault="00EC4F40" w:rsidP="001C245D">
      <w:pPr>
        <w:pStyle w:val="ListParagraph"/>
        <w:bidi/>
        <w:spacing w:after="224" w:line="259" w:lineRule="auto"/>
        <w:ind w:right="48"/>
        <w:rPr>
          <w:rFonts w:ascii="Times New Roman" w:eastAsia="Times New Roman" w:hAnsi="Times New Roman" w:cs="Times New Roman"/>
          <w:b/>
          <w:bCs/>
          <w:sz w:val="32"/>
          <w:szCs w:val="32"/>
        </w:rPr>
      </w:pPr>
      <w:r>
        <w:rPr>
          <w:noProof/>
        </w:rPr>
        <w:drawing>
          <wp:inline distT="0" distB="0" distL="0" distR="0" wp14:anchorId="231FC0EB" wp14:editId="1EECB1B9">
            <wp:extent cx="2647986" cy="1638300"/>
            <wp:effectExtent l="0" t="0" r="0" b="0"/>
            <wp:docPr id="13958631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23143" cy="1684799"/>
                    </a:xfrm>
                    <a:prstGeom prst="rect">
                      <a:avLst/>
                    </a:prstGeom>
                    <a:noFill/>
                    <a:ln>
                      <a:noFill/>
                    </a:ln>
                  </pic:spPr>
                </pic:pic>
              </a:graphicData>
            </a:graphic>
          </wp:inline>
        </w:drawing>
      </w:r>
      <w:r w:rsidR="001C245D">
        <w:rPr>
          <w:rFonts w:ascii="Times New Roman" w:eastAsia="Times New Roman" w:hAnsi="Times New Roman" w:cs="Times New Roman"/>
          <w:b/>
          <w:bCs/>
          <w:sz w:val="32"/>
          <w:szCs w:val="32"/>
        </w:rPr>
        <w:t xml:space="preserve"> </w:t>
      </w:r>
      <w:r w:rsidR="001C245D">
        <w:rPr>
          <w:noProof/>
        </w:rPr>
        <w:drawing>
          <wp:inline distT="0" distB="0" distL="0" distR="0" wp14:anchorId="7D489682" wp14:editId="4E83CD03">
            <wp:extent cx="2709567" cy="1676400"/>
            <wp:effectExtent l="0" t="0" r="0" b="0"/>
            <wp:docPr id="19623967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22979" cy="1684698"/>
                    </a:xfrm>
                    <a:prstGeom prst="rect">
                      <a:avLst/>
                    </a:prstGeom>
                    <a:noFill/>
                    <a:ln>
                      <a:noFill/>
                    </a:ln>
                  </pic:spPr>
                </pic:pic>
              </a:graphicData>
            </a:graphic>
          </wp:inline>
        </w:drawing>
      </w:r>
    </w:p>
    <w:p w14:paraId="0716C3AC" w14:textId="77777777" w:rsidR="001C245D" w:rsidRDefault="001C245D" w:rsidP="00EC4F40">
      <w:pPr>
        <w:pStyle w:val="ListParagraph"/>
        <w:bidi/>
        <w:spacing w:after="224" w:line="259" w:lineRule="auto"/>
        <w:ind w:right="48"/>
        <w:rPr>
          <w:rFonts w:ascii="Times New Roman" w:eastAsia="Times New Roman" w:hAnsi="Times New Roman" w:cs="Times New Roman"/>
          <w:b/>
          <w:bCs/>
          <w:sz w:val="32"/>
          <w:szCs w:val="32"/>
        </w:rPr>
      </w:pPr>
    </w:p>
    <w:p w14:paraId="094B46CD"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071F343E"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2370E25D"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31E73433"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284F0045"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5B0859DE"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60A530E7"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31A15C32" w14:textId="77777777" w:rsidR="001C245D" w:rsidRDefault="001C245D" w:rsidP="001C245D">
      <w:pPr>
        <w:pStyle w:val="ListParagraph"/>
        <w:bidi/>
        <w:spacing w:after="224" w:line="259" w:lineRule="auto"/>
        <w:ind w:right="48"/>
        <w:rPr>
          <w:rFonts w:ascii="Times New Roman" w:eastAsia="Times New Roman" w:hAnsi="Times New Roman" w:cs="Times New Roman"/>
          <w:b/>
          <w:bCs/>
          <w:sz w:val="32"/>
          <w:szCs w:val="32"/>
        </w:rPr>
      </w:pPr>
    </w:p>
    <w:p w14:paraId="6E1CA005" w14:textId="3C520547" w:rsidR="00E879C6" w:rsidRPr="00E879C6" w:rsidRDefault="00E879C6" w:rsidP="001C245D">
      <w:pPr>
        <w:pStyle w:val="ListParagraph"/>
        <w:bidi/>
        <w:spacing w:after="224" w:line="259" w:lineRule="auto"/>
        <w:ind w:right="48"/>
        <w:rPr>
          <w:rFonts w:ascii="Times New Roman" w:eastAsia="Times New Roman" w:hAnsi="Times New Roman" w:cs="Times New Roman"/>
          <w:b/>
          <w:bCs/>
          <w:sz w:val="32"/>
          <w:szCs w:val="32"/>
        </w:rPr>
      </w:pPr>
      <w:r w:rsidRPr="00E879C6">
        <w:rPr>
          <w:rFonts w:ascii="Times New Roman" w:eastAsia="Times New Roman" w:hAnsi="Times New Roman" w:cs="Times New Roman" w:hint="cs"/>
          <w:b/>
          <w:bCs/>
          <w:sz w:val="32"/>
          <w:szCs w:val="32"/>
          <w:rtl/>
        </w:rPr>
        <w:t>الخاتمة :</w:t>
      </w:r>
    </w:p>
    <w:p w14:paraId="433D8E38" w14:textId="77777777" w:rsidR="004345D8" w:rsidRPr="00EB2D7C" w:rsidRDefault="004345D8" w:rsidP="004345D8">
      <w:pPr>
        <w:pStyle w:val="ListParagraph"/>
        <w:bidi/>
        <w:spacing w:after="224" w:line="259" w:lineRule="auto"/>
        <w:ind w:right="48"/>
        <w:rPr>
          <w:rFonts w:ascii="Times New Roman" w:eastAsia="Times New Roman" w:hAnsi="Times New Roman" w:cs="Times New Roman"/>
          <w:sz w:val="24"/>
          <w:szCs w:val="24"/>
          <w:rtl/>
        </w:rPr>
      </w:pPr>
    </w:p>
    <w:p w14:paraId="48F317B1" w14:textId="77777777" w:rsidR="004345D8" w:rsidRPr="0079351B" w:rsidRDefault="004345D8" w:rsidP="004345D8">
      <w:pPr>
        <w:pStyle w:val="ListParagraph"/>
        <w:bidi/>
        <w:spacing w:after="224" w:line="259" w:lineRule="auto"/>
        <w:ind w:right="48"/>
        <w:rPr>
          <w:rFonts w:ascii="Times New Roman" w:eastAsia="Times New Roman" w:hAnsi="Times New Roman" w:cs="Times New Roman"/>
          <w:sz w:val="28"/>
          <w:szCs w:val="28"/>
          <w:rtl/>
        </w:rPr>
      </w:pPr>
    </w:p>
    <w:p w14:paraId="3B2A06B6" w14:textId="77777777" w:rsidR="004345D8" w:rsidRPr="0079351B" w:rsidRDefault="004345D8" w:rsidP="004345D8">
      <w:pPr>
        <w:pStyle w:val="ListParagraph"/>
        <w:bidi/>
        <w:spacing w:after="224" w:line="259" w:lineRule="auto"/>
        <w:ind w:right="48"/>
        <w:rPr>
          <w:rFonts w:ascii="Times New Roman" w:eastAsia="Times New Roman" w:hAnsi="Times New Roman" w:cs="Times New Roman"/>
          <w:sz w:val="28"/>
          <w:szCs w:val="28"/>
          <w:rtl/>
        </w:rPr>
      </w:pPr>
    </w:p>
    <w:p w14:paraId="4768381F" w14:textId="77777777" w:rsidR="0079351B" w:rsidRPr="0079351B" w:rsidRDefault="0079351B" w:rsidP="0079351B">
      <w:pPr>
        <w:pStyle w:val="ListParagraph"/>
        <w:bidi/>
        <w:spacing w:after="224" w:line="259" w:lineRule="auto"/>
        <w:ind w:right="48"/>
        <w:rPr>
          <w:rFonts w:ascii="Times New Roman" w:eastAsia="Times New Roman" w:hAnsi="Times New Roman" w:cs="Times New Roman"/>
          <w:sz w:val="28"/>
          <w:szCs w:val="28"/>
        </w:rPr>
      </w:pPr>
      <w:r w:rsidRPr="0079351B">
        <w:rPr>
          <w:rFonts w:ascii="Times New Roman" w:eastAsia="Times New Roman" w:hAnsi="Times New Roman" w:cs="Times New Roman" w:hint="cs"/>
          <w:sz w:val="28"/>
          <w:szCs w:val="28"/>
          <w:rtl/>
        </w:rPr>
        <w:t>تُظهر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نتائج</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هذه</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الدراسة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تنظيم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عاملان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أساسيان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ومرتبطان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ارتباطًا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وثيقًا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بمستوى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الإنتاجية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في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بيئة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فتنظيم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الجيد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يضمن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وضوح</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الأدوار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وتوزيع</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المسؤوليات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بشكل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فعّال،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يقلل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التداخلات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والأخطاء،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ويعزز</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التعاون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الموظفين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وفي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المقابل،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تتيح</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للعاملين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التخطيط</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المسبق</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للمهام،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وتحديد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الأولويات،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واستثمار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الموارد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الزمنية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بأقصى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قدر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ممكن،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ينعكس</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إيجابًا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سرعة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الإنجاز</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وجودة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المخرجات</w:t>
      </w:r>
      <w:r w:rsidRPr="0079351B">
        <w:rPr>
          <w:rFonts w:ascii="Times New Roman" w:eastAsia="Times New Roman" w:hAnsi="Times New Roman" w:cs="Times New Roman"/>
          <w:sz w:val="28"/>
          <w:szCs w:val="28"/>
          <w:rtl/>
        </w:rPr>
        <w:t>.</w:t>
      </w:r>
    </w:p>
    <w:p w14:paraId="043DE2A5" w14:textId="77777777" w:rsidR="0079351B" w:rsidRPr="0079351B" w:rsidRDefault="0079351B" w:rsidP="0079351B">
      <w:pPr>
        <w:pStyle w:val="ListParagraph"/>
        <w:bidi/>
        <w:spacing w:after="224" w:line="259" w:lineRule="auto"/>
        <w:ind w:right="48"/>
        <w:rPr>
          <w:rFonts w:ascii="Times New Roman" w:eastAsia="Times New Roman" w:hAnsi="Times New Roman" w:cs="Times New Roman"/>
          <w:sz w:val="28"/>
          <w:szCs w:val="28"/>
        </w:rPr>
      </w:pPr>
      <w:r w:rsidRPr="0079351B">
        <w:rPr>
          <w:rFonts w:ascii="Times New Roman" w:eastAsia="Times New Roman" w:hAnsi="Times New Roman" w:cs="Times New Roman" w:hint="cs"/>
          <w:sz w:val="28"/>
          <w:szCs w:val="28"/>
          <w:rtl/>
        </w:rPr>
        <w:t>كما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تبين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الفجوة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المعرفة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النظرية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والتطبيق</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لمهارات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التنظيم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تمثل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تحديًا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رئيسيًا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أمام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المؤسسات،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إذ</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يؤدي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ضعف</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التنظيم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أو</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سوء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انخفاض</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الإنتاجية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وزيادة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الضغوط</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النفسية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الموظفين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خلال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التحليل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النقدي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للدراسات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السابقة،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يظهر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دمج</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هذين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العاملين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ضمن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استراتيجية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مؤسسية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متكاملة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يمكن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يعزز</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الأداء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الفردي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والجماعي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بشكل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ملحوظ</w:t>
      </w:r>
      <w:r w:rsidRPr="0079351B">
        <w:rPr>
          <w:rFonts w:ascii="Times New Roman" w:eastAsia="Times New Roman" w:hAnsi="Times New Roman" w:cs="Times New Roman"/>
          <w:sz w:val="28"/>
          <w:szCs w:val="28"/>
          <w:rtl/>
        </w:rPr>
        <w:t>.</w:t>
      </w:r>
    </w:p>
    <w:p w14:paraId="552C7E33" w14:textId="77777777" w:rsidR="0079351B" w:rsidRPr="0079351B" w:rsidRDefault="0079351B" w:rsidP="0079351B">
      <w:pPr>
        <w:pStyle w:val="ListParagraph"/>
        <w:bidi/>
        <w:spacing w:after="224" w:line="259" w:lineRule="auto"/>
        <w:ind w:right="48"/>
        <w:rPr>
          <w:rFonts w:ascii="Times New Roman" w:eastAsia="Times New Roman" w:hAnsi="Times New Roman" w:cs="Times New Roman"/>
          <w:sz w:val="28"/>
          <w:szCs w:val="28"/>
        </w:rPr>
      </w:pPr>
      <w:r w:rsidRPr="0079351B">
        <w:rPr>
          <w:rFonts w:ascii="Times New Roman" w:eastAsia="Times New Roman" w:hAnsi="Times New Roman" w:cs="Times New Roman" w:hint="cs"/>
          <w:sz w:val="28"/>
          <w:szCs w:val="28"/>
          <w:rtl/>
        </w:rPr>
        <w:t>وقد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أسفرت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التوصيات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المقدمة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مجموعة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الإجراءات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يمكن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للمؤسسات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تبنيها،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مثل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وضع</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هيكل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تنظيمي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واضح،</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وتدريب</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الموظفين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مهارات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واستخدام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أدوات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التخطيط</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الرقمي،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وتعزيز</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ثقافة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الانضباط</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الزمني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كما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التأكيد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أهمية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متابعة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الأداء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وتحليل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باستمرار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لضمان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تحقيق</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مستويات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الكفاءة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والإنتاجية</w:t>
      </w:r>
      <w:r w:rsidRPr="0079351B">
        <w:rPr>
          <w:rFonts w:ascii="Times New Roman" w:eastAsia="Times New Roman" w:hAnsi="Times New Roman" w:cs="Times New Roman"/>
          <w:sz w:val="28"/>
          <w:szCs w:val="28"/>
          <w:rtl/>
        </w:rPr>
        <w:t>.</w:t>
      </w:r>
    </w:p>
    <w:p w14:paraId="62FC33F7" w14:textId="2412B46F" w:rsidR="004345D8" w:rsidRPr="0079351B" w:rsidRDefault="0079351B" w:rsidP="0079351B">
      <w:pPr>
        <w:pStyle w:val="ListParagraph"/>
        <w:bidi/>
        <w:spacing w:after="224" w:line="259" w:lineRule="auto"/>
        <w:ind w:right="48"/>
        <w:rPr>
          <w:rFonts w:ascii="Times New Roman" w:eastAsia="Times New Roman" w:hAnsi="Times New Roman" w:cs="Times New Roman"/>
          <w:sz w:val="28"/>
          <w:szCs w:val="28"/>
          <w:rtl/>
        </w:rPr>
      </w:pPr>
      <w:r w:rsidRPr="0079351B">
        <w:rPr>
          <w:rFonts w:ascii="Times New Roman" w:eastAsia="Times New Roman" w:hAnsi="Times New Roman" w:cs="Times New Roman" w:hint="cs"/>
          <w:sz w:val="28"/>
          <w:szCs w:val="28"/>
          <w:rtl/>
        </w:rPr>
        <w:t>ختامًا،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تؤكد</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هذه</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الدراسة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الاستثمار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في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تنظيم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وإدارة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الوقت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ليس</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خيارًا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تكميليًا،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بل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هو</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عنصر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استراتيجي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رئيسي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لنجاح</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المؤسسات،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وتحقيق</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الميزة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التنافسية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واستدامة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الأداء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على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المدى</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الطويل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نتائج</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هذه</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الدراسة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تسهم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في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إثراء</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الأدبيات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العلمية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وتقديم</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إطار</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عملي</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يمكن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للمؤسسات</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المختلفة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تطبيقه</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لتعزيز</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الإنتاجية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وتحسين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جودة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العمل،</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مما</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يعكس</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أهمية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البحث</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من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الناحيتين</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الأكاديمية</w:t>
      </w:r>
      <w:r w:rsidRPr="0079351B">
        <w:rPr>
          <w:rFonts w:ascii="Times New Roman" w:eastAsia="Times New Roman" w:hAnsi="Times New Roman" w:cs="Times New Roman"/>
          <w:sz w:val="28"/>
          <w:szCs w:val="28"/>
          <w:rtl/>
        </w:rPr>
        <w:t xml:space="preserve"> </w:t>
      </w:r>
      <w:r w:rsidRPr="0079351B">
        <w:rPr>
          <w:rFonts w:ascii="Times New Roman" w:eastAsia="Times New Roman" w:hAnsi="Times New Roman" w:cs="Times New Roman" w:hint="cs"/>
          <w:sz w:val="28"/>
          <w:szCs w:val="28"/>
          <w:rtl/>
        </w:rPr>
        <w:t>والتطبيقية</w:t>
      </w:r>
      <w:r w:rsidRPr="0079351B">
        <w:rPr>
          <w:rFonts w:ascii="Times New Roman" w:eastAsia="Times New Roman" w:hAnsi="Times New Roman" w:cs="Times New Roman"/>
          <w:sz w:val="28"/>
          <w:szCs w:val="28"/>
          <w:rtl/>
        </w:rPr>
        <w:t>.</w:t>
      </w:r>
    </w:p>
    <w:p w14:paraId="0A7B3BC1"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5F04A15B"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0A3C559F"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64002CC2"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2FA0478F"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3CA2C121"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55E9B742"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5E62E137"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0E6CA00E"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054E57D8"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Pr>
      </w:pPr>
    </w:p>
    <w:p w14:paraId="477A0386" w14:textId="77777777" w:rsidR="00CA73D9" w:rsidRDefault="00CA73D9" w:rsidP="00CA73D9">
      <w:pPr>
        <w:pStyle w:val="ListParagraph"/>
        <w:bidi/>
        <w:spacing w:after="224" w:line="259" w:lineRule="auto"/>
        <w:ind w:right="48"/>
        <w:rPr>
          <w:rFonts w:ascii="Times New Roman" w:eastAsia="Times New Roman" w:hAnsi="Times New Roman" w:cs="Times New Roman"/>
          <w:sz w:val="24"/>
          <w:szCs w:val="24"/>
          <w:rtl/>
        </w:rPr>
      </w:pPr>
    </w:p>
    <w:p w14:paraId="15A84805"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648EDB54"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Pr>
      </w:pPr>
    </w:p>
    <w:p w14:paraId="4060A0EF" w14:textId="77777777" w:rsidR="00B72B6D" w:rsidRDefault="00B72B6D" w:rsidP="00B72B6D">
      <w:pPr>
        <w:pStyle w:val="ListParagraph"/>
        <w:bidi/>
        <w:spacing w:after="224" w:line="259" w:lineRule="auto"/>
        <w:ind w:right="48"/>
        <w:rPr>
          <w:rFonts w:ascii="Times New Roman" w:eastAsia="Times New Roman" w:hAnsi="Times New Roman" w:cs="Times New Roman"/>
          <w:sz w:val="24"/>
          <w:szCs w:val="24"/>
          <w:rtl/>
        </w:rPr>
      </w:pPr>
    </w:p>
    <w:p w14:paraId="0FAADFDD"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40FE3F8A" w14:textId="77777777" w:rsidR="007D54D4" w:rsidRDefault="007D54D4" w:rsidP="007D54D4">
      <w:pPr>
        <w:pStyle w:val="ListParagraph"/>
        <w:bidi/>
        <w:spacing w:after="224" w:line="259" w:lineRule="auto"/>
        <w:ind w:right="48"/>
        <w:rPr>
          <w:rFonts w:ascii="Times New Roman" w:eastAsia="Times New Roman" w:hAnsi="Times New Roman" w:cs="Times New Roman"/>
          <w:sz w:val="24"/>
          <w:szCs w:val="24"/>
          <w:rtl/>
        </w:rPr>
      </w:pPr>
    </w:p>
    <w:p w14:paraId="1FF9A7FA" w14:textId="77777777" w:rsidR="00143138" w:rsidRDefault="00143138" w:rsidP="00143138">
      <w:pPr>
        <w:pStyle w:val="ListParagraph"/>
        <w:bidi/>
        <w:spacing w:after="224" w:line="259" w:lineRule="auto"/>
        <w:ind w:right="48"/>
        <w:rPr>
          <w:rFonts w:ascii="Times New Roman" w:eastAsia="Times New Roman" w:hAnsi="Times New Roman" w:cs="Times New Roman"/>
          <w:sz w:val="24"/>
          <w:szCs w:val="24"/>
          <w:rtl/>
        </w:rPr>
      </w:pPr>
    </w:p>
    <w:p w14:paraId="72BA17D5" w14:textId="39ECA154" w:rsidR="00143138" w:rsidRDefault="00143138" w:rsidP="00143138">
      <w:pPr>
        <w:pStyle w:val="ListParagraph"/>
        <w:bidi/>
        <w:spacing w:after="224" w:line="259" w:lineRule="auto"/>
        <w:ind w:right="48"/>
        <w:rPr>
          <w:rFonts w:ascii="Times New Roman" w:eastAsia="Times New Roman" w:hAnsi="Times New Roman" w:cs="Times New Roman"/>
          <w:b/>
          <w:bCs/>
          <w:sz w:val="36"/>
          <w:szCs w:val="36"/>
          <w:rtl/>
        </w:rPr>
      </w:pPr>
      <w:r w:rsidRPr="00143138">
        <w:rPr>
          <w:rFonts w:ascii="Times New Roman" w:eastAsia="Times New Roman" w:hAnsi="Times New Roman" w:cs="Times New Roman" w:hint="cs"/>
          <w:b/>
          <w:bCs/>
          <w:sz w:val="36"/>
          <w:szCs w:val="36"/>
          <w:rtl/>
        </w:rPr>
        <w:t xml:space="preserve">المراجع : </w:t>
      </w:r>
    </w:p>
    <w:p w14:paraId="5AE9555C" w14:textId="77777777" w:rsidR="004A2B60" w:rsidRDefault="004A2B60" w:rsidP="004A2B60">
      <w:pPr>
        <w:pStyle w:val="ListParagraph"/>
        <w:bidi/>
        <w:spacing w:after="224" w:line="259" w:lineRule="auto"/>
        <w:ind w:right="48"/>
        <w:rPr>
          <w:rFonts w:ascii="Times New Roman" w:eastAsia="Times New Roman" w:hAnsi="Times New Roman" w:cs="Times New Roman"/>
          <w:b/>
          <w:bCs/>
          <w:sz w:val="36"/>
          <w:szCs w:val="36"/>
          <w:rtl/>
        </w:rPr>
      </w:pPr>
    </w:p>
    <w:p w14:paraId="47208C85" w14:textId="31A77380" w:rsidR="004A2B60" w:rsidRDefault="004A2B60" w:rsidP="004A2B60">
      <w:pPr>
        <w:pStyle w:val="ListParagraph"/>
        <w:bidi/>
        <w:spacing w:after="224" w:line="259" w:lineRule="auto"/>
        <w:ind w:right="48"/>
        <w:rPr>
          <w:rFonts w:ascii="Times New Roman" w:eastAsia="Times New Roman" w:hAnsi="Times New Roman" w:cs="Times New Roman"/>
          <w:b/>
          <w:bCs/>
          <w:sz w:val="36"/>
          <w:szCs w:val="36"/>
          <w:rtl/>
        </w:rPr>
      </w:pPr>
      <w:r>
        <w:rPr>
          <w:rFonts w:ascii="Times New Roman" w:eastAsia="Times New Roman" w:hAnsi="Times New Roman" w:cs="Times New Roman" w:hint="cs"/>
          <w:b/>
          <w:bCs/>
          <w:sz w:val="36"/>
          <w:szCs w:val="36"/>
          <w:rtl/>
        </w:rPr>
        <w:t>أ</w:t>
      </w:r>
      <w:r w:rsidRPr="004A2B60">
        <w:rPr>
          <w:rFonts w:ascii="Times New Roman" w:eastAsia="Times New Roman" w:hAnsi="Times New Roman" w:cs="Times New Roman"/>
          <w:b/>
          <w:bCs/>
          <w:sz w:val="36"/>
          <w:szCs w:val="36"/>
          <w:rtl/>
        </w:rPr>
        <w:t>ولًا: المراجع العربية</w:t>
      </w:r>
      <w:r w:rsidRPr="004A2B60">
        <w:rPr>
          <w:rFonts w:ascii="Times New Roman" w:eastAsia="Times New Roman" w:hAnsi="Times New Roman" w:cs="Times New Roman"/>
          <w:b/>
          <w:bCs/>
          <w:sz w:val="36"/>
          <w:szCs w:val="36"/>
        </w:rPr>
        <w:t xml:space="preserve"> (Arabic References)</w:t>
      </w:r>
    </w:p>
    <w:p w14:paraId="27AE0F77" w14:textId="77777777" w:rsidR="004A2B60" w:rsidRPr="004A2B60" w:rsidRDefault="004A2B60" w:rsidP="004A2B60">
      <w:pPr>
        <w:pStyle w:val="ListParagraph"/>
        <w:bidi/>
        <w:spacing w:after="224" w:line="259" w:lineRule="auto"/>
        <w:ind w:right="48"/>
        <w:rPr>
          <w:rFonts w:ascii="Times New Roman" w:eastAsia="Times New Roman" w:hAnsi="Times New Roman" w:cs="Times New Roman"/>
          <w:b/>
          <w:bCs/>
          <w:sz w:val="36"/>
          <w:szCs w:val="36"/>
        </w:rPr>
      </w:pPr>
    </w:p>
    <w:p w14:paraId="46BBB251" w14:textId="77777777" w:rsidR="004A2B60" w:rsidRPr="004A2B60" w:rsidRDefault="004A2B60" w:rsidP="00086701">
      <w:pPr>
        <w:pStyle w:val="ListParagraph"/>
        <w:numPr>
          <w:ilvl w:val="0"/>
          <w:numId w:val="42"/>
        </w:numPr>
        <w:bidi/>
        <w:spacing w:after="224" w:line="259" w:lineRule="auto"/>
        <w:ind w:right="48"/>
        <w:rPr>
          <w:rFonts w:ascii="Times New Roman" w:eastAsia="Times New Roman" w:hAnsi="Times New Roman" w:cs="Times New Roman"/>
          <w:sz w:val="24"/>
          <w:szCs w:val="24"/>
        </w:rPr>
      </w:pPr>
      <w:r w:rsidRPr="004A2B60">
        <w:rPr>
          <w:rFonts w:ascii="Times New Roman" w:eastAsia="Times New Roman" w:hAnsi="Times New Roman" w:cs="Times New Roman"/>
          <w:sz w:val="24"/>
          <w:szCs w:val="24"/>
          <w:rtl/>
        </w:rPr>
        <w:t>العتيبي، عبد الله</w:t>
      </w:r>
      <w:r w:rsidRPr="004A2B60">
        <w:rPr>
          <w:rFonts w:ascii="Times New Roman" w:eastAsia="Times New Roman" w:hAnsi="Times New Roman" w:cs="Times New Roman"/>
          <w:sz w:val="24"/>
          <w:szCs w:val="24"/>
        </w:rPr>
        <w:t xml:space="preserve">. (2020). </w:t>
      </w:r>
      <w:r w:rsidRPr="004A2B60">
        <w:rPr>
          <w:rFonts w:ascii="Times New Roman" w:eastAsia="Times New Roman" w:hAnsi="Times New Roman" w:cs="Times New Roman"/>
          <w:sz w:val="24"/>
          <w:szCs w:val="24"/>
          <w:rtl/>
        </w:rPr>
        <w:t>إدارة الوقت وعلاقتها برفع كفاءة الأداء الوظيفي في المؤسسات الحكومية السعودية</w:t>
      </w:r>
      <w:r w:rsidRPr="004A2B60">
        <w:rPr>
          <w:rFonts w:ascii="Times New Roman" w:eastAsia="Times New Roman" w:hAnsi="Times New Roman" w:cs="Times New Roman"/>
          <w:sz w:val="24"/>
          <w:szCs w:val="24"/>
        </w:rPr>
        <w:t xml:space="preserve">. </w:t>
      </w:r>
      <w:r w:rsidRPr="004A2B60">
        <w:rPr>
          <w:rFonts w:ascii="Times New Roman" w:eastAsia="Times New Roman" w:hAnsi="Times New Roman" w:cs="Times New Roman"/>
          <w:sz w:val="24"/>
          <w:szCs w:val="24"/>
          <w:rtl/>
        </w:rPr>
        <w:t>الرياض: دار الفكر العربي</w:t>
      </w:r>
      <w:r w:rsidRPr="004A2B60">
        <w:rPr>
          <w:rFonts w:ascii="Times New Roman" w:eastAsia="Times New Roman" w:hAnsi="Times New Roman" w:cs="Times New Roman"/>
          <w:sz w:val="24"/>
          <w:szCs w:val="24"/>
        </w:rPr>
        <w:t>.</w:t>
      </w:r>
    </w:p>
    <w:p w14:paraId="29B4ABC3" w14:textId="77777777" w:rsidR="004A2B60" w:rsidRPr="004A2B60" w:rsidRDefault="004A2B60" w:rsidP="00086701">
      <w:pPr>
        <w:pStyle w:val="ListParagraph"/>
        <w:numPr>
          <w:ilvl w:val="0"/>
          <w:numId w:val="42"/>
        </w:numPr>
        <w:bidi/>
        <w:spacing w:after="224" w:line="259" w:lineRule="auto"/>
        <w:ind w:right="48"/>
        <w:rPr>
          <w:rFonts w:ascii="Times New Roman" w:eastAsia="Times New Roman" w:hAnsi="Times New Roman" w:cs="Times New Roman"/>
          <w:sz w:val="24"/>
          <w:szCs w:val="24"/>
        </w:rPr>
      </w:pPr>
      <w:r w:rsidRPr="004A2B60">
        <w:rPr>
          <w:rFonts w:ascii="Times New Roman" w:eastAsia="Times New Roman" w:hAnsi="Times New Roman" w:cs="Times New Roman"/>
          <w:sz w:val="24"/>
          <w:szCs w:val="24"/>
          <w:rtl/>
        </w:rPr>
        <w:t>الزهراني، محمد</w:t>
      </w:r>
      <w:r w:rsidRPr="004A2B60">
        <w:rPr>
          <w:rFonts w:ascii="Times New Roman" w:eastAsia="Times New Roman" w:hAnsi="Times New Roman" w:cs="Times New Roman"/>
          <w:sz w:val="24"/>
          <w:szCs w:val="24"/>
        </w:rPr>
        <w:t xml:space="preserve">. (2021). </w:t>
      </w:r>
      <w:r w:rsidRPr="004A2B60">
        <w:rPr>
          <w:rFonts w:ascii="Times New Roman" w:eastAsia="Times New Roman" w:hAnsi="Times New Roman" w:cs="Times New Roman"/>
          <w:sz w:val="24"/>
          <w:szCs w:val="24"/>
          <w:rtl/>
        </w:rPr>
        <w:t>أثر تنظيم بيئة العمل في تحسين إنتاجية الموظفين في القطاع الخاص</w:t>
      </w:r>
      <w:r w:rsidRPr="004A2B60">
        <w:rPr>
          <w:rFonts w:ascii="Times New Roman" w:eastAsia="Times New Roman" w:hAnsi="Times New Roman" w:cs="Times New Roman"/>
          <w:sz w:val="24"/>
          <w:szCs w:val="24"/>
        </w:rPr>
        <w:t xml:space="preserve">. </w:t>
      </w:r>
      <w:r w:rsidRPr="004A2B60">
        <w:rPr>
          <w:rFonts w:ascii="Times New Roman" w:eastAsia="Times New Roman" w:hAnsi="Times New Roman" w:cs="Times New Roman"/>
          <w:sz w:val="24"/>
          <w:szCs w:val="24"/>
          <w:rtl/>
        </w:rPr>
        <w:t>جدة: منشورات الجامعة السعودية</w:t>
      </w:r>
      <w:r w:rsidRPr="004A2B60">
        <w:rPr>
          <w:rFonts w:ascii="Times New Roman" w:eastAsia="Times New Roman" w:hAnsi="Times New Roman" w:cs="Times New Roman"/>
          <w:sz w:val="24"/>
          <w:szCs w:val="24"/>
        </w:rPr>
        <w:t>.</w:t>
      </w:r>
    </w:p>
    <w:p w14:paraId="132E259E" w14:textId="77777777" w:rsidR="004A2B60" w:rsidRPr="004A2B60" w:rsidRDefault="004A2B60" w:rsidP="00086701">
      <w:pPr>
        <w:pStyle w:val="ListParagraph"/>
        <w:numPr>
          <w:ilvl w:val="0"/>
          <w:numId w:val="42"/>
        </w:numPr>
        <w:bidi/>
        <w:spacing w:after="224" w:line="259" w:lineRule="auto"/>
        <w:ind w:right="48"/>
        <w:rPr>
          <w:rFonts w:ascii="Times New Roman" w:eastAsia="Times New Roman" w:hAnsi="Times New Roman" w:cs="Times New Roman"/>
          <w:sz w:val="24"/>
          <w:szCs w:val="24"/>
        </w:rPr>
      </w:pPr>
      <w:r w:rsidRPr="004A2B60">
        <w:rPr>
          <w:rFonts w:ascii="Times New Roman" w:eastAsia="Times New Roman" w:hAnsi="Times New Roman" w:cs="Times New Roman"/>
          <w:sz w:val="24"/>
          <w:szCs w:val="24"/>
          <w:rtl/>
        </w:rPr>
        <w:t>الشمري، نورة</w:t>
      </w:r>
      <w:r w:rsidRPr="004A2B60">
        <w:rPr>
          <w:rFonts w:ascii="Times New Roman" w:eastAsia="Times New Roman" w:hAnsi="Times New Roman" w:cs="Times New Roman"/>
          <w:sz w:val="24"/>
          <w:szCs w:val="24"/>
        </w:rPr>
        <w:t xml:space="preserve">. (2022). </w:t>
      </w:r>
      <w:r w:rsidRPr="004A2B60">
        <w:rPr>
          <w:rFonts w:ascii="Times New Roman" w:eastAsia="Times New Roman" w:hAnsi="Times New Roman" w:cs="Times New Roman"/>
          <w:sz w:val="24"/>
          <w:szCs w:val="24"/>
          <w:rtl/>
        </w:rPr>
        <w:t>العلاقة بين إدارة الوقت وضغوط العمل في بيئة المؤسسات التعليمية</w:t>
      </w:r>
      <w:r w:rsidRPr="004A2B60">
        <w:rPr>
          <w:rFonts w:ascii="Times New Roman" w:eastAsia="Times New Roman" w:hAnsi="Times New Roman" w:cs="Times New Roman"/>
          <w:sz w:val="24"/>
          <w:szCs w:val="24"/>
        </w:rPr>
        <w:t xml:space="preserve">. </w:t>
      </w:r>
      <w:r w:rsidRPr="004A2B60">
        <w:rPr>
          <w:rFonts w:ascii="Times New Roman" w:eastAsia="Times New Roman" w:hAnsi="Times New Roman" w:cs="Times New Roman"/>
          <w:sz w:val="24"/>
          <w:szCs w:val="24"/>
          <w:rtl/>
        </w:rPr>
        <w:t>الدمام: دار التعليم الحديثة</w:t>
      </w:r>
      <w:r w:rsidRPr="004A2B60">
        <w:rPr>
          <w:rFonts w:ascii="Times New Roman" w:eastAsia="Times New Roman" w:hAnsi="Times New Roman" w:cs="Times New Roman"/>
          <w:sz w:val="24"/>
          <w:szCs w:val="24"/>
        </w:rPr>
        <w:t>.</w:t>
      </w:r>
    </w:p>
    <w:p w14:paraId="6C65E6B4" w14:textId="77777777" w:rsidR="004A2B60" w:rsidRDefault="004A2B60" w:rsidP="00086701">
      <w:pPr>
        <w:pStyle w:val="ListParagraph"/>
        <w:numPr>
          <w:ilvl w:val="0"/>
          <w:numId w:val="42"/>
        </w:numPr>
        <w:bidi/>
        <w:spacing w:after="224" w:line="259" w:lineRule="auto"/>
        <w:ind w:right="48"/>
        <w:rPr>
          <w:rFonts w:ascii="Times New Roman" w:eastAsia="Times New Roman" w:hAnsi="Times New Roman" w:cs="Times New Roman"/>
          <w:sz w:val="24"/>
          <w:szCs w:val="24"/>
        </w:rPr>
      </w:pPr>
      <w:r w:rsidRPr="004A2B60">
        <w:rPr>
          <w:rFonts w:ascii="Times New Roman" w:eastAsia="Times New Roman" w:hAnsi="Times New Roman" w:cs="Times New Roman"/>
          <w:sz w:val="24"/>
          <w:szCs w:val="24"/>
          <w:rtl/>
        </w:rPr>
        <w:t>الغامدي، فيصل</w:t>
      </w:r>
      <w:r w:rsidRPr="004A2B60">
        <w:rPr>
          <w:rFonts w:ascii="Times New Roman" w:eastAsia="Times New Roman" w:hAnsi="Times New Roman" w:cs="Times New Roman"/>
          <w:sz w:val="24"/>
          <w:szCs w:val="24"/>
        </w:rPr>
        <w:t xml:space="preserve">. (2019). </w:t>
      </w:r>
      <w:r w:rsidRPr="004A2B60">
        <w:rPr>
          <w:rFonts w:ascii="Times New Roman" w:eastAsia="Times New Roman" w:hAnsi="Times New Roman" w:cs="Times New Roman"/>
          <w:sz w:val="24"/>
          <w:szCs w:val="24"/>
          <w:rtl/>
        </w:rPr>
        <w:t>تنظيم العمل وإدارة الوقت: مفاهيم واستراتيجيات لتحسين الإنتاجية</w:t>
      </w:r>
      <w:r w:rsidRPr="004A2B60">
        <w:rPr>
          <w:rFonts w:ascii="Times New Roman" w:eastAsia="Times New Roman" w:hAnsi="Times New Roman" w:cs="Times New Roman"/>
          <w:sz w:val="24"/>
          <w:szCs w:val="24"/>
        </w:rPr>
        <w:t xml:space="preserve">. </w:t>
      </w:r>
      <w:r w:rsidRPr="004A2B60">
        <w:rPr>
          <w:rFonts w:ascii="Times New Roman" w:eastAsia="Times New Roman" w:hAnsi="Times New Roman" w:cs="Times New Roman"/>
          <w:sz w:val="24"/>
          <w:szCs w:val="24"/>
          <w:rtl/>
        </w:rPr>
        <w:t>الرياض: مركز الأبحاث الإدارية</w:t>
      </w:r>
      <w:r w:rsidRPr="004A2B60">
        <w:rPr>
          <w:rFonts w:ascii="Times New Roman" w:eastAsia="Times New Roman" w:hAnsi="Times New Roman" w:cs="Times New Roman"/>
          <w:sz w:val="24"/>
          <w:szCs w:val="24"/>
        </w:rPr>
        <w:t>.</w:t>
      </w:r>
    </w:p>
    <w:p w14:paraId="7929E1A7" w14:textId="77777777" w:rsidR="004A2B60" w:rsidRDefault="004A2B60" w:rsidP="004A2B60">
      <w:pPr>
        <w:bidi/>
        <w:spacing w:after="224" w:line="259" w:lineRule="auto"/>
        <w:ind w:right="48"/>
        <w:rPr>
          <w:rFonts w:ascii="Times New Roman" w:eastAsia="Times New Roman" w:hAnsi="Times New Roman" w:cs="Times New Roman"/>
          <w:sz w:val="24"/>
          <w:szCs w:val="24"/>
          <w:rtl/>
        </w:rPr>
      </w:pPr>
    </w:p>
    <w:p w14:paraId="50E6D9EF" w14:textId="77777777" w:rsidR="00751A67" w:rsidRPr="00751A67" w:rsidRDefault="00751A67" w:rsidP="00751A67">
      <w:pPr>
        <w:bidi/>
        <w:spacing w:after="224" w:line="259" w:lineRule="auto"/>
        <w:ind w:right="48"/>
        <w:rPr>
          <w:rFonts w:ascii="Times New Roman" w:eastAsia="Times New Roman" w:hAnsi="Times New Roman" w:cs="Times New Roman"/>
          <w:b/>
          <w:bCs/>
          <w:sz w:val="24"/>
          <w:szCs w:val="24"/>
        </w:rPr>
      </w:pPr>
      <w:r w:rsidRPr="00751A67">
        <w:rPr>
          <w:rFonts w:ascii="Times New Roman" w:eastAsia="Times New Roman" w:hAnsi="Times New Roman" w:cs="Times New Roman"/>
          <w:b/>
          <w:bCs/>
          <w:sz w:val="24"/>
          <w:szCs w:val="24"/>
          <w:rtl/>
        </w:rPr>
        <w:t>ثانيًا: المراجع الإنجليزية</w:t>
      </w:r>
      <w:r w:rsidRPr="00751A67">
        <w:rPr>
          <w:rFonts w:ascii="Times New Roman" w:eastAsia="Times New Roman" w:hAnsi="Times New Roman" w:cs="Times New Roman"/>
          <w:b/>
          <w:bCs/>
          <w:sz w:val="24"/>
          <w:szCs w:val="24"/>
        </w:rPr>
        <w:t xml:space="preserve"> (English References)</w:t>
      </w:r>
    </w:p>
    <w:p w14:paraId="434395FE" w14:textId="7CBFF701" w:rsidR="00751A67" w:rsidRPr="00751A67" w:rsidRDefault="00751A67" w:rsidP="00086701">
      <w:pPr>
        <w:numPr>
          <w:ilvl w:val="0"/>
          <w:numId w:val="43"/>
        </w:numPr>
        <w:bidi/>
        <w:spacing w:after="224" w:line="259" w:lineRule="auto"/>
        <w:ind w:right="48"/>
        <w:rPr>
          <w:rFonts w:ascii="Times New Roman" w:eastAsia="Times New Roman" w:hAnsi="Times New Roman" w:cs="Times New Roman"/>
          <w:sz w:val="24"/>
          <w:szCs w:val="24"/>
        </w:rPr>
      </w:pPr>
      <w:r w:rsidRPr="00751A67">
        <w:rPr>
          <w:rFonts w:ascii="Times New Roman" w:eastAsia="Times New Roman" w:hAnsi="Times New Roman" w:cs="Times New Roman"/>
          <w:sz w:val="24"/>
          <w:szCs w:val="24"/>
        </w:rPr>
        <w:t xml:space="preserve">Macan, (2019). </w:t>
      </w:r>
      <w:r w:rsidRPr="00751A67">
        <w:rPr>
          <w:rFonts w:ascii="Times New Roman" w:eastAsia="Times New Roman" w:hAnsi="Times New Roman" w:cs="Times New Roman"/>
          <w:i/>
          <w:iCs/>
          <w:sz w:val="24"/>
          <w:szCs w:val="24"/>
        </w:rPr>
        <w:t>Time Management: A Key to Improved Employee Productivity.</w:t>
      </w:r>
      <w:r w:rsidRPr="00751A67">
        <w:rPr>
          <w:rFonts w:ascii="Times New Roman" w:eastAsia="Times New Roman" w:hAnsi="Times New Roman" w:cs="Times New Roman"/>
          <w:sz w:val="24"/>
          <w:szCs w:val="24"/>
        </w:rPr>
        <w:t xml:space="preserve"> Journal of Applied </w:t>
      </w:r>
      <w:r w:rsidR="00310B75" w:rsidRPr="00751A67">
        <w:rPr>
          <w:rFonts w:ascii="Times New Roman" w:eastAsia="Times New Roman" w:hAnsi="Times New Roman" w:cs="Times New Roman"/>
          <w:sz w:val="24"/>
          <w:szCs w:val="24"/>
        </w:rPr>
        <w:t>Psychology,</w:t>
      </w:r>
    </w:p>
    <w:p w14:paraId="12DE135C" w14:textId="5506676D" w:rsidR="00751A67" w:rsidRPr="00751A67" w:rsidRDefault="00751A67" w:rsidP="00086701">
      <w:pPr>
        <w:numPr>
          <w:ilvl w:val="0"/>
          <w:numId w:val="43"/>
        </w:numPr>
        <w:bidi/>
        <w:spacing w:after="224" w:line="259" w:lineRule="auto"/>
        <w:ind w:right="48"/>
        <w:rPr>
          <w:rFonts w:ascii="Times New Roman" w:eastAsia="Times New Roman" w:hAnsi="Times New Roman" w:cs="Times New Roman"/>
          <w:sz w:val="24"/>
          <w:szCs w:val="24"/>
        </w:rPr>
      </w:pPr>
      <w:r w:rsidRPr="00751A67">
        <w:rPr>
          <w:rFonts w:ascii="Times New Roman" w:eastAsia="Times New Roman" w:hAnsi="Times New Roman" w:cs="Times New Roman"/>
          <w:sz w:val="24"/>
          <w:szCs w:val="24"/>
        </w:rPr>
        <w:t xml:space="preserve">Drucker, &amp; Wilson, (2020). </w:t>
      </w:r>
      <w:r w:rsidRPr="00751A67">
        <w:rPr>
          <w:rFonts w:ascii="Times New Roman" w:eastAsia="Times New Roman" w:hAnsi="Times New Roman" w:cs="Times New Roman"/>
          <w:i/>
          <w:iCs/>
          <w:sz w:val="24"/>
          <w:szCs w:val="24"/>
        </w:rPr>
        <w:t>Work Organization and Operational Efficiency.</w:t>
      </w:r>
      <w:r w:rsidRPr="00751A67">
        <w:rPr>
          <w:rFonts w:ascii="Times New Roman" w:eastAsia="Times New Roman" w:hAnsi="Times New Roman" w:cs="Times New Roman"/>
          <w:sz w:val="24"/>
          <w:szCs w:val="24"/>
        </w:rPr>
        <w:t xml:space="preserve"> Management Science </w:t>
      </w:r>
      <w:proofErr w:type="gramStart"/>
      <w:r w:rsidRPr="00751A67">
        <w:rPr>
          <w:rFonts w:ascii="Times New Roman" w:eastAsia="Times New Roman" w:hAnsi="Times New Roman" w:cs="Times New Roman"/>
          <w:sz w:val="24"/>
          <w:szCs w:val="24"/>
        </w:rPr>
        <w:t>Review,.</w:t>
      </w:r>
      <w:proofErr w:type="gramEnd"/>
    </w:p>
    <w:p w14:paraId="6C995AFB" w14:textId="41E3BAAD" w:rsidR="00751A67" w:rsidRPr="00751A67" w:rsidRDefault="00751A67" w:rsidP="00086701">
      <w:pPr>
        <w:numPr>
          <w:ilvl w:val="0"/>
          <w:numId w:val="43"/>
        </w:numPr>
        <w:bidi/>
        <w:spacing w:after="224" w:line="259" w:lineRule="auto"/>
        <w:ind w:right="48"/>
        <w:rPr>
          <w:rFonts w:ascii="Times New Roman" w:eastAsia="Times New Roman" w:hAnsi="Times New Roman" w:cs="Times New Roman"/>
          <w:sz w:val="24"/>
          <w:szCs w:val="24"/>
        </w:rPr>
      </w:pPr>
      <w:proofErr w:type="gramStart"/>
      <w:r w:rsidRPr="00751A67">
        <w:rPr>
          <w:rFonts w:ascii="Times New Roman" w:eastAsia="Times New Roman" w:hAnsi="Times New Roman" w:cs="Times New Roman"/>
          <w:sz w:val="24"/>
          <w:szCs w:val="24"/>
        </w:rPr>
        <w:t>Allen,.,</w:t>
      </w:r>
      <w:proofErr w:type="gramEnd"/>
      <w:r w:rsidRPr="00751A67">
        <w:rPr>
          <w:rFonts w:ascii="Times New Roman" w:eastAsia="Times New Roman" w:hAnsi="Times New Roman" w:cs="Times New Roman"/>
          <w:sz w:val="24"/>
          <w:szCs w:val="24"/>
        </w:rPr>
        <w:t xml:space="preserve"> &amp; </w:t>
      </w:r>
      <w:proofErr w:type="gramStart"/>
      <w:r w:rsidRPr="00751A67">
        <w:rPr>
          <w:rFonts w:ascii="Times New Roman" w:eastAsia="Times New Roman" w:hAnsi="Times New Roman" w:cs="Times New Roman"/>
          <w:sz w:val="24"/>
          <w:szCs w:val="24"/>
        </w:rPr>
        <w:t>Thomas,.</w:t>
      </w:r>
      <w:proofErr w:type="gramEnd"/>
      <w:r w:rsidRPr="00751A67">
        <w:rPr>
          <w:rFonts w:ascii="Times New Roman" w:eastAsia="Times New Roman" w:hAnsi="Times New Roman" w:cs="Times New Roman"/>
          <w:sz w:val="24"/>
          <w:szCs w:val="24"/>
        </w:rPr>
        <w:t xml:space="preserve"> (2021). </w:t>
      </w:r>
      <w:r w:rsidRPr="00751A67">
        <w:rPr>
          <w:rFonts w:ascii="Times New Roman" w:eastAsia="Times New Roman" w:hAnsi="Times New Roman" w:cs="Times New Roman"/>
          <w:i/>
          <w:iCs/>
          <w:sz w:val="24"/>
          <w:szCs w:val="24"/>
        </w:rPr>
        <w:t>The Impact of Time Management Training on Organizational Productivity.</w:t>
      </w:r>
      <w:r w:rsidRPr="00751A67">
        <w:rPr>
          <w:rFonts w:ascii="Times New Roman" w:eastAsia="Times New Roman" w:hAnsi="Times New Roman" w:cs="Times New Roman"/>
          <w:sz w:val="24"/>
          <w:szCs w:val="24"/>
        </w:rPr>
        <w:t xml:space="preserve"> International Journal of Business Management, </w:t>
      </w:r>
    </w:p>
    <w:p w14:paraId="52442F9E" w14:textId="7276F9AD" w:rsidR="00751A67" w:rsidRPr="00751A67" w:rsidRDefault="00751A67" w:rsidP="00086701">
      <w:pPr>
        <w:numPr>
          <w:ilvl w:val="0"/>
          <w:numId w:val="43"/>
        </w:numPr>
        <w:bidi/>
        <w:spacing w:after="224" w:line="259" w:lineRule="auto"/>
        <w:ind w:right="48"/>
        <w:rPr>
          <w:rFonts w:ascii="Times New Roman" w:eastAsia="Times New Roman" w:hAnsi="Times New Roman" w:cs="Times New Roman"/>
          <w:sz w:val="24"/>
          <w:szCs w:val="24"/>
        </w:rPr>
      </w:pPr>
      <w:proofErr w:type="gramStart"/>
      <w:r w:rsidRPr="00751A67">
        <w:rPr>
          <w:rFonts w:ascii="Times New Roman" w:eastAsia="Times New Roman" w:hAnsi="Times New Roman" w:cs="Times New Roman"/>
          <w:sz w:val="24"/>
          <w:szCs w:val="24"/>
        </w:rPr>
        <w:t>Covey,.</w:t>
      </w:r>
      <w:proofErr w:type="gramEnd"/>
      <w:r w:rsidRPr="00751A67">
        <w:rPr>
          <w:rFonts w:ascii="Times New Roman" w:eastAsia="Times New Roman" w:hAnsi="Times New Roman" w:cs="Times New Roman"/>
          <w:sz w:val="24"/>
          <w:szCs w:val="24"/>
        </w:rPr>
        <w:t xml:space="preserve"> (2018). </w:t>
      </w:r>
      <w:r w:rsidRPr="00751A67">
        <w:rPr>
          <w:rFonts w:ascii="Times New Roman" w:eastAsia="Times New Roman" w:hAnsi="Times New Roman" w:cs="Times New Roman"/>
          <w:i/>
          <w:iCs/>
          <w:sz w:val="24"/>
          <w:szCs w:val="24"/>
        </w:rPr>
        <w:t>The 7 Habits of Highly Effective People.</w:t>
      </w:r>
      <w:r w:rsidRPr="00751A67">
        <w:rPr>
          <w:rFonts w:ascii="Times New Roman" w:eastAsia="Times New Roman" w:hAnsi="Times New Roman" w:cs="Times New Roman"/>
          <w:sz w:val="24"/>
          <w:szCs w:val="24"/>
        </w:rPr>
        <w:t xml:space="preserve"> New York: Free Press.</w:t>
      </w:r>
    </w:p>
    <w:p w14:paraId="3D04F784" w14:textId="77777777" w:rsidR="00751A67" w:rsidRPr="004A2B60" w:rsidRDefault="00751A67" w:rsidP="00751A67">
      <w:pPr>
        <w:bidi/>
        <w:spacing w:after="224" w:line="259" w:lineRule="auto"/>
        <w:ind w:right="48"/>
        <w:rPr>
          <w:rFonts w:ascii="Times New Roman" w:eastAsia="Times New Roman" w:hAnsi="Times New Roman" w:cs="Times New Roman"/>
          <w:sz w:val="24"/>
          <w:szCs w:val="24"/>
        </w:rPr>
      </w:pPr>
    </w:p>
    <w:p w14:paraId="33F397FB" w14:textId="77777777" w:rsidR="004A2B60" w:rsidRPr="004A2B60" w:rsidRDefault="004A2B60" w:rsidP="004A2B60">
      <w:pPr>
        <w:pStyle w:val="ListParagraph"/>
        <w:bidi/>
        <w:spacing w:after="224" w:line="259" w:lineRule="auto"/>
        <w:ind w:right="48"/>
        <w:rPr>
          <w:rFonts w:ascii="Times New Roman" w:eastAsia="Times New Roman" w:hAnsi="Times New Roman" w:cs="Times New Roman"/>
          <w:b/>
          <w:bCs/>
          <w:sz w:val="36"/>
          <w:szCs w:val="36"/>
          <w:rtl/>
        </w:rPr>
      </w:pPr>
    </w:p>
    <w:p w14:paraId="5D2E5EE1" w14:textId="77777777" w:rsidR="004345D8" w:rsidRDefault="004345D8" w:rsidP="004345D8">
      <w:pPr>
        <w:pStyle w:val="ListParagraph"/>
        <w:bidi/>
        <w:spacing w:after="224" w:line="259" w:lineRule="auto"/>
        <w:ind w:right="48"/>
        <w:rPr>
          <w:rFonts w:ascii="Times New Roman" w:eastAsia="Times New Roman" w:hAnsi="Times New Roman" w:cs="Times New Roman"/>
          <w:sz w:val="24"/>
          <w:szCs w:val="24"/>
          <w:rtl/>
        </w:rPr>
      </w:pPr>
    </w:p>
    <w:p w14:paraId="6AD1CF4A" w14:textId="77777777" w:rsidR="004345D8" w:rsidRPr="00E700AE" w:rsidRDefault="004345D8" w:rsidP="004345D8">
      <w:pPr>
        <w:pStyle w:val="ListParagraph"/>
        <w:bidi/>
        <w:spacing w:after="224" w:line="259" w:lineRule="auto"/>
        <w:ind w:right="48"/>
        <w:rPr>
          <w:rFonts w:ascii="Times New Roman" w:eastAsia="Times New Roman" w:hAnsi="Times New Roman" w:cs="Times New Roman"/>
          <w:sz w:val="24"/>
          <w:szCs w:val="24"/>
        </w:rPr>
      </w:pPr>
    </w:p>
    <w:p w14:paraId="312F35BB" w14:textId="77777777" w:rsidR="00452761" w:rsidRPr="00187D52" w:rsidRDefault="00452761" w:rsidP="00452761">
      <w:pPr>
        <w:bidi/>
        <w:spacing w:after="224" w:line="259" w:lineRule="auto"/>
        <w:ind w:left="720" w:right="48"/>
        <w:rPr>
          <w:rFonts w:ascii="Times New Roman" w:eastAsia="Times New Roman" w:hAnsi="Times New Roman" w:cs="Times New Roman"/>
          <w:sz w:val="24"/>
          <w:szCs w:val="24"/>
          <w:rtl/>
        </w:rPr>
      </w:pPr>
    </w:p>
    <w:p w14:paraId="27291040" w14:textId="77777777" w:rsidR="00D90A12" w:rsidRPr="00187D52" w:rsidRDefault="00D90A12" w:rsidP="00D90A12">
      <w:pPr>
        <w:bidi/>
        <w:spacing w:after="224" w:line="259" w:lineRule="auto"/>
        <w:ind w:right="48"/>
        <w:rPr>
          <w:rFonts w:ascii="Times New Roman" w:eastAsia="Times New Roman" w:hAnsi="Times New Roman" w:cs="Times New Roman"/>
          <w:sz w:val="24"/>
          <w:szCs w:val="24"/>
          <w:rtl/>
        </w:rPr>
      </w:pPr>
    </w:p>
    <w:sectPr w:rsidR="00D90A12" w:rsidRPr="00187D52" w:rsidSect="000D02E8">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Borders w:display="notFirstPage" w:offsetFrom="page">
        <w:top w:val="pushPinNote1" w:sz="31" w:space="24" w:color="auto"/>
        <w:left w:val="pushPinNote1" w:sz="31" w:space="24" w:color="auto"/>
        <w:bottom w:val="pushPinNote1" w:sz="31" w:space="24" w:color="auto"/>
        <w:right w:val="pushPinNote1" w:sz="31"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AB6DA" w14:textId="77777777" w:rsidR="00245D38" w:rsidRDefault="00245D38" w:rsidP="00992A85">
      <w:pPr>
        <w:spacing w:after="0" w:line="240" w:lineRule="auto"/>
      </w:pPr>
      <w:r>
        <w:separator/>
      </w:r>
    </w:p>
  </w:endnote>
  <w:endnote w:type="continuationSeparator" w:id="0">
    <w:p w14:paraId="314F525E" w14:textId="77777777" w:rsidR="00245D38" w:rsidRDefault="00245D38" w:rsidP="00992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Rockwell Nova">
    <w:charset w:val="00"/>
    <w:family w:val="roman"/>
    <w:pitch w:val="variable"/>
    <w:sig w:usb0="80000287"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B18F" w14:textId="77777777" w:rsidR="00291ADD" w:rsidRDefault="00291A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590519"/>
      <w:docPartObj>
        <w:docPartGallery w:val="Page Numbers (Bottom of Page)"/>
        <w:docPartUnique/>
      </w:docPartObj>
    </w:sdtPr>
    <w:sdtEndPr>
      <w:rPr>
        <w:noProof/>
      </w:rPr>
    </w:sdtEndPr>
    <w:sdtContent>
      <w:p w14:paraId="0D5365D4" w14:textId="3910ADA1" w:rsidR="00291ADD" w:rsidRDefault="00291A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DFAF8C" w14:textId="77777777" w:rsidR="00291ADD" w:rsidRDefault="00291A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2D597" w14:textId="77777777" w:rsidR="00291ADD" w:rsidRDefault="00291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0A6AA" w14:textId="77777777" w:rsidR="00245D38" w:rsidRDefault="00245D38" w:rsidP="00992A85">
      <w:pPr>
        <w:spacing w:after="0" w:line="240" w:lineRule="auto"/>
      </w:pPr>
      <w:r>
        <w:separator/>
      </w:r>
    </w:p>
  </w:footnote>
  <w:footnote w:type="continuationSeparator" w:id="0">
    <w:p w14:paraId="3033C819" w14:textId="77777777" w:rsidR="00245D38" w:rsidRDefault="00245D38" w:rsidP="00992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C4E8F" w14:textId="77777777" w:rsidR="00291ADD" w:rsidRDefault="00291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7F69" w14:textId="77777777" w:rsidR="00291ADD" w:rsidRDefault="00291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4961" w14:textId="2BB5EE4E" w:rsidR="00594750" w:rsidRDefault="00773A8E" w:rsidP="00773A8E">
    <w:pPr>
      <w:pStyle w:val="Header"/>
      <w:jc w:val="both"/>
    </w:pPr>
    <w:r>
      <w:rPr>
        <w:rFonts w:hint="cs"/>
        <w:rtl/>
      </w:rPr>
      <w:t xml:space="preserve">                   </w:t>
    </w:r>
    <w:r w:rsidR="00B4475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720"/>
        </w:tabs>
        <w:ind w:left="72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7A670A"/>
    <w:multiLevelType w:val="multilevel"/>
    <w:tmpl w:val="5322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8F0592"/>
    <w:multiLevelType w:val="hybridMultilevel"/>
    <w:tmpl w:val="D78A4F5C"/>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027D356A"/>
    <w:multiLevelType w:val="multilevel"/>
    <w:tmpl w:val="C322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9C2307"/>
    <w:multiLevelType w:val="multilevel"/>
    <w:tmpl w:val="D994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E7747B"/>
    <w:multiLevelType w:val="multilevel"/>
    <w:tmpl w:val="CE66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F61CCD"/>
    <w:multiLevelType w:val="hybridMultilevel"/>
    <w:tmpl w:val="101EBC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4F90641"/>
    <w:multiLevelType w:val="multilevel"/>
    <w:tmpl w:val="3FB0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E4783F"/>
    <w:multiLevelType w:val="multilevel"/>
    <w:tmpl w:val="C4AC7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DB6F98"/>
    <w:multiLevelType w:val="hybridMultilevel"/>
    <w:tmpl w:val="121AD6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9750980"/>
    <w:multiLevelType w:val="hybridMultilevel"/>
    <w:tmpl w:val="248A1700"/>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09827505"/>
    <w:multiLevelType w:val="hybridMultilevel"/>
    <w:tmpl w:val="438E0732"/>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15:restartNumberingAfterBreak="0">
    <w:nsid w:val="0B5F7C90"/>
    <w:multiLevelType w:val="hybridMultilevel"/>
    <w:tmpl w:val="04F69EAA"/>
    <w:lvl w:ilvl="0" w:tplc="50508B7C">
      <w:start w:val="1"/>
      <w:numFmt w:val="decimal"/>
      <w:lvlText w:val="%1."/>
      <w:lvlJc w:val="left"/>
      <w:pPr>
        <w:ind w:left="810" w:hanging="360"/>
      </w:pPr>
      <w:rPr>
        <w:color w:val="C0504D" w:themeColor="accent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7806DF"/>
    <w:multiLevelType w:val="multilevel"/>
    <w:tmpl w:val="6EE8495E"/>
    <w:lvl w:ilvl="0">
      <w:start w:val="1"/>
      <w:numFmt w:val="decimal"/>
      <w:lvlText w:val="%1."/>
      <w:lvlJc w:val="left"/>
      <w:pPr>
        <w:tabs>
          <w:tab w:val="num" w:pos="720"/>
        </w:tabs>
        <w:ind w:left="720" w:hanging="360"/>
      </w:pPr>
    </w:lvl>
    <w:lvl w:ilvl="1">
      <w:start w:val="1"/>
      <w:numFmt w:val="bullet"/>
      <w:lvlText w:val=""/>
      <w:lvlJc w:val="left"/>
      <w:pPr>
        <w:ind w:left="81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D1D4373"/>
    <w:multiLevelType w:val="hybridMultilevel"/>
    <w:tmpl w:val="25FCADA6"/>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15:restartNumberingAfterBreak="0">
    <w:nsid w:val="0EEE05AA"/>
    <w:multiLevelType w:val="multilevel"/>
    <w:tmpl w:val="FD7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326E09"/>
    <w:multiLevelType w:val="multilevel"/>
    <w:tmpl w:val="93AA57F2"/>
    <w:lvl w:ilvl="0">
      <w:start w:val="1"/>
      <w:numFmt w:val="decimal"/>
      <w:lvlText w:val="%1."/>
      <w:lvlJc w:val="left"/>
      <w:pPr>
        <w:tabs>
          <w:tab w:val="num" w:pos="720"/>
        </w:tabs>
        <w:ind w:left="720" w:hanging="360"/>
      </w:pPr>
    </w:lvl>
    <w:lvl w:ilvl="1">
      <w:start w:val="1"/>
      <w:numFmt w:val="bullet"/>
      <w:lvlText w:val=""/>
      <w:lvlJc w:val="left"/>
      <w:pPr>
        <w:ind w:left="81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0351BC"/>
    <w:multiLevelType w:val="multilevel"/>
    <w:tmpl w:val="7FA8CF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F51FB2"/>
    <w:multiLevelType w:val="hybridMultilevel"/>
    <w:tmpl w:val="69B26410"/>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4" w15:restartNumberingAfterBreak="0">
    <w:nsid w:val="1C547905"/>
    <w:multiLevelType w:val="multilevel"/>
    <w:tmpl w:val="FD7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B10CCB"/>
    <w:multiLevelType w:val="hybridMultilevel"/>
    <w:tmpl w:val="7AE080E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64D0CAF"/>
    <w:multiLevelType w:val="multilevel"/>
    <w:tmpl w:val="7324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1C5B37"/>
    <w:multiLevelType w:val="multilevel"/>
    <w:tmpl w:val="4340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0D7DEE"/>
    <w:multiLevelType w:val="hybridMultilevel"/>
    <w:tmpl w:val="B6A43356"/>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2B1C1BD7"/>
    <w:multiLevelType w:val="hybridMultilevel"/>
    <w:tmpl w:val="01CAF4DE"/>
    <w:lvl w:ilvl="0" w:tplc="FFFFFFFF">
      <w:start w:val="1"/>
      <w:numFmt w:val="decimal"/>
      <w:lvlText w:val="%1."/>
      <w:lvlJc w:val="left"/>
      <w:pPr>
        <w:ind w:left="90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2D0A026F"/>
    <w:multiLevelType w:val="hybridMultilevel"/>
    <w:tmpl w:val="1B26C496"/>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15:restartNumberingAfterBreak="0">
    <w:nsid w:val="2F57500A"/>
    <w:multiLevelType w:val="hybridMultilevel"/>
    <w:tmpl w:val="60D2C1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22A37D0"/>
    <w:multiLevelType w:val="hybridMultilevel"/>
    <w:tmpl w:val="25EE7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511567"/>
    <w:multiLevelType w:val="hybridMultilevel"/>
    <w:tmpl w:val="D71E45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50A7194"/>
    <w:multiLevelType w:val="hybridMultilevel"/>
    <w:tmpl w:val="3B907A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7A02B02"/>
    <w:multiLevelType w:val="hybridMultilevel"/>
    <w:tmpl w:val="4E00ACCC"/>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37D362D7"/>
    <w:multiLevelType w:val="hybridMultilevel"/>
    <w:tmpl w:val="366C54A8"/>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15:restartNumberingAfterBreak="0">
    <w:nsid w:val="3901152B"/>
    <w:multiLevelType w:val="hybridMultilevel"/>
    <w:tmpl w:val="D71E4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860F4A"/>
    <w:multiLevelType w:val="multilevel"/>
    <w:tmpl w:val="9B0E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2778DD"/>
    <w:multiLevelType w:val="multilevel"/>
    <w:tmpl w:val="B6F2FD0A"/>
    <w:lvl w:ilvl="0">
      <w:start w:val="1"/>
      <w:numFmt w:val="bullet"/>
      <w:lvlText w:val=""/>
      <w:lvlJc w:val="left"/>
      <w:pPr>
        <w:tabs>
          <w:tab w:val="num" w:pos="630"/>
        </w:tabs>
        <w:ind w:left="630" w:hanging="360"/>
      </w:pPr>
      <w:rPr>
        <w:rFonts w:ascii="Symbol" w:hAnsi="Symbol" w:hint="default"/>
      </w:r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40" w15:restartNumberingAfterBreak="0">
    <w:nsid w:val="4C17478B"/>
    <w:multiLevelType w:val="multilevel"/>
    <w:tmpl w:val="D8DC0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725B5C"/>
    <w:multiLevelType w:val="multilevel"/>
    <w:tmpl w:val="FD7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6053E01"/>
    <w:multiLevelType w:val="hybridMultilevel"/>
    <w:tmpl w:val="F5F8AE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1213A9"/>
    <w:multiLevelType w:val="multilevel"/>
    <w:tmpl w:val="BA22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C0347B"/>
    <w:multiLevelType w:val="hybridMultilevel"/>
    <w:tmpl w:val="2F3EC65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5" w15:restartNumberingAfterBreak="0">
    <w:nsid w:val="57CE4C05"/>
    <w:multiLevelType w:val="hybridMultilevel"/>
    <w:tmpl w:val="B2D0891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59EC0209"/>
    <w:multiLevelType w:val="hybridMultilevel"/>
    <w:tmpl w:val="8A4E74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CFB5894"/>
    <w:multiLevelType w:val="multilevel"/>
    <w:tmpl w:val="E7DEE0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15441C"/>
    <w:multiLevelType w:val="hybridMultilevel"/>
    <w:tmpl w:val="5E7042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FC3EF4"/>
    <w:multiLevelType w:val="hybridMultilevel"/>
    <w:tmpl w:val="DA58F4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524684B"/>
    <w:multiLevelType w:val="multilevel"/>
    <w:tmpl w:val="FD7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D61619"/>
    <w:multiLevelType w:val="multilevel"/>
    <w:tmpl w:val="FBEA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9E0D25"/>
    <w:multiLevelType w:val="multilevel"/>
    <w:tmpl w:val="EE88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E72B34"/>
    <w:multiLevelType w:val="hybridMultilevel"/>
    <w:tmpl w:val="4966585C"/>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4" w15:restartNumberingAfterBreak="0">
    <w:nsid w:val="6AA5019A"/>
    <w:multiLevelType w:val="multilevel"/>
    <w:tmpl w:val="5054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4E782E"/>
    <w:multiLevelType w:val="multilevel"/>
    <w:tmpl w:val="9C72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7530A2"/>
    <w:multiLevelType w:val="multilevel"/>
    <w:tmpl w:val="FD761A86"/>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F9D2007"/>
    <w:multiLevelType w:val="multilevel"/>
    <w:tmpl w:val="A8C2AA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18F4E2C"/>
    <w:multiLevelType w:val="hybridMultilevel"/>
    <w:tmpl w:val="8690BFC0"/>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15:restartNumberingAfterBreak="0">
    <w:nsid w:val="7B6F2EE2"/>
    <w:multiLevelType w:val="hybridMultilevel"/>
    <w:tmpl w:val="C5F85646"/>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0" w15:restartNumberingAfterBreak="0">
    <w:nsid w:val="7CB92880"/>
    <w:multiLevelType w:val="multilevel"/>
    <w:tmpl w:val="D60A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CB3B91"/>
    <w:multiLevelType w:val="hybridMultilevel"/>
    <w:tmpl w:val="D804B1A0"/>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2" w15:restartNumberingAfterBreak="0">
    <w:nsid w:val="7E2778AA"/>
    <w:multiLevelType w:val="hybridMultilevel"/>
    <w:tmpl w:val="7EE6BBEE"/>
    <w:lvl w:ilvl="0" w:tplc="04090003">
      <w:start w:val="1"/>
      <w:numFmt w:val="bullet"/>
      <w:lvlText w:val="o"/>
      <w:lvlJc w:val="left"/>
      <w:pPr>
        <w:ind w:left="990" w:hanging="360"/>
      </w:pPr>
      <w:rPr>
        <w:rFonts w:ascii="Courier New"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16cid:durableId="925648838">
    <w:abstractNumId w:val="5"/>
  </w:num>
  <w:num w:numId="2" w16cid:durableId="112989409">
    <w:abstractNumId w:val="3"/>
  </w:num>
  <w:num w:numId="3" w16cid:durableId="477458542">
    <w:abstractNumId w:val="2"/>
  </w:num>
  <w:num w:numId="4" w16cid:durableId="515265800">
    <w:abstractNumId w:val="4"/>
  </w:num>
  <w:num w:numId="5" w16cid:durableId="410850999">
    <w:abstractNumId w:val="1"/>
  </w:num>
  <w:num w:numId="6" w16cid:durableId="1577007107">
    <w:abstractNumId w:val="0"/>
  </w:num>
  <w:num w:numId="7" w16cid:durableId="1311863655">
    <w:abstractNumId w:val="17"/>
  </w:num>
  <w:num w:numId="8" w16cid:durableId="1668437558">
    <w:abstractNumId w:val="23"/>
  </w:num>
  <w:num w:numId="9" w16cid:durableId="2087262549">
    <w:abstractNumId w:val="19"/>
  </w:num>
  <w:num w:numId="10" w16cid:durableId="749816724">
    <w:abstractNumId w:val="30"/>
  </w:num>
  <w:num w:numId="11" w16cid:durableId="1948273714">
    <w:abstractNumId w:val="45"/>
  </w:num>
  <w:num w:numId="12" w16cid:durableId="1849103048">
    <w:abstractNumId w:val="32"/>
  </w:num>
  <w:num w:numId="13" w16cid:durableId="4482089">
    <w:abstractNumId w:val="37"/>
  </w:num>
  <w:num w:numId="14" w16cid:durableId="452284803">
    <w:abstractNumId w:val="39"/>
  </w:num>
  <w:num w:numId="15" w16cid:durableId="1063873515">
    <w:abstractNumId w:val="43"/>
  </w:num>
  <w:num w:numId="16" w16cid:durableId="763382899">
    <w:abstractNumId w:val="27"/>
  </w:num>
  <w:num w:numId="17" w16cid:durableId="41095996">
    <w:abstractNumId w:val="55"/>
  </w:num>
  <w:num w:numId="18" w16cid:durableId="2007630455">
    <w:abstractNumId w:val="8"/>
  </w:num>
  <w:num w:numId="19" w16cid:durableId="556626880">
    <w:abstractNumId w:val="10"/>
  </w:num>
  <w:num w:numId="20" w16cid:durableId="1153720493">
    <w:abstractNumId w:val="46"/>
  </w:num>
  <w:num w:numId="21" w16cid:durableId="326708622">
    <w:abstractNumId w:val="26"/>
  </w:num>
  <w:num w:numId="22" w16cid:durableId="506986765">
    <w:abstractNumId w:val="52"/>
  </w:num>
  <w:num w:numId="23" w16cid:durableId="48190470">
    <w:abstractNumId w:val="60"/>
  </w:num>
  <w:num w:numId="24" w16cid:durableId="540702177">
    <w:abstractNumId w:val="38"/>
  </w:num>
  <w:num w:numId="25" w16cid:durableId="2032685885">
    <w:abstractNumId w:val="9"/>
  </w:num>
  <w:num w:numId="26" w16cid:durableId="1188062601">
    <w:abstractNumId w:val="12"/>
  </w:num>
  <w:num w:numId="27" w16cid:durableId="1178615230">
    <w:abstractNumId w:val="6"/>
  </w:num>
  <w:num w:numId="28" w16cid:durableId="2025547067">
    <w:abstractNumId w:val="54"/>
  </w:num>
  <w:num w:numId="29" w16cid:durableId="2004777010">
    <w:abstractNumId w:val="47"/>
  </w:num>
  <w:num w:numId="30" w16cid:durableId="246303441">
    <w:abstractNumId w:val="11"/>
  </w:num>
  <w:num w:numId="31" w16cid:durableId="145165505">
    <w:abstractNumId w:val="51"/>
  </w:num>
  <w:num w:numId="32" w16cid:durableId="1820656068">
    <w:abstractNumId w:val="56"/>
  </w:num>
  <w:num w:numId="33" w16cid:durableId="1343240823">
    <w:abstractNumId w:val="24"/>
  </w:num>
  <w:num w:numId="34" w16cid:durableId="2017346382">
    <w:abstractNumId w:val="20"/>
  </w:num>
  <w:num w:numId="35" w16cid:durableId="1302803773">
    <w:abstractNumId w:val="50"/>
  </w:num>
  <w:num w:numId="36" w16cid:durableId="286742312">
    <w:abstractNumId w:val="41"/>
  </w:num>
  <w:num w:numId="37" w16cid:durableId="1768571907">
    <w:abstractNumId w:val="49"/>
  </w:num>
  <w:num w:numId="38" w16cid:durableId="1881432461">
    <w:abstractNumId w:val="14"/>
  </w:num>
  <w:num w:numId="39" w16cid:durableId="122967732">
    <w:abstractNumId w:val="34"/>
  </w:num>
  <w:num w:numId="40" w16cid:durableId="54552292">
    <w:abstractNumId w:val="57"/>
  </w:num>
  <w:num w:numId="41" w16cid:durableId="1613977248">
    <w:abstractNumId w:val="18"/>
  </w:num>
  <w:num w:numId="42" w16cid:durableId="1534070643">
    <w:abstractNumId w:val="40"/>
  </w:num>
  <w:num w:numId="43" w16cid:durableId="1142312669">
    <w:abstractNumId w:val="13"/>
  </w:num>
  <w:num w:numId="44" w16cid:durableId="1379427704">
    <w:abstractNumId w:val="16"/>
  </w:num>
  <w:num w:numId="45" w16cid:durableId="3288348">
    <w:abstractNumId w:val="42"/>
  </w:num>
  <w:num w:numId="46" w16cid:durableId="638189650">
    <w:abstractNumId w:val="7"/>
  </w:num>
  <w:num w:numId="47" w16cid:durableId="634676861">
    <w:abstractNumId w:val="25"/>
  </w:num>
  <w:num w:numId="48" w16cid:durableId="1192955338">
    <w:abstractNumId w:val="31"/>
  </w:num>
  <w:num w:numId="49" w16cid:durableId="99372150">
    <w:abstractNumId w:val="22"/>
  </w:num>
  <w:num w:numId="50" w16cid:durableId="840586527">
    <w:abstractNumId w:val="44"/>
  </w:num>
  <w:num w:numId="51" w16cid:durableId="358437474">
    <w:abstractNumId w:val="21"/>
  </w:num>
  <w:num w:numId="52" w16cid:durableId="1035544579">
    <w:abstractNumId w:val="29"/>
  </w:num>
  <w:num w:numId="53" w16cid:durableId="153231481">
    <w:abstractNumId w:val="59"/>
  </w:num>
  <w:num w:numId="54" w16cid:durableId="1782187402">
    <w:abstractNumId w:val="28"/>
  </w:num>
  <w:num w:numId="55" w16cid:durableId="2033335432">
    <w:abstractNumId w:val="48"/>
  </w:num>
  <w:num w:numId="56" w16cid:durableId="1419399733">
    <w:abstractNumId w:val="15"/>
  </w:num>
  <w:num w:numId="57" w16cid:durableId="76833631">
    <w:abstractNumId w:val="58"/>
  </w:num>
  <w:num w:numId="58" w16cid:durableId="956181092">
    <w:abstractNumId w:val="62"/>
  </w:num>
  <w:num w:numId="59" w16cid:durableId="214589814">
    <w:abstractNumId w:val="36"/>
  </w:num>
  <w:num w:numId="60" w16cid:durableId="2001611577">
    <w:abstractNumId w:val="53"/>
  </w:num>
  <w:num w:numId="61" w16cid:durableId="1444380570">
    <w:abstractNumId w:val="61"/>
  </w:num>
  <w:num w:numId="62" w16cid:durableId="1999965102">
    <w:abstractNumId w:val="35"/>
  </w:num>
  <w:num w:numId="63" w16cid:durableId="1344670095">
    <w:abstractNumId w:val="3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CE0"/>
    <w:rsid w:val="00011E1C"/>
    <w:rsid w:val="000122ED"/>
    <w:rsid w:val="00014134"/>
    <w:rsid w:val="0001652F"/>
    <w:rsid w:val="00023AF2"/>
    <w:rsid w:val="000252CB"/>
    <w:rsid w:val="00025CC9"/>
    <w:rsid w:val="000278EE"/>
    <w:rsid w:val="0003237A"/>
    <w:rsid w:val="0003357A"/>
    <w:rsid w:val="00034616"/>
    <w:rsid w:val="00035E54"/>
    <w:rsid w:val="00037DB5"/>
    <w:rsid w:val="00040545"/>
    <w:rsid w:val="00043954"/>
    <w:rsid w:val="000511C8"/>
    <w:rsid w:val="00055EBB"/>
    <w:rsid w:val="00056470"/>
    <w:rsid w:val="0006063C"/>
    <w:rsid w:val="00063E21"/>
    <w:rsid w:val="000644A6"/>
    <w:rsid w:val="000654E2"/>
    <w:rsid w:val="000667FD"/>
    <w:rsid w:val="00070BF4"/>
    <w:rsid w:val="00071E34"/>
    <w:rsid w:val="00075FD3"/>
    <w:rsid w:val="000809A5"/>
    <w:rsid w:val="00081CF9"/>
    <w:rsid w:val="00086701"/>
    <w:rsid w:val="00096BF3"/>
    <w:rsid w:val="000A2E94"/>
    <w:rsid w:val="000A3ECB"/>
    <w:rsid w:val="000A69BE"/>
    <w:rsid w:val="000B0C5A"/>
    <w:rsid w:val="000B0DF2"/>
    <w:rsid w:val="000B20D0"/>
    <w:rsid w:val="000B3160"/>
    <w:rsid w:val="000B3D5D"/>
    <w:rsid w:val="000B41D1"/>
    <w:rsid w:val="000B65FB"/>
    <w:rsid w:val="000C0810"/>
    <w:rsid w:val="000C61B1"/>
    <w:rsid w:val="000C7998"/>
    <w:rsid w:val="000C7DE5"/>
    <w:rsid w:val="000D0122"/>
    <w:rsid w:val="000D02E8"/>
    <w:rsid w:val="000D5814"/>
    <w:rsid w:val="000D785F"/>
    <w:rsid w:val="000E24D1"/>
    <w:rsid w:val="000F05FF"/>
    <w:rsid w:val="000F41FD"/>
    <w:rsid w:val="000F427A"/>
    <w:rsid w:val="000F5D6F"/>
    <w:rsid w:val="000F6389"/>
    <w:rsid w:val="000F664C"/>
    <w:rsid w:val="00100DA2"/>
    <w:rsid w:val="00102B7F"/>
    <w:rsid w:val="00110DDF"/>
    <w:rsid w:val="00111730"/>
    <w:rsid w:val="00117EA5"/>
    <w:rsid w:val="00121806"/>
    <w:rsid w:val="00122A61"/>
    <w:rsid w:val="00124329"/>
    <w:rsid w:val="0012477E"/>
    <w:rsid w:val="0012543E"/>
    <w:rsid w:val="00125CFB"/>
    <w:rsid w:val="001273EF"/>
    <w:rsid w:val="00131BE1"/>
    <w:rsid w:val="00132633"/>
    <w:rsid w:val="00132EA6"/>
    <w:rsid w:val="00143138"/>
    <w:rsid w:val="0014347B"/>
    <w:rsid w:val="00143D0E"/>
    <w:rsid w:val="0015074B"/>
    <w:rsid w:val="001574E1"/>
    <w:rsid w:val="00161B05"/>
    <w:rsid w:val="00163A05"/>
    <w:rsid w:val="00164B5F"/>
    <w:rsid w:val="00171DEE"/>
    <w:rsid w:val="00173CFB"/>
    <w:rsid w:val="00181240"/>
    <w:rsid w:val="001813D8"/>
    <w:rsid w:val="001828BF"/>
    <w:rsid w:val="00183515"/>
    <w:rsid w:val="001842D4"/>
    <w:rsid w:val="0018458B"/>
    <w:rsid w:val="00185DEC"/>
    <w:rsid w:val="00187D52"/>
    <w:rsid w:val="001949AC"/>
    <w:rsid w:val="00196793"/>
    <w:rsid w:val="00197796"/>
    <w:rsid w:val="001A3E04"/>
    <w:rsid w:val="001A5A58"/>
    <w:rsid w:val="001A7166"/>
    <w:rsid w:val="001B210E"/>
    <w:rsid w:val="001B6733"/>
    <w:rsid w:val="001C1C24"/>
    <w:rsid w:val="001C2274"/>
    <w:rsid w:val="001C245D"/>
    <w:rsid w:val="001C3E03"/>
    <w:rsid w:val="001C3F8F"/>
    <w:rsid w:val="001D04F6"/>
    <w:rsid w:val="001D7D8F"/>
    <w:rsid w:val="001E1993"/>
    <w:rsid w:val="001E4312"/>
    <w:rsid w:val="001F2931"/>
    <w:rsid w:val="001F32B6"/>
    <w:rsid w:val="0020004F"/>
    <w:rsid w:val="0020635D"/>
    <w:rsid w:val="00212761"/>
    <w:rsid w:val="00213D74"/>
    <w:rsid w:val="0021563C"/>
    <w:rsid w:val="00217CED"/>
    <w:rsid w:val="002329AC"/>
    <w:rsid w:val="00233310"/>
    <w:rsid w:val="00233524"/>
    <w:rsid w:val="0023367C"/>
    <w:rsid w:val="002361E6"/>
    <w:rsid w:val="00236806"/>
    <w:rsid w:val="00236B03"/>
    <w:rsid w:val="00240569"/>
    <w:rsid w:val="002418A2"/>
    <w:rsid w:val="00241961"/>
    <w:rsid w:val="00244287"/>
    <w:rsid w:val="00245D38"/>
    <w:rsid w:val="002475C1"/>
    <w:rsid w:val="00254ED4"/>
    <w:rsid w:val="00256E7F"/>
    <w:rsid w:val="00264622"/>
    <w:rsid w:val="00265765"/>
    <w:rsid w:val="00266EE0"/>
    <w:rsid w:val="0027114E"/>
    <w:rsid w:val="00281788"/>
    <w:rsid w:val="0028315B"/>
    <w:rsid w:val="00285ABA"/>
    <w:rsid w:val="002861B8"/>
    <w:rsid w:val="0028747C"/>
    <w:rsid w:val="00291ADD"/>
    <w:rsid w:val="00296200"/>
    <w:rsid w:val="0029639D"/>
    <w:rsid w:val="00297417"/>
    <w:rsid w:val="002A165E"/>
    <w:rsid w:val="002A168C"/>
    <w:rsid w:val="002A39B1"/>
    <w:rsid w:val="002A7C19"/>
    <w:rsid w:val="002B617F"/>
    <w:rsid w:val="002B66FD"/>
    <w:rsid w:val="002C11AD"/>
    <w:rsid w:val="002C4FF5"/>
    <w:rsid w:val="002C56B9"/>
    <w:rsid w:val="002C6ABF"/>
    <w:rsid w:val="002D1C15"/>
    <w:rsid w:val="002D1E0A"/>
    <w:rsid w:val="002D21A1"/>
    <w:rsid w:val="002D5FB0"/>
    <w:rsid w:val="002E7552"/>
    <w:rsid w:val="002F128F"/>
    <w:rsid w:val="002F1365"/>
    <w:rsid w:val="002F31B1"/>
    <w:rsid w:val="002F47E9"/>
    <w:rsid w:val="002F5B7A"/>
    <w:rsid w:val="003032C0"/>
    <w:rsid w:val="00305F27"/>
    <w:rsid w:val="00310B75"/>
    <w:rsid w:val="003112C8"/>
    <w:rsid w:val="00312D21"/>
    <w:rsid w:val="00313A0B"/>
    <w:rsid w:val="003152D7"/>
    <w:rsid w:val="003157EE"/>
    <w:rsid w:val="00315B66"/>
    <w:rsid w:val="00317043"/>
    <w:rsid w:val="00321EA3"/>
    <w:rsid w:val="0032381B"/>
    <w:rsid w:val="00323B21"/>
    <w:rsid w:val="00326F90"/>
    <w:rsid w:val="00330E50"/>
    <w:rsid w:val="00331893"/>
    <w:rsid w:val="00332C52"/>
    <w:rsid w:val="00332EF4"/>
    <w:rsid w:val="00333E74"/>
    <w:rsid w:val="00342A21"/>
    <w:rsid w:val="00342B14"/>
    <w:rsid w:val="00347D34"/>
    <w:rsid w:val="0035111C"/>
    <w:rsid w:val="0036184D"/>
    <w:rsid w:val="0036307E"/>
    <w:rsid w:val="00364D9A"/>
    <w:rsid w:val="0037039B"/>
    <w:rsid w:val="0037060B"/>
    <w:rsid w:val="0037228D"/>
    <w:rsid w:val="00375B89"/>
    <w:rsid w:val="0037708A"/>
    <w:rsid w:val="00382304"/>
    <w:rsid w:val="00387F68"/>
    <w:rsid w:val="00395FAC"/>
    <w:rsid w:val="003B0B6D"/>
    <w:rsid w:val="003B10FB"/>
    <w:rsid w:val="003B7E83"/>
    <w:rsid w:val="003C04C8"/>
    <w:rsid w:val="003C2D03"/>
    <w:rsid w:val="003C320D"/>
    <w:rsid w:val="003D0012"/>
    <w:rsid w:val="003D0FDD"/>
    <w:rsid w:val="003D20C3"/>
    <w:rsid w:val="003D226C"/>
    <w:rsid w:val="003D409B"/>
    <w:rsid w:val="003D76EA"/>
    <w:rsid w:val="003D78FE"/>
    <w:rsid w:val="003E277B"/>
    <w:rsid w:val="003E4B03"/>
    <w:rsid w:val="003F06DB"/>
    <w:rsid w:val="003F22C0"/>
    <w:rsid w:val="003F5273"/>
    <w:rsid w:val="004006C6"/>
    <w:rsid w:val="00401F4C"/>
    <w:rsid w:val="0040221C"/>
    <w:rsid w:val="004046DB"/>
    <w:rsid w:val="0040554C"/>
    <w:rsid w:val="004079B8"/>
    <w:rsid w:val="0042404E"/>
    <w:rsid w:val="004258D3"/>
    <w:rsid w:val="00425B86"/>
    <w:rsid w:val="00431F8D"/>
    <w:rsid w:val="004345D8"/>
    <w:rsid w:val="004354EA"/>
    <w:rsid w:val="00443476"/>
    <w:rsid w:val="00445199"/>
    <w:rsid w:val="0044706B"/>
    <w:rsid w:val="00452761"/>
    <w:rsid w:val="0046336D"/>
    <w:rsid w:val="00463FDA"/>
    <w:rsid w:val="00467C2C"/>
    <w:rsid w:val="004705B0"/>
    <w:rsid w:val="00480FAD"/>
    <w:rsid w:val="004811F3"/>
    <w:rsid w:val="00481540"/>
    <w:rsid w:val="004816B3"/>
    <w:rsid w:val="004821DB"/>
    <w:rsid w:val="0049625C"/>
    <w:rsid w:val="004A2B60"/>
    <w:rsid w:val="004A5262"/>
    <w:rsid w:val="004B314B"/>
    <w:rsid w:val="004C147B"/>
    <w:rsid w:val="004C1B6A"/>
    <w:rsid w:val="004C296D"/>
    <w:rsid w:val="004C55B9"/>
    <w:rsid w:val="004C5B14"/>
    <w:rsid w:val="004C7263"/>
    <w:rsid w:val="004C7377"/>
    <w:rsid w:val="004D0B86"/>
    <w:rsid w:val="004E0E6A"/>
    <w:rsid w:val="004E1BD9"/>
    <w:rsid w:val="004E481A"/>
    <w:rsid w:val="004E5B0E"/>
    <w:rsid w:val="004E7FDE"/>
    <w:rsid w:val="004F0428"/>
    <w:rsid w:val="004F25D8"/>
    <w:rsid w:val="004F34BB"/>
    <w:rsid w:val="004F4BE0"/>
    <w:rsid w:val="005023D8"/>
    <w:rsid w:val="00503FF1"/>
    <w:rsid w:val="005045A2"/>
    <w:rsid w:val="00506230"/>
    <w:rsid w:val="00506759"/>
    <w:rsid w:val="00511ADE"/>
    <w:rsid w:val="00512E76"/>
    <w:rsid w:val="0051342C"/>
    <w:rsid w:val="00513E3C"/>
    <w:rsid w:val="00513F33"/>
    <w:rsid w:val="00516810"/>
    <w:rsid w:val="00530F01"/>
    <w:rsid w:val="00531F74"/>
    <w:rsid w:val="0053301E"/>
    <w:rsid w:val="0053339F"/>
    <w:rsid w:val="005354F4"/>
    <w:rsid w:val="005370D3"/>
    <w:rsid w:val="005379F4"/>
    <w:rsid w:val="005411B0"/>
    <w:rsid w:val="0054279B"/>
    <w:rsid w:val="00543911"/>
    <w:rsid w:val="00545DF2"/>
    <w:rsid w:val="0054604E"/>
    <w:rsid w:val="005537D1"/>
    <w:rsid w:val="0056361F"/>
    <w:rsid w:val="00565156"/>
    <w:rsid w:val="005658AD"/>
    <w:rsid w:val="00567FA9"/>
    <w:rsid w:val="00571B9D"/>
    <w:rsid w:val="0057461D"/>
    <w:rsid w:val="00577014"/>
    <w:rsid w:val="0058319E"/>
    <w:rsid w:val="00585068"/>
    <w:rsid w:val="005926E9"/>
    <w:rsid w:val="00594750"/>
    <w:rsid w:val="00594AA0"/>
    <w:rsid w:val="005A0C61"/>
    <w:rsid w:val="005A3057"/>
    <w:rsid w:val="005B22ED"/>
    <w:rsid w:val="005B45E6"/>
    <w:rsid w:val="005C2A68"/>
    <w:rsid w:val="005C32DF"/>
    <w:rsid w:val="005C56FD"/>
    <w:rsid w:val="005D60A3"/>
    <w:rsid w:val="005E4A79"/>
    <w:rsid w:val="005E4D67"/>
    <w:rsid w:val="005E6871"/>
    <w:rsid w:val="005F0313"/>
    <w:rsid w:val="005F72C7"/>
    <w:rsid w:val="006005A1"/>
    <w:rsid w:val="00601112"/>
    <w:rsid w:val="006023B3"/>
    <w:rsid w:val="00610051"/>
    <w:rsid w:val="0061308E"/>
    <w:rsid w:val="00622376"/>
    <w:rsid w:val="006238C3"/>
    <w:rsid w:val="00623ED3"/>
    <w:rsid w:val="006252A7"/>
    <w:rsid w:val="00626243"/>
    <w:rsid w:val="006264FF"/>
    <w:rsid w:val="00630B99"/>
    <w:rsid w:val="00631B71"/>
    <w:rsid w:val="00635FA3"/>
    <w:rsid w:val="006439F7"/>
    <w:rsid w:val="00644177"/>
    <w:rsid w:val="00650130"/>
    <w:rsid w:val="00657A9D"/>
    <w:rsid w:val="0066465B"/>
    <w:rsid w:val="00665484"/>
    <w:rsid w:val="00667FF6"/>
    <w:rsid w:val="00671C14"/>
    <w:rsid w:val="00675024"/>
    <w:rsid w:val="006765EB"/>
    <w:rsid w:val="00686767"/>
    <w:rsid w:val="006928C6"/>
    <w:rsid w:val="00693ACE"/>
    <w:rsid w:val="006941B2"/>
    <w:rsid w:val="00695EAB"/>
    <w:rsid w:val="00696B1F"/>
    <w:rsid w:val="00697692"/>
    <w:rsid w:val="006A2037"/>
    <w:rsid w:val="006A702E"/>
    <w:rsid w:val="006B5550"/>
    <w:rsid w:val="006B59BB"/>
    <w:rsid w:val="006B7E16"/>
    <w:rsid w:val="006C03AE"/>
    <w:rsid w:val="006C255E"/>
    <w:rsid w:val="006C42AF"/>
    <w:rsid w:val="006C5754"/>
    <w:rsid w:val="006C72A9"/>
    <w:rsid w:val="006D2C68"/>
    <w:rsid w:val="006D3047"/>
    <w:rsid w:val="006D3535"/>
    <w:rsid w:val="006D6A93"/>
    <w:rsid w:val="006E7E8A"/>
    <w:rsid w:val="006E7EE0"/>
    <w:rsid w:val="006F1916"/>
    <w:rsid w:val="006F1A1E"/>
    <w:rsid w:val="006F2A0C"/>
    <w:rsid w:val="006F3D10"/>
    <w:rsid w:val="006F4EE6"/>
    <w:rsid w:val="006F53E8"/>
    <w:rsid w:val="006F5856"/>
    <w:rsid w:val="00706AAF"/>
    <w:rsid w:val="00707FA9"/>
    <w:rsid w:val="00710CB0"/>
    <w:rsid w:val="00712538"/>
    <w:rsid w:val="00714C4E"/>
    <w:rsid w:val="00723A59"/>
    <w:rsid w:val="007254AA"/>
    <w:rsid w:val="00725592"/>
    <w:rsid w:val="0073043B"/>
    <w:rsid w:val="00730F9E"/>
    <w:rsid w:val="00736B2E"/>
    <w:rsid w:val="0074086C"/>
    <w:rsid w:val="00740BCE"/>
    <w:rsid w:val="00750E5A"/>
    <w:rsid w:val="00751A67"/>
    <w:rsid w:val="007533AF"/>
    <w:rsid w:val="00757F95"/>
    <w:rsid w:val="00760B46"/>
    <w:rsid w:val="00762AF5"/>
    <w:rsid w:val="00773A8E"/>
    <w:rsid w:val="00776743"/>
    <w:rsid w:val="00776B77"/>
    <w:rsid w:val="007804B9"/>
    <w:rsid w:val="00784915"/>
    <w:rsid w:val="007869CD"/>
    <w:rsid w:val="0078758B"/>
    <w:rsid w:val="00790D79"/>
    <w:rsid w:val="0079351B"/>
    <w:rsid w:val="00794EEE"/>
    <w:rsid w:val="007A13A8"/>
    <w:rsid w:val="007A4227"/>
    <w:rsid w:val="007A66EF"/>
    <w:rsid w:val="007A70E9"/>
    <w:rsid w:val="007C37DE"/>
    <w:rsid w:val="007C3FBC"/>
    <w:rsid w:val="007C66A8"/>
    <w:rsid w:val="007C788E"/>
    <w:rsid w:val="007C7961"/>
    <w:rsid w:val="007C7968"/>
    <w:rsid w:val="007D1C3B"/>
    <w:rsid w:val="007D2664"/>
    <w:rsid w:val="007D3CBB"/>
    <w:rsid w:val="007D54D4"/>
    <w:rsid w:val="007D55F0"/>
    <w:rsid w:val="007D5E00"/>
    <w:rsid w:val="007D68E3"/>
    <w:rsid w:val="007D6927"/>
    <w:rsid w:val="007D6A24"/>
    <w:rsid w:val="007E5056"/>
    <w:rsid w:val="007E766D"/>
    <w:rsid w:val="007F6FAA"/>
    <w:rsid w:val="00800B2E"/>
    <w:rsid w:val="008016F6"/>
    <w:rsid w:val="008039FD"/>
    <w:rsid w:val="00804F0A"/>
    <w:rsid w:val="00806CAE"/>
    <w:rsid w:val="00812FE3"/>
    <w:rsid w:val="00813966"/>
    <w:rsid w:val="00815508"/>
    <w:rsid w:val="0081570E"/>
    <w:rsid w:val="008272B7"/>
    <w:rsid w:val="00830DF8"/>
    <w:rsid w:val="008367B9"/>
    <w:rsid w:val="00837B3B"/>
    <w:rsid w:val="0084183F"/>
    <w:rsid w:val="0084289B"/>
    <w:rsid w:val="008505C5"/>
    <w:rsid w:val="00850915"/>
    <w:rsid w:val="00850DC3"/>
    <w:rsid w:val="0085226D"/>
    <w:rsid w:val="00852C78"/>
    <w:rsid w:val="00852F13"/>
    <w:rsid w:val="00853B35"/>
    <w:rsid w:val="00854EB2"/>
    <w:rsid w:val="008550BE"/>
    <w:rsid w:val="0085532C"/>
    <w:rsid w:val="0085647E"/>
    <w:rsid w:val="00860936"/>
    <w:rsid w:val="00863884"/>
    <w:rsid w:val="00871631"/>
    <w:rsid w:val="00872D6E"/>
    <w:rsid w:val="00874704"/>
    <w:rsid w:val="008763EE"/>
    <w:rsid w:val="00891B50"/>
    <w:rsid w:val="00896195"/>
    <w:rsid w:val="00897B98"/>
    <w:rsid w:val="008A2453"/>
    <w:rsid w:val="008A64A6"/>
    <w:rsid w:val="008A6A62"/>
    <w:rsid w:val="008B03D0"/>
    <w:rsid w:val="008B05A4"/>
    <w:rsid w:val="008B0D21"/>
    <w:rsid w:val="008B172F"/>
    <w:rsid w:val="008B383E"/>
    <w:rsid w:val="008B47E0"/>
    <w:rsid w:val="008B4F0B"/>
    <w:rsid w:val="008B5CDB"/>
    <w:rsid w:val="008B686A"/>
    <w:rsid w:val="008C792F"/>
    <w:rsid w:val="008D0F82"/>
    <w:rsid w:val="008D2000"/>
    <w:rsid w:val="008D30F0"/>
    <w:rsid w:val="008D6761"/>
    <w:rsid w:val="008D7058"/>
    <w:rsid w:val="008E0586"/>
    <w:rsid w:val="008E0937"/>
    <w:rsid w:val="008E36B8"/>
    <w:rsid w:val="008F568A"/>
    <w:rsid w:val="008F5E33"/>
    <w:rsid w:val="008F6630"/>
    <w:rsid w:val="009004BB"/>
    <w:rsid w:val="00901089"/>
    <w:rsid w:val="009047A2"/>
    <w:rsid w:val="00904E97"/>
    <w:rsid w:val="009112A0"/>
    <w:rsid w:val="009114CC"/>
    <w:rsid w:val="00911B35"/>
    <w:rsid w:val="009137F1"/>
    <w:rsid w:val="009152DA"/>
    <w:rsid w:val="009217A5"/>
    <w:rsid w:val="00922BD4"/>
    <w:rsid w:val="00924566"/>
    <w:rsid w:val="009257DC"/>
    <w:rsid w:val="00925A70"/>
    <w:rsid w:val="00927936"/>
    <w:rsid w:val="00936E19"/>
    <w:rsid w:val="00940C00"/>
    <w:rsid w:val="00940C65"/>
    <w:rsid w:val="00941F32"/>
    <w:rsid w:val="00944237"/>
    <w:rsid w:val="009479DA"/>
    <w:rsid w:val="009528F7"/>
    <w:rsid w:val="00952E66"/>
    <w:rsid w:val="00962A2B"/>
    <w:rsid w:val="00965A46"/>
    <w:rsid w:val="00971124"/>
    <w:rsid w:val="0098011D"/>
    <w:rsid w:val="009833D5"/>
    <w:rsid w:val="009839BB"/>
    <w:rsid w:val="009856B7"/>
    <w:rsid w:val="00991300"/>
    <w:rsid w:val="0099186B"/>
    <w:rsid w:val="00992A85"/>
    <w:rsid w:val="0099549E"/>
    <w:rsid w:val="009A402A"/>
    <w:rsid w:val="009A6456"/>
    <w:rsid w:val="009B03A2"/>
    <w:rsid w:val="009B097B"/>
    <w:rsid w:val="009B16B7"/>
    <w:rsid w:val="009B5AE3"/>
    <w:rsid w:val="009C7C8B"/>
    <w:rsid w:val="009E1428"/>
    <w:rsid w:val="009E261D"/>
    <w:rsid w:val="009E337B"/>
    <w:rsid w:val="009E523C"/>
    <w:rsid w:val="009E7994"/>
    <w:rsid w:val="009F2745"/>
    <w:rsid w:val="009F78EA"/>
    <w:rsid w:val="00A031A6"/>
    <w:rsid w:val="00A03D53"/>
    <w:rsid w:val="00A04155"/>
    <w:rsid w:val="00A12060"/>
    <w:rsid w:val="00A2234D"/>
    <w:rsid w:val="00A23680"/>
    <w:rsid w:val="00A23937"/>
    <w:rsid w:val="00A23ACD"/>
    <w:rsid w:val="00A310A7"/>
    <w:rsid w:val="00A3535C"/>
    <w:rsid w:val="00A3590F"/>
    <w:rsid w:val="00A4022D"/>
    <w:rsid w:val="00A42BA4"/>
    <w:rsid w:val="00A42FC1"/>
    <w:rsid w:val="00A4314A"/>
    <w:rsid w:val="00A4343D"/>
    <w:rsid w:val="00A47016"/>
    <w:rsid w:val="00A47933"/>
    <w:rsid w:val="00A60844"/>
    <w:rsid w:val="00A64F5C"/>
    <w:rsid w:val="00A71232"/>
    <w:rsid w:val="00A732A6"/>
    <w:rsid w:val="00A73F6A"/>
    <w:rsid w:val="00A74618"/>
    <w:rsid w:val="00A753CB"/>
    <w:rsid w:val="00A80F07"/>
    <w:rsid w:val="00AA0C8E"/>
    <w:rsid w:val="00AA1901"/>
    <w:rsid w:val="00AA1D8D"/>
    <w:rsid w:val="00AB0276"/>
    <w:rsid w:val="00AB4222"/>
    <w:rsid w:val="00AC497C"/>
    <w:rsid w:val="00AC54E9"/>
    <w:rsid w:val="00AC688D"/>
    <w:rsid w:val="00AC7E50"/>
    <w:rsid w:val="00AD0B51"/>
    <w:rsid w:val="00AD1C97"/>
    <w:rsid w:val="00AD5904"/>
    <w:rsid w:val="00AD7362"/>
    <w:rsid w:val="00AD7430"/>
    <w:rsid w:val="00AE7EB2"/>
    <w:rsid w:val="00AF113E"/>
    <w:rsid w:val="00AF33C5"/>
    <w:rsid w:val="00B07147"/>
    <w:rsid w:val="00B075DC"/>
    <w:rsid w:val="00B135D9"/>
    <w:rsid w:val="00B15FBA"/>
    <w:rsid w:val="00B22B7D"/>
    <w:rsid w:val="00B23192"/>
    <w:rsid w:val="00B240BC"/>
    <w:rsid w:val="00B24C8D"/>
    <w:rsid w:val="00B25EBB"/>
    <w:rsid w:val="00B26EB1"/>
    <w:rsid w:val="00B31071"/>
    <w:rsid w:val="00B33B19"/>
    <w:rsid w:val="00B37438"/>
    <w:rsid w:val="00B40BD2"/>
    <w:rsid w:val="00B41E5C"/>
    <w:rsid w:val="00B44752"/>
    <w:rsid w:val="00B44AAD"/>
    <w:rsid w:val="00B471A7"/>
    <w:rsid w:val="00B474F0"/>
    <w:rsid w:val="00B47730"/>
    <w:rsid w:val="00B56B0E"/>
    <w:rsid w:val="00B60020"/>
    <w:rsid w:val="00B62754"/>
    <w:rsid w:val="00B717C6"/>
    <w:rsid w:val="00B71C76"/>
    <w:rsid w:val="00B72B6D"/>
    <w:rsid w:val="00B773CF"/>
    <w:rsid w:val="00B776D8"/>
    <w:rsid w:val="00B77B73"/>
    <w:rsid w:val="00B81447"/>
    <w:rsid w:val="00B82520"/>
    <w:rsid w:val="00B83144"/>
    <w:rsid w:val="00B8540D"/>
    <w:rsid w:val="00B866E0"/>
    <w:rsid w:val="00B87494"/>
    <w:rsid w:val="00B92B81"/>
    <w:rsid w:val="00B94410"/>
    <w:rsid w:val="00B96A3A"/>
    <w:rsid w:val="00B96F50"/>
    <w:rsid w:val="00B97C9F"/>
    <w:rsid w:val="00BA15BE"/>
    <w:rsid w:val="00BB11E7"/>
    <w:rsid w:val="00BB2674"/>
    <w:rsid w:val="00BB2FC4"/>
    <w:rsid w:val="00BB3991"/>
    <w:rsid w:val="00BB3FE2"/>
    <w:rsid w:val="00BB5D0F"/>
    <w:rsid w:val="00BB67D0"/>
    <w:rsid w:val="00BB70C0"/>
    <w:rsid w:val="00BC19D7"/>
    <w:rsid w:val="00BC2140"/>
    <w:rsid w:val="00BC2C7E"/>
    <w:rsid w:val="00BC6C18"/>
    <w:rsid w:val="00BC7756"/>
    <w:rsid w:val="00BD076B"/>
    <w:rsid w:val="00BD0CC5"/>
    <w:rsid w:val="00BD28A4"/>
    <w:rsid w:val="00BD4C35"/>
    <w:rsid w:val="00BD6970"/>
    <w:rsid w:val="00BE59B8"/>
    <w:rsid w:val="00BE7490"/>
    <w:rsid w:val="00BF0B70"/>
    <w:rsid w:val="00BF1988"/>
    <w:rsid w:val="00BF3D61"/>
    <w:rsid w:val="00BF723F"/>
    <w:rsid w:val="00BF7C35"/>
    <w:rsid w:val="00C009B8"/>
    <w:rsid w:val="00C00F02"/>
    <w:rsid w:val="00C0173B"/>
    <w:rsid w:val="00C01F6F"/>
    <w:rsid w:val="00C0373A"/>
    <w:rsid w:val="00C0572D"/>
    <w:rsid w:val="00C129BF"/>
    <w:rsid w:val="00C13F24"/>
    <w:rsid w:val="00C22AAB"/>
    <w:rsid w:val="00C234A1"/>
    <w:rsid w:val="00C2513D"/>
    <w:rsid w:val="00C25A16"/>
    <w:rsid w:val="00C279E0"/>
    <w:rsid w:val="00C31BA7"/>
    <w:rsid w:val="00C41D3A"/>
    <w:rsid w:val="00C43497"/>
    <w:rsid w:val="00C43DDB"/>
    <w:rsid w:val="00C5470A"/>
    <w:rsid w:val="00C60F20"/>
    <w:rsid w:val="00C653B0"/>
    <w:rsid w:val="00C70E9B"/>
    <w:rsid w:val="00C77EC0"/>
    <w:rsid w:val="00C83BFA"/>
    <w:rsid w:val="00C84CD2"/>
    <w:rsid w:val="00C96474"/>
    <w:rsid w:val="00CA27CA"/>
    <w:rsid w:val="00CA48C1"/>
    <w:rsid w:val="00CA61ED"/>
    <w:rsid w:val="00CA6BF5"/>
    <w:rsid w:val="00CA73D9"/>
    <w:rsid w:val="00CB00BB"/>
    <w:rsid w:val="00CB0664"/>
    <w:rsid w:val="00CB0EFE"/>
    <w:rsid w:val="00CB1A79"/>
    <w:rsid w:val="00CB2144"/>
    <w:rsid w:val="00CB3407"/>
    <w:rsid w:val="00CB567D"/>
    <w:rsid w:val="00CB6F4B"/>
    <w:rsid w:val="00CC559B"/>
    <w:rsid w:val="00CD0252"/>
    <w:rsid w:val="00CD0A06"/>
    <w:rsid w:val="00CD3A10"/>
    <w:rsid w:val="00CD7F04"/>
    <w:rsid w:val="00CE2065"/>
    <w:rsid w:val="00CE2710"/>
    <w:rsid w:val="00CE6B3C"/>
    <w:rsid w:val="00CF02C9"/>
    <w:rsid w:val="00CF1577"/>
    <w:rsid w:val="00CF316A"/>
    <w:rsid w:val="00CF764D"/>
    <w:rsid w:val="00D0086C"/>
    <w:rsid w:val="00D02B57"/>
    <w:rsid w:val="00D0549B"/>
    <w:rsid w:val="00D061D2"/>
    <w:rsid w:val="00D06E01"/>
    <w:rsid w:val="00D13839"/>
    <w:rsid w:val="00D27ACC"/>
    <w:rsid w:val="00D4441F"/>
    <w:rsid w:val="00D47CC8"/>
    <w:rsid w:val="00D51F18"/>
    <w:rsid w:val="00D55647"/>
    <w:rsid w:val="00D60089"/>
    <w:rsid w:val="00D641EA"/>
    <w:rsid w:val="00D665AB"/>
    <w:rsid w:val="00D6723A"/>
    <w:rsid w:val="00D72A22"/>
    <w:rsid w:val="00D7626C"/>
    <w:rsid w:val="00D762D2"/>
    <w:rsid w:val="00D76C9C"/>
    <w:rsid w:val="00D82238"/>
    <w:rsid w:val="00D90113"/>
    <w:rsid w:val="00D90A12"/>
    <w:rsid w:val="00D90CF9"/>
    <w:rsid w:val="00DA0068"/>
    <w:rsid w:val="00DA158C"/>
    <w:rsid w:val="00DA19BF"/>
    <w:rsid w:val="00DA4529"/>
    <w:rsid w:val="00DA5A37"/>
    <w:rsid w:val="00DA6A8F"/>
    <w:rsid w:val="00DA7F33"/>
    <w:rsid w:val="00DB40CF"/>
    <w:rsid w:val="00DB612F"/>
    <w:rsid w:val="00DC2155"/>
    <w:rsid w:val="00DC640C"/>
    <w:rsid w:val="00DC6CDF"/>
    <w:rsid w:val="00DD35E4"/>
    <w:rsid w:val="00DD4D53"/>
    <w:rsid w:val="00DD72A8"/>
    <w:rsid w:val="00DE0763"/>
    <w:rsid w:val="00DE4CE9"/>
    <w:rsid w:val="00DE5CD4"/>
    <w:rsid w:val="00DF032C"/>
    <w:rsid w:val="00DF0F85"/>
    <w:rsid w:val="00DF23CE"/>
    <w:rsid w:val="00DF2E61"/>
    <w:rsid w:val="00DF3135"/>
    <w:rsid w:val="00DF609D"/>
    <w:rsid w:val="00DF6BCD"/>
    <w:rsid w:val="00E05D71"/>
    <w:rsid w:val="00E05F54"/>
    <w:rsid w:val="00E12ADA"/>
    <w:rsid w:val="00E134A9"/>
    <w:rsid w:val="00E16543"/>
    <w:rsid w:val="00E215AE"/>
    <w:rsid w:val="00E21DDA"/>
    <w:rsid w:val="00E24D41"/>
    <w:rsid w:val="00E25530"/>
    <w:rsid w:val="00E27F44"/>
    <w:rsid w:val="00E34ECD"/>
    <w:rsid w:val="00E35384"/>
    <w:rsid w:val="00E36ABF"/>
    <w:rsid w:val="00E414E3"/>
    <w:rsid w:val="00E41EB9"/>
    <w:rsid w:val="00E42A16"/>
    <w:rsid w:val="00E475C0"/>
    <w:rsid w:val="00E51242"/>
    <w:rsid w:val="00E527CF"/>
    <w:rsid w:val="00E53242"/>
    <w:rsid w:val="00E53591"/>
    <w:rsid w:val="00E56578"/>
    <w:rsid w:val="00E60EA8"/>
    <w:rsid w:val="00E60FBD"/>
    <w:rsid w:val="00E63264"/>
    <w:rsid w:val="00E678C8"/>
    <w:rsid w:val="00E700AE"/>
    <w:rsid w:val="00E7374A"/>
    <w:rsid w:val="00E75E3D"/>
    <w:rsid w:val="00E81F0D"/>
    <w:rsid w:val="00E85D8E"/>
    <w:rsid w:val="00E879C6"/>
    <w:rsid w:val="00E9163B"/>
    <w:rsid w:val="00E9391A"/>
    <w:rsid w:val="00E93F35"/>
    <w:rsid w:val="00E95D97"/>
    <w:rsid w:val="00EA0B99"/>
    <w:rsid w:val="00EA1752"/>
    <w:rsid w:val="00EA7C3A"/>
    <w:rsid w:val="00EB01DA"/>
    <w:rsid w:val="00EB2D7C"/>
    <w:rsid w:val="00EB51EF"/>
    <w:rsid w:val="00EB7BC3"/>
    <w:rsid w:val="00EC1AFD"/>
    <w:rsid w:val="00EC351A"/>
    <w:rsid w:val="00EC42BB"/>
    <w:rsid w:val="00EC4D5E"/>
    <w:rsid w:val="00EC4F40"/>
    <w:rsid w:val="00ED024D"/>
    <w:rsid w:val="00ED19AA"/>
    <w:rsid w:val="00ED1E21"/>
    <w:rsid w:val="00ED6259"/>
    <w:rsid w:val="00EE0A0A"/>
    <w:rsid w:val="00EE0AE5"/>
    <w:rsid w:val="00EE407B"/>
    <w:rsid w:val="00EF0CA6"/>
    <w:rsid w:val="00EF55DD"/>
    <w:rsid w:val="00F017FC"/>
    <w:rsid w:val="00F02D13"/>
    <w:rsid w:val="00F0654F"/>
    <w:rsid w:val="00F07420"/>
    <w:rsid w:val="00F1397A"/>
    <w:rsid w:val="00F20CA1"/>
    <w:rsid w:val="00F2220F"/>
    <w:rsid w:val="00F31CA0"/>
    <w:rsid w:val="00F3352E"/>
    <w:rsid w:val="00F44DEE"/>
    <w:rsid w:val="00F52DF6"/>
    <w:rsid w:val="00F52F06"/>
    <w:rsid w:val="00F550DD"/>
    <w:rsid w:val="00F716F2"/>
    <w:rsid w:val="00F80BC4"/>
    <w:rsid w:val="00FA1910"/>
    <w:rsid w:val="00FA3949"/>
    <w:rsid w:val="00FA3ABB"/>
    <w:rsid w:val="00FA74C5"/>
    <w:rsid w:val="00FB2B13"/>
    <w:rsid w:val="00FB6064"/>
    <w:rsid w:val="00FB64C9"/>
    <w:rsid w:val="00FB7291"/>
    <w:rsid w:val="00FC1065"/>
    <w:rsid w:val="00FC693F"/>
    <w:rsid w:val="00FD5E09"/>
    <w:rsid w:val="00FD76E4"/>
    <w:rsid w:val="00FE0E5E"/>
    <w:rsid w:val="00FE3813"/>
    <w:rsid w:val="00FE3A95"/>
    <w:rsid w:val="00FE6774"/>
    <w:rsid w:val="00FF0869"/>
    <w:rsid w:val="00FF30C5"/>
    <w:rsid w:val="00FF4A26"/>
    <w:rsid w:val="00FF5F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E5E34ACA-1CFC-4DE1-A724-E01B71DF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E0E6A"/>
  </w:style>
  <w:style w:type="character" w:styleId="CommentReference">
    <w:name w:val="annotation reference"/>
    <w:basedOn w:val="DefaultParagraphFont"/>
    <w:uiPriority w:val="99"/>
    <w:semiHidden/>
    <w:unhideWhenUsed/>
    <w:rsid w:val="00A04155"/>
    <w:rPr>
      <w:sz w:val="16"/>
      <w:szCs w:val="16"/>
    </w:rPr>
  </w:style>
  <w:style w:type="paragraph" w:styleId="CommentText">
    <w:name w:val="annotation text"/>
    <w:basedOn w:val="Normal"/>
    <w:link w:val="CommentTextChar"/>
    <w:uiPriority w:val="99"/>
    <w:unhideWhenUsed/>
    <w:rsid w:val="00A04155"/>
    <w:pPr>
      <w:spacing w:line="240" w:lineRule="auto"/>
    </w:pPr>
    <w:rPr>
      <w:sz w:val="20"/>
      <w:szCs w:val="20"/>
    </w:rPr>
  </w:style>
  <w:style w:type="character" w:customStyle="1" w:styleId="CommentTextChar">
    <w:name w:val="Comment Text Char"/>
    <w:basedOn w:val="DefaultParagraphFont"/>
    <w:link w:val="CommentText"/>
    <w:uiPriority w:val="99"/>
    <w:rsid w:val="00A04155"/>
    <w:rPr>
      <w:sz w:val="20"/>
      <w:szCs w:val="20"/>
    </w:rPr>
  </w:style>
  <w:style w:type="paragraph" w:styleId="CommentSubject">
    <w:name w:val="annotation subject"/>
    <w:basedOn w:val="CommentText"/>
    <w:next w:val="CommentText"/>
    <w:link w:val="CommentSubjectChar"/>
    <w:uiPriority w:val="99"/>
    <w:semiHidden/>
    <w:unhideWhenUsed/>
    <w:rsid w:val="00A04155"/>
    <w:rPr>
      <w:b/>
      <w:bCs/>
    </w:rPr>
  </w:style>
  <w:style w:type="character" w:customStyle="1" w:styleId="CommentSubjectChar">
    <w:name w:val="Comment Subject Char"/>
    <w:basedOn w:val="CommentTextChar"/>
    <w:link w:val="CommentSubject"/>
    <w:uiPriority w:val="99"/>
    <w:semiHidden/>
    <w:rsid w:val="00A04155"/>
    <w:rPr>
      <w:b/>
      <w:bCs/>
      <w:sz w:val="20"/>
      <w:szCs w:val="20"/>
    </w:rPr>
  </w:style>
  <w:style w:type="paragraph" w:styleId="Revision">
    <w:name w:val="Revision"/>
    <w:hidden/>
    <w:uiPriority w:val="99"/>
    <w:semiHidden/>
    <w:rsid w:val="00FE3813"/>
    <w:pPr>
      <w:spacing w:after="0" w:line="240" w:lineRule="auto"/>
    </w:pPr>
  </w:style>
  <w:style w:type="paragraph" w:styleId="EndnoteText">
    <w:name w:val="endnote text"/>
    <w:basedOn w:val="Normal"/>
    <w:link w:val="EndnoteTextChar"/>
    <w:uiPriority w:val="99"/>
    <w:semiHidden/>
    <w:unhideWhenUsed/>
    <w:rsid w:val="00B56B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6B0E"/>
    <w:rPr>
      <w:sz w:val="20"/>
      <w:szCs w:val="20"/>
    </w:rPr>
  </w:style>
  <w:style w:type="character" w:styleId="EndnoteReference">
    <w:name w:val="endnote reference"/>
    <w:basedOn w:val="DefaultParagraphFont"/>
    <w:uiPriority w:val="99"/>
    <w:semiHidden/>
    <w:unhideWhenUsed/>
    <w:rsid w:val="00B56B0E"/>
    <w:rPr>
      <w:vertAlign w:val="superscript"/>
    </w:rPr>
  </w:style>
  <w:style w:type="paragraph" w:styleId="NormalWeb">
    <w:name w:val="Normal (Web)"/>
    <w:basedOn w:val="Normal"/>
    <w:uiPriority w:val="99"/>
    <w:semiHidden/>
    <w:unhideWhenUsed/>
    <w:rsid w:val="00C279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9313">
      <w:bodyDiv w:val="1"/>
      <w:marLeft w:val="0"/>
      <w:marRight w:val="0"/>
      <w:marTop w:val="0"/>
      <w:marBottom w:val="0"/>
      <w:divBdr>
        <w:top w:val="none" w:sz="0" w:space="0" w:color="auto"/>
        <w:left w:val="none" w:sz="0" w:space="0" w:color="auto"/>
        <w:bottom w:val="none" w:sz="0" w:space="0" w:color="auto"/>
        <w:right w:val="none" w:sz="0" w:space="0" w:color="auto"/>
      </w:divBdr>
    </w:div>
    <w:div w:id="5445444">
      <w:bodyDiv w:val="1"/>
      <w:marLeft w:val="0"/>
      <w:marRight w:val="0"/>
      <w:marTop w:val="0"/>
      <w:marBottom w:val="0"/>
      <w:divBdr>
        <w:top w:val="none" w:sz="0" w:space="0" w:color="auto"/>
        <w:left w:val="none" w:sz="0" w:space="0" w:color="auto"/>
        <w:bottom w:val="none" w:sz="0" w:space="0" w:color="auto"/>
        <w:right w:val="none" w:sz="0" w:space="0" w:color="auto"/>
      </w:divBdr>
    </w:div>
    <w:div w:id="9722735">
      <w:bodyDiv w:val="1"/>
      <w:marLeft w:val="0"/>
      <w:marRight w:val="0"/>
      <w:marTop w:val="0"/>
      <w:marBottom w:val="0"/>
      <w:divBdr>
        <w:top w:val="none" w:sz="0" w:space="0" w:color="auto"/>
        <w:left w:val="none" w:sz="0" w:space="0" w:color="auto"/>
        <w:bottom w:val="none" w:sz="0" w:space="0" w:color="auto"/>
        <w:right w:val="none" w:sz="0" w:space="0" w:color="auto"/>
      </w:divBdr>
    </w:div>
    <w:div w:id="26880079">
      <w:bodyDiv w:val="1"/>
      <w:marLeft w:val="0"/>
      <w:marRight w:val="0"/>
      <w:marTop w:val="0"/>
      <w:marBottom w:val="0"/>
      <w:divBdr>
        <w:top w:val="none" w:sz="0" w:space="0" w:color="auto"/>
        <w:left w:val="none" w:sz="0" w:space="0" w:color="auto"/>
        <w:bottom w:val="none" w:sz="0" w:space="0" w:color="auto"/>
        <w:right w:val="none" w:sz="0" w:space="0" w:color="auto"/>
      </w:divBdr>
    </w:div>
    <w:div w:id="54091084">
      <w:bodyDiv w:val="1"/>
      <w:marLeft w:val="0"/>
      <w:marRight w:val="0"/>
      <w:marTop w:val="0"/>
      <w:marBottom w:val="0"/>
      <w:divBdr>
        <w:top w:val="none" w:sz="0" w:space="0" w:color="auto"/>
        <w:left w:val="none" w:sz="0" w:space="0" w:color="auto"/>
        <w:bottom w:val="none" w:sz="0" w:space="0" w:color="auto"/>
        <w:right w:val="none" w:sz="0" w:space="0" w:color="auto"/>
      </w:divBdr>
    </w:div>
    <w:div w:id="63114094">
      <w:bodyDiv w:val="1"/>
      <w:marLeft w:val="0"/>
      <w:marRight w:val="0"/>
      <w:marTop w:val="0"/>
      <w:marBottom w:val="0"/>
      <w:divBdr>
        <w:top w:val="none" w:sz="0" w:space="0" w:color="auto"/>
        <w:left w:val="none" w:sz="0" w:space="0" w:color="auto"/>
        <w:bottom w:val="none" w:sz="0" w:space="0" w:color="auto"/>
        <w:right w:val="none" w:sz="0" w:space="0" w:color="auto"/>
      </w:divBdr>
    </w:div>
    <w:div w:id="88694961">
      <w:bodyDiv w:val="1"/>
      <w:marLeft w:val="0"/>
      <w:marRight w:val="0"/>
      <w:marTop w:val="0"/>
      <w:marBottom w:val="0"/>
      <w:divBdr>
        <w:top w:val="none" w:sz="0" w:space="0" w:color="auto"/>
        <w:left w:val="none" w:sz="0" w:space="0" w:color="auto"/>
        <w:bottom w:val="none" w:sz="0" w:space="0" w:color="auto"/>
        <w:right w:val="none" w:sz="0" w:space="0" w:color="auto"/>
      </w:divBdr>
    </w:div>
    <w:div w:id="90972879">
      <w:bodyDiv w:val="1"/>
      <w:marLeft w:val="0"/>
      <w:marRight w:val="0"/>
      <w:marTop w:val="0"/>
      <w:marBottom w:val="0"/>
      <w:divBdr>
        <w:top w:val="none" w:sz="0" w:space="0" w:color="auto"/>
        <w:left w:val="none" w:sz="0" w:space="0" w:color="auto"/>
        <w:bottom w:val="none" w:sz="0" w:space="0" w:color="auto"/>
        <w:right w:val="none" w:sz="0" w:space="0" w:color="auto"/>
      </w:divBdr>
    </w:div>
    <w:div w:id="114297951">
      <w:bodyDiv w:val="1"/>
      <w:marLeft w:val="0"/>
      <w:marRight w:val="0"/>
      <w:marTop w:val="0"/>
      <w:marBottom w:val="0"/>
      <w:divBdr>
        <w:top w:val="none" w:sz="0" w:space="0" w:color="auto"/>
        <w:left w:val="none" w:sz="0" w:space="0" w:color="auto"/>
        <w:bottom w:val="none" w:sz="0" w:space="0" w:color="auto"/>
        <w:right w:val="none" w:sz="0" w:space="0" w:color="auto"/>
      </w:divBdr>
    </w:div>
    <w:div w:id="124130970">
      <w:bodyDiv w:val="1"/>
      <w:marLeft w:val="0"/>
      <w:marRight w:val="0"/>
      <w:marTop w:val="0"/>
      <w:marBottom w:val="0"/>
      <w:divBdr>
        <w:top w:val="none" w:sz="0" w:space="0" w:color="auto"/>
        <w:left w:val="none" w:sz="0" w:space="0" w:color="auto"/>
        <w:bottom w:val="none" w:sz="0" w:space="0" w:color="auto"/>
        <w:right w:val="none" w:sz="0" w:space="0" w:color="auto"/>
      </w:divBdr>
    </w:div>
    <w:div w:id="135415104">
      <w:bodyDiv w:val="1"/>
      <w:marLeft w:val="0"/>
      <w:marRight w:val="0"/>
      <w:marTop w:val="0"/>
      <w:marBottom w:val="0"/>
      <w:divBdr>
        <w:top w:val="none" w:sz="0" w:space="0" w:color="auto"/>
        <w:left w:val="none" w:sz="0" w:space="0" w:color="auto"/>
        <w:bottom w:val="none" w:sz="0" w:space="0" w:color="auto"/>
        <w:right w:val="none" w:sz="0" w:space="0" w:color="auto"/>
      </w:divBdr>
    </w:div>
    <w:div w:id="144931333">
      <w:bodyDiv w:val="1"/>
      <w:marLeft w:val="0"/>
      <w:marRight w:val="0"/>
      <w:marTop w:val="0"/>
      <w:marBottom w:val="0"/>
      <w:divBdr>
        <w:top w:val="none" w:sz="0" w:space="0" w:color="auto"/>
        <w:left w:val="none" w:sz="0" w:space="0" w:color="auto"/>
        <w:bottom w:val="none" w:sz="0" w:space="0" w:color="auto"/>
        <w:right w:val="none" w:sz="0" w:space="0" w:color="auto"/>
      </w:divBdr>
    </w:div>
    <w:div w:id="148331550">
      <w:bodyDiv w:val="1"/>
      <w:marLeft w:val="0"/>
      <w:marRight w:val="0"/>
      <w:marTop w:val="0"/>
      <w:marBottom w:val="0"/>
      <w:divBdr>
        <w:top w:val="none" w:sz="0" w:space="0" w:color="auto"/>
        <w:left w:val="none" w:sz="0" w:space="0" w:color="auto"/>
        <w:bottom w:val="none" w:sz="0" w:space="0" w:color="auto"/>
        <w:right w:val="none" w:sz="0" w:space="0" w:color="auto"/>
      </w:divBdr>
    </w:div>
    <w:div w:id="152139082">
      <w:bodyDiv w:val="1"/>
      <w:marLeft w:val="0"/>
      <w:marRight w:val="0"/>
      <w:marTop w:val="0"/>
      <w:marBottom w:val="0"/>
      <w:divBdr>
        <w:top w:val="none" w:sz="0" w:space="0" w:color="auto"/>
        <w:left w:val="none" w:sz="0" w:space="0" w:color="auto"/>
        <w:bottom w:val="none" w:sz="0" w:space="0" w:color="auto"/>
        <w:right w:val="none" w:sz="0" w:space="0" w:color="auto"/>
      </w:divBdr>
    </w:div>
    <w:div w:id="154691897">
      <w:bodyDiv w:val="1"/>
      <w:marLeft w:val="0"/>
      <w:marRight w:val="0"/>
      <w:marTop w:val="0"/>
      <w:marBottom w:val="0"/>
      <w:divBdr>
        <w:top w:val="none" w:sz="0" w:space="0" w:color="auto"/>
        <w:left w:val="none" w:sz="0" w:space="0" w:color="auto"/>
        <w:bottom w:val="none" w:sz="0" w:space="0" w:color="auto"/>
        <w:right w:val="none" w:sz="0" w:space="0" w:color="auto"/>
      </w:divBdr>
    </w:div>
    <w:div w:id="185681620">
      <w:bodyDiv w:val="1"/>
      <w:marLeft w:val="0"/>
      <w:marRight w:val="0"/>
      <w:marTop w:val="0"/>
      <w:marBottom w:val="0"/>
      <w:divBdr>
        <w:top w:val="none" w:sz="0" w:space="0" w:color="auto"/>
        <w:left w:val="none" w:sz="0" w:space="0" w:color="auto"/>
        <w:bottom w:val="none" w:sz="0" w:space="0" w:color="auto"/>
        <w:right w:val="none" w:sz="0" w:space="0" w:color="auto"/>
      </w:divBdr>
    </w:div>
    <w:div w:id="212085901">
      <w:bodyDiv w:val="1"/>
      <w:marLeft w:val="0"/>
      <w:marRight w:val="0"/>
      <w:marTop w:val="0"/>
      <w:marBottom w:val="0"/>
      <w:divBdr>
        <w:top w:val="none" w:sz="0" w:space="0" w:color="auto"/>
        <w:left w:val="none" w:sz="0" w:space="0" w:color="auto"/>
        <w:bottom w:val="none" w:sz="0" w:space="0" w:color="auto"/>
        <w:right w:val="none" w:sz="0" w:space="0" w:color="auto"/>
      </w:divBdr>
    </w:div>
    <w:div w:id="212665716">
      <w:bodyDiv w:val="1"/>
      <w:marLeft w:val="0"/>
      <w:marRight w:val="0"/>
      <w:marTop w:val="0"/>
      <w:marBottom w:val="0"/>
      <w:divBdr>
        <w:top w:val="none" w:sz="0" w:space="0" w:color="auto"/>
        <w:left w:val="none" w:sz="0" w:space="0" w:color="auto"/>
        <w:bottom w:val="none" w:sz="0" w:space="0" w:color="auto"/>
        <w:right w:val="none" w:sz="0" w:space="0" w:color="auto"/>
      </w:divBdr>
    </w:div>
    <w:div w:id="216666670">
      <w:bodyDiv w:val="1"/>
      <w:marLeft w:val="0"/>
      <w:marRight w:val="0"/>
      <w:marTop w:val="0"/>
      <w:marBottom w:val="0"/>
      <w:divBdr>
        <w:top w:val="none" w:sz="0" w:space="0" w:color="auto"/>
        <w:left w:val="none" w:sz="0" w:space="0" w:color="auto"/>
        <w:bottom w:val="none" w:sz="0" w:space="0" w:color="auto"/>
        <w:right w:val="none" w:sz="0" w:space="0" w:color="auto"/>
      </w:divBdr>
    </w:div>
    <w:div w:id="262153468">
      <w:bodyDiv w:val="1"/>
      <w:marLeft w:val="0"/>
      <w:marRight w:val="0"/>
      <w:marTop w:val="0"/>
      <w:marBottom w:val="0"/>
      <w:divBdr>
        <w:top w:val="none" w:sz="0" w:space="0" w:color="auto"/>
        <w:left w:val="none" w:sz="0" w:space="0" w:color="auto"/>
        <w:bottom w:val="none" w:sz="0" w:space="0" w:color="auto"/>
        <w:right w:val="none" w:sz="0" w:space="0" w:color="auto"/>
      </w:divBdr>
    </w:div>
    <w:div w:id="272788888">
      <w:bodyDiv w:val="1"/>
      <w:marLeft w:val="0"/>
      <w:marRight w:val="0"/>
      <w:marTop w:val="0"/>
      <w:marBottom w:val="0"/>
      <w:divBdr>
        <w:top w:val="none" w:sz="0" w:space="0" w:color="auto"/>
        <w:left w:val="none" w:sz="0" w:space="0" w:color="auto"/>
        <w:bottom w:val="none" w:sz="0" w:space="0" w:color="auto"/>
        <w:right w:val="none" w:sz="0" w:space="0" w:color="auto"/>
      </w:divBdr>
    </w:div>
    <w:div w:id="285476565">
      <w:bodyDiv w:val="1"/>
      <w:marLeft w:val="0"/>
      <w:marRight w:val="0"/>
      <w:marTop w:val="0"/>
      <w:marBottom w:val="0"/>
      <w:divBdr>
        <w:top w:val="none" w:sz="0" w:space="0" w:color="auto"/>
        <w:left w:val="none" w:sz="0" w:space="0" w:color="auto"/>
        <w:bottom w:val="none" w:sz="0" w:space="0" w:color="auto"/>
        <w:right w:val="none" w:sz="0" w:space="0" w:color="auto"/>
      </w:divBdr>
    </w:div>
    <w:div w:id="298266401">
      <w:bodyDiv w:val="1"/>
      <w:marLeft w:val="0"/>
      <w:marRight w:val="0"/>
      <w:marTop w:val="0"/>
      <w:marBottom w:val="0"/>
      <w:divBdr>
        <w:top w:val="none" w:sz="0" w:space="0" w:color="auto"/>
        <w:left w:val="none" w:sz="0" w:space="0" w:color="auto"/>
        <w:bottom w:val="none" w:sz="0" w:space="0" w:color="auto"/>
        <w:right w:val="none" w:sz="0" w:space="0" w:color="auto"/>
      </w:divBdr>
    </w:div>
    <w:div w:id="300354821">
      <w:bodyDiv w:val="1"/>
      <w:marLeft w:val="0"/>
      <w:marRight w:val="0"/>
      <w:marTop w:val="0"/>
      <w:marBottom w:val="0"/>
      <w:divBdr>
        <w:top w:val="none" w:sz="0" w:space="0" w:color="auto"/>
        <w:left w:val="none" w:sz="0" w:space="0" w:color="auto"/>
        <w:bottom w:val="none" w:sz="0" w:space="0" w:color="auto"/>
        <w:right w:val="none" w:sz="0" w:space="0" w:color="auto"/>
      </w:divBdr>
    </w:div>
    <w:div w:id="305086896">
      <w:bodyDiv w:val="1"/>
      <w:marLeft w:val="0"/>
      <w:marRight w:val="0"/>
      <w:marTop w:val="0"/>
      <w:marBottom w:val="0"/>
      <w:divBdr>
        <w:top w:val="none" w:sz="0" w:space="0" w:color="auto"/>
        <w:left w:val="none" w:sz="0" w:space="0" w:color="auto"/>
        <w:bottom w:val="none" w:sz="0" w:space="0" w:color="auto"/>
        <w:right w:val="none" w:sz="0" w:space="0" w:color="auto"/>
      </w:divBdr>
    </w:div>
    <w:div w:id="308900971">
      <w:bodyDiv w:val="1"/>
      <w:marLeft w:val="0"/>
      <w:marRight w:val="0"/>
      <w:marTop w:val="0"/>
      <w:marBottom w:val="0"/>
      <w:divBdr>
        <w:top w:val="none" w:sz="0" w:space="0" w:color="auto"/>
        <w:left w:val="none" w:sz="0" w:space="0" w:color="auto"/>
        <w:bottom w:val="none" w:sz="0" w:space="0" w:color="auto"/>
        <w:right w:val="none" w:sz="0" w:space="0" w:color="auto"/>
      </w:divBdr>
    </w:div>
    <w:div w:id="319385443">
      <w:bodyDiv w:val="1"/>
      <w:marLeft w:val="0"/>
      <w:marRight w:val="0"/>
      <w:marTop w:val="0"/>
      <w:marBottom w:val="0"/>
      <w:divBdr>
        <w:top w:val="none" w:sz="0" w:space="0" w:color="auto"/>
        <w:left w:val="none" w:sz="0" w:space="0" w:color="auto"/>
        <w:bottom w:val="none" w:sz="0" w:space="0" w:color="auto"/>
        <w:right w:val="none" w:sz="0" w:space="0" w:color="auto"/>
      </w:divBdr>
    </w:div>
    <w:div w:id="335771566">
      <w:bodyDiv w:val="1"/>
      <w:marLeft w:val="0"/>
      <w:marRight w:val="0"/>
      <w:marTop w:val="0"/>
      <w:marBottom w:val="0"/>
      <w:divBdr>
        <w:top w:val="none" w:sz="0" w:space="0" w:color="auto"/>
        <w:left w:val="none" w:sz="0" w:space="0" w:color="auto"/>
        <w:bottom w:val="none" w:sz="0" w:space="0" w:color="auto"/>
        <w:right w:val="none" w:sz="0" w:space="0" w:color="auto"/>
      </w:divBdr>
    </w:div>
    <w:div w:id="341510993">
      <w:bodyDiv w:val="1"/>
      <w:marLeft w:val="0"/>
      <w:marRight w:val="0"/>
      <w:marTop w:val="0"/>
      <w:marBottom w:val="0"/>
      <w:divBdr>
        <w:top w:val="none" w:sz="0" w:space="0" w:color="auto"/>
        <w:left w:val="none" w:sz="0" w:space="0" w:color="auto"/>
        <w:bottom w:val="none" w:sz="0" w:space="0" w:color="auto"/>
        <w:right w:val="none" w:sz="0" w:space="0" w:color="auto"/>
      </w:divBdr>
    </w:div>
    <w:div w:id="349720348">
      <w:bodyDiv w:val="1"/>
      <w:marLeft w:val="0"/>
      <w:marRight w:val="0"/>
      <w:marTop w:val="0"/>
      <w:marBottom w:val="0"/>
      <w:divBdr>
        <w:top w:val="none" w:sz="0" w:space="0" w:color="auto"/>
        <w:left w:val="none" w:sz="0" w:space="0" w:color="auto"/>
        <w:bottom w:val="none" w:sz="0" w:space="0" w:color="auto"/>
        <w:right w:val="none" w:sz="0" w:space="0" w:color="auto"/>
      </w:divBdr>
    </w:div>
    <w:div w:id="349722440">
      <w:bodyDiv w:val="1"/>
      <w:marLeft w:val="0"/>
      <w:marRight w:val="0"/>
      <w:marTop w:val="0"/>
      <w:marBottom w:val="0"/>
      <w:divBdr>
        <w:top w:val="none" w:sz="0" w:space="0" w:color="auto"/>
        <w:left w:val="none" w:sz="0" w:space="0" w:color="auto"/>
        <w:bottom w:val="none" w:sz="0" w:space="0" w:color="auto"/>
        <w:right w:val="none" w:sz="0" w:space="0" w:color="auto"/>
      </w:divBdr>
    </w:div>
    <w:div w:id="358359410">
      <w:bodyDiv w:val="1"/>
      <w:marLeft w:val="0"/>
      <w:marRight w:val="0"/>
      <w:marTop w:val="0"/>
      <w:marBottom w:val="0"/>
      <w:divBdr>
        <w:top w:val="none" w:sz="0" w:space="0" w:color="auto"/>
        <w:left w:val="none" w:sz="0" w:space="0" w:color="auto"/>
        <w:bottom w:val="none" w:sz="0" w:space="0" w:color="auto"/>
        <w:right w:val="none" w:sz="0" w:space="0" w:color="auto"/>
      </w:divBdr>
    </w:div>
    <w:div w:id="382601425">
      <w:bodyDiv w:val="1"/>
      <w:marLeft w:val="0"/>
      <w:marRight w:val="0"/>
      <w:marTop w:val="0"/>
      <w:marBottom w:val="0"/>
      <w:divBdr>
        <w:top w:val="none" w:sz="0" w:space="0" w:color="auto"/>
        <w:left w:val="none" w:sz="0" w:space="0" w:color="auto"/>
        <w:bottom w:val="none" w:sz="0" w:space="0" w:color="auto"/>
        <w:right w:val="none" w:sz="0" w:space="0" w:color="auto"/>
      </w:divBdr>
    </w:div>
    <w:div w:id="385951415">
      <w:bodyDiv w:val="1"/>
      <w:marLeft w:val="0"/>
      <w:marRight w:val="0"/>
      <w:marTop w:val="0"/>
      <w:marBottom w:val="0"/>
      <w:divBdr>
        <w:top w:val="none" w:sz="0" w:space="0" w:color="auto"/>
        <w:left w:val="none" w:sz="0" w:space="0" w:color="auto"/>
        <w:bottom w:val="none" w:sz="0" w:space="0" w:color="auto"/>
        <w:right w:val="none" w:sz="0" w:space="0" w:color="auto"/>
      </w:divBdr>
      <w:divsChild>
        <w:div w:id="519390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4136063">
      <w:bodyDiv w:val="1"/>
      <w:marLeft w:val="0"/>
      <w:marRight w:val="0"/>
      <w:marTop w:val="0"/>
      <w:marBottom w:val="0"/>
      <w:divBdr>
        <w:top w:val="none" w:sz="0" w:space="0" w:color="auto"/>
        <w:left w:val="none" w:sz="0" w:space="0" w:color="auto"/>
        <w:bottom w:val="none" w:sz="0" w:space="0" w:color="auto"/>
        <w:right w:val="none" w:sz="0" w:space="0" w:color="auto"/>
      </w:divBdr>
    </w:div>
    <w:div w:id="435179246">
      <w:bodyDiv w:val="1"/>
      <w:marLeft w:val="0"/>
      <w:marRight w:val="0"/>
      <w:marTop w:val="0"/>
      <w:marBottom w:val="0"/>
      <w:divBdr>
        <w:top w:val="none" w:sz="0" w:space="0" w:color="auto"/>
        <w:left w:val="none" w:sz="0" w:space="0" w:color="auto"/>
        <w:bottom w:val="none" w:sz="0" w:space="0" w:color="auto"/>
        <w:right w:val="none" w:sz="0" w:space="0" w:color="auto"/>
      </w:divBdr>
    </w:div>
    <w:div w:id="473527963">
      <w:bodyDiv w:val="1"/>
      <w:marLeft w:val="0"/>
      <w:marRight w:val="0"/>
      <w:marTop w:val="0"/>
      <w:marBottom w:val="0"/>
      <w:divBdr>
        <w:top w:val="none" w:sz="0" w:space="0" w:color="auto"/>
        <w:left w:val="none" w:sz="0" w:space="0" w:color="auto"/>
        <w:bottom w:val="none" w:sz="0" w:space="0" w:color="auto"/>
        <w:right w:val="none" w:sz="0" w:space="0" w:color="auto"/>
      </w:divBdr>
    </w:div>
    <w:div w:id="486016857">
      <w:bodyDiv w:val="1"/>
      <w:marLeft w:val="0"/>
      <w:marRight w:val="0"/>
      <w:marTop w:val="0"/>
      <w:marBottom w:val="0"/>
      <w:divBdr>
        <w:top w:val="none" w:sz="0" w:space="0" w:color="auto"/>
        <w:left w:val="none" w:sz="0" w:space="0" w:color="auto"/>
        <w:bottom w:val="none" w:sz="0" w:space="0" w:color="auto"/>
        <w:right w:val="none" w:sz="0" w:space="0" w:color="auto"/>
      </w:divBdr>
    </w:div>
    <w:div w:id="495194565">
      <w:bodyDiv w:val="1"/>
      <w:marLeft w:val="0"/>
      <w:marRight w:val="0"/>
      <w:marTop w:val="0"/>
      <w:marBottom w:val="0"/>
      <w:divBdr>
        <w:top w:val="none" w:sz="0" w:space="0" w:color="auto"/>
        <w:left w:val="none" w:sz="0" w:space="0" w:color="auto"/>
        <w:bottom w:val="none" w:sz="0" w:space="0" w:color="auto"/>
        <w:right w:val="none" w:sz="0" w:space="0" w:color="auto"/>
      </w:divBdr>
    </w:div>
    <w:div w:id="503710046">
      <w:bodyDiv w:val="1"/>
      <w:marLeft w:val="0"/>
      <w:marRight w:val="0"/>
      <w:marTop w:val="0"/>
      <w:marBottom w:val="0"/>
      <w:divBdr>
        <w:top w:val="none" w:sz="0" w:space="0" w:color="auto"/>
        <w:left w:val="none" w:sz="0" w:space="0" w:color="auto"/>
        <w:bottom w:val="none" w:sz="0" w:space="0" w:color="auto"/>
        <w:right w:val="none" w:sz="0" w:space="0" w:color="auto"/>
      </w:divBdr>
    </w:div>
    <w:div w:id="512769481">
      <w:bodyDiv w:val="1"/>
      <w:marLeft w:val="0"/>
      <w:marRight w:val="0"/>
      <w:marTop w:val="0"/>
      <w:marBottom w:val="0"/>
      <w:divBdr>
        <w:top w:val="none" w:sz="0" w:space="0" w:color="auto"/>
        <w:left w:val="none" w:sz="0" w:space="0" w:color="auto"/>
        <w:bottom w:val="none" w:sz="0" w:space="0" w:color="auto"/>
        <w:right w:val="none" w:sz="0" w:space="0" w:color="auto"/>
      </w:divBdr>
    </w:div>
    <w:div w:id="523373314">
      <w:bodyDiv w:val="1"/>
      <w:marLeft w:val="0"/>
      <w:marRight w:val="0"/>
      <w:marTop w:val="0"/>
      <w:marBottom w:val="0"/>
      <w:divBdr>
        <w:top w:val="none" w:sz="0" w:space="0" w:color="auto"/>
        <w:left w:val="none" w:sz="0" w:space="0" w:color="auto"/>
        <w:bottom w:val="none" w:sz="0" w:space="0" w:color="auto"/>
        <w:right w:val="none" w:sz="0" w:space="0" w:color="auto"/>
      </w:divBdr>
    </w:div>
    <w:div w:id="523905672">
      <w:bodyDiv w:val="1"/>
      <w:marLeft w:val="0"/>
      <w:marRight w:val="0"/>
      <w:marTop w:val="0"/>
      <w:marBottom w:val="0"/>
      <w:divBdr>
        <w:top w:val="none" w:sz="0" w:space="0" w:color="auto"/>
        <w:left w:val="none" w:sz="0" w:space="0" w:color="auto"/>
        <w:bottom w:val="none" w:sz="0" w:space="0" w:color="auto"/>
        <w:right w:val="none" w:sz="0" w:space="0" w:color="auto"/>
      </w:divBdr>
    </w:div>
    <w:div w:id="541943905">
      <w:bodyDiv w:val="1"/>
      <w:marLeft w:val="0"/>
      <w:marRight w:val="0"/>
      <w:marTop w:val="0"/>
      <w:marBottom w:val="0"/>
      <w:divBdr>
        <w:top w:val="none" w:sz="0" w:space="0" w:color="auto"/>
        <w:left w:val="none" w:sz="0" w:space="0" w:color="auto"/>
        <w:bottom w:val="none" w:sz="0" w:space="0" w:color="auto"/>
        <w:right w:val="none" w:sz="0" w:space="0" w:color="auto"/>
      </w:divBdr>
    </w:div>
    <w:div w:id="545915414">
      <w:bodyDiv w:val="1"/>
      <w:marLeft w:val="0"/>
      <w:marRight w:val="0"/>
      <w:marTop w:val="0"/>
      <w:marBottom w:val="0"/>
      <w:divBdr>
        <w:top w:val="none" w:sz="0" w:space="0" w:color="auto"/>
        <w:left w:val="none" w:sz="0" w:space="0" w:color="auto"/>
        <w:bottom w:val="none" w:sz="0" w:space="0" w:color="auto"/>
        <w:right w:val="none" w:sz="0" w:space="0" w:color="auto"/>
      </w:divBdr>
    </w:div>
    <w:div w:id="559024710">
      <w:bodyDiv w:val="1"/>
      <w:marLeft w:val="0"/>
      <w:marRight w:val="0"/>
      <w:marTop w:val="0"/>
      <w:marBottom w:val="0"/>
      <w:divBdr>
        <w:top w:val="none" w:sz="0" w:space="0" w:color="auto"/>
        <w:left w:val="none" w:sz="0" w:space="0" w:color="auto"/>
        <w:bottom w:val="none" w:sz="0" w:space="0" w:color="auto"/>
        <w:right w:val="none" w:sz="0" w:space="0" w:color="auto"/>
      </w:divBdr>
    </w:div>
    <w:div w:id="570046304">
      <w:bodyDiv w:val="1"/>
      <w:marLeft w:val="0"/>
      <w:marRight w:val="0"/>
      <w:marTop w:val="0"/>
      <w:marBottom w:val="0"/>
      <w:divBdr>
        <w:top w:val="none" w:sz="0" w:space="0" w:color="auto"/>
        <w:left w:val="none" w:sz="0" w:space="0" w:color="auto"/>
        <w:bottom w:val="none" w:sz="0" w:space="0" w:color="auto"/>
        <w:right w:val="none" w:sz="0" w:space="0" w:color="auto"/>
      </w:divBdr>
    </w:div>
    <w:div w:id="574124592">
      <w:bodyDiv w:val="1"/>
      <w:marLeft w:val="0"/>
      <w:marRight w:val="0"/>
      <w:marTop w:val="0"/>
      <w:marBottom w:val="0"/>
      <w:divBdr>
        <w:top w:val="none" w:sz="0" w:space="0" w:color="auto"/>
        <w:left w:val="none" w:sz="0" w:space="0" w:color="auto"/>
        <w:bottom w:val="none" w:sz="0" w:space="0" w:color="auto"/>
        <w:right w:val="none" w:sz="0" w:space="0" w:color="auto"/>
      </w:divBdr>
    </w:div>
    <w:div w:id="595360598">
      <w:bodyDiv w:val="1"/>
      <w:marLeft w:val="0"/>
      <w:marRight w:val="0"/>
      <w:marTop w:val="0"/>
      <w:marBottom w:val="0"/>
      <w:divBdr>
        <w:top w:val="none" w:sz="0" w:space="0" w:color="auto"/>
        <w:left w:val="none" w:sz="0" w:space="0" w:color="auto"/>
        <w:bottom w:val="none" w:sz="0" w:space="0" w:color="auto"/>
        <w:right w:val="none" w:sz="0" w:space="0" w:color="auto"/>
      </w:divBdr>
    </w:div>
    <w:div w:id="600264925">
      <w:bodyDiv w:val="1"/>
      <w:marLeft w:val="0"/>
      <w:marRight w:val="0"/>
      <w:marTop w:val="0"/>
      <w:marBottom w:val="0"/>
      <w:divBdr>
        <w:top w:val="none" w:sz="0" w:space="0" w:color="auto"/>
        <w:left w:val="none" w:sz="0" w:space="0" w:color="auto"/>
        <w:bottom w:val="none" w:sz="0" w:space="0" w:color="auto"/>
        <w:right w:val="none" w:sz="0" w:space="0" w:color="auto"/>
      </w:divBdr>
    </w:div>
    <w:div w:id="609512563">
      <w:bodyDiv w:val="1"/>
      <w:marLeft w:val="0"/>
      <w:marRight w:val="0"/>
      <w:marTop w:val="0"/>
      <w:marBottom w:val="0"/>
      <w:divBdr>
        <w:top w:val="none" w:sz="0" w:space="0" w:color="auto"/>
        <w:left w:val="none" w:sz="0" w:space="0" w:color="auto"/>
        <w:bottom w:val="none" w:sz="0" w:space="0" w:color="auto"/>
        <w:right w:val="none" w:sz="0" w:space="0" w:color="auto"/>
      </w:divBdr>
    </w:div>
    <w:div w:id="630092409">
      <w:bodyDiv w:val="1"/>
      <w:marLeft w:val="0"/>
      <w:marRight w:val="0"/>
      <w:marTop w:val="0"/>
      <w:marBottom w:val="0"/>
      <w:divBdr>
        <w:top w:val="none" w:sz="0" w:space="0" w:color="auto"/>
        <w:left w:val="none" w:sz="0" w:space="0" w:color="auto"/>
        <w:bottom w:val="none" w:sz="0" w:space="0" w:color="auto"/>
        <w:right w:val="none" w:sz="0" w:space="0" w:color="auto"/>
      </w:divBdr>
    </w:div>
    <w:div w:id="650445977">
      <w:bodyDiv w:val="1"/>
      <w:marLeft w:val="0"/>
      <w:marRight w:val="0"/>
      <w:marTop w:val="0"/>
      <w:marBottom w:val="0"/>
      <w:divBdr>
        <w:top w:val="none" w:sz="0" w:space="0" w:color="auto"/>
        <w:left w:val="none" w:sz="0" w:space="0" w:color="auto"/>
        <w:bottom w:val="none" w:sz="0" w:space="0" w:color="auto"/>
        <w:right w:val="none" w:sz="0" w:space="0" w:color="auto"/>
      </w:divBdr>
    </w:div>
    <w:div w:id="660281387">
      <w:bodyDiv w:val="1"/>
      <w:marLeft w:val="0"/>
      <w:marRight w:val="0"/>
      <w:marTop w:val="0"/>
      <w:marBottom w:val="0"/>
      <w:divBdr>
        <w:top w:val="none" w:sz="0" w:space="0" w:color="auto"/>
        <w:left w:val="none" w:sz="0" w:space="0" w:color="auto"/>
        <w:bottom w:val="none" w:sz="0" w:space="0" w:color="auto"/>
        <w:right w:val="none" w:sz="0" w:space="0" w:color="auto"/>
      </w:divBdr>
    </w:div>
    <w:div w:id="666133023">
      <w:bodyDiv w:val="1"/>
      <w:marLeft w:val="0"/>
      <w:marRight w:val="0"/>
      <w:marTop w:val="0"/>
      <w:marBottom w:val="0"/>
      <w:divBdr>
        <w:top w:val="none" w:sz="0" w:space="0" w:color="auto"/>
        <w:left w:val="none" w:sz="0" w:space="0" w:color="auto"/>
        <w:bottom w:val="none" w:sz="0" w:space="0" w:color="auto"/>
        <w:right w:val="none" w:sz="0" w:space="0" w:color="auto"/>
      </w:divBdr>
    </w:div>
    <w:div w:id="688023045">
      <w:bodyDiv w:val="1"/>
      <w:marLeft w:val="0"/>
      <w:marRight w:val="0"/>
      <w:marTop w:val="0"/>
      <w:marBottom w:val="0"/>
      <w:divBdr>
        <w:top w:val="none" w:sz="0" w:space="0" w:color="auto"/>
        <w:left w:val="none" w:sz="0" w:space="0" w:color="auto"/>
        <w:bottom w:val="none" w:sz="0" w:space="0" w:color="auto"/>
        <w:right w:val="none" w:sz="0" w:space="0" w:color="auto"/>
      </w:divBdr>
    </w:div>
    <w:div w:id="696851222">
      <w:bodyDiv w:val="1"/>
      <w:marLeft w:val="0"/>
      <w:marRight w:val="0"/>
      <w:marTop w:val="0"/>
      <w:marBottom w:val="0"/>
      <w:divBdr>
        <w:top w:val="none" w:sz="0" w:space="0" w:color="auto"/>
        <w:left w:val="none" w:sz="0" w:space="0" w:color="auto"/>
        <w:bottom w:val="none" w:sz="0" w:space="0" w:color="auto"/>
        <w:right w:val="none" w:sz="0" w:space="0" w:color="auto"/>
      </w:divBdr>
    </w:div>
    <w:div w:id="702677678">
      <w:bodyDiv w:val="1"/>
      <w:marLeft w:val="0"/>
      <w:marRight w:val="0"/>
      <w:marTop w:val="0"/>
      <w:marBottom w:val="0"/>
      <w:divBdr>
        <w:top w:val="none" w:sz="0" w:space="0" w:color="auto"/>
        <w:left w:val="none" w:sz="0" w:space="0" w:color="auto"/>
        <w:bottom w:val="none" w:sz="0" w:space="0" w:color="auto"/>
        <w:right w:val="none" w:sz="0" w:space="0" w:color="auto"/>
      </w:divBdr>
    </w:div>
    <w:div w:id="722216360">
      <w:bodyDiv w:val="1"/>
      <w:marLeft w:val="0"/>
      <w:marRight w:val="0"/>
      <w:marTop w:val="0"/>
      <w:marBottom w:val="0"/>
      <w:divBdr>
        <w:top w:val="none" w:sz="0" w:space="0" w:color="auto"/>
        <w:left w:val="none" w:sz="0" w:space="0" w:color="auto"/>
        <w:bottom w:val="none" w:sz="0" w:space="0" w:color="auto"/>
        <w:right w:val="none" w:sz="0" w:space="0" w:color="auto"/>
      </w:divBdr>
    </w:div>
    <w:div w:id="734740997">
      <w:bodyDiv w:val="1"/>
      <w:marLeft w:val="0"/>
      <w:marRight w:val="0"/>
      <w:marTop w:val="0"/>
      <w:marBottom w:val="0"/>
      <w:divBdr>
        <w:top w:val="none" w:sz="0" w:space="0" w:color="auto"/>
        <w:left w:val="none" w:sz="0" w:space="0" w:color="auto"/>
        <w:bottom w:val="none" w:sz="0" w:space="0" w:color="auto"/>
        <w:right w:val="none" w:sz="0" w:space="0" w:color="auto"/>
      </w:divBdr>
    </w:div>
    <w:div w:id="746728248">
      <w:bodyDiv w:val="1"/>
      <w:marLeft w:val="0"/>
      <w:marRight w:val="0"/>
      <w:marTop w:val="0"/>
      <w:marBottom w:val="0"/>
      <w:divBdr>
        <w:top w:val="none" w:sz="0" w:space="0" w:color="auto"/>
        <w:left w:val="none" w:sz="0" w:space="0" w:color="auto"/>
        <w:bottom w:val="none" w:sz="0" w:space="0" w:color="auto"/>
        <w:right w:val="none" w:sz="0" w:space="0" w:color="auto"/>
      </w:divBdr>
    </w:div>
    <w:div w:id="770321515">
      <w:bodyDiv w:val="1"/>
      <w:marLeft w:val="0"/>
      <w:marRight w:val="0"/>
      <w:marTop w:val="0"/>
      <w:marBottom w:val="0"/>
      <w:divBdr>
        <w:top w:val="none" w:sz="0" w:space="0" w:color="auto"/>
        <w:left w:val="none" w:sz="0" w:space="0" w:color="auto"/>
        <w:bottom w:val="none" w:sz="0" w:space="0" w:color="auto"/>
        <w:right w:val="none" w:sz="0" w:space="0" w:color="auto"/>
      </w:divBdr>
    </w:div>
    <w:div w:id="805851498">
      <w:bodyDiv w:val="1"/>
      <w:marLeft w:val="0"/>
      <w:marRight w:val="0"/>
      <w:marTop w:val="0"/>
      <w:marBottom w:val="0"/>
      <w:divBdr>
        <w:top w:val="none" w:sz="0" w:space="0" w:color="auto"/>
        <w:left w:val="none" w:sz="0" w:space="0" w:color="auto"/>
        <w:bottom w:val="none" w:sz="0" w:space="0" w:color="auto"/>
        <w:right w:val="none" w:sz="0" w:space="0" w:color="auto"/>
      </w:divBdr>
    </w:div>
    <w:div w:id="831533197">
      <w:bodyDiv w:val="1"/>
      <w:marLeft w:val="0"/>
      <w:marRight w:val="0"/>
      <w:marTop w:val="0"/>
      <w:marBottom w:val="0"/>
      <w:divBdr>
        <w:top w:val="none" w:sz="0" w:space="0" w:color="auto"/>
        <w:left w:val="none" w:sz="0" w:space="0" w:color="auto"/>
        <w:bottom w:val="none" w:sz="0" w:space="0" w:color="auto"/>
        <w:right w:val="none" w:sz="0" w:space="0" w:color="auto"/>
      </w:divBdr>
    </w:div>
    <w:div w:id="845249225">
      <w:bodyDiv w:val="1"/>
      <w:marLeft w:val="0"/>
      <w:marRight w:val="0"/>
      <w:marTop w:val="0"/>
      <w:marBottom w:val="0"/>
      <w:divBdr>
        <w:top w:val="none" w:sz="0" w:space="0" w:color="auto"/>
        <w:left w:val="none" w:sz="0" w:space="0" w:color="auto"/>
        <w:bottom w:val="none" w:sz="0" w:space="0" w:color="auto"/>
        <w:right w:val="none" w:sz="0" w:space="0" w:color="auto"/>
      </w:divBdr>
    </w:div>
    <w:div w:id="874585636">
      <w:bodyDiv w:val="1"/>
      <w:marLeft w:val="0"/>
      <w:marRight w:val="0"/>
      <w:marTop w:val="0"/>
      <w:marBottom w:val="0"/>
      <w:divBdr>
        <w:top w:val="none" w:sz="0" w:space="0" w:color="auto"/>
        <w:left w:val="none" w:sz="0" w:space="0" w:color="auto"/>
        <w:bottom w:val="none" w:sz="0" w:space="0" w:color="auto"/>
        <w:right w:val="none" w:sz="0" w:space="0" w:color="auto"/>
      </w:divBdr>
    </w:div>
    <w:div w:id="874586495">
      <w:bodyDiv w:val="1"/>
      <w:marLeft w:val="0"/>
      <w:marRight w:val="0"/>
      <w:marTop w:val="0"/>
      <w:marBottom w:val="0"/>
      <w:divBdr>
        <w:top w:val="none" w:sz="0" w:space="0" w:color="auto"/>
        <w:left w:val="none" w:sz="0" w:space="0" w:color="auto"/>
        <w:bottom w:val="none" w:sz="0" w:space="0" w:color="auto"/>
        <w:right w:val="none" w:sz="0" w:space="0" w:color="auto"/>
      </w:divBdr>
    </w:div>
    <w:div w:id="926186521">
      <w:bodyDiv w:val="1"/>
      <w:marLeft w:val="0"/>
      <w:marRight w:val="0"/>
      <w:marTop w:val="0"/>
      <w:marBottom w:val="0"/>
      <w:divBdr>
        <w:top w:val="none" w:sz="0" w:space="0" w:color="auto"/>
        <w:left w:val="none" w:sz="0" w:space="0" w:color="auto"/>
        <w:bottom w:val="none" w:sz="0" w:space="0" w:color="auto"/>
        <w:right w:val="none" w:sz="0" w:space="0" w:color="auto"/>
      </w:divBdr>
    </w:div>
    <w:div w:id="929855938">
      <w:bodyDiv w:val="1"/>
      <w:marLeft w:val="0"/>
      <w:marRight w:val="0"/>
      <w:marTop w:val="0"/>
      <w:marBottom w:val="0"/>
      <w:divBdr>
        <w:top w:val="none" w:sz="0" w:space="0" w:color="auto"/>
        <w:left w:val="none" w:sz="0" w:space="0" w:color="auto"/>
        <w:bottom w:val="none" w:sz="0" w:space="0" w:color="auto"/>
        <w:right w:val="none" w:sz="0" w:space="0" w:color="auto"/>
      </w:divBdr>
    </w:div>
    <w:div w:id="942802436">
      <w:bodyDiv w:val="1"/>
      <w:marLeft w:val="0"/>
      <w:marRight w:val="0"/>
      <w:marTop w:val="0"/>
      <w:marBottom w:val="0"/>
      <w:divBdr>
        <w:top w:val="none" w:sz="0" w:space="0" w:color="auto"/>
        <w:left w:val="none" w:sz="0" w:space="0" w:color="auto"/>
        <w:bottom w:val="none" w:sz="0" w:space="0" w:color="auto"/>
        <w:right w:val="none" w:sz="0" w:space="0" w:color="auto"/>
      </w:divBdr>
      <w:divsChild>
        <w:div w:id="112067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4046267">
      <w:bodyDiv w:val="1"/>
      <w:marLeft w:val="0"/>
      <w:marRight w:val="0"/>
      <w:marTop w:val="0"/>
      <w:marBottom w:val="0"/>
      <w:divBdr>
        <w:top w:val="none" w:sz="0" w:space="0" w:color="auto"/>
        <w:left w:val="none" w:sz="0" w:space="0" w:color="auto"/>
        <w:bottom w:val="none" w:sz="0" w:space="0" w:color="auto"/>
        <w:right w:val="none" w:sz="0" w:space="0" w:color="auto"/>
      </w:divBdr>
    </w:div>
    <w:div w:id="966590674">
      <w:bodyDiv w:val="1"/>
      <w:marLeft w:val="0"/>
      <w:marRight w:val="0"/>
      <w:marTop w:val="0"/>
      <w:marBottom w:val="0"/>
      <w:divBdr>
        <w:top w:val="none" w:sz="0" w:space="0" w:color="auto"/>
        <w:left w:val="none" w:sz="0" w:space="0" w:color="auto"/>
        <w:bottom w:val="none" w:sz="0" w:space="0" w:color="auto"/>
        <w:right w:val="none" w:sz="0" w:space="0" w:color="auto"/>
      </w:divBdr>
    </w:div>
    <w:div w:id="986670297">
      <w:bodyDiv w:val="1"/>
      <w:marLeft w:val="0"/>
      <w:marRight w:val="0"/>
      <w:marTop w:val="0"/>
      <w:marBottom w:val="0"/>
      <w:divBdr>
        <w:top w:val="none" w:sz="0" w:space="0" w:color="auto"/>
        <w:left w:val="none" w:sz="0" w:space="0" w:color="auto"/>
        <w:bottom w:val="none" w:sz="0" w:space="0" w:color="auto"/>
        <w:right w:val="none" w:sz="0" w:space="0" w:color="auto"/>
      </w:divBdr>
    </w:div>
    <w:div w:id="988175158">
      <w:bodyDiv w:val="1"/>
      <w:marLeft w:val="0"/>
      <w:marRight w:val="0"/>
      <w:marTop w:val="0"/>
      <w:marBottom w:val="0"/>
      <w:divBdr>
        <w:top w:val="none" w:sz="0" w:space="0" w:color="auto"/>
        <w:left w:val="none" w:sz="0" w:space="0" w:color="auto"/>
        <w:bottom w:val="none" w:sz="0" w:space="0" w:color="auto"/>
        <w:right w:val="none" w:sz="0" w:space="0" w:color="auto"/>
      </w:divBdr>
    </w:div>
    <w:div w:id="988706446">
      <w:bodyDiv w:val="1"/>
      <w:marLeft w:val="0"/>
      <w:marRight w:val="0"/>
      <w:marTop w:val="0"/>
      <w:marBottom w:val="0"/>
      <w:divBdr>
        <w:top w:val="none" w:sz="0" w:space="0" w:color="auto"/>
        <w:left w:val="none" w:sz="0" w:space="0" w:color="auto"/>
        <w:bottom w:val="none" w:sz="0" w:space="0" w:color="auto"/>
        <w:right w:val="none" w:sz="0" w:space="0" w:color="auto"/>
      </w:divBdr>
    </w:div>
    <w:div w:id="1011493779">
      <w:bodyDiv w:val="1"/>
      <w:marLeft w:val="0"/>
      <w:marRight w:val="0"/>
      <w:marTop w:val="0"/>
      <w:marBottom w:val="0"/>
      <w:divBdr>
        <w:top w:val="none" w:sz="0" w:space="0" w:color="auto"/>
        <w:left w:val="none" w:sz="0" w:space="0" w:color="auto"/>
        <w:bottom w:val="none" w:sz="0" w:space="0" w:color="auto"/>
        <w:right w:val="none" w:sz="0" w:space="0" w:color="auto"/>
      </w:divBdr>
    </w:div>
    <w:div w:id="1038118629">
      <w:bodyDiv w:val="1"/>
      <w:marLeft w:val="0"/>
      <w:marRight w:val="0"/>
      <w:marTop w:val="0"/>
      <w:marBottom w:val="0"/>
      <w:divBdr>
        <w:top w:val="none" w:sz="0" w:space="0" w:color="auto"/>
        <w:left w:val="none" w:sz="0" w:space="0" w:color="auto"/>
        <w:bottom w:val="none" w:sz="0" w:space="0" w:color="auto"/>
        <w:right w:val="none" w:sz="0" w:space="0" w:color="auto"/>
      </w:divBdr>
    </w:div>
    <w:div w:id="1040278176">
      <w:bodyDiv w:val="1"/>
      <w:marLeft w:val="0"/>
      <w:marRight w:val="0"/>
      <w:marTop w:val="0"/>
      <w:marBottom w:val="0"/>
      <w:divBdr>
        <w:top w:val="none" w:sz="0" w:space="0" w:color="auto"/>
        <w:left w:val="none" w:sz="0" w:space="0" w:color="auto"/>
        <w:bottom w:val="none" w:sz="0" w:space="0" w:color="auto"/>
        <w:right w:val="none" w:sz="0" w:space="0" w:color="auto"/>
      </w:divBdr>
    </w:div>
    <w:div w:id="1040397224">
      <w:bodyDiv w:val="1"/>
      <w:marLeft w:val="0"/>
      <w:marRight w:val="0"/>
      <w:marTop w:val="0"/>
      <w:marBottom w:val="0"/>
      <w:divBdr>
        <w:top w:val="none" w:sz="0" w:space="0" w:color="auto"/>
        <w:left w:val="none" w:sz="0" w:space="0" w:color="auto"/>
        <w:bottom w:val="none" w:sz="0" w:space="0" w:color="auto"/>
        <w:right w:val="none" w:sz="0" w:space="0" w:color="auto"/>
      </w:divBdr>
    </w:div>
    <w:div w:id="1047340164">
      <w:bodyDiv w:val="1"/>
      <w:marLeft w:val="0"/>
      <w:marRight w:val="0"/>
      <w:marTop w:val="0"/>
      <w:marBottom w:val="0"/>
      <w:divBdr>
        <w:top w:val="none" w:sz="0" w:space="0" w:color="auto"/>
        <w:left w:val="none" w:sz="0" w:space="0" w:color="auto"/>
        <w:bottom w:val="none" w:sz="0" w:space="0" w:color="auto"/>
        <w:right w:val="none" w:sz="0" w:space="0" w:color="auto"/>
      </w:divBdr>
    </w:div>
    <w:div w:id="1047797094">
      <w:bodyDiv w:val="1"/>
      <w:marLeft w:val="0"/>
      <w:marRight w:val="0"/>
      <w:marTop w:val="0"/>
      <w:marBottom w:val="0"/>
      <w:divBdr>
        <w:top w:val="none" w:sz="0" w:space="0" w:color="auto"/>
        <w:left w:val="none" w:sz="0" w:space="0" w:color="auto"/>
        <w:bottom w:val="none" w:sz="0" w:space="0" w:color="auto"/>
        <w:right w:val="none" w:sz="0" w:space="0" w:color="auto"/>
      </w:divBdr>
    </w:div>
    <w:div w:id="1049917528">
      <w:bodyDiv w:val="1"/>
      <w:marLeft w:val="0"/>
      <w:marRight w:val="0"/>
      <w:marTop w:val="0"/>
      <w:marBottom w:val="0"/>
      <w:divBdr>
        <w:top w:val="none" w:sz="0" w:space="0" w:color="auto"/>
        <w:left w:val="none" w:sz="0" w:space="0" w:color="auto"/>
        <w:bottom w:val="none" w:sz="0" w:space="0" w:color="auto"/>
        <w:right w:val="none" w:sz="0" w:space="0" w:color="auto"/>
      </w:divBdr>
    </w:div>
    <w:div w:id="1067413200">
      <w:bodyDiv w:val="1"/>
      <w:marLeft w:val="0"/>
      <w:marRight w:val="0"/>
      <w:marTop w:val="0"/>
      <w:marBottom w:val="0"/>
      <w:divBdr>
        <w:top w:val="none" w:sz="0" w:space="0" w:color="auto"/>
        <w:left w:val="none" w:sz="0" w:space="0" w:color="auto"/>
        <w:bottom w:val="none" w:sz="0" w:space="0" w:color="auto"/>
        <w:right w:val="none" w:sz="0" w:space="0" w:color="auto"/>
      </w:divBdr>
    </w:div>
    <w:div w:id="1074552407">
      <w:bodyDiv w:val="1"/>
      <w:marLeft w:val="0"/>
      <w:marRight w:val="0"/>
      <w:marTop w:val="0"/>
      <w:marBottom w:val="0"/>
      <w:divBdr>
        <w:top w:val="none" w:sz="0" w:space="0" w:color="auto"/>
        <w:left w:val="none" w:sz="0" w:space="0" w:color="auto"/>
        <w:bottom w:val="none" w:sz="0" w:space="0" w:color="auto"/>
        <w:right w:val="none" w:sz="0" w:space="0" w:color="auto"/>
      </w:divBdr>
    </w:div>
    <w:div w:id="1075782763">
      <w:bodyDiv w:val="1"/>
      <w:marLeft w:val="0"/>
      <w:marRight w:val="0"/>
      <w:marTop w:val="0"/>
      <w:marBottom w:val="0"/>
      <w:divBdr>
        <w:top w:val="none" w:sz="0" w:space="0" w:color="auto"/>
        <w:left w:val="none" w:sz="0" w:space="0" w:color="auto"/>
        <w:bottom w:val="none" w:sz="0" w:space="0" w:color="auto"/>
        <w:right w:val="none" w:sz="0" w:space="0" w:color="auto"/>
      </w:divBdr>
    </w:div>
    <w:div w:id="1090926718">
      <w:bodyDiv w:val="1"/>
      <w:marLeft w:val="0"/>
      <w:marRight w:val="0"/>
      <w:marTop w:val="0"/>
      <w:marBottom w:val="0"/>
      <w:divBdr>
        <w:top w:val="none" w:sz="0" w:space="0" w:color="auto"/>
        <w:left w:val="none" w:sz="0" w:space="0" w:color="auto"/>
        <w:bottom w:val="none" w:sz="0" w:space="0" w:color="auto"/>
        <w:right w:val="none" w:sz="0" w:space="0" w:color="auto"/>
      </w:divBdr>
    </w:div>
    <w:div w:id="1091968922">
      <w:bodyDiv w:val="1"/>
      <w:marLeft w:val="0"/>
      <w:marRight w:val="0"/>
      <w:marTop w:val="0"/>
      <w:marBottom w:val="0"/>
      <w:divBdr>
        <w:top w:val="none" w:sz="0" w:space="0" w:color="auto"/>
        <w:left w:val="none" w:sz="0" w:space="0" w:color="auto"/>
        <w:bottom w:val="none" w:sz="0" w:space="0" w:color="auto"/>
        <w:right w:val="none" w:sz="0" w:space="0" w:color="auto"/>
      </w:divBdr>
    </w:div>
    <w:div w:id="1110852323">
      <w:bodyDiv w:val="1"/>
      <w:marLeft w:val="0"/>
      <w:marRight w:val="0"/>
      <w:marTop w:val="0"/>
      <w:marBottom w:val="0"/>
      <w:divBdr>
        <w:top w:val="none" w:sz="0" w:space="0" w:color="auto"/>
        <w:left w:val="none" w:sz="0" w:space="0" w:color="auto"/>
        <w:bottom w:val="none" w:sz="0" w:space="0" w:color="auto"/>
        <w:right w:val="none" w:sz="0" w:space="0" w:color="auto"/>
      </w:divBdr>
    </w:div>
    <w:div w:id="1116829911">
      <w:bodyDiv w:val="1"/>
      <w:marLeft w:val="0"/>
      <w:marRight w:val="0"/>
      <w:marTop w:val="0"/>
      <w:marBottom w:val="0"/>
      <w:divBdr>
        <w:top w:val="none" w:sz="0" w:space="0" w:color="auto"/>
        <w:left w:val="none" w:sz="0" w:space="0" w:color="auto"/>
        <w:bottom w:val="none" w:sz="0" w:space="0" w:color="auto"/>
        <w:right w:val="none" w:sz="0" w:space="0" w:color="auto"/>
      </w:divBdr>
    </w:div>
    <w:div w:id="1131826681">
      <w:bodyDiv w:val="1"/>
      <w:marLeft w:val="0"/>
      <w:marRight w:val="0"/>
      <w:marTop w:val="0"/>
      <w:marBottom w:val="0"/>
      <w:divBdr>
        <w:top w:val="none" w:sz="0" w:space="0" w:color="auto"/>
        <w:left w:val="none" w:sz="0" w:space="0" w:color="auto"/>
        <w:bottom w:val="none" w:sz="0" w:space="0" w:color="auto"/>
        <w:right w:val="none" w:sz="0" w:space="0" w:color="auto"/>
      </w:divBdr>
    </w:div>
    <w:div w:id="1164008562">
      <w:bodyDiv w:val="1"/>
      <w:marLeft w:val="0"/>
      <w:marRight w:val="0"/>
      <w:marTop w:val="0"/>
      <w:marBottom w:val="0"/>
      <w:divBdr>
        <w:top w:val="none" w:sz="0" w:space="0" w:color="auto"/>
        <w:left w:val="none" w:sz="0" w:space="0" w:color="auto"/>
        <w:bottom w:val="none" w:sz="0" w:space="0" w:color="auto"/>
        <w:right w:val="none" w:sz="0" w:space="0" w:color="auto"/>
      </w:divBdr>
    </w:div>
    <w:div w:id="1166290234">
      <w:bodyDiv w:val="1"/>
      <w:marLeft w:val="0"/>
      <w:marRight w:val="0"/>
      <w:marTop w:val="0"/>
      <w:marBottom w:val="0"/>
      <w:divBdr>
        <w:top w:val="none" w:sz="0" w:space="0" w:color="auto"/>
        <w:left w:val="none" w:sz="0" w:space="0" w:color="auto"/>
        <w:bottom w:val="none" w:sz="0" w:space="0" w:color="auto"/>
        <w:right w:val="none" w:sz="0" w:space="0" w:color="auto"/>
      </w:divBdr>
    </w:div>
    <w:div w:id="1176115100">
      <w:bodyDiv w:val="1"/>
      <w:marLeft w:val="0"/>
      <w:marRight w:val="0"/>
      <w:marTop w:val="0"/>
      <w:marBottom w:val="0"/>
      <w:divBdr>
        <w:top w:val="none" w:sz="0" w:space="0" w:color="auto"/>
        <w:left w:val="none" w:sz="0" w:space="0" w:color="auto"/>
        <w:bottom w:val="none" w:sz="0" w:space="0" w:color="auto"/>
        <w:right w:val="none" w:sz="0" w:space="0" w:color="auto"/>
      </w:divBdr>
    </w:div>
    <w:div w:id="1177966111">
      <w:bodyDiv w:val="1"/>
      <w:marLeft w:val="0"/>
      <w:marRight w:val="0"/>
      <w:marTop w:val="0"/>
      <w:marBottom w:val="0"/>
      <w:divBdr>
        <w:top w:val="none" w:sz="0" w:space="0" w:color="auto"/>
        <w:left w:val="none" w:sz="0" w:space="0" w:color="auto"/>
        <w:bottom w:val="none" w:sz="0" w:space="0" w:color="auto"/>
        <w:right w:val="none" w:sz="0" w:space="0" w:color="auto"/>
      </w:divBdr>
    </w:div>
    <w:div w:id="1183132492">
      <w:bodyDiv w:val="1"/>
      <w:marLeft w:val="0"/>
      <w:marRight w:val="0"/>
      <w:marTop w:val="0"/>
      <w:marBottom w:val="0"/>
      <w:divBdr>
        <w:top w:val="none" w:sz="0" w:space="0" w:color="auto"/>
        <w:left w:val="none" w:sz="0" w:space="0" w:color="auto"/>
        <w:bottom w:val="none" w:sz="0" w:space="0" w:color="auto"/>
        <w:right w:val="none" w:sz="0" w:space="0" w:color="auto"/>
      </w:divBdr>
    </w:div>
    <w:div w:id="1190147836">
      <w:bodyDiv w:val="1"/>
      <w:marLeft w:val="0"/>
      <w:marRight w:val="0"/>
      <w:marTop w:val="0"/>
      <w:marBottom w:val="0"/>
      <w:divBdr>
        <w:top w:val="none" w:sz="0" w:space="0" w:color="auto"/>
        <w:left w:val="none" w:sz="0" w:space="0" w:color="auto"/>
        <w:bottom w:val="none" w:sz="0" w:space="0" w:color="auto"/>
        <w:right w:val="none" w:sz="0" w:space="0" w:color="auto"/>
      </w:divBdr>
    </w:div>
    <w:div w:id="1191410761">
      <w:bodyDiv w:val="1"/>
      <w:marLeft w:val="0"/>
      <w:marRight w:val="0"/>
      <w:marTop w:val="0"/>
      <w:marBottom w:val="0"/>
      <w:divBdr>
        <w:top w:val="none" w:sz="0" w:space="0" w:color="auto"/>
        <w:left w:val="none" w:sz="0" w:space="0" w:color="auto"/>
        <w:bottom w:val="none" w:sz="0" w:space="0" w:color="auto"/>
        <w:right w:val="none" w:sz="0" w:space="0" w:color="auto"/>
      </w:divBdr>
    </w:div>
    <w:div w:id="1252279206">
      <w:bodyDiv w:val="1"/>
      <w:marLeft w:val="0"/>
      <w:marRight w:val="0"/>
      <w:marTop w:val="0"/>
      <w:marBottom w:val="0"/>
      <w:divBdr>
        <w:top w:val="none" w:sz="0" w:space="0" w:color="auto"/>
        <w:left w:val="none" w:sz="0" w:space="0" w:color="auto"/>
        <w:bottom w:val="none" w:sz="0" w:space="0" w:color="auto"/>
        <w:right w:val="none" w:sz="0" w:space="0" w:color="auto"/>
      </w:divBdr>
    </w:div>
    <w:div w:id="1265072668">
      <w:bodyDiv w:val="1"/>
      <w:marLeft w:val="0"/>
      <w:marRight w:val="0"/>
      <w:marTop w:val="0"/>
      <w:marBottom w:val="0"/>
      <w:divBdr>
        <w:top w:val="none" w:sz="0" w:space="0" w:color="auto"/>
        <w:left w:val="none" w:sz="0" w:space="0" w:color="auto"/>
        <w:bottom w:val="none" w:sz="0" w:space="0" w:color="auto"/>
        <w:right w:val="none" w:sz="0" w:space="0" w:color="auto"/>
      </w:divBdr>
    </w:div>
    <w:div w:id="1311061370">
      <w:bodyDiv w:val="1"/>
      <w:marLeft w:val="0"/>
      <w:marRight w:val="0"/>
      <w:marTop w:val="0"/>
      <w:marBottom w:val="0"/>
      <w:divBdr>
        <w:top w:val="none" w:sz="0" w:space="0" w:color="auto"/>
        <w:left w:val="none" w:sz="0" w:space="0" w:color="auto"/>
        <w:bottom w:val="none" w:sz="0" w:space="0" w:color="auto"/>
        <w:right w:val="none" w:sz="0" w:space="0" w:color="auto"/>
      </w:divBdr>
    </w:div>
    <w:div w:id="1313676898">
      <w:bodyDiv w:val="1"/>
      <w:marLeft w:val="0"/>
      <w:marRight w:val="0"/>
      <w:marTop w:val="0"/>
      <w:marBottom w:val="0"/>
      <w:divBdr>
        <w:top w:val="none" w:sz="0" w:space="0" w:color="auto"/>
        <w:left w:val="none" w:sz="0" w:space="0" w:color="auto"/>
        <w:bottom w:val="none" w:sz="0" w:space="0" w:color="auto"/>
        <w:right w:val="none" w:sz="0" w:space="0" w:color="auto"/>
      </w:divBdr>
    </w:div>
    <w:div w:id="1325818322">
      <w:bodyDiv w:val="1"/>
      <w:marLeft w:val="0"/>
      <w:marRight w:val="0"/>
      <w:marTop w:val="0"/>
      <w:marBottom w:val="0"/>
      <w:divBdr>
        <w:top w:val="none" w:sz="0" w:space="0" w:color="auto"/>
        <w:left w:val="none" w:sz="0" w:space="0" w:color="auto"/>
        <w:bottom w:val="none" w:sz="0" w:space="0" w:color="auto"/>
        <w:right w:val="none" w:sz="0" w:space="0" w:color="auto"/>
      </w:divBdr>
    </w:div>
    <w:div w:id="1329360553">
      <w:bodyDiv w:val="1"/>
      <w:marLeft w:val="0"/>
      <w:marRight w:val="0"/>
      <w:marTop w:val="0"/>
      <w:marBottom w:val="0"/>
      <w:divBdr>
        <w:top w:val="none" w:sz="0" w:space="0" w:color="auto"/>
        <w:left w:val="none" w:sz="0" w:space="0" w:color="auto"/>
        <w:bottom w:val="none" w:sz="0" w:space="0" w:color="auto"/>
        <w:right w:val="none" w:sz="0" w:space="0" w:color="auto"/>
      </w:divBdr>
    </w:div>
    <w:div w:id="1330449219">
      <w:bodyDiv w:val="1"/>
      <w:marLeft w:val="0"/>
      <w:marRight w:val="0"/>
      <w:marTop w:val="0"/>
      <w:marBottom w:val="0"/>
      <w:divBdr>
        <w:top w:val="none" w:sz="0" w:space="0" w:color="auto"/>
        <w:left w:val="none" w:sz="0" w:space="0" w:color="auto"/>
        <w:bottom w:val="none" w:sz="0" w:space="0" w:color="auto"/>
        <w:right w:val="none" w:sz="0" w:space="0" w:color="auto"/>
      </w:divBdr>
    </w:div>
    <w:div w:id="1354839823">
      <w:bodyDiv w:val="1"/>
      <w:marLeft w:val="0"/>
      <w:marRight w:val="0"/>
      <w:marTop w:val="0"/>
      <w:marBottom w:val="0"/>
      <w:divBdr>
        <w:top w:val="none" w:sz="0" w:space="0" w:color="auto"/>
        <w:left w:val="none" w:sz="0" w:space="0" w:color="auto"/>
        <w:bottom w:val="none" w:sz="0" w:space="0" w:color="auto"/>
        <w:right w:val="none" w:sz="0" w:space="0" w:color="auto"/>
      </w:divBdr>
    </w:div>
    <w:div w:id="1358656631">
      <w:bodyDiv w:val="1"/>
      <w:marLeft w:val="0"/>
      <w:marRight w:val="0"/>
      <w:marTop w:val="0"/>
      <w:marBottom w:val="0"/>
      <w:divBdr>
        <w:top w:val="none" w:sz="0" w:space="0" w:color="auto"/>
        <w:left w:val="none" w:sz="0" w:space="0" w:color="auto"/>
        <w:bottom w:val="none" w:sz="0" w:space="0" w:color="auto"/>
        <w:right w:val="none" w:sz="0" w:space="0" w:color="auto"/>
      </w:divBdr>
    </w:div>
    <w:div w:id="1392733434">
      <w:bodyDiv w:val="1"/>
      <w:marLeft w:val="0"/>
      <w:marRight w:val="0"/>
      <w:marTop w:val="0"/>
      <w:marBottom w:val="0"/>
      <w:divBdr>
        <w:top w:val="none" w:sz="0" w:space="0" w:color="auto"/>
        <w:left w:val="none" w:sz="0" w:space="0" w:color="auto"/>
        <w:bottom w:val="none" w:sz="0" w:space="0" w:color="auto"/>
        <w:right w:val="none" w:sz="0" w:space="0" w:color="auto"/>
      </w:divBdr>
    </w:div>
    <w:div w:id="1416171516">
      <w:bodyDiv w:val="1"/>
      <w:marLeft w:val="0"/>
      <w:marRight w:val="0"/>
      <w:marTop w:val="0"/>
      <w:marBottom w:val="0"/>
      <w:divBdr>
        <w:top w:val="none" w:sz="0" w:space="0" w:color="auto"/>
        <w:left w:val="none" w:sz="0" w:space="0" w:color="auto"/>
        <w:bottom w:val="none" w:sz="0" w:space="0" w:color="auto"/>
        <w:right w:val="none" w:sz="0" w:space="0" w:color="auto"/>
      </w:divBdr>
    </w:div>
    <w:div w:id="1418407293">
      <w:bodyDiv w:val="1"/>
      <w:marLeft w:val="0"/>
      <w:marRight w:val="0"/>
      <w:marTop w:val="0"/>
      <w:marBottom w:val="0"/>
      <w:divBdr>
        <w:top w:val="none" w:sz="0" w:space="0" w:color="auto"/>
        <w:left w:val="none" w:sz="0" w:space="0" w:color="auto"/>
        <w:bottom w:val="none" w:sz="0" w:space="0" w:color="auto"/>
        <w:right w:val="none" w:sz="0" w:space="0" w:color="auto"/>
      </w:divBdr>
    </w:div>
    <w:div w:id="1464082425">
      <w:bodyDiv w:val="1"/>
      <w:marLeft w:val="0"/>
      <w:marRight w:val="0"/>
      <w:marTop w:val="0"/>
      <w:marBottom w:val="0"/>
      <w:divBdr>
        <w:top w:val="none" w:sz="0" w:space="0" w:color="auto"/>
        <w:left w:val="none" w:sz="0" w:space="0" w:color="auto"/>
        <w:bottom w:val="none" w:sz="0" w:space="0" w:color="auto"/>
        <w:right w:val="none" w:sz="0" w:space="0" w:color="auto"/>
      </w:divBdr>
    </w:div>
    <w:div w:id="1470172643">
      <w:bodyDiv w:val="1"/>
      <w:marLeft w:val="0"/>
      <w:marRight w:val="0"/>
      <w:marTop w:val="0"/>
      <w:marBottom w:val="0"/>
      <w:divBdr>
        <w:top w:val="none" w:sz="0" w:space="0" w:color="auto"/>
        <w:left w:val="none" w:sz="0" w:space="0" w:color="auto"/>
        <w:bottom w:val="none" w:sz="0" w:space="0" w:color="auto"/>
        <w:right w:val="none" w:sz="0" w:space="0" w:color="auto"/>
      </w:divBdr>
    </w:div>
    <w:div w:id="1473137197">
      <w:bodyDiv w:val="1"/>
      <w:marLeft w:val="0"/>
      <w:marRight w:val="0"/>
      <w:marTop w:val="0"/>
      <w:marBottom w:val="0"/>
      <w:divBdr>
        <w:top w:val="none" w:sz="0" w:space="0" w:color="auto"/>
        <w:left w:val="none" w:sz="0" w:space="0" w:color="auto"/>
        <w:bottom w:val="none" w:sz="0" w:space="0" w:color="auto"/>
        <w:right w:val="none" w:sz="0" w:space="0" w:color="auto"/>
      </w:divBdr>
    </w:div>
    <w:div w:id="1500542158">
      <w:bodyDiv w:val="1"/>
      <w:marLeft w:val="0"/>
      <w:marRight w:val="0"/>
      <w:marTop w:val="0"/>
      <w:marBottom w:val="0"/>
      <w:divBdr>
        <w:top w:val="none" w:sz="0" w:space="0" w:color="auto"/>
        <w:left w:val="none" w:sz="0" w:space="0" w:color="auto"/>
        <w:bottom w:val="none" w:sz="0" w:space="0" w:color="auto"/>
        <w:right w:val="none" w:sz="0" w:space="0" w:color="auto"/>
      </w:divBdr>
    </w:div>
    <w:div w:id="1520658075">
      <w:bodyDiv w:val="1"/>
      <w:marLeft w:val="0"/>
      <w:marRight w:val="0"/>
      <w:marTop w:val="0"/>
      <w:marBottom w:val="0"/>
      <w:divBdr>
        <w:top w:val="none" w:sz="0" w:space="0" w:color="auto"/>
        <w:left w:val="none" w:sz="0" w:space="0" w:color="auto"/>
        <w:bottom w:val="none" w:sz="0" w:space="0" w:color="auto"/>
        <w:right w:val="none" w:sz="0" w:space="0" w:color="auto"/>
      </w:divBdr>
    </w:div>
    <w:div w:id="1526165800">
      <w:bodyDiv w:val="1"/>
      <w:marLeft w:val="0"/>
      <w:marRight w:val="0"/>
      <w:marTop w:val="0"/>
      <w:marBottom w:val="0"/>
      <w:divBdr>
        <w:top w:val="none" w:sz="0" w:space="0" w:color="auto"/>
        <w:left w:val="none" w:sz="0" w:space="0" w:color="auto"/>
        <w:bottom w:val="none" w:sz="0" w:space="0" w:color="auto"/>
        <w:right w:val="none" w:sz="0" w:space="0" w:color="auto"/>
      </w:divBdr>
    </w:div>
    <w:div w:id="1547329807">
      <w:bodyDiv w:val="1"/>
      <w:marLeft w:val="0"/>
      <w:marRight w:val="0"/>
      <w:marTop w:val="0"/>
      <w:marBottom w:val="0"/>
      <w:divBdr>
        <w:top w:val="none" w:sz="0" w:space="0" w:color="auto"/>
        <w:left w:val="none" w:sz="0" w:space="0" w:color="auto"/>
        <w:bottom w:val="none" w:sz="0" w:space="0" w:color="auto"/>
        <w:right w:val="none" w:sz="0" w:space="0" w:color="auto"/>
      </w:divBdr>
    </w:div>
    <w:div w:id="1551916100">
      <w:bodyDiv w:val="1"/>
      <w:marLeft w:val="0"/>
      <w:marRight w:val="0"/>
      <w:marTop w:val="0"/>
      <w:marBottom w:val="0"/>
      <w:divBdr>
        <w:top w:val="none" w:sz="0" w:space="0" w:color="auto"/>
        <w:left w:val="none" w:sz="0" w:space="0" w:color="auto"/>
        <w:bottom w:val="none" w:sz="0" w:space="0" w:color="auto"/>
        <w:right w:val="none" w:sz="0" w:space="0" w:color="auto"/>
      </w:divBdr>
    </w:div>
    <w:div w:id="1569195532">
      <w:bodyDiv w:val="1"/>
      <w:marLeft w:val="0"/>
      <w:marRight w:val="0"/>
      <w:marTop w:val="0"/>
      <w:marBottom w:val="0"/>
      <w:divBdr>
        <w:top w:val="none" w:sz="0" w:space="0" w:color="auto"/>
        <w:left w:val="none" w:sz="0" w:space="0" w:color="auto"/>
        <w:bottom w:val="none" w:sz="0" w:space="0" w:color="auto"/>
        <w:right w:val="none" w:sz="0" w:space="0" w:color="auto"/>
      </w:divBdr>
    </w:div>
    <w:div w:id="1586258104">
      <w:bodyDiv w:val="1"/>
      <w:marLeft w:val="0"/>
      <w:marRight w:val="0"/>
      <w:marTop w:val="0"/>
      <w:marBottom w:val="0"/>
      <w:divBdr>
        <w:top w:val="none" w:sz="0" w:space="0" w:color="auto"/>
        <w:left w:val="none" w:sz="0" w:space="0" w:color="auto"/>
        <w:bottom w:val="none" w:sz="0" w:space="0" w:color="auto"/>
        <w:right w:val="none" w:sz="0" w:space="0" w:color="auto"/>
      </w:divBdr>
    </w:div>
    <w:div w:id="1632056963">
      <w:bodyDiv w:val="1"/>
      <w:marLeft w:val="0"/>
      <w:marRight w:val="0"/>
      <w:marTop w:val="0"/>
      <w:marBottom w:val="0"/>
      <w:divBdr>
        <w:top w:val="none" w:sz="0" w:space="0" w:color="auto"/>
        <w:left w:val="none" w:sz="0" w:space="0" w:color="auto"/>
        <w:bottom w:val="none" w:sz="0" w:space="0" w:color="auto"/>
        <w:right w:val="none" w:sz="0" w:space="0" w:color="auto"/>
      </w:divBdr>
    </w:div>
    <w:div w:id="1637953219">
      <w:bodyDiv w:val="1"/>
      <w:marLeft w:val="0"/>
      <w:marRight w:val="0"/>
      <w:marTop w:val="0"/>
      <w:marBottom w:val="0"/>
      <w:divBdr>
        <w:top w:val="none" w:sz="0" w:space="0" w:color="auto"/>
        <w:left w:val="none" w:sz="0" w:space="0" w:color="auto"/>
        <w:bottom w:val="none" w:sz="0" w:space="0" w:color="auto"/>
        <w:right w:val="none" w:sz="0" w:space="0" w:color="auto"/>
      </w:divBdr>
    </w:div>
    <w:div w:id="1645312193">
      <w:bodyDiv w:val="1"/>
      <w:marLeft w:val="0"/>
      <w:marRight w:val="0"/>
      <w:marTop w:val="0"/>
      <w:marBottom w:val="0"/>
      <w:divBdr>
        <w:top w:val="none" w:sz="0" w:space="0" w:color="auto"/>
        <w:left w:val="none" w:sz="0" w:space="0" w:color="auto"/>
        <w:bottom w:val="none" w:sz="0" w:space="0" w:color="auto"/>
        <w:right w:val="none" w:sz="0" w:space="0" w:color="auto"/>
      </w:divBdr>
    </w:div>
    <w:div w:id="1666738983">
      <w:bodyDiv w:val="1"/>
      <w:marLeft w:val="0"/>
      <w:marRight w:val="0"/>
      <w:marTop w:val="0"/>
      <w:marBottom w:val="0"/>
      <w:divBdr>
        <w:top w:val="none" w:sz="0" w:space="0" w:color="auto"/>
        <w:left w:val="none" w:sz="0" w:space="0" w:color="auto"/>
        <w:bottom w:val="none" w:sz="0" w:space="0" w:color="auto"/>
        <w:right w:val="none" w:sz="0" w:space="0" w:color="auto"/>
      </w:divBdr>
    </w:div>
    <w:div w:id="1689134750">
      <w:bodyDiv w:val="1"/>
      <w:marLeft w:val="0"/>
      <w:marRight w:val="0"/>
      <w:marTop w:val="0"/>
      <w:marBottom w:val="0"/>
      <w:divBdr>
        <w:top w:val="none" w:sz="0" w:space="0" w:color="auto"/>
        <w:left w:val="none" w:sz="0" w:space="0" w:color="auto"/>
        <w:bottom w:val="none" w:sz="0" w:space="0" w:color="auto"/>
        <w:right w:val="none" w:sz="0" w:space="0" w:color="auto"/>
      </w:divBdr>
    </w:div>
    <w:div w:id="1695613474">
      <w:bodyDiv w:val="1"/>
      <w:marLeft w:val="0"/>
      <w:marRight w:val="0"/>
      <w:marTop w:val="0"/>
      <w:marBottom w:val="0"/>
      <w:divBdr>
        <w:top w:val="none" w:sz="0" w:space="0" w:color="auto"/>
        <w:left w:val="none" w:sz="0" w:space="0" w:color="auto"/>
        <w:bottom w:val="none" w:sz="0" w:space="0" w:color="auto"/>
        <w:right w:val="none" w:sz="0" w:space="0" w:color="auto"/>
      </w:divBdr>
    </w:div>
    <w:div w:id="1710492225">
      <w:bodyDiv w:val="1"/>
      <w:marLeft w:val="0"/>
      <w:marRight w:val="0"/>
      <w:marTop w:val="0"/>
      <w:marBottom w:val="0"/>
      <w:divBdr>
        <w:top w:val="none" w:sz="0" w:space="0" w:color="auto"/>
        <w:left w:val="none" w:sz="0" w:space="0" w:color="auto"/>
        <w:bottom w:val="none" w:sz="0" w:space="0" w:color="auto"/>
        <w:right w:val="none" w:sz="0" w:space="0" w:color="auto"/>
      </w:divBdr>
    </w:div>
    <w:div w:id="1722172366">
      <w:bodyDiv w:val="1"/>
      <w:marLeft w:val="0"/>
      <w:marRight w:val="0"/>
      <w:marTop w:val="0"/>
      <w:marBottom w:val="0"/>
      <w:divBdr>
        <w:top w:val="none" w:sz="0" w:space="0" w:color="auto"/>
        <w:left w:val="none" w:sz="0" w:space="0" w:color="auto"/>
        <w:bottom w:val="none" w:sz="0" w:space="0" w:color="auto"/>
        <w:right w:val="none" w:sz="0" w:space="0" w:color="auto"/>
      </w:divBdr>
    </w:div>
    <w:div w:id="1735662205">
      <w:bodyDiv w:val="1"/>
      <w:marLeft w:val="0"/>
      <w:marRight w:val="0"/>
      <w:marTop w:val="0"/>
      <w:marBottom w:val="0"/>
      <w:divBdr>
        <w:top w:val="none" w:sz="0" w:space="0" w:color="auto"/>
        <w:left w:val="none" w:sz="0" w:space="0" w:color="auto"/>
        <w:bottom w:val="none" w:sz="0" w:space="0" w:color="auto"/>
        <w:right w:val="none" w:sz="0" w:space="0" w:color="auto"/>
      </w:divBdr>
    </w:div>
    <w:div w:id="1754475766">
      <w:bodyDiv w:val="1"/>
      <w:marLeft w:val="0"/>
      <w:marRight w:val="0"/>
      <w:marTop w:val="0"/>
      <w:marBottom w:val="0"/>
      <w:divBdr>
        <w:top w:val="none" w:sz="0" w:space="0" w:color="auto"/>
        <w:left w:val="none" w:sz="0" w:space="0" w:color="auto"/>
        <w:bottom w:val="none" w:sz="0" w:space="0" w:color="auto"/>
        <w:right w:val="none" w:sz="0" w:space="0" w:color="auto"/>
      </w:divBdr>
    </w:div>
    <w:div w:id="1764180606">
      <w:bodyDiv w:val="1"/>
      <w:marLeft w:val="0"/>
      <w:marRight w:val="0"/>
      <w:marTop w:val="0"/>
      <w:marBottom w:val="0"/>
      <w:divBdr>
        <w:top w:val="none" w:sz="0" w:space="0" w:color="auto"/>
        <w:left w:val="none" w:sz="0" w:space="0" w:color="auto"/>
        <w:bottom w:val="none" w:sz="0" w:space="0" w:color="auto"/>
        <w:right w:val="none" w:sz="0" w:space="0" w:color="auto"/>
      </w:divBdr>
    </w:div>
    <w:div w:id="1766537774">
      <w:bodyDiv w:val="1"/>
      <w:marLeft w:val="0"/>
      <w:marRight w:val="0"/>
      <w:marTop w:val="0"/>
      <w:marBottom w:val="0"/>
      <w:divBdr>
        <w:top w:val="none" w:sz="0" w:space="0" w:color="auto"/>
        <w:left w:val="none" w:sz="0" w:space="0" w:color="auto"/>
        <w:bottom w:val="none" w:sz="0" w:space="0" w:color="auto"/>
        <w:right w:val="none" w:sz="0" w:space="0" w:color="auto"/>
      </w:divBdr>
    </w:div>
    <w:div w:id="1771968919">
      <w:bodyDiv w:val="1"/>
      <w:marLeft w:val="0"/>
      <w:marRight w:val="0"/>
      <w:marTop w:val="0"/>
      <w:marBottom w:val="0"/>
      <w:divBdr>
        <w:top w:val="none" w:sz="0" w:space="0" w:color="auto"/>
        <w:left w:val="none" w:sz="0" w:space="0" w:color="auto"/>
        <w:bottom w:val="none" w:sz="0" w:space="0" w:color="auto"/>
        <w:right w:val="none" w:sz="0" w:space="0" w:color="auto"/>
      </w:divBdr>
    </w:div>
    <w:div w:id="1783694416">
      <w:bodyDiv w:val="1"/>
      <w:marLeft w:val="0"/>
      <w:marRight w:val="0"/>
      <w:marTop w:val="0"/>
      <w:marBottom w:val="0"/>
      <w:divBdr>
        <w:top w:val="none" w:sz="0" w:space="0" w:color="auto"/>
        <w:left w:val="none" w:sz="0" w:space="0" w:color="auto"/>
        <w:bottom w:val="none" w:sz="0" w:space="0" w:color="auto"/>
        <w:right w:val="none" w:sz="0" w:space="0" w:color="auto"/>
      </w:divBdr>
    </w:div>
    <w:div w:id="1855221091">
      <w:bodyDiv w:val="1"/>
      <w:marLeft w:val="0"/>
      <w:marRight w:val="0"/>
      <w:marTop w:val="0"/>
      <w:marBottom w:val="0"/>
      <w:divBdr>
        <w:top w:val="none" w:sz="0" w:space="0" w:color="auto"/>
        <w:left w:val="none" w:sz="0" w:space="0" w:color="auto"/>
        <w:bottom w:val="none" w:sz="0" w:space="0" w:color="auto"/>
        <w:right w:val="none" w:sz="0" w:space="0" w:color="auto"/>
      </w:divBdr>
    </w:div>
    <w:div w:id="1877500036">
      <w:bodyDiv w:val="1"/>
      <w:marLeft w:val="0"/>
      <w:marRight w:val="0"/>
      <w:marTop w:val="0"/>
      <w:marBottom w:val="0"/>
      <w:divBdr>
        <w:top w:val="none" w:sz="0" w:space="0" w:color="auto"/>
        <w:left w:val="none" w:sz="0" w:space="0" w:color="auto"/>
        <w:bottom w:val="none" w:sz="0" w:space="0" w:color="auto"/>
        <w:right w:val="none" w:sz="0" w:space="0" w:color="auto"/>
      </w:divBdr>
    </w:div>
    <w:div w:id="1884055967">
      <w:bodyDiv w:val="1"/>
      <w:marLeft w:val="0"/>
      <w:marRight w:val="0"/>
      <w:marTop w:val="0"/>
      <w:marBottom w:val="0"/>
      <w:divBdr>
        <w:top w:val="none" w:sz="0" w:space="0" w:color="auto"/>
        <w:left w:val="none" w:sz="0" w:space="0" w:color="auto"/>
        <w:bottom w:val="none" w:sz="0" w:space="0" w:color="auto"/>
        <w:right w:val="none" w:sz="0" w:space="0" w:color="auto"/>
      </w:divBdr>
    </w:div>
    <w:div w:id="1944796346">
      <w:bodyDiv w:val="1"/>
      <w:marLeft w:val="0"/>
      <w:marRight w:val="0"/>
      <w:marTop w:val="0"/>
      <w:marBottom w:val="0"/>
      <w:divBdr>
        <w:top w:val="none" w:sz="0" w:space="0" w:color="auto"/>
        <w:left w:val="none" w:sz="0" w:space="0" w:color="auto"/>
        <w:bottom w:val="none" w:sz="0" w:space="0" w:color="auto"/>
        <w:right w:val="none" w:sz="0" w:space="0" w:color="auto"/>
      </w:divBdr>
    </w:div>
    <w:div w:id="1955290224">
      <w:bodyDiv w:val="1"/>
      <w:marLeft w:val="0"/>
      <w:marRight w:val="0"/>
      <w:marTop w:val="0"/>
      <w:marBottom w:val="0"/>
      <w:divBdr>
        <w:top w:val="none" w:sz="0" w:space="0" w:color="auto"/>
        <w:left w:val="none" w:sz="0" w:space="0" w:color="auto"/>
        <w:bottom w:val="none" w:sz="0" w:space="0" w:color="auto"/>
        <w:right w:val="none" w:sz="0" w:space="0" w:color="auto"/>
      </w:divBdr>
    </w:div>
    <w:div w:id="1981109134">
      <w:bodyDiv w:val="1"/>
      <w:marLeft w:val="0"/>
      <w:marRight w:val="0"/>
      <w:marTop w:val="0"/>
      <w:marBottom w:val="0"/>
      <w:divBdr>
        <w:top w:val="none" w:sz="0" w:space="0" w:color="auto"/>
        <w:left w:val="none" w:sz="0" w:space="0" w:color="auto"/>
        <w:bottom w:val="none" w:sz="0" w:space="0" w:color="auto"/>
        <w:right w:val="none" w:sz="0" w:space="0" w:color="auto"/>
      </w:divBdr>
    </w:div>
    <w:div w:id="2019891158">
      <w:bodyDiv w:val="1"/>
      <w:marLeft w:val="0"/>
      <w:marRight w:val="0"/>
      <w:marTop w:val="0"/>
      <w:marBottom w:val="0"/>
      <w:divBdr>
        <w:top w:val="none" w:sz="0" w:space="0" w:color="auto"/>
        <w:left w:val="none" w:sz="0" w:space="0" w:color="auto"/>
        <w:bottom w:val="none" w:sz="0" w:space="0" w:color="auto"/>
        <w:right w:val="none" w:sz="0" w:space="0" w:color="auto"/>
      </w:divBdr>
    </w:div>
    <w:div w:id="2020765401">
      <w:bodyDiv w:val="1"/>
      <w:marLeft w:val="0"/>
      <w:marRight w:val="0"/>
      <w:marTop w:val="0"/>
      <w:marBottom w:val="0"/>
      <w:divBdr>
        <w:top w:val="none" w:sz="0" w:space="0" w:color="auto"/>
        <w:left w:val="none" w:sz="0" w:space="0" w:color="auto"/>
        <w:bottom w:val="none" w:sz="0" w:space="0" w:color="auto"/>
        <w:right w:val="none" w:sz="0" w:space="0" w:color="auto"/>
      </w:divBdr>
    </w:div>
    <w:div w:id="2024746658">
      <w:bodyDiv w:val="1"/>
      <w:marLeft w:val="0"/>
      <w:marRight w:val="0"/>
      <w:marTop w:val="0"/>
      <w:marBottom w:val="0"/>
      <w:divBdr>
        <w:top w:val="none" w:sz="0" w:space="0" w:color="auto"/>
        <w:left w:val="none" w:sz="0" w:space="0" w:color="auto"/>
        <w:bottom w:val="none" w:sz="0" w:space="0" w:color="auto"/>
        <w:right w:val="none" w:sz="0" w:space="0" w:color="auto"/>
      </w:divBdr>
    </w:div>
    <w:div w:id="2034575788">
      <w:bodyDiv w:val="1"/>
      <w:marLeft w:val="0"/>
      <w:marRight w:val="0"/>
      <w:marTop w:val="0"/>
      <w:marBottom w:val="0"/>
      <w:divBdr>
        <w:top w:val="none" w:sz="0" w:space="0" w:color="auto"/>
        <w:left w:val="none" w:sz="0" w:space="0" w:color="auto"/>
        <w:bottom w:val="none" w:sz="0" w:space="0" w:color="auto"/>
        <w:right w:val="none" w:sz="0" w:space="0" w:color="auto"/>
      </w:divBdr>
    </w:div>
    <w:div w:id="2040349660">
      <w:bodyDiv w:val="1"/>
      <w:marLeft w:val="0"/>
      <w:marRight w:val="0"/>
      <w:marTop w:val="0"/>
      <w:marBottom w:val="0"/>
      <w:divBdr>
        <w:top w:val="none" w:sz="0" w:space="0" w:color="auto"/>
        <w:left w:val="none" w:sz="0" w:space="0" w:color="auto"/>
        <w:bottom w:val="none" w:sz="0" w:space="0" w:color="auto"/>
        <w:right w:val="none" w:sz="0" w:space="0" w:color="auto"/>
      </w:divBdr>
    </w:div>
    <w:div w:id="2044861014">
      <w:bodyDiv w:val="1"/>
      <w:marLeft w:val="0"/>
      <w:marRight w:val="0"/>
      <w:marTop w:val="0"/>
      <w:marBottom w:val="0"/>
      <w:divBdr>
        <w:top w:val="none" w:sz="0" w:space="0" w:color="auto"/>
        <w:left w:val="none" w:sz="0" w:space="0" w:color="auto"/>
        <w:bottom w:val="none" w:sz="0" w:space="0" w:color="auto"/>
        <w:right w:val="none" w:sz="0" w:space="0" w:color="auto"/>
      </w:divBdr>
    </w:div>
    <w:div w:id="2053726173">
      <w:bodyDiv w:val="1"/>
      <w:marLeft w:val="0"/>
      <w:marRight w:val="0"/>
      <w:marTop w:val="0"/>
      <w:marBottom w:val="0"/>
      <w:divBdr>
        <w:top w:val="none" w:sz="0" w:space="0" w:color="auto"/>
        <w:left w:val="none" w:sz="0" w:space="0" w:color="auto"/>
        <w:bottom w:val="none" w:sz="0" w:space="0" w:color="auto"/>
        <w:right w:val="none" w:sz="0" w:space="0" w:color="auto"/>
      </w:divBdr>
    </w:div>
    <w:div w:id="2061243552">
      <w:bodyDiv w:val="1"/>
      <w:marLeft w:val="0"/>
      <w:marRight w:val="0"/>
      <w:marTop w:val="0"/>
      <w:marBottom w:val="0"/>
      <w:divBdr>
        <w:top w:val="none" w:sz="0" w:space="0" w:color="auto"/>
        <w:left w:val="none" w:sz="0" w:space="0" w:color="auto"/>
        <w:bottom w:val="none" w:sz="0" w:space="0" w:color="auto"/>
        <w:right w:val="none" w:sz="0" w:space="0" w:color="auto"/>
      </w:divBdr>
    </w:div>
    <w:div w:id="2085031511">
      <w:bodyDiv w:val="1"/>
      <w:marLeft w:val="0"/>
      <w:marRight w:val="0"/>
      <w:marTop w:val="0"/>
      <w:marBottom w:val="0"/>
      <w:divBdr>
        <w:top w:val="none" w:sz="0" w:space="0" w:color="auto"/>
        <w:left w:val="none" w:sz="0" w:space="0" w:color="auto"/>
        <w:bottom w:val="none" w:sz="0" w:space="0" w:color="auto"/>
        <w:right w:val="none" w:sz="0" w:space="0" w:color="auto"/>
      </w:divBdr>
    </w:div>
    <w:div w:id="2091851757">
      <w:bodyDiv w:val="1"/>
      <w:marLeft w:val="0"/>
      <w:marRight w:val="0"/>
      <w:marTop w:val="0"/>
      <w:marBottom w:val="0"/>
      <w:divBdr>
        <w:top w:val="none" w:sz="0" w:space="0" w:color="auto"/>
        <w:left w:val="none" w:sz="0" w:space="0" w:color="auto"/>
        <w:bottom w:val="none" w:sz="0" w:space="0" w:color="auto"/>
        <w:right w:val="none" w:sz="0" w:space="0" w:color="auto"/>
      </w:divBdr>
    </w:div>
    <w:div w:id="21470443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58</Pages>
  <Words>8525</Words>
  <Characters>45098</Characters>
  <Application>Microsoft Office Word</Application>
  <DocSecurity>0</DocSecurity>
  <Lines>1366</Lines>
  <Paragraphs>755</Paragraphs>
  <ScaleCrop>false</ScaleCrop>
  <HeadingPairs>
    <vt:vector size="2" baseType="variant">
      <vt:variant>
        <vt:lpstr>Title</vt:lpstr>
      </vt:variant>
      <vt:variant>
        <vt:i4>1</vt:i4>
      </vt:variant>
    </vt:vector>
  </HeadingPairs>
  <TitlesOfParts>
    <vt:vector size="1" baseType="lpstr">
      <vt:lpstr>بحث العلاقة بين تنظيم العمل وإدارة الوقت</vt:lpstr>
    </vt:vector>
  </TitlesOfParts>
  <Manager/>
  <Company/>
  <LinksUpToDate>false</LinksUpToDate>
  <CharactersWithSpaces>52868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بحث العلاقة بين تنظيم العمل وإدارة الوقت</dc:title>
  <dc:subject/>
  <dc:creator>pytho-cx</dc:creator>
  <cp:keywords/>
  <dc:description>generated by python-docx</dc:description>
  <cp:lastModifiedBy>Al Qahtani, Ali M</cp:lastModifiedBy>
  <cp:revision>740</cp:revision>
  <cp:lastPrinted>2026-03-26T17:28:00Z</cp:lastPrinted>
  <dcterms:created xsi:type="dcterms:W3CDTF">2013-12-23T23:15:00Z</dcterms:created>
  <dcterms:modified xsi:type="dcterms:W3CDTF">2026-03-26T17:28:00Z</dcterms:modified>
  <cp:category/>
</cp:coreProperties>
</file>