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9C55F3" w14:paraId="3FC50737" w14:textId="77777777" w:rsidTr="00F61F72">
        <w:trPr>
          <w:jc w:val="center"/>
        </w:trPr>
        <w:tc>
          <w:tcPr>
            <w:tcW w:w="4703" w:type="dxa"/>
          </w:tcPr>
          <w:p w14:paraId="71E4ECAD" w14:textId="77777777" w:rsidR="009C55F3" w:rsidRDefault="00000000">
            <w:r>
              <w:rPr>
                <w:noProof/>
              </w:rPr>
              <w:drawing>
                <wp:inline distT="0" distB="0" distL="0" distR="0" wp14:anchorId="298FA009" wp14:editId="05FB3032">
                  <wp:extent cx="1520328" cy="988369"/>
                  <wp:effectExtent l="0" t="0" r="381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 rotWithShape="1">
                          <a:blip r:embed="rId8"/>
                          <a:srcRect t="20522" b="14468"/>
                          <a:stretch/>
                        </pic:blipFill>
                        <pic:spPr bwMode="auto">
                          <a:xfrm>
                            <a:off x="0" y="0"/>
                            <a:ext cx="1559434" cy="1013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3" w:type="dxa"/>
          </w:tcPr>
          <w:p w14:paraId="765897D0" w14:textId="77777777" w:rsidR="009C55F3" w:rsidRPr="00F61F72" w:rsidRDefault="00000000" w:rsidP="00F61F72">
            <w:pPr>
              <w:jc w:val="right"/>
              <w:rPr>
                <w:b/>
              </w:rPr>
            </w:pPr>
            <w:r>
              <w:rPr>
                <w:b/>
              </w:rPr>
              <w:t>جامعة ميدأوشن</w:t>
            </w:r>
            <w:r>
              <w:rPr>
                <w:b/>
              </w:rPr>
              <w:br/>
              <w:t>كلية</w:t>
            </w:r>
            <w:r w:rsidR="00F61F72">
              <w:rPr>
                <w:b/>
              </w:rPr>
              <w:t xml:space="preserve"> </w:t>
            </w:r>
            <w:r>
              <w:rPr>
                <w:b/>
              </w:rPr>
              <w:t>الإعلام والتسويق</w:t>
            </w:r>
            <w:r>
              <w:rPr>
                <w:b/>
              </w:rPr>
              <w:br/>
              <w:t>بكالوريوس تسويق رقمي</w:t>
            </w:r>
          </w:p>
        </w:tc>
      </w:tr>
    </w:tbl>
    <w:p w14:paraId="04B29E2E" w14:textId="77777777" w:rsidR="009C55F3" w:rsidRDefault="00000000">
      <w:r>
        <w:br/>
      </w:r>
      <w:r>
        <w:br/>
      </w:r>
    </w:p>
    <w:p w14:paraId="536AEBFA" w14:textId="77777777" w:rsidR="00593FA6" w:rsidRDefault="00000000" w:rsidP="00593FA6">
      <w:pPr>
        <w:jc w:val="center"/>
      </w:pPr>
      <w:r>
        <w:rPr>
          <w:b/>
          <w:sz w:val="36"/>
        </w:rPr>
        <w:t>خطة بحثية مقدمة لدرجة البكالوريوس في التسويق الرقمي</w:t>
      </w:r>
    </w:p>
    <w:p w14:paraId="2DF99144" w14:textId="42EFC2A0" w:rsidR="00593FA6" w:rsidRPr="00942143" w:rsidRDefault="00942143" w:rsidP="00942143">
      <w:pPr>
        <w:bidi/>
        <w:jc w:val="center"/>
        <w:rPr>
          <w:sz w:val="36"/>
          <w:szCs w:val="36"/>
        </w:rPr>
      </w:pPr>
      <w:r w:rsidRPr="00942143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SA"/>
        </w:rPr>
        <w:t xml:space="preserve">أثر التسويق الرقمي على الصورة الذهنية للعلامات التجارية </w:t>
      </w:r>
      <w:r w:rsidR="003E10EC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  <w:lang w:val="en-SA"/>
        </w:rPr>
        <w:t>القديمة</w:t>
      </w:r>
      <w:r w:rsidRPr="00942143">
        <w:rPr>
          <w:rFonts w:ascii="Times New Roman" w:eastAsia="Times New Roman" w:hAnsi="Times New Roman" w:cs="Times New Roman"/>
          <w:b/>
          <w:bCs/>
          <w:sz w:val="36"/>
          <w:szCs w:val="36"/>
          <w:rtl/>
          <w:lang w:val="en-SA"/>
        </w:rPr>
        <w:t xml:space="preserve"> لدى الشباب السعودي</w:t>
      </w: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  <w:lang w:val="en-SA"/>
        </w:rPr>
        <w:t xml:space="preserve"> على منصة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br/>
      </w:r>
    </w:p>
    <w:p w14:paraId="5A46B538" w14:textId="69BBEA2E" w:rsidR="009C55F3" w:rsidRPr="000042B3" w:rsidRDefault="00000000" w:rsidP="00F61F72">
      <w:pPr>
        <w:bidi/>
        <w:ind w:left="720"/>
        <w:jc w:val="center"/>
        <w:rPr>
          <w:rFonts w:asciiTheme="minorBidi" w:hAnsiTheme="minorBidi"/>
          <w:sz w:val="36"/>
          <w:szCs w:val="36"/>
        </w:rPr>
      </w:pPr>
      <w:proofErr w:type="spellStart"/>
      <w:r w:rsidRPr="00593FA6">
        <w:rPr>
          <w:rFonts w:asciiTheme="minorBidi" w:hAnsiTheme="minorBidi"/>
          <w:sz w:val="36"/>
          <w:szCs w:val="36"/>
        </w:rPr>
        <w:t>إعداد</w:t>
      </w:r>
      <w:proofErr w:type="spellEnd"/>
      <w:r w:rsidR="00593FA6">
        <w:rPr>
          <w:rFonts w:asciiTheme="minorBidi" w:hAnsiTheme="minorBidi" w:hint="cs"/>
          <w:sz w:val="36"/>
          <w:szCs w:val="36"/>
          <w:rtl/>
        </w:rPr>
        <w:t xml:space="preserve"> الطالب</w:t>
      </w:r>
      <w:r w:rsidR="00F61F72" w:rsidRPr="00593FA6">
        <w:rPr>
          <w:rFonts w:asciiTheme="minorBidi" w:hAnsiTheme="minorBidi"/>
          <w:sz w:val="36"/>
          <w:szCs w:val="36"/>
          <w:rtl/>
        </w:rPr>
        <w:t xml:space="preserve"> </w:t>
      </w:r>
      <w:proofErr w:type="gramStart"/>
      <w:r w:rsidR="00593FA6">
        <w:rPr>
          <w:rFonts w:asciiTheme="minorBidi" w:hAnsiTheme="minorBidi" w:hint="cs"/>
          <w:sz w:val="36"/>
          <w:szCs w:val="36"/>
          <w:rtl/>
        </w:rPr>
        <w:t xml:space="preserve"> </w:t>
      </w:r>
      <w:r w:rsidR="00F61F72" w:rsidRPr="00593FA6">
        <w:rPr>
          <w:rFonts w:asciiTheme="minorBidi" w:hAnsiTheme="minorBidi"/>
          <w:sz w:val="36"/>
          <w:szCs w:val="36"/>
        </w:rPr>
        <w:t xml:space="preserve"> :</w:t>
      </w:r>
      <w:r w:rsidR="000042B3">
        <w:rPr>
          <w:rFonts w:asciiTheme="minorBidi" w:hAnsiTheme="minorBidi" w:hint="cs"/>
          <w:sz w:val="36"/>
          <w:szCs w:val="36"/>
          <w:rtl/>
        </w:rPr>
        <w:t>محمد</w:t>
      </w:r>
      <w:proofErr w:type="gramEnd"/>
      <w:r w:rsidR="000042B3">
        <w:rPr>
          <w:rFonts w:asciiTheme="minorBidi" w:hAnsiTheme="minorBidi" w:hint="cs"/>
          <w:sz w:val="36"/>
          <w:szCs w:val="36"/>
          <w:rtl/>
        </w:rPr>
        <w:t xml:space="preserve"> حسام العاقل</w:t>
      </w:r>
      <w:r w:rsidRPr="00593FA6">
        <w:rPr>
          <w:rFonts w:asciiTheme="minorBidi" w:hAnsiTheme="minorBidi"/>
          <w:sz w:val="36"/>
          <w:szCs w:val="36"/>
        </w:rPr>
        <w:br/>
      </w:r>
      <w:proofErr w:type="spellStart"/>
      <w:r w:rsidRPr="00593FA6">
        <w:rPr>
          <w:rFonts w:asciiTheme="minorBidi" w:hAnsiTheme="minorBidi"/>
          <w:sz w:val="36"/>
          <w:szCs w:val="36"/>
        </w:rPr>
        <w:t>الرقم</w:t>
      </w:r>
      <w:proofErr w:type="spellEnd"/>
      <w:r w:rsidRPr="00593FA6">
        <w:rPr>
          <w:rFonts w:asciiTheme="minorBidi" w:hAnsiTheme="minorBidi"/>
          <w:sz w:val="36"/>
          <w:szCs w:val="36"/>
        </w:rPr>
        <w:t xml:space="preserve"> </w:t>
      </w:r>
      <w:proofErr w:type="spellStart"/>
      <w:proofErr w:type="gramStart"/>
      <w:r w:rsidRPr="00593FA6">
        <w:rPr>
          <w:rFonts w:asciiTheme="minorBidi" w:hAnsiTheme="minorBidi"/>
          <w:sz w:val="36"/>
          <w:szCs w:val="36"/>
        </w:rPr>
        <w:t>الأكاديمي</w:t>
      </w:r>
      <w:proofErr w:type="spellEnd"/>
      <w:r w:rsidR="00F61F72" w:rsidRPr="00593FA6">
        <w:rPr>
          <w:rFonts w:asciiTheme="minorBidi" w:hAnsiTheme="minorBidi"/>
          <w:sz w:val="36"/>
          <w:szCs w:val="36"/>
          <w:rtl/>
        </w:rPr>
        <w:t xml:space="preserve"> :</w:t>
      </w:r>
      <w:proofErr w:type="gramEnd"/>
      <w:r w:rsidR="00F61F72" w:rsidRPr="00593FA6">
        <w:rPr>
          <w:rFonts w:asciiTheme="minorBidi" w:hAnsiTheme="minorBidi"/>
          <w:sz w:val="36"/>
          <w:szCs w:val="36"/>
          <w:rtl/>
        </w:rPr>
        <w:t xml:space="preserve"> </w:t>
      </w:r>
      <w:r w:rsidR="000042B3" w:rsidRPr="000042B3">
        <w:rPr>
          <w:rFonts w:asciiTheme="minorBidi" w:hAnsiTheme="minorBidi"/>
          <w:sz w:val="36"/>
          <w:szCs w:val="36"/>
        </w:rPr>
        <w:t>232001863</w:t>
      </w:r>
    </w:p>
    <w:p w14:paraId="65A3052D" w14:textId="77777777" w:rsidR="009C55F3" w:rsidRDefault="009C55F3"/>
    <w:p w14:paraId="3A0A7567" w14:textId="77777777" w:rsidR="00F61F72" w:rsidRDefault="00F61F72"/>
    <w:p w14:paraId="3E46B308" w14:textId="77777777" w:rsidR="009C55F3" w:rsidRDefault="00000000" w:rsidP="00F61F72">
      <w:pPr>
        <w:jc w:val="center"/>
        <w:rPr>
          <w:sz w:val="36"/>
        </w:rPr>
      </w:pPr>
      <w:r>
        <w:rPr>
          <w:sz w:val="36"/>
        </w:rPr>
        <w:t>تحت إشراف</w:t>
      </w:r>
      <w:r>
        <w:rPr>
          <w:sz w:val="36"/>
        </w:rPr>
        <w:br/>
        <w:t>د/ علياء قمر</w:t>
      </w:r>
    </w:p>
    <w:p w14:paraId="394EFFBD" w14:textId="77777777" w:rsidR="00F61F72" w:rsidRDefault="00F61F72" w:rsidP="00F61F72">
      <w:pPr>
        <w:jc w:val="center"/>
        <w:rPr>
          <w:sz w:val="36"/>
        </w:rPr>
      </w:pPr>
    </w:p>
    <w:p w14:paraId="26B5DA97" w14:textId="77777777" w:rsidR="00F61F72" w:rsidRDefault="00F61F72" w:rsidP="00F61F72">
      <w:pPr>
        <w:jc w:val="center"/>
      </w:pPr>
      <w:r>
        <w:rPr>
          <w:sz w:val="36"/>
        </w:rPr>
        <w:t>2026</w:t>
      </w:r>
    </w:p>
    <w:sectPr w:rsidR="00F61F72" w:rsidSect="00F61F72">
      <w:pgSz w:w="12240" w:h="15840"/>
      <w:pgMar w:top="1134" w:right="1417" w:bottom="1134" w:left="1417" w:header="720" w:footer="720" w:gutter="0"/>
      <w:pgBorders w:offsetFrom="page">
        <w:top w:val="outset" w:sz="6" w:space="24" w:color="auto"/>
        <w:left w:val="outset" w:sz="6" w:space="24" w:color="auto"/>
        <w:bottom w:val="inset" w:sz="6" w:space="24" w:color="auto"/>
        <w:right w:val="inset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61E71" w14:textId="77777777" w:rsidR="0039472E" w:rsidRDefault="0039472E" w:rsidP="00F61F72">
      <w:pPr>
        <w:spacing w:after="0" w:line="240" w:lineRule="auto"/>
      </w:pPr>
      <w:r>
        <w:separator/>
      </w:r>
    </w:p>
  </w:endnote>
  <w:endnote w:type="continuationSeparator" w:id="0">
    <w:p w14:paraId="6A6038C3" w14:textId="77777777" w:rsidR="0039472E" w:rsidRDefault="0039472E" w:rsidP="00F6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66D53" w14:textId="77777777" w:rsidR="0039472E" w:rsidRDefault="0039472E" w:rsidP="00F61F72">
      <w:pPr>
        <w:spacing w:after="0" w:line="240" w:lineRule="auto"/>
      </w:pPr>
      <w:r>
        <w:separator/>
      </w:r>
    </w:p>
  </w:footnote>
  <w:footnote w:type="continuationSeparator" w:id="0">
    <w:p w14:paraId="51831708" w14:textId="77777777" w:rsidR="0039472E" w:rsidRDefault="0039472E" w:rsidP="00F61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5654032">
    <w:abstractNumId w:val="8"/>
  </w:num>
  <w:num w:numId="2" w16cid:durableId="1529954725">
    <w:abstractNumId w:val="6"/>
  </w:num>
  <w:num w:numId="3" w16cid:durableId="662242730">
    <w:abstractNumId w:val="5"/>
  </w:num>
  <w:num w:numId="4" w16cid:durableId="298844677">
    <w:abstractNumId w:val="4"/>
  </w:num>
  <w:num w:numId="5" w16cid:durableId="1267619879">
    <w:abstractNumId w:val="7"/>
  </w:num>
  <w:num w:numId="6" w16cid:durableId="1463579544">
    <w:abstractNumId w:val="3"/>
  </w:num>
  <w:num w:numId="7" w16cid:durableId="1335299970">
    <w:abstractNumId w:val="2"/>
  </w:num>
  <w:num w:numId="8" w16cid:durableId="399793428">
    <w:abstractNumId w:val="1"/>
  </w:num>
  <w:num w:numId="9" w16cid:durableId="1650786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2B3"/>
    <w:rsid w:val="00034616"/>
    <w:rsid w:val="0006063C"/>
    <w:rsid w:val="000B0A47"/>
    <w:rsid w:val="0015074B"/>
    <w:rsid w:val="00200D45"/>
    <w:rsid w:val="00210A2D"/>
    <w:rsid w:val="0029639D"/>
    <w:rsid w:val="00326F90"/>
    <w:rsid w:val="0039472E"/>
    <w:rsid w:val="003E10EC"/>
    <w:rsid w:val="003F090E"/>
    <w:rsid w:val="004E7C64"/>
    <w:rsid w:val="005019DE"/>
    <w:rsid w:val="00593FA6"/>
    <w:rsid w:val="00602B0B"/>
    <w:rsid w:val="0072130B"/>
    <w:rsid w:val="00801366"/>
    <w:rsid w:val="00942143"/>
    <w:rsid w:val="009C55F3"/>
    <w:rsid w:val="00A43D87"/>
    <w:rsid w:val="00A6331D"/>
    <w:rsid w:val="00AA1D8D"/>
    <w:rsid w:val="00B47730"/>
    <w:rsid w:val="00BE5867"/>
    <w:rsid w:val="00CB0664"/>
    <w:rsid w:val="00F61F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718C36"/>
  <w14:defaultImageDpi w14:val="300"/>
  <w15:docId w15:val="{E6960FEA-6EE0-A445-BA23-DB80A218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raditional Arabic" w:eastAsia="Traditional Arabic" w:hAnsi="Traditional Arabic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Normal"/>
    <w:rsid w:val="0000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</Words>
  <Characters>254</Characters>
  <Application>Microsoft Office Word</Application>
  <DocSecurity>0</DocSecurity>
  <Lines>21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Hossam Al Akel</cp:lastModifiedBy>
  <cp:revision>5</cp:revision>
  <dcterms:created xsi:type="dcterms:W3CDTF">2026-06-03T23:18:00Z</dcterms:created>
  <dcterms:modified xsi:type="dcterms:W3CDTF">2026-06-08T20:36:00Z</dcterms:modified>
  <cp:category/>
</cp:coreProperties>
</file>