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E99A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9E78AB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6C98FB8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6B579A4F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78966F96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759F85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1EE56C60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304F75A7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785CBB9D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5D93A74E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1B3549EC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4C0E01C9" w14:textId="77777777" w:rsidR="006E17D0" w:rsidRDefault="006E17D0" w:rsidP="006E17D0">
      <w:pPr>
        <w:bidi/>
        <w:rPr>
          <w:b/>
          <w:color w:val="2F5442"/>
          <w:sz w:val="44"/>
          <w:rtl/>
        </w:rPr>
      </w:pPr>
    </w:p>
    <w:p w14:paraId="2D28430A" w14:textId="6D63A3CA" w:rsidR="00540C13" w:rsidRPr="006E17D0" w:rsidRDefault="00000000" w:rsidP="006E17D0">
      <w:pPr>
        <w:bidi/>
        <w:rPr>
          <w:color w:val="000000" w:themeColor="text1"/>
        </w:rPr>
      </w:pPr>
      <w:proofErr w:type="spellStart"/>
      <w:r w:rsidRPr="006E17D0">
        <w:rPr>
          <w:b/>
          <w:color w:val="000000" w:themeColor="text1"/>
          <w:sz w:val="44"/>
        </w:rPr>
        <w:t>تقرير</w:t>
      </w:r>
      <w:proofErr w:type="spellEnd"/>
      <w:r w:rsidRPr="006E17D0">
        <w:rPr>
          <w:b/>
          <w:color w:val="000000" w:themeColor="text1"/>
          <w:sz w:val="44"/>
        </w:rPr>
        <w:t xml:space="preserve"> </w:t>
      </w:r>
      <w:proofErr w:type="spellStart"/>
      <w:r w:rsidRPr="006E17D0">
        <w:rPr>
          <w:b/>
          <w:color w:val="000000" w:themeColor="text1"/>
          <w:sz w:val="44"/>
        </w:rPr>
        <w:t>بيانات</w:t>
      </w:r>
      <w:proofErr w:type="spellEnd"/>
      <w:r w:rsidRPr="006E17D0">
        <w:rPr>
          <w:b/>
          <w:color w:val="000000" w:themeColor="text1"/>
          <w:sz w:val="44"/>
        </w:rPr>
        <w:t xml:space="preserve"> </w:t>
      </w:r>
      <w:proofErr w:type="spellStart"/>
      <w:r w:rsidRPr="006E17D0">
        <w:rPr>
          <w:b/>
          <w:color w:val="000000" w:themeColor="text1"/>
          <w:sz w:val="44"/>
        </w:rPr>
        <w:t>الاستبانة</w:t>
      </w:r>
      <w:proofErr w:type="spellEnd"/>
    </w:p>
    <w:p w14:paraId="7CA09844" w14:textId="77777777" w:rsidR="00540C13" w:rsidRPr="006E17D0" w:rsidRDefault="00000000" w:rsidP="006E17D0">
      <w:pPr>
        <w:bidi/>
        <w:rPr>
          <w:color w:val="000000" w:themeColor="text1"/>
        </w:rPr>
      </w:pPr>
      <w:r w:rsidRPr="006E17D0">
        <w:rPr>
          <w:b/>
          <w:color w:val="000000" w:themeColor="text1"/>
          <w:sz w:val="32"/>
        </w:rPr>
        <w:t>دور التعليقات الإلكترونية في تشكيل نية الشراء لدى المستهلكين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5179"/>
        <w:gridCol w:w="5179"/>
      </w:tblGrid>
      <w:tr w:rsidR="006E17D0" w:rsidRPr="006E17D0" w14:paraId="45A3E457" w14:textId="77777777">
        <w:trPr>
          <w:jc w:val="center"/>
        </w:trPr>
        <w:tc>
          <w:tcPr>
            <w:tcW w:w="5184" w:type="dxa"/>
          </w:tcPr>
          <w:p w14:paraId="37FE6D67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منيرة عبداللطيف صالح الرويشد</w:t>
            </w:r>
          </w:p>
        </w:tc>
        <w:tc>
          <w:tcPr>
            <w:tcW w:w="5184" w:type="dxa"/>
            <w:shd w:val="clear" w:color="auto" w:fill="DDEBF7"/>
          </w:tcPr>
          <w:p w14:paraId="36B7D645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اسم الباحثة</w:t>
            </w:r>
          </w:p>
        </w:tc>
      </w:tr>
      <w:tr w:rsidR="006E17D0" w:rsidRPr="006E17D0" w14:paraId="3D35F98B" w14:textId="77777777">
        <w:trPr>
          <w:jc w:val="center"/>
        </w:trPr>
        <w:tc>
          <w:tcPr>
            <w:tcW w:w="5184" w:type="dxa"/>
          </w:tcPr>
          <w:p w14:paraId="3B7BBE30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253001490</w:t>
            </w:r>
          </w:p>
        </w:tc>
        <w:tc>
          <w:tcPr>
            <w:tcW w:w="5184" w:type="dxa"/>
            <w:shd w:val="clear" w:color="auto" w:fill="DDEBF7"/>
          </w:tcPr>
          <w:p w14:paraId="153C1673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الرقم الجامعي</w:t>
            </w:r>
          </w:p>
        </w:tc>
      </w:tr>
      <w:tr w:rsidR="006E17D0" w:rsidRPr="006E17D0" w14:paraId="5F0C071F" w14:textId="77777777">
        <w:trPr>
          <w:jc w:val="center"/>
        </w:trPr>
        <w:tc>
          <w:tcPr>
            <w:tcW w:w="5184" w:type="dxa"/>
          </w:tcPr>
          <w:p w14:paraId="5AB31313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proofErr w:type="spellStart"/>
            <w:r w:rsidRPr="006E17D0">
              <w:rPr>
                <w:color w:val="000000" w:themeColor="text1"/>
              </w:rPr>
              <w:t>ماجستير</w:t>
            </w:r>
            <w:proofErr w:type="spellEnd"/>
            <w:r w:rsidRPr="006E17D0">
              <w:rPr>
                <w:color w:val="000000" w:themeColor="text1"/>
              </w:rPr>
              <w:t xml:space="preserve"> </w:t>
            </w:r>
            <w:proofErr w:type="spellStart"/>
            <w:r w:rsidRPr="006E17D0">
              <w:rPr>
                <w:color w:val="000000" w:themeColor="text1"/>
              </w:rPr>
              <w:t>التسويق</w:t>
            </w:r>
            <w:proofErr w:type="spellEnd"/>
            <w:r w:rsidRPr="006E17D0">
              <w:rPr>
                <w:color w:val="000000" w:themeColor="text1"/>
              </w:rPr>
              <w:t xml:space="preserve"> </w:t>
            </w:r>
            <w:proofErr w:type="spellStart"/>
            <w:r w:rsidRPr="006E17D0">
              <w:rPr>
                <w:color w:val="000000" w:themeColor="text1"/>
              </w:rPr>
              <w:t>الرقمي</w:t>
            </w:r>
            <w:proofErr w:type="spellEnd"/>
          </w:p>
        </w:tc>
        <w:tc>
          <w:tcPr>
            <w:tcW w:w="5184" w:type="dxa"/>
            <w:shd w:val="clear" w:color="auto" w:fill="DDEBF7"/>
          </w:tcPr>
          <w:p w14:paraId="22EFA7FB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البرنامج</w:t>
            </w:r>
          </w:p>
        </w:tc>
      </w:tr>
      <w:tr w:rsidR="006E17D0" w:rsidRPr="006E17D0" w14:paraId="5EEC1CEC" w14:textId="77777777">
        <w:trPr>
          <w:jc w:val="center"/>
        </w:trPr>
        <w:tc>
          <w:tcPr>
            <w:tcW w:w="5184" w:type="dxa"/>
          </w:tcPr>
          <w:p w14:paraId="6B7A2047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color w:val="000000" w:themeColor="text1"/>
              </w:rPr>
              <w:t>100</w:t>
            </w:r>
          </w:p>
        </w:tc>
        <w:tc>
          <w:tcPr>
            <w:tcW w:w="5184" w:type="dxa"/>
            <w:shd w:val="clear" w:color="auto" w:fill="DDEBF7"/>
          </w:tcPr>
          <w:p w14:paraId="473532D6" w14:textId="77777777" w:rsidR="00540C13" w:rsidRPr="006E17D0" w:rsidRDefault="00000000" w:rsidP="006E17D0">
            <w:pPr>
              <w:bidi/>
              <w:rPr>
                <w:color w:val="000000" w:themeColor="text1"/>
              </w:rPr>
            </w:pPr>
            <w:r w:rsidRPr="006E17D0">
              <w:rPr>
                <w:b/>
                <w:color w:val="000000" w:themeColor="text1"/>
              </w:rPr>
              <w:t>عدد الاستجابات</w:t>
            </w:r>
          </w:p>
        </w:tc>
      </w:tr>
    </w:tbl>
    <w:p w14:paraId="231E7A21" w14:textId="77777777" w:rsidR="00540C13" w:rsidRPr="006E17D0" w:rsidRDefault="00000000" w:rsidP="006E17D0">
      <w:pPr>
        <w:bidi/>
        <w:rPr>
          <w:color w:val="000000" w:themeColor="text1"/>
        </w:rPr>
      </w:pPr>
      <w:r w:rsidRPr="006E17D0">
        <w:rPr>
          <w:color w:val="000000" w:themeColor="text1"/>
        </w:rPr>
        <w:br w:type="page"/>
      </w:r>
    </w:p>
    <w:p w14:paraId="63400925" w14:textId="77777777" w:rsidR="00540C13" w:rsidRDefault="00000000" w:rsidP="006E17D0">
      <w:pPr>
        <w:bidi/>
      </w:pPr>
      <w:r>
        <w:rPr>
          <w:b/>
          <w:color w:val="2F5442"/>
          <w:sz w:val="32"/>
        </w:rPr>
        <w:lastRenderedPageBreak/>
        <w:t>أولاً: بيانات الدراسة</w:t>
      </w:r>
    </w:p>
    <w:p w14:paraId="2AABC362" w14:textId="77777777" w:rsidR="00540C13" w:rsidRDefault="00000000" w:rsidP="006E17D0">
      <w:pPr>
        <w:bidi/>
        <w:spacing w:after="100" w:line="300" w:lineRule="auto"/>
      </w:pPr>
      <w:r>
        <w:t>يعرض هذا التقرير بيانات الاستبانة الواردة في ملف الإكسل، بما يشمل معلومات الدراسة، وأداة الاستبانة، وملخص النتائج الوصفية، وجدول الاستجابات المسجلة.</w:t>
      </w:r>
    </w:p>
    <w:p w14:paraId="1A735282" w14:textId="77777777" w:rsidR="00540C13" w:rsidRDefault="00000000" w:rsidP="006E17D0">
      <w:pPr>
        <w:bidi/>
        <w:spacing w:after="100" w:line="300" w:lineRule="auto"/>
      </w:pPr>
      <w:r>
        <w:t>ملاحظة منهجية: يتطلب اعتماد النتائج في البحث النهائي توثيق طريقة جمع البيانات، والحصول على الموافقات اللازمة، والتحقق من صدق الأداة وثباتها قبل إجراء الاستدلالات الإحصائية.</w:t>
      </w:r>
    </w:p>
    <w:p w14:paraId="5530F8C7" w14:textId="77777777" w:rsidR="00540C13" w:rsidRDefault="00000000" w:rsidP="006E17D0">
      <w:pPr>
        <w:bidi/>
      </w:pPr>
      <w:r>
        <w:rPr>
          <w:b/>
          <w:color w:val="2F5442"/>
          <w:sz w:val="32"/>
        </w:rPr>
        <w:t>ثانياً: أداة الاستبانة</w:t>
      </w:r>
    </w:p>
    <w:p w14:paraId="52C4C2EF" w14:textId="77777777" w:rsidR="00540C13" w:rsidRDefault="00000000" w:rsidP="006E17D0">
      <w:pPr>
        <w:bidi/>
        <w:spacing w:after="100" w:line="300" w:lineRule="auto"/>
      </w:pPr>
      <w:r>
        <w:t>تتكون الأداة من 18 عبارة موزعة على ثلاثة محاور رئيسية، ويستجيب المشارك باستخدام مقياس تقدير خماسي.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478"/>
        <w:gridCol w:w="1480"/>
        <w:gridCol w:w="1480"/>
        <w:gridCol w:w="1480"/>
        <w:gridCol w:w="1480"/>
        <w:gridCol w:w="1480"/>
        <w:gridCol w:w="1480"/>
      </w:tblGrid>
      <w:tr w:rsidR="00540C13" w14:paraId="494A710B" w14:textId="77777777">
        <w:trPr>
          <w:jc w:val="center"/>
        </w:trPr>
        <w:tc>
          <w:tcPr>
            <w:tcW w:w="1481" w:type="dxa"/>
            <w:shd w:val="clear" w:color="auto" w:fill="B4C6E7"/>
          </w:tcPr>
          <w:p w14:paraId="61772017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رقم</w:t>
            </w:r>
          </w:p>
        </w:tc>
        <w:tc>
          <w:tcPr>
            <w:tcW w:w="1481" w:type="dxa"/>
            <w:shd w:val="clear" w:color="auto" w:fill="B4C6E7"/>
          </w:tcPr>
          <w:p w14:paraId="32170752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المحور</w:t>
            </w:r>
          </w:p>
        </w:tc>
        <w:tc>
          <w:tcPr>
            <w:tcW w:w="1481" w:type="dxa"/>
            <w:shd w:val="clear" w:color="auto" w:fill="B4C6E7"/>
          </w:tcPr>
          <w:p w14:paraId="38809D05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العبارة</w:t>
            </w:r>
          </w:p>
        </w:tc>
        <w:tc>
          <w:tcPr>
            <w:tcW w:w="1481" w:type="dxa"/>
            <w:shd w:val="clear" w:color="auto" w:fill="B4C6E7"/>
          </w:tcPr>
          <w:p w14:paraId="3914A68D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موافق بشدة</w:t>
            </w:r>
          </w:p>
        </w:tc>
        <w:tc>
          <w:tcPr>
            <w:tcW w:w="1481" w:type="dxa"/>
            <w:shd w:val="clear" w:color="auto" w:fill="B4C6E7"/>
          </w:tcPr>
          <w:p w14:paraId="684651FA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موافق</w:t>
            </w:r>
          </w:p>
        </w:tc>
        <w:tc>
          <w:tcPr>
            <w:tcW w:w="1481" w:type="dxa"/>
            <w:shd w:val="clear" w:color="auto" w:fill="B4C6E7"/>
          </w:tcPr>
          <w:p w14:paraId="6CC3CD18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محايد</w:t>
            </w:r>
          </w:p>
        </w:tc>
        <w:tc>
          <w:tcPr>
            <w:tcW w:w="1481" w:type="dxa"/>
            <w:shd w:val="clear" w:color="auto" w:fill="B4C6E7"/>
          </w:tcPr>
          <w:p w14:paraId="2E9FF36D" w14:textId="77777777" w:rsidR="00540C13" w:rsidRDefault="00000000" w:rsidP="006E17D0">
            <w:pPr>
              <w:bidi/>
            </w:pPr>
            <w:r>
              <w:rPr>
                <w:b/>
                <w:sz w:val="16"/>
              </w:rPr>
              <w:t>غير موافق / بشدة</w:t>
            </w:r>
          </w:p>
        </w:tc>
      </w:tr>
      <w:tr w:rsidR="00540C13" w14:paraId="3C9FFF5D" w14:textId="77777777">
        <w:trPr>
          <w:jc w:val="center"/>
        </w:trPr>
        <w:tc>
          <w:tcPr>
            <w:tcW w:w="1481" w:type="dxa"/>
          </w:tcPr>
          <w:p w14:paraId="47DF81AC" w14:textId="77777777" w:rsidR="00540C13" w:rsidRDefault="00000000" w:rsidP="006E17D0">
            <w:pPr>
              <w:bidi/>
            </w:pPr>
            <w:r>
              <w:rPr>
                <w:sz w:val="16"/>
              </w:rPr>
              <w:t>1</w:t>
            </w:r>
          </w:p>
        </w:tc>
        <w:tc>
          <w:tcPr>
            <w:tcW w:w="1481" w:type="dxa"/>
          </w:tcPr>
          <w:p w14:paraId="647E72AF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62027D30" w14:textId="77777777" w:rsidR="00540C13" w:rsidRDefault="00000000" w:rsidP="006E17D0">
            <w:pPr>
              <w:bidi/>
            </w:pPr>
            <w:r>
              <w:rPr>
                <w:sz w:val="16"/>
              </w:rPr>
              <w:t>أثق بالتعليقات التي تتضمن تفاصيل واضحة عن تجربة المستخدم.</w:t>
            </w:r>
          </w:p>
        </w:tc>
        <w:tc>
          <w:tcPr>
            <w:tcW w:w="1481" w:type="dxa"/>
          </w:tcPr>
          <w:p w14:paraId="14897D9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9A3096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EAD8E0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32FD23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44A2D705" w14:textId="77777777">
        <w:trPr>
          <w:jc w:val="center"/>
        </w:trPr>
        <w:tc>
          <w:tcPr>
            <w:tcW w:w="1481" w:type="dxa"/>
          </w:tcPr>
          <w:p w14:paraId="611470E5" w14:textId="77777777" w:rsidR="00540C13" w:rsidRDefault="00000000" w:rsidP="006E17D0">
            <w:pPr>
              <w:bidi/>
            </w:pPr>
            <w:r>
              <w:rPr>
                <w:sz w:val="16"/>
              </w:rPr>
              <w:t>2</w:t>
            </w:r>
          </w:p>
        </w:tc>
        <w:tc>
          <w:tcPr>
            <w:tcW w:w="1481" w:type="dxa"/>
          </w:tcPr>
          <w:p w14:paraId="683BE06C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5C1D8A44" w14:textId="77777777" w:rsidR="00540C13" w:rsidRDefault="00000000" w:rsidP="006E17D0">
            <w:pPr>
              <w:bidi/>
            </w:pPr>
            <w:r>
              <w:rPr>
                <w:sz w:val="16"/>
              </w:rPr>
              <w:t>تزداد ثقتي بالتعليقات عندما تكون صادرة عن مشترين موثقين.</w:t>
            </w:r>
          </w:p>
        </w:tc>
        <w:tc>
          <w:tcPr>
            <w:tcW w:w="1481" w:type="dxa"/>
          </w:tcPr>
          <w:p w14:paraId="744E364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785515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08EEAC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5D26CC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5E2DD463" w14:textId="77777777">
        <w:trPr>
          <w:jc w:val="center"/>
        </w:trPr>
        <w:tc>
          <w:tcPr>
            <w:tcW w:w="1481" w:type="dxa"/>
          </w:tcPr>
          <w:p w14:paraId="361FA96B" w14:textId="77777777" w:rsidR="00540C13" w:rsidRDefault="00000000" w:rsidP="006E17D0">
            <w:pPr>
              <w:bidi/>
            </w:pPr>
            <w:r>
              <w:rPr>
                <w:sz w:val="16"/>
              </w:rPr>
              <w:t>3</w:t>
            </w:r>
          </w:p>
        </w:tc>
        <w:tc>
          <w:tcPr>
            <w:tcW w:w="1481" w:type="dxa"/>
          </w:tcPr>
          <w:p w14:paraId="77B33619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312F612F" w14:textId="77777777" w:rsidR="00540C13" w:rsidRDefault="00000000" w:rsidP="006E17D0">
            <w:pPr>
              <w:bidi/>
            </w:pPr>
            <w:r>
              <w:rPr>
                <w:sz w:val="16"/>
              </w:rPr>
              <w:t>أرى أن كثرة التعليقات المتشابهة تعزز مصداقية المنتج أو الخدمة.</w:t>
            </w:r>
          </w:p>
        </w:tc>
        <w:tc>
          <w:tcPr>
            <w:tcW w:w="1481" w:type="dxa"/>
          </w:tcPr>
          <w:p w14:paraId="01B0048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8AB126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5ECCA7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81FFCB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1A61928" w14:textId="77777777">
        <w:trPr>
          <w:jc w:val="center"/>
        </w:trPr>
        <w:tc>
          <w:tcPr>
            <w:tcW w:w="1481" w:type="dxa"/>
          </w:tcPr>
          <w:p w14:paraId="1F39BBC0" w14:textId="77777777" w:rsidR="00540C13" w:rsidRDefault="00000000" w:rsidP="006E17D0">
            <w:pPr>
              <w:bidi/>
            </w:pPr>
            <w:r>
              <w:rPr>
                <w:sz w:val="16"/>
              </w:rPr>
              <w:t>4</w:t>
            </w:r>
          </w:p>
        </w:tc>
        <w:tc>
          <w:tcPr>
            <w:tcW w:w="1481" w:type="dxa"/>
          </w:tcPr>
          <w:p w14:paraId="04E469CE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49BBA807" w14:textId="77777777" w:rsidR="00540C13" w:rsidRDefault="00000000" w:rsidP="006E17D0">
            <w:pPr>
              <w:bidi/>
            </w:pPr>
            <w:r>
              <w:rPr>
                <w:sz w:val="16"/>
              </w:rPr>
              <w:t>أشك في التعليقات التي تبدو مبالغًا فيها أو غير واقعية.</w:t>
            </w:r>
          </w:p>
        </w:tc>
        <w:tc>
          <w:tcPr>
            <w:tcW w:w="1481" w:type="dxa"/>
          </w:tcPr>
          <w:p w14:paraId="3F29E41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52128F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42E66C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32A87B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D90F72D" w14:textId="77777777">
        <w:trPr>
          <w:jc w:val="center"/>
        </w:trPr>
        <w:tc>
          <w:tcPr>
            <w:tcW w:w="1481" w:type="dxa"/>
          </w:tcPr>
          <w:p w14:paraId="4C1FCF8C" w14:textId="77777777" w:rsidR="00540C13" w:rsidRDefault="00000000" w:rsidP="006E17D0">
            <w:pPr>
              <w:bidi/>
            </w:pPr>
            <w:r>
              <w:rPr>
                <w:sz w:val="16"/>
              </w:rPr>
              <w:t>5</w:t>
            </w:r>
          </w:p>
        </w:tc>
        <w:tc>
          <w:tcPr>
            <w:tcW w:w="1481" w:type="dxa"/>
          </w:tcPr>
          <w:p w14:paraId="7B6A1AA7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308D6EFB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هوية كاتب التعليق وخبرته الظاهرة في مدى ثقتي برأيه.</w:t>
            </w:r>
          </w:p>
        </w:tc>
        <w:tc>
          <w:tcPr>
            <w:tcW w:w="1481" w:type="dxa"/>
          </w:tcPr>
          <w:p w14:paraId="3CE765D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43A5D4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E18DF1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B32F94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520A8ACB" w14:textId="77777777">
        <w:trPr>
          <w:jc w:val="center"/>
        </w:trPr>
        <w:tc>
          <w:tcPr>
            <w:tcW w:w="1481" w:type="dxa"/>
          </w:tcPr>
          <w:p w14:paraId="2D67348B" w14:textId="77777777" w:rsidR="00540C13" w:rsidRDefault="00000000" w:rsidP="006E17D0">
            <w:pPr>
              <w:bidi/>
            </w:pPr>
            <w:r>
              <w:rPr>
                <w:sz w:val="16"/>
              </w:rPr>
              <w:t>6</w:t>
            </w:r>
          </w:p>
        </w:tc>
        <w:tc>
          <w:tcPr>
            <w:tcW w:w="1481" w:type="dxa"/>
          </w:tcPr>
          <w:p w14:paraId="6B577F00" w14:textId="77777777" w:rsidR="00540C13" w:rsidRDefault="00000000" w:rsidP="006E17D0">
            <w:pPr>
              <w:bidi/>
            </w:pPr>
            <w:r>
              <w:rPr>
                <w:sz w:val="16"/>
              </w:rPr>
              <w:t>مصداقية التعليقات الإلكترونية</w:t>
            </w:r>
          </w:p>
        </w:tc>
        <w:tc>
          <w:tcPr>
            <w:tcW w:w="1481" w:type="dxa"/>
          </w:tcPr>
          <w:p w14:paraId="16B02048" w14:textId="77777777" w:rsidR="00540C13" w:rsidRDefault="00000000" w:rsidP="006E17D0">
            <w:pPr>
              <w:bidi/>
            </w:pPr>
            <w:r>
              <w:rPr>
                <w:sz w:val="16"/>
              </w:rPr>
              <w:t>أقارن بين التعليقات في أكثر من منصة قبل تكوين رأيي النهائي.</w:t>
            </w:r>
          </w:p>
        </w:tc>
        <w:tc>
          <w:tcPr>
            <w:tcW w:w="1481" w:type="dxa"/>
          </w:tcPr>
          <w:p w14:paraId="7DD3389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B2F72F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65A53B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24A28C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6D2ED19E" w14:textId="77777777">
        <w:trPr>
          <w:jc w:val="center"/>
        </w:trPr>
        <w:tc>
          <w:tcPr>
            <w:tcW w:w="1481" w:type="dxa"/>
          </w:tcPr>
          <w:p w14:paraId="797B724C" w14:textId="77777777" w:rsidR="00540C13" w:rsidRDefault="00000000" w:rsidP="006E17D0">
            <w:pPr>
              <w:bidi/>
            </w:pPr>
            <w:r>
              <w:rPr>
                <w:sz w:val="16"/>
              </w:rPr>
              <w:t>7</w:t>
            </w:r>
          </w:p>
        </w:tc>
        <w:tc>
          <w:tcPr>
            <w:tcW w:w="1481" w:type="dxa"/>
          </w:tcPr>
          <w:p w14:paraId="0FDCC4AC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2371C617" w14:textId="77777777" w:rsidR="00540C13" w:rsidRDefault="00000000" w:rsidP="006E17D0">
            <w:pPr>
              <w:bidi/>
            </w:pPr>
            <w:r>
              <w:rPr>
                <w:sz w:val="16"/>
              </w:rPr>
              <w:t>تساعدني التعليقات المفصلة على فهم مزايا المنتج أو الخدمة وعيوبها.</w:t>
            </w:r>
          </w:p>
        </w:tc>
        <w:tc>
          <w:tcPr>
            <w:tcW w:w="1481" w:type="dxa"/>
          </w:tcPr>
          <w:p w14:paraId="5EC91E6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49FF1D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70CB2B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D30335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1872B5E3" w14:textId="77777777">
        <w:trPr>
          <w:jc w:val="center"/>
        </w:trPr>
        <w:tc>
          <w:tcPr>
            <w:tcW w:w="1481" w:type="dxa"/>
          </w:tcPr>
          <w:p w14:paraId="382C9701" w14:textId="77777777" w:rsidR="00540C13" w:rsidRDefault="00000000" w:rsidP="006E17D0">
            <w:pPr>
              <w:bidi/>
            </w:pPr>
            <w:r>
              <w:rPr>
                <w:sz w:val="16"/>
              </w:rPr>
              <w:t>8</w:t>
            </w:r>
          </w:p>
        </w:tc>
        <w:tc>
          <w:tcPr>
            <w:tcW w:w="1481" w:type="dxa"/>
          </w:tcPr>
          <w:p w14:paraId="21A9DDE7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0CB2A6E9" w14:textId="77777777" w:rsidR="00540C13" w:rsidRDefault="00000000" w:rsidP="006E17D0">
            <w:pPr>
              <w:bidi/>
            </w:pPr>
            <w:r>
              <w:rPr>
                <w:sz w:val="16"/>
              </w:rPr>
              <w:t>أهتم بالتعليقات التي تتضمن صورًا أو مقاطع فيديو حقيقية.</w:t>
            </w:r>
          </w:p>
        </w:tc>
        <w:tc>
          <w:tcPr>
            <w:tcW w:w="1481" w:type="dxa"/>
          </w:tcPr>
          <w:p w14:paraId="3CB9F0C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4566AE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250796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44F7CC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607C53DF" w14:textId="77777777">
        <w:trPr>
          <w:jc w:val="center"/>
        </w:trPr>
        <w:tc>
          <w:tcPr>
            <w:tcW w:w="1481" w:type="dxa"/>
          </w:tcPr>
          <w:p w14:paraId="03B885E8" w14:textId="77777777" w:rsidR="00540C13" w:rsidRDefault="00000000" w:rsidP="006E17D0">
            <w:pPr>
              <w:bidi/>
            </w:pPr>
            <w:r>
              <w:rPr>
                <w:sz w:val="16"/>
              </w:rPr>
              <w:t>9</w:t>
            </w:r>
          </w:p>
        </w:tc>
        <w:tc>
          <w:tcPr>
            <w:tcW w:w="1481" w:type="dxa"/>
          </w:tcPr>
          <w:p w14:paraId="58F5D0D9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6959FE2E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حداثة التعليق في مدى اعتمادي عليه عند اتخاذ قرار الشراء.</w:t>
            </w:r>
          </w:p>
        </w:tc>
        <w:tc>
          <w:tcPr>
            <w:tcW w:w="1481" w:type="dxa"/>
          </w:tcPr>
          <w:p w14:paraId="3C79136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BE98D4B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9DE1EE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955828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6A12742" w14:textId="77777777">
        <w:trPr>
          <w:jc w:val="center"/>
        </w:trPr>
        <w:tc>
          <w:tcPr>
            <w:tcW w:w="1481" w:type="dxa"/>
          </w:tcPr>
          <w:p w14:paraId="1CAA7718" w14:textId="77777777" w:rsidR="00540C13" w:rsidRDefault="00000000" w:rsidP="006E17D0">
            <w:pPr>
              <w:bidi/>
            </w:pPr>
            <w:r>
              <w:rPr>
                <w:sz w:val="16"/>
              </w:rPr>
              <w:t>10</w:t>
            </w:r>
          </w:p>
        </w:tc>
        <w:tc>
          <w:tcPr>
            <w:tcW w:w="1481" w:type="dxa"/>
          </w:tcPr>
          <w:p w14:paraId="52A78878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002B38A4" w14:textId="77777777" w:rsidR="00540C13" w:rsidRDefault="00000000" w:rsidP="006E17D0">
            <w:pPr>
              <w:bidi/>
            </w:pPr>
            <w:r>
              <w:rPr>
                <w:sz w:val="16"/>
              </w:rPr>
              <w:t>أفضل التعليقات التي توضح الاستخدام الفعلي للمنتج أو الخدمة.</w:t>
            </w:r>
          </w:p>
        </w:tc>
        <w:tc>
          <w:tcPr>
            <w:tcW w:w="1481" w:type="dxa"/>
          </w:tcPr>
          <w:p w14:paraId="1528A54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359430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26D282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0AA76EC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998865C" w14:textId="77777777">
        <w:trPr>
          <w:jc w:val="center"/>
        </w:trPr>
        <w:tc>
          <w:tcPr>
            <w:tcW w:w="1481" w:type="dxa"/>
          </w:tcPr>
          <w:p w14:paraId="5F6BDB8D" w14:textId="77777777" w:rsidR="00540C13" w:rsidRDefault="00000000" w:rsidP="006E17D0">
            <w:pPr>
              <w:bidi/>
            </w:pPr>
            <w:r>
              <w:rPr>
                <w:sz w:val="16"/>
              </w:rPr>
              <w:t>11</w:t>
            </w:r>
          </w:p>
        </w:tc>
        <w:tc>
          <w:tcPr>
            <w:tcW w:w="1481" w:type="dxa"/>
          </w:tcPr>
          <w:p w14:paraId="47D2A27D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76B06F52" w14:textId="77777777" w:rsidR="00540C13" w:rsidRDefault="00000000" w:rsidP="006E17D0">
            <w:pPr>
              <w:bidi/>
            </w:pPr>
            <w:r>
              <w:rPr>
                <w:sz w:val="16"/>
              </w:rPr>
              <w:t>يساعدني عدد التعليقات المتاحة على تقييم المنتج بصورة أفضل.</w:t>
            </w:r>
          </w:p>
        </w:tc>
        <w:tc>
          <w:tcPr>
            <w:tcW w:w="1481" w:type="dxa"/>
          </w:tcPr>
          <w:p w14:paraId="69AB9BCA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7784901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39897E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009233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1E8C6BC" w14:textId="77777777">
        <w:trPr>
          <w:jc w:val="center"/>
        </w:trPr>
        <w:tc>
          <w:tcPr>
            <w:tcW w:w="1481" w:type="dxa"/>
          </w:tcPr>
          <w:p w14:paraId="6B677D05" w14:textId="77777777" w:rsidR="00540C13" w:rsidRDefault="00000000" w:rsidP="006E17D0">
            <w:pPr>
              <w:bidi/>
            </w:pPr>
            <w:r>
              <w:rPr>
                <w:sz w:val="16"/>
              </w:rPr>
              <w:t>12</w:t>
            </w:r>
          </w:p>
        </w:tc>
        <w:tc>
          <w:tcPr>
            <w:tcW w:w="1481" w:type="dxa"/>
          </w:tcPr>
          <w:p w14:paraId="7C340B32" w14:textId="77777777" w:rsidR="00540C13" w:rsidRDefault="00000000" w:rsidP="006E17D0">
            <w:pPr>
              <w:bidi/>
            </w:pPr>
            <w:r>
              <w:rPr>
                <w:sz w:val="16"/>
              </w:rPr>
              <w:t>جودة ومحتوى التعليقات الإلكترونية</w:t>
            </w:r>
          </w:p>
        </w:tc>
        <w:tc>
          <w:tcPr>
            <w:tcW w:w="1481" w:type="dxa"/>
          </w:tcPr>
          <w:p w14:paraId="739E6A08" w14:textId="77777777" w:rsidR="00540C13" w:rsidRDefault="00000000" w:rsidP="006E17D0">
            <w:pPr>
              <w:bidi/>
            </w:pPr>
            <w:r>
              <w:rPr>
                <w:sz w:val="16"/>
              </w:rPr>
              <w:t>أعد الردود المهنية من المنشأة على التعليقات مؤشرًا إيجابيًا على جودة الخدمة.</w:t>
            </w:r>
          </w:p>
        </w:tc>
        <w:tc>
          <w:tcPr>
            <w:tcW w:w="1481" w:type="dxa"/>
          </w:tcPr>
          <w:p w14:paraId="1F56B24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C0189D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21193E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7632755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713CBDC0" w14:textId="77777777">
        <w:trPr>
          <w:jc w:val="center"/>
        </w:trPr>
        <w:tc>
          <w:tcPr>
            <w:tcW w:w="1481" w:type="dxa"/>
          </w:tcPr>
          <w:p w14:paraId="0A1D18DB" w14:textId="77777777" w:rsidR="00540C13" w:rsidRDefault="00000000" w:rsidP="006E17D0">
            <w:pPr>
              <w:bidi/>
            </w:pPr>
            <w:r>
              <w:rPr>
                <w:sz w:val="16"/>
              </w:rPr>
              <w:t>13</w:t>
            </w:r>
          </w:p>
        </w:tc>
        <w:tc>
          <w:tcPr>
            <w:tcW w:w="1481" w:type="dxa"/>
          </w:tcPr>
          <w:p w14:paraId="194F3518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0EB4A1A7" w14:textId="77777777" w:rsidR="00540C13" w:rsidRDefault="00000000" w:rsidP="006E17D0">
            <w:pPr>
              <w:bidi/>
            </w:pPr>
            <w:r>
              <w:rPr>
                <w:sz w:val="16"/>
              </w:rPr>
              <w:t>تزيد التعليقات الإيجابية من رغبتي في شراء المنتج أو الخدمة.</w:t>
            </w:r>
          </w:p>
        </w:tc>
        <w:tc>
          <w:tcPr>
            <w:tcW w:w="1481" w:type="dxa"/>
          </w:tcPr>
          <w:p w14:paraId="42AA458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93A3F4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A9A94E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7505E4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FDF6192" w14:textId="77777777">
        <w:trPr>
          <w:jc w:val="center"/>
        </w:trPr>
        <w:tc>
          <w:tcPr>
            <w:tcW w:w="1481" w:type="dxa"/>
          </w:tcPr>
          <w:p w14:paraId="42485C4C" w14:textId="77777777" w:rsidR="00540C13" w:rsidRDefault="00000000" w:rsidP="006E17D0">
            <w:pPr>
              <w:bidi/>
            </w:pPr>
            <w:r>
              <w:rPr>
                <w:sz w:val="16"/>
              </w:rPr>
              <w:t>14</w:t>
            </w:r>
          </w:p>
        </w:tc>
        <w:tc>
          <w:tcPr>
            <w:tcW w:w="1481" w:type="dxa"/>
          </w:tcPr>
          <w:p w14:paraId="6D099883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242CCFAE" w14:textId="77777777" w:rsidR="00540C13" w:rsidRDefault="00000000" w:rsidP="006E17D0">
            <w:pPr>
              <w:bidi/>
            </w:pPr>
            <w:r>
              <w:rPr>
                <w:sz w:val="16"/>
              </w:rPr>
              <w:t>تدفعني التعليقات السلبية المتكررة إلى التراجع عن الشراء.</w:t>
            </w:r>
          </w:p>
        </w:tc>
        <w:tc>
          <w:tcPr>
            <w:tcW w:w="1481" w:type="dxa"/>
          </w:tcPr>
          <w:p w14:paraId="662803E0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28299506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E46C93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CA1379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3D0F7F07" w14:textId="77777777">
        <w:trPr>
          <w:jc w:val="center"/>
        </w:trPr>
        <w:tc>
          <w:tcPr>
            <w:tcW w:w="1481" w:type="dxa"/>
          </w:tcPr>
          <w:p w14:paraId="27AEE838" w14:textId="77777777" w:rsidR="00540C13" w:rsidRDefault="00000000" w:rsidP="006E17D0">
            <w:pPr>
              <w:bidi/>
            </w:pPr>
            <w:r>
              <w:rPr>
                <w:sz w:val="16"/>
              </w:rPr>
              <w:t>15</w:t>
            </w:r>
          </w:p>
        </w:tc>
        <w:tc>
          <w:tcPr>
            <w:tcW w:w="1481" w:type="dxa"/>
          </w:tcPr>
          <w:p w14:paraId="7C0F7F70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7998D662" w14:textId="77777777" w:rsidR="00540C13" w:rsidRDefault="00000000" w:rsidP="006E17D0">
            <w:pPr>
              <w:bidi/>
            </w:pPr>
            <w:r>
              <w:rPr>
                <w:sz w:val="16"/>
              </w:rPr>
              <w:t>قد أشتري المنتج رغم وجود بعض التعليقات السلبية إذا كانت التقييمات العامة مرتفعة.</w:t>
            </w:r>
          </w:p>
        </w:tc>
        <w:tc>
          <w:tcPr>
            <w:tcW w:w="1481" w:type="dxa"/>
          </w:tcPr>
          <w:p w14:paraId="7765609D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738605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18D4ECCF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B8D76B3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1520E631" w14:textId="77777777">
        <w:trPr>
          <w:jc w:val="center"/>
        </w:trPr>
        <w:tc>
          <w:tcPr>
            <w:tcW w:w="1481" w:type="dxa"/>
          </w:tcPr>
          <w:p w14:paraId="16890CC2" w14:textId="77777777" w:rsidR="00540C13" w:rsidRDefault="00000000" w:rsidP="006E17D0">
            <w:pPr>
              <w:bidi/>
            </w:pPr>
            <w:r>
              <w:rPr>
                <w:sz w:val="16"/>
              </w:rPr>
              <w:t>16</w:t>
            </w:r>
          </w:p>
        </w:tc>
        <w:tc>
          <w:tcPr>
            <w:tcW w:w="1481" w:type="dxa"/>
          </w:tcPr>
          <w:p w14:paraId="22BB2075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7FD8E1E5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درجة التقييم بالنجوم في اختياري بين المنتجات أو الخدمات المتشابهة.</w:t>
            </w:r>
          </w:p>
        </w:tc>
        <w:tc>
          <w:tcPr>
            <w:tcW w:w="1481" w:type="dxa"/>
          </w:tcPr>
          <w:p w14:paraId="3E5F13A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0814162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9B63F64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3FAAC3A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26B9193B" w14:textId="77777777">
        <w:trPr>
          <w:jc w:val="center"/>
        </w:trPr>
        <w:tc>
          <w:tcPr>
            <w:tcW w:w="1481" w:type="dxa"/>
          </w:tcPr>
          <w:p w14:paraId="2A2B9754" w14:textId="77777777" w:rsidR="00540C13" w:rsidRDefault="00000000" w:rsidP="006E17D0">
            <w:pPr>
              <w:bidi/>
            </w:pPr>
            <w:r>
              <w:rPr>
                <w:sz w:val="16"/>
              </w:rPr>
              <w:t>17</w:t>
            </w:r>
          </w:p>
        </w:tc>
        <w:tc>
          <w:tcPr>
            <w:tcW w:w="1481" w:type="dxa"/>
          </w:tcPr>
          <w:p w14:paraId="65594DD3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2E0B8F77" w14:textId="77777777" w:rsidR="00540C13" w:rsidRDefault="00000000" w:rsidP="006E17D0">
            <w:pPr>
              <w:bidi/>
            </w:pPr>
            <w:r>
              <w:rPr>
                <w:sz w:val="16"/>
              </w:rPr>
              <w:t>أوصي الآخرين بالمنتج أو الخدمة عندما أجد تعليقات إيجابية موثوقة عنه.</w:t>
            </w:r>
          </w:p>
        </w:tc>
        <w:tc>
          <w:tcPr>
            <w:tcW w:w="1481" w:type="dxa"/>
          </w:tcPr>
          <w:p w14:paraId="0C8B8CB8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0A22311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4728342B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C662C2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  <w:tr w:rsidR="00540C13" w14:paraId="06FC6C61" w14:textId="77777777">
        <w:trPr>
          <w:jc w:val="center"/>
        </w:trPr>
        <w:tc>
          <w:tcPr>
            <w:tcW w:w="1481" w:type="dxa"/>
          </w:tcPr>
          <w:p w14:paraId="2609BB56" w14:textId="77777777" w:rsidR="00540C13" w:rsidRDefault="00000000" w:rsidP="006E17D0">
            <w:pPr>
              <w:bidi/>
            </w:pPr>
            <w:r>
              <w:rPr>
                <w:sz w:val="16"/>
              </w:rPr>
              <w:lastRenderedPageBreak/>
              <w:t>18</w:t>
            </w:r>
          </w:p>
        </w:tc>
        <w:tc>
          <w:tcPr>
            <w:tcW w:w="1481" w:type="dxa"/>
          </w:tcPr>
          <w:p w14:paraId="5E648FFB" w14:textId="77777777" w:rsidR="00540C13" w:rsidRDefault="00000000" w:rsidP="006E17D0">
            <w:pPr>
              <w:bidi/>
            </w:pPr>
            <w:r>
              <w:rPr>
                <w:sz w:val="16"/>
              </w:rPr>
              <w:t>اتجاه التعليقات ونية الشراء</w:t>
            </w:r>
          </w:p>
        </w:tc>
        <w:tc>
          <w:tcPr>
            <w:tcW w:w="1481" w:type="dxa"/>
          </w:tcPr>
          <w:p w14:paraId="52F483CC" w14:textId="77777777" w:rsidR="00540C13" w:rsidRDefault="00000000" w:rsidP="006E17D0">
            <w:pPr>
              <w:bidi/>
            </w:pPr>
            <w:r>
              <w:rPr>
                <w:sz w:val="16"/>
              </w:rPr>
              <w:t>تؤثر التعليقات الإلكترونية في قراري النهائي أكثر من الإعلان المدفوع.</w:t>
            </w:r>
          </w:p>
        </w:tc>
        <w:tc>
          <w:tcPr>
            <w:tcW w:w="1481" w:type="dxa"/>
          </w:tcPr>
          <w:p w14:paraId="09710D5E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511A83F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0145C379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  <w:tc>
          <w:tcPr>
            <w:tcW w:w="1481" w:type="dxa"/>
          </w:tcPr>
          <w:p w14:paraId="6C68AE87" w14:textId="77777777" w:rsidR="00540C13" w:rsidRDefault="00000000" w:rsidP="006E17D0">
            <w:pPr>
              <w:bidi/>
            </w:pPr>
            <w:r>
              <w:rPr>
                <w:sz w:val="16"/>
              </w:rPr>
              <w:t>☐</w:t>
            </w:r>
          </w:p>
        </w:tc>
      </w:tr>
    </w:tbl>
    <w:p w14:paraId="1CD68382" w14:textId="77777777" w:rsidR="00540C13" w:rsidRDefault="00000000" w:rsidP="006E17D0">
      <w:pPr>
        <w:bidi/>
      </w:pPr>
      <w:r>
        <w:br w:type="page"/>
      </w:r>
    </w:p>
    <w:p w14:paraId="6C7FC387" w14:textId="77777777" w:rsidR="00540C13" w:rsidRDefault="00000000" w:rsidP="006E17D0">
      <w:pPr>
        <w:bidi/>
      </w:pPr>
      <w:r>
        <w:rPr>
          <w:b/>
          <w:color w:val="2F5442"/>
          <w:sz w:val="32"/>
        </w:rPr>
        <w:lastRenderedPageBreak/>
        <w:t>ثالثاً: الملخص الوصفي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5179"/>
        <w:gridCol w:w="5179"/>
      </w:tblGrid>
      <w:tr w:rsidR="00540C13" w14:paraId="4ADA822E" w14:textId="77777777" w:rsidTr="006E17D0">
        <w:tc>
          <w:tcPr>
            <w:tcW w:w="5184" w:type="dxa"/>
          </w:tcPr>
          <w:p w14:paraId="7C7CFFCF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المؤشر</w:t>
            </w:r>
          </w:p>
        </w:tc>
        <w:tc>
          <w:tcPr>
            <w:tcW w:w="5184" w:type="dxa"/>
          </w:tcPr>
          <w:p w14:paraId="626EAC72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القيمة</w:t>
            </w:r>
          </w:p>
        </w:tc>
      </w:tr>
      <w:tr w:rsidR="00540C13" w14:paraId="5406F9EA" w14:textId="77777777" w:rsidTr="006E17D0">
        <w:tc>
          <w:tcPr>
            <w:tcW w:w="5184" w:type="dxa"/>
          </w:tcPr>
          <w:p w14:paraId="3BC106B6" w14:textId="77777777" w:rsidR="00540C13" w:rsidRDefault="00000000" w:rsidP="006E17D0">
            <w:pPr>
              <w:bidi/>
            </w:pPr>
            <w:r>
              <w:rPr>
                <w:sz w:val="20"/>
              </w:rPr>
              <w:t>عدد الاستجابات</w:t>
            </w:r>
          </w:p>
        </w:tc>
        <w:tc>
          <w:tcPr>
            <w:tcW w:w="5184" w:type="dxa"/>
          </w:tcPr>
          <w:p w14:paraId="772B5273" w14:textId="77777777" w:rsidR="00540C13" w:rsidRDefault="00000000" w:rsidP="006E17D0">
            <w:pPr>
              <w:bidi/>
            </w:pPr>
            <w:r>
              <w:rPr>
                <w:sz w:val="20"/>
              </w:rPr>
              <w:t>100</w:t>
            </w:r>
          </w:p>
        </w:tc>
      </w:tr>
      <w:tr w:rsidR="00540C13" w14:paraId="15DF00DC" w14:textId="77777777" w:rsidTr="006E17D0">
        <w:tc>
          <w:tcPr>
            <w:tcW w:w="5184" w:type="dxa"/>
          </w:tcPr>
          <w:p w14:paraId="2AAE74AE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المصداقية</w:t>
            </w:r>
          </w:p>
        </w:tc>
        <w:tc>
          <w:tcPr>
            <w:tcW w:w="5184" w:type="dxa"/>
          </w:tcPr>
          <w:p w14:paraId="01BEF58E" w14:textId="77777777" w:rsidR="00540C13" w:rsidRDefault="00000000" w:rsidP="006E17D0">
            <w:pPr>
              <w:bidi/>
            </w:pPr>
            <w:r>
              <w:rPr>
                <w:sz w:val="20"/>
              </w:rPr>
              <w:t>3.6</w:t>
            </w:r>
          </w:p>
        </w:tc>
      </w:tr>
      <w:tr w:rsidR="00540C13" w14:paraId="502B2D30" w14:textId="77777777" w:rsidTr="006E17D0">
        <w:tc>
          <w:tcPr>
            <w:tcW w:w="5184" w:type="dxa"/>
          </w:tcPr>
          <w:p w14:paraId="2730BB36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جودة المحتوى</w:t>
            </w:r>
          </w:p>
        </w:tc>
        <w:tc>
          <w:tcPr>
            <w:tcW w:w="5184" w:type="dxa"/>
          </w:tcPr>
          <w:p w14:paraId="138AD572" w14:textId="77777777" w:rsidR="00540C13" w:rsidRDefault="00000000" w:rsidP="006E17D0">
            <w:pPr>
              <w:bidi/>
            </w:pPr>
            <w:r>
              <w:rPr>
                <w:sz w:val="20"/>
              </w:rPr>
              <w:t>3.64</w:t>
            </w:r>
          </w:p>
        </w:tc>
      </w:tr>
      <w:tr w:rsidR="00540C13" w14:paraId="67C8F5F9" w14:textId="77777777" w:rsidTr="006E17D0">
        <w:tc>
          <w:tcPr>
            <w:tcW w:w="5184" w:type="dxa"/>
          </w:tcPr>
          <w:p w14:paraId="23715BD0" w14:textId="77777777" w:rsidR="00540C13" w:rsidRDefault="00000000" w:rsidP="006E17D0">
            <w:pPr>
              <w:bidi/>
            </w:pPr>
            <w:r>
              <w:rPr>
                <w:sz w:val="20"/>
              </w:rPr>
              <w:t>متوسط نية الشراء</w:t>
            </w:r>
          </w:p>
        </w:tc>
        <w:tc>
          <w:tcPr>
            <w:tcW w:w="5184" w:type="dxa"/>
          </w:tcPr>
          <w:p w14:paraId="4EDBF814" w14:textId="77777777" w:rsidR="00540C13" w:rsidRDefault="00000000" w:rsidP="006E17D0">
            <w:pPr>
              <w:bidi/>
            </w:pPr>
            <w:r>
              <w:rPr>
                <w:sz w:val="20"/>
              </w:rPr>
              <w:t>3.47</w:t>
            </w:r>
          </w:p>
        </w:tc>
      </w:tr>
    </w:tbl>
    <w:p w14:paraId="23914214" w14:textId="77777777" w:rsidR="00540C13" w:rsidRDefault="00000000" w:rsidP="006E17D0">
      <w:pPr>
        <w:bidi/>
      </w:pPr>
      <w:r>
        <w:rPr>
          <w:b/>
          <w:color w:val="2F5442"/>
          <w:sz w:val="26"/>
        </w:rPr>
        <w:t>توزيع الجنس</w:t>
      </w: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5179"/>
        <w:gridCol w:w="5179"/>
      </w:tblGrid>
      <w:tr w:rsidR="00540C13" w14:paraId="1C19B1BA" w14:textId="77777777" w:rsidTr="006E17D0">
        <w:tc>
          <w:tcPr>
            <w:tcW w:w="5184" w:type="dxa"/>
          </w:tcPr>
          <w:p w14:paraId="16A0ACF8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الجنس</w:t>
            </w:r>
          </w:p>
        </w:tc>
        <w:tc>
          <w:tcPr>
            <w:tcW w:w="5184" w:type="dxa"/>
          </w:tcPr>
          <w:p w14:paraId="2D18664F" w14:textId="77777777" w:rsidR="00540C13" w:rsidRDefault="00000000" w:rsidP="006E17D0">
            <w:pPr>
              <w:bidi/>
            </w:pPr>
            <w:r>
              <w:rPr>
                <w:b/>
                <w:sz w:val="20"/>
              </w:rPr>
              <w:t>العدد</w:t>
            </w:r>
          </w:p>
        </w:tc>
      </w:tr>
      <w:tr w:rsidR="00540C13" w14:paraId="4F4E319F" w14:textId="77777777" w:rsidTr="006E17D0">
        <w:tc>
          <w:tcPr>
            <w:tcW w:w="5184" w:type="dxa"/>
          </w:tcPr>
          <w:p w14:paraId="20C3FBEC" w14:textId="77777777" w:rsidR="00540C13" w:rsidRDefault="00000000" w:rsidP="006E17D0">
            <w:pPr>
              <w:bidi/>
            </w:pPr>
            <w:r>
              <w:rPr>
                <w:sz w:val="20"/>
              </w:rPr>
              <w:t>أنثى</w:t>
            </w:r>
          </w:p>
        </w:tc>
        <w:tc>
          <w:tcPr>
            <w:tcW w:w="5184" w:type="dxa"/>
          </w:tcPr>
          <w:p w14:paraId="19A44DED" w14:textId="77777777" w:rsidR="00540C13" w:rsidRDefault="00000000" w:rsidP="006E17D0">
            <w:pPr>
              <w:bidi/>
            </w:pPr>
            <w:r>
              <w:rPr>
                <w:sz w:val="20"/>
              </w:rPr>
              <w:t>60</w:t>
            </w:r>
          </w:p>
        </w:tc>
      </w:tr>
      <w:tr w:rsidR="00540C13" w14:paraId="13FC6950" w14:textId="77777777" w:rsidTr="006E17D0">
        <w:tc>
          <w:tcPr>
            <w:tcW w:w="5184" w:type="dxa"/>
          </w:tcPr>
          <w:p w14:paraId="05D28744" w14:textId="77777777" w:rsidR="00540C13" w:rsidRDefault="00000000" w:rsidP="006E17D0">
            <w:pPr>
              <w:bidi/>
            </w:pPr>
            <w:r>
              <w:rPr>
                <w:sz w:val="20"/>
              </w:rPr>
              <w:t>ذكر</w:t>
            </w:r>
          </w:p>
        </w:tc>
        <w:tc>
          <w:tcPr>
            <w:tcW w:w="5184" w:type="dxa"/>
          </w:tcPr>
          <w:p w14:paraId="789C01C2" w14:textId="77777777" w:rsidR="00540C13" w:rsidRDefault="00000000" w:rsidP="006E17D0">
            <w:pPr>
              <w:bidi/>
            </w:pPr>
            <w:r>
              <w:rPr>
                <w:sz w:val="20"/>
              </w:rPr>
              <w:t>40</w:t>
            </w:r>
          </w:p>
        </w:tc>
      </w:tr>
    </w:tbl>
    <w:p w14:paraId="5560E2E0" w14:textId="77777777" w:rsidR="00540C13" w:rsidRDefault="00540C13" w:rsidP="006E17D0">
      <w:pPr>
        <w:bidi/>
        <w:sectPr w:rsidR="00540C13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936" w:right="936" w:bottom="936" w:left="936" w:header="720" w:footer="720" w:gutter="0"/>
          <w:cols w:space="720"/>
          <w:docGrid w:linePitch="360"/>
        </w:sectPr>
      </w:pPr>
    </w:p>
    <w:p w14:paraId="00EC89CA" w14:textId="77777777" w:rsidR="00540C13" w:rsidRDefault="00000000" w:rsidP="006E17D0">
      <w:pPr>
        <w:bidi/>
      </w:pPr>
      <w:r>
        <w:rPr>
          <w:b/>
          <w:color w:val="2F5442"/>
          <w:sz w:val="32"/>
        </w:rPr>
        <w:lastRenderedPageBreak/>
        <w:t>رابعاً: ملحق الاستجابات المسجلة</w:t>
      </w:r>
    </w:p>
    <w:p w14:paraId="0D6EB8C4" w14:textId="77777777" w:rsidR="00540C13" w:rsidRDefault="00000000" w:rsidP="006E17D0">
      <w:pPr>
        <w:bidi/>
        <w:spacing w:after="100" w:line="300" w:lineRule="auto"/>
      </w:pPr>
      <w:r>
        <w:t>يتضمن الملحق جميع الصفوف الواردة في شيت الاستجابات وعددها 100 استجابة، مع المتغيرات الديموغرافية وإجابات العبارات والمتوسطات المحسوبة.</w:t>
      </w:r>
    </w:p>
    <w:p w14:paraId="6BB2FB63" w14:textId="77777777" w:rsidR="00540C13" w:rsidRDefault="00000000" w:rsidP="006E17D0">
      <w:pPr>
        <w:bidi/>
      </w:pPr>
      <w:r>
        <w:rPr>
          <w:b/>
          <w:color w:val="2F5442"/>
          <w:sz w:val="26"/>
        </w:rPr>
        <w:t>الجزء (أ): البيانات الأساسية والأسئلة 1-9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989"/>
        <w:gridCol w:w="989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  <w:gridCol w:w="988"/>
      </w:tblGrid>
      <w:tr w:rsidR="00540C13" w14:paraId="3D387A3C" w14:textId="77777777">
        <w:trPr>
          <w:jc w:val="center"/>
        </w:trPr>
        <w:tc>
          <w:tcPr>
            <w:tcW w:w="989" w:type="dxa"/>
            <w:shd w:val="clear" w:color="auto" w:fill="D9EAD3"/>
          </w:tcPr>
          <w:p w14:paraId="4C62F58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معرف الاستجابة</w:t>
            </w:r>
          </w:p>
        </w:tc>
        <w:tc>
          <w:tcPr>
            <w:tcW w:w="989" w:type="dxa"/>
            <w:shd w:val="clear" w:color="auto" w:fill="D9EAD3"/>
          </w:tcPr>
          <w:p w14:paraId="0B72BF39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الجنس</w:t>
            </w:r>
          </w:p>
        </w:tc>
        <w:tc>
          <w:tcPr>
            <w:tcW w:w="989" w:type="dxa"/>
            <w:shd w:val="clear" w:color="auto" w:fill="D9EAD3"/>
          </w:tcPr>
          <w:p w14:paraId="4C1EAC7F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العمر</w:t>
            </w:r>
          </w:p>
        </w:tc>
        <w:tc>
          <w:tcPr>
            <w:tcW w:w="989" w:type="dxa"/>
            <w:shd w:val="clear" w:color="auto" w:fill="D9EAD3"/>
          </w:tcPr>
          <w:p w14:paraId="4FCC6638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المؤهل العلمي</w:t>
            </w:r>
          </w:p>
        </w:tc>
        <w:tc>
          <w:tcPr>
            <w:tcW w:w="989" w:type="dxa"/>
            <w:shd w:val="clear" w:color="auto" w:fill="D9EAD3"/>
          </w:tcPr>
          <w:p w14:paraId="6F7A4344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معدل التسوق عبر الإنترنت</w:t>
            </w:r>
          </w:p>
        </w:tc>
        <w:tc>
          <w:tcPr>
            <w:tcW w:w="989" w:type="dxa"/>
            <w:shd w:val="clear" w:color="auto" w:fill="D9EAD3"/>
          </w:tcPr>
          <w:p w14:paraId="4073682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المنصة الأكثر اعتمادًا</w:t>
            </w:r>
          </w:p>
        </w:tc>
        <w:tc>
          <w:tcPr>
            <w:tcW w:w="989" w:type="dxa"/>
            <w:shd w:val="clear" w:color="auto" w:fill="D9EAD3"/>
          </w:tcPr>
          <w:p w14:paraId="266ED7D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</w:t>
            </w:r>
          </w:p>
        </w:tc>
        <w:tc>
          <w:tcPr>
            <w:tcW w:w="989" w:type="dxa"/>
            <w:shd w:val="clear" w:color="auto" w:fill="D9EAD3"/>
          </w:tcPr>
          <w:p w14:paraId="055C084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س2</w:t>
            </w:r>
          </w:p>
        </w:tc>
        <w:tc>
          <w:tcPr>
            <w:tcW w:w="989" w:type="dxa"/>
            <w:shd w:val="clear" w:color="auto" w:fill="D9EAD3"/>
          </w:tcPr>
          <w:p w14:paraId="36B5B70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س3</w:t>
            </w:r>
          </w:p>
        </w:tc>
        <w:tc>
          <w:tcPr>
            <w:tcW w:w="989" w:type="dxa"/>
            <w:shd w:val="clear" w:color="auto" w:fill="D9EAD3"/>
          </w:tcPr>
          <w:p w14:paraId="743C36DA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س4</w:t>
            </w:r>
          </w:p>
        </w:tc>
        <w:tc>
          <w:tcPr>
            <w:tcW w:w="989" w:type="dxa"/>
            <w:shd w:val="clear" w:color="auto" w:fill="D9EAD3"/>
          </w:tcPr>
          <w:p w14:paraId="45112DD3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س5</w:t>
            </w:r>
          </w:p>
        </w:tc>
        <w:tc>
          <w:tcPr>
            <w:tcW w:w="989" w:type="dxa"/>
            <w:shd w:val="clear" w:color="auto" w:fill="D9EAD3"/>
          </w:tcPr>
          <w:p w14:paraId="3F17CF6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س6</w:t>
            </w:r>
          </w:p>
        </w:tc>
        <w:tc>
          <w:tcPr>
            <w:tcW w:w="989" w:type="dxa"/>
            <w:shd w:val="clear" w:color="auto" w:fill="D9EAD3"/>
          </w:tcPr>
          <w:p w14:paraId="0F7C241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س7</w:t>
            </w:r>
          </w:p>
        </w:tc>
        <w:tc>
          <w:tcPr>
            <w:tcW w:w="989" w:type="dxa"/>
            <w:shd w:val="clear" w:color="auto" w:fill="D9EAD3"/>
          </w:tcPr>
          <w:p w14:paraId="288079DE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س8</w:t>
            </w:r>
          </w:p>
        </w:tc>
        <w:tc>
          <w:tcPr>
            <w:tcW w:w="989" w:type="dxa"/>
            <w:shd w:val="clear" w:color="auto" w:fill="D9EAD3"/>
          </w:tcPr>
          <w:p w14:paraId="63CFFD6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س9</w:t>
            </w:r>
          </w:p>
        </w:tc>
      </w:tr>
      <w:tr w:rsidR="00540C13" w14:paraId="47908EA7" w14:textId="77777777">
        <w:trPr>
          <w:jc w:val="center"/>
        </w:trPr>
        <w:tc>
          <w:tcPr>
            <w:tcW w:w="989" w:type="dxa"/>
          </w:tcPr>
          <w:p w14:paraId="3AB61D46" w14:textId="77777777" w:rsidR="00540C13" w:rsidRDefault="00000000" w:rsidP="006E17D0">
            <w:pPr>
              <w:bidi/>
            </w:pPr>
            <w:r>
              <w:rPr>
                <w:sz w:val="11"/>
              </w:rPr>
              <w:t>R001</w:t>
            </w:r>
          </w:p>
        </w:tc>
        <w:tc>
          <w:tcPr>
            <w:tcW w:w="989" w:type="dxa"/>
          </w:tcPr>
          <w:p w14:paraId="778DD93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7D354E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16CB254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20211E3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4751559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AC0AF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2070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875F4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45FA6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48FB9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D3179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3BB08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EEF9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3E231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8EDD65D" w14:textId="77777777">
        <w:trPr>
          <w:jc w:val="center"/>
        </w:trPr>
        <w:tc>
          <w:tcPr>
            <w:tcW w:w="989" w:type="dxa"/>
          </w:tcPr>
          <w:p w14:paraId="0FBD7037" w14:textId="77777777" w:rsidR="00540C13" w:rsidRDefault="00000000" w:rsidP="006E17D0">
            <w:pPr>
              <w:bidi/>
            </w:pPr>
            <w:r>
              <w:rPr>
                <w:sz w:val="11"/>
              </w:rPr>
              <w:t>R002</w:t>
            </w:r>
          </w:p>
        </w:tc>
        <w:tc>
          <w:tcPr>
            <w:tcW w:w="989" w:type="dxa"/>
          </w:tcPr>
          <w:p w14:paraId="7186B5C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7F7D42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991CB2E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92C91B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DDE991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FA47E2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891DE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B4CD82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0CEA3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0832E7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39A019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63AE0F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BD4E3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1D37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FB3BB1F" w14:textId="77777777">
        <w:trPr>
          <w:jc w:val="center"/>
        </w:trPr>
        <w:tc>
          <w:tcPr>
            <w:tcW w:w="989" w:type="dxa"/>
          </w:tcPr>
          <w:p w14:paraId="5745AAEA" w14:textId="77777777" w:rsidR="00540C13" w:rsidRDefault="00000000" w:rsidP="006E17D0">
            <w:pPr>
              <w:bidi/>
            </w:pPr>
            <w:r>
              <w:rPr>
                <w:sz w:val="11"/>
              </w:rPr>
              <w:t>R003</w:t>
            </w:r>
          </w:p>
        </w:tc>
        <w:tc>
          <w:tcPr>
            <w:tcW w:w="989" w:type="dxa"/>
          </w:tcPr>
          <w:p w14:paraId="26BAB9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479FC00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36C5713B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F95A71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B391D1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91CCF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155D4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4BEDA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8DDC1B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5D98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7BC761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0C683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05EC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6110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86B76E1" w14:textId="77777777">
        <w:trPr>
          <w:jc w:val="center"/>
        </w:trPr>
        <w:tc>
          <w:tcPr>
            <w:tcW w:w="989" w:type="dxa"/>
          </w:tcPr>
          <w:p w14:paraId="4D1E4989" w14:textId="77777777" w:rsidR="00540C13" w:rsidRDefault="00000000" w:rsidP="006E17D0">
            <w:pPr>
              <w:bidi/>
            </w:pPr>
            <w:r>
              <w:rPr>
                <w:sz w:val="11"/>
              </w:rPr>
              <w:t>R004</w:t>
            </w:r>
          </w:p>
        </w:tc>
        <w:tc>
          <w:tcPr>
            <w:tcW w:w="989" w:type="dxa"/>
          </w:tcPr>
          <w:p w14:paraId="1DF7EC3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B2E56A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BBECF2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21E1BDA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81F70BC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9349D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28799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07E57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4F9BF5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C2F768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E2084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1648EB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9C302A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9499F2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F5A8FBD" w14:textId="77777777">
        <w:trPr>
          <w:jc w:val="center"/>
        </w:trPr>
        <w:tc>
          <w:tcPr>
            <w:tcW w:w="989" w:type="dxa"/>
          </w:tcPr>
          <w:p w14:paraId="7DBC7C29" w14:textId="77777777" w:rsidR="00540C13" w:rsidRDefault="00000000" w:rsidP="006E17D0">
            <w:pPr>
              <w:bidi/>
            </w:pPr>
            <w:r>
              <w:rPr>
                <w:sz w:val="11"/>
              </w:rPr>
              <w:t>R005</w:t>
            </w:r>
          </w:p>
        </w:tc>
        <w:tc>
          <w:tcPr>
            <w:tcW w:w="989" w:type="dxa"/>
          </w:tcPr>
          <w:p w14:paraId="42F43CB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EC9E9B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317AB8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E1D4885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473D94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B6447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11D7B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1C9E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FADF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68F3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550D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E513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172F2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3780B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6E0ABCB" w14:textId="77777777">
        <w:trPr>
          <w:jc w:val="center"/>
        </w:trPr>
        <w:tc>
          <w:tcPr>
            <w:tcW w:w="989" w:type="dxa"/>
          </w:tcPr>
          <w:p w14:paraId="60492245" w14:textId="77777777" w:rsidR="00540C13" w:rsidRDefault="00000000" w:rsidP="006E17D0">
            <w:pPr>
              <w:bidi/>
            </w:pPr>
            <w:r>
              <w:rPr>
                <w:sz w:val="11"/>
              </w:rPr>
              <w:t>R006</w:t>
            </w:r>
          </w:p>
        </w:tc>
        <w:tc>
          <w:tcPr>
            <w:tcW w:w="989" w:type="dxa"/>
          </w:tcPr>
          <w:p w14:paraId="70B49E6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C2D16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8BE709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CF2A6D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3F7CA0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40EE17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EC410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788CA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CB43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1F3939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70E1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D8B35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8B5D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88DF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F9DF7B5" w14:textId="77777777">
        <w:trPr>
          <w:jc w:val="center"/>
        </w:trPr>
        <w:tc>
          <w:tcPr>
            <w:tcW w:w="989" w:type="dxa"/>
          </w:tcPr>
          <w:p w14:paraId="142B5095" w14:textId="77777777" w:rsidR="00540C13" w:rsidRDefault="00000000" w:rsidP="006E17D0">
            <w:pPr>
              <w:bidi/>
            </w:pPr>
            <w:r>
              <w:rPr>
                <w:sz w:val="11"/>
              </w:rPr>
              <w:t>R007</w:t>
            </w:r>
          </w:p>
        </w:tc>
        <w:tc>
          <w:tcPr>
            <w:tcW w:w="989" w:type="dxa"/>
          </w:tcPr>
          <w:p w14:paraId="5CBF22B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BA2D3D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A5BC6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3927A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8B273D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11351A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305D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75EAB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DBB3E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6C19C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266F3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E847A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602A9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4E584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0596D03" w14:textId="77777777">
        <w:trPr>
          <w:jc w:val="center"/>
        </w:trPr>
        <w:tc>
          <w:tcPr>
            <w:tcW w:w="989" w:type="dxa"/>
          </w:tcPr>
          <w:p w14:paraId="7A34B903" w14:textId="77777777" w:rsidR="00540C13" w:rsidRDefault="00000000" w:rsidP="006E17D0">
            <w:pPr>
              <w:bidi/>
            </w:pPr>
            <w:r>
              <w:rPr>
                <w:sz w:val="11"/>
              </w:rPr>
              <w:t>R008</w:t>
            </w:r>
          </w:p>
        </w:tc>
        <w:tc>
          <w:tcPr>
            <w:tcW w:w="989" w:type="dxa"/>
          </w:tcPr>
          <w:p w14:paraId="53AA954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22CF7D7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22CDE6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E5CF37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EF4816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5154B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D0103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E64E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548FD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200E5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D2FF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A1319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F912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84B6B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4CEB4B4" w14:textId="77777777">
        <w:trPr>
          <w:jc w:val="center"/>
        </w:trPr>
        <w:tc>
          <w:tcPr>
            <w:tcW w:w="989" w:type="dxa"/>
          </w:tcPr>
          <w:p w14:paraId="71B7E361" w14:textId="77777777" w:rsidR="00540C13" w:rsidRDefault="00000000" w:rsidP="006E17D0">
            <w:pPr>
              <w:bidi/>
            </w:pPr>
            <w:r>
              <w:rPr>
                <w:sz w:val="11"/>
              </w:rPr>
              <w:t>R009</w:t>
            </w:r>
          </w:p>
        </w:tc>
        <w:tc>
          <w:tcPr>
            <w:tcW w:w="989" w:type="dxa"/>
          </w:tcPr>
          <w:p w14:paraId="369AF18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130BA7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56E025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85D2D7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9A5B799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758137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2BEE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66FA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9B79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7F3D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17706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3615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D20F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9C21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6CDF78" w14:textId="77777777">
        <w:trPr>
          <w:jc w:val="center"/>
        </w:trPr>
        <w:tc>
          <w:tcPr>
            <w:tcW w:w="989" w:type="dxa"/>
          </w:tcPr>
          <w:p w14:paraId="28F72001" w14:textId="77777777" w:rsidR="00540C13" w:rsidRDefault="00000000" w:rsidP="006E17D0">
            <w:pPr>
              <w:bidi/>
            </w:pPr>
            <w:r>
              <w:rPr>
                <w:sz w:val="11"/>
              </w:rPr>
              <w:t>R010</w:t>
            </w:r>
          </w:p>
        </w:tc>
        <w:tc>
          <w:tcPr>
            <w:tcW w:w="989" w:type="dxa"/>
          </w:tcPr>
          <w:p w14:paraId="2B938C3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6763F1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15F48E6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0F7C567B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00E65A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5DAD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C784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23033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A3EB9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502B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93879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7C5E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3CC75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B83F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6A18DE0" w14:textId="77777777">
        <w:trPr>
          <w:jc w:val="center"/>
        </w:trPr>
        <w:tc>
          <w:tcPr>
            <w:tcW w:w="989" w:type="dxa"/>
          </w:tcPr>
          <w:p w14:paraId="12C5E759" w14:textId="77777777" w:rsidR="00540C13" w:rsidRDefault="00000000" w:rsidP="006E17D0">
            <w:pPr>
              <w:bidi/>
            </w:pPr>
            <w:r>
              <w:rPr>
                <w:sz w:val="11"/>
              </w:rPr>
              <w:t>R011</w:t>
            </w:r>
          </w:p>
        </w:tc>
        <w:tc>
          <w:tcPr>
            <w:tcW w:w="989" w:type="dxa"/>
          </w:tcPr>
          <w:p w14:paraId="4D48F24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282BF46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6CF0861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625614C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B66F11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73B52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9CF2D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C1B0A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5D4C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A4896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D40DC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B2207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97E20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4C5E2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5D43970" w14:textId="77777777">
        <w:trPr>
          <w:jc w:val="center"/>
        </w:trPr>
        <w:tc>
          <w:tcPr>
            <w:tcW w:w="989" w:type="dxa"/>
          </w:tcPr>
          <w:p w14:paraId="5ECCAA5B" w14:textId="77777777" w:rsidR="00540C13" w:rsidRDefault="00000000" w:rsidP="006E17D0">
            <w:pPr>
              <w:bidi/>
            </w:pPr>
            <w:r>
              <w:rPr>
                <w:sz w:val="11"/>
              </w:rPr>
              <w:t>R012</w:t>
            </w:r>
          </w:p>
        </w:tc>
        <w:tc>
          <w:tcPr>
            <w:tcW w:w="989" w:type="dxa"/>
          </w:tcPr>
          <w:p w14:paraId="6CB0590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4550218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0C3E1961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5605CB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1CD2382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7C09E7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38CD9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9351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7A46A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9D09D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8EA6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8784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0FE4C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D99FC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928FE51" w14:textId="77777777">
        <w:trPr>
          <w:jc w:val="center"/>
        </w:trPr>
        <w:tc>
          <w:tcPr>
            <w:tcW w:w="989" w:type="dxa"/>
          </w:tcPr>
          <w:p w14:paraId="29AC5FD8" w14:textId="77777777" w:rsidR="00540C13" w:rsidRDefault="00000000" w:rsidP="006E17D0">
            <w:pPr>
              <w:bidi/>
            </w:pPr>
            <w:r>
              <w:rPr>
                <w:sz w:val="11"/>
              </w:rPr>
              <w:t>R013</w:t>
            </w:r>
          </w:p>
        </w:tc>
        <w:tc>
          <w:tcPr>
            <w:tcW w:w="989" w:type="dxa"/>
          </w:tcPr>
          <w:p w14:paraId="54E5B95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C04DAB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1482FBF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395C76D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2B49239A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FE795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261FE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47E5B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97E25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D3ED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45A11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E4E10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DC99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F9C5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1509E07" w14:textId="77777777">
        <w:trPr>
          <w:jc w:val="center"/>
        </w:trPr>
        <w:tc>
          <w:tcPr>
            <w:tcW w:w="989" w:type="dxa"/>
          </w:tcPr>
          <w:p w14:paraId="54B11808" w14:textId="77777777" w:rsidR="00540C13" w:rsidRDefault="00000000" w:rsidP="006E17D0">
            <w:pPr>
              <w:bidi/>
            </w:pPr>
            <w:r>
              <w:rPr>
                <w:sz w:val="11"/>
              </w:rPr>
              <w:t>R014</w:t>
            </w:r>
          </w:p>
        </w:tc>
        <w:tc>
          <w:tcPr>
            <w:tcW w:w="989" w:type="dxa"/>
          </w:tcPr>
          <w:p w14:paraId="28F3C3F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AB2E65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C3BE6E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17294E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0985DF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058C0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E7ED5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8980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120AE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D5D1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C9B0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A741C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77EC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AB1C7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B84468" w14:textId="77777777">
        <w:trPr>
          <w:jc w:val="center"/>
        </w:trPr>
        <w:tc>
          <w:tcPr>
            <w:tcW w:w="989" w:type="dxa"/>
          </w:tcPr>
          <w:p w14:paraId="1CCB49D6" w14:textId="77777777" w:rsidR="00540C13" w:rsidRDefault="00000000" w:rsidP="006E17D0">
            <w:pPr>
              <w:bidi/>
            </w:pPr>
            <w:r>
              <w:rPr>
                <w:sz w:val="11"/>
              </w:rPr>
              <w:t>R015</w:t>
            </w:r>
          </w:p>
        </w:tc>
        <w:tc>
          <w:tcPr>
            <w:tcW w:w="989" w:type="dxa"/>
          </w:tcPr>
          <w:p w14:paraId="3DDC61AC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A9BCF89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5675A29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79EC7E28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0B0C0E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7E598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1AB8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21404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4FAE4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81EC0F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DE02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61E2C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B0E0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ACA1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8BDBC53" w14:textId="77777777">
        <w:trPr>
          <w:jc w:val="center"/>
        </w:trPr>
        <w:tc>
          <w:tcPr>
            <w:tcW w:w="989" w:type="dxa"/>
          </w:tcPr>
          <w:p w14:paraId="5F2523C5" w14:textId="77777777" w:rsidR="00540C13" w:rsidRDefault="00000000" w:rsidP="006E17D0">
            <w:pPr>
              <w:bidi/>
            </w:pPr>
            <w:r>
              <w:rPr>
                <w:sz w:val="11"/>
              </w:rPr>
              <w:t>R016</w:t>
            </w:r>
          </w:p>
        </w:tc>
        <w:tc>
          <w:tcPr>
            <w:tcW w:w="989" w:type="dxa"/>
          </w:tcPr>
          <w:p w14:paraId="2EDA1C2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77BB8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C60C61D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9D0B3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EC5448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0E26F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9D3727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DA6B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94B058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1F0F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8B1522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A88D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4C85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BD14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3F8617E" w14:textId="77777777">
        <w:trPr>
          <w:jc w:val="center"/>
        </w:trPr>
        <w:tc>
          <w:tcPr>
            <w:tcW w:w="989" w:type="dxa"/>
          </w:tcPr>
          <w:p w14:paraId="01EEB265" w14:textId="77777777" w:rsidR="00540C13" w:rsidRDefault="00000000" w:rsidP="006E17D0">
            <w:pPr>
              <w:bidi/>
            </w:pPr>
            <w:r>
              <w:rPr>
                <w:sz w:val="11"/>
              </w:rPr>
              <w:t>R017</w:t>
            </w:r>
          </w:p>
        </w:tc>
        <w:tc>
          <w:tcPr>
            <w:tcW w:w="989" w:type="dxa"/>
          </w:tcPr>
          <w:p w14:paraId="3D3E71EE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FA59BD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F596D6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4C746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BDD6321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3730B6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E325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1DDA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6089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800E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4C232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1116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89EA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08DC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2F05FE5" w14:textId="77777777">
        <w:trPr>
          <w:jc w:val="center"/>
        </w:trPr>
        <w:tc>
          <w:tcPr>
            <w:tcW w:w="989" w:type="dxa"/>
          </w:tcPr>
          <w:p w14:paraId="4AC111CA" w14:textId="77777777" w:rsidR="00540C13" w:rsidRDefault="00000000" w:rsidP="006E17D0">
            <w:pPr>
              <w:bidi/>
            </w:pPr>
            <w:r>
              <w:rPr>
                <w:sz w:val="11"/>
              </w:rPr>
              <w:t>R018</w:t>
            </w:r>
          </w:p>
        </w:tc>
        <w:tc>
          <w:tcPr>
            <w:tcW w:w="989" w:type="dxa"/>
          </w:tcPr>
          <w:p w14:paraId="6BD44540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971A468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7BD02D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923FDBB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4C9A4C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6C463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30D2D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714762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0511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872C9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6A119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54EE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4C8A4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6140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39D5D5E" w14:textId="77777777">
        <w:trPr>
          <w:jc w:val="center"/>
        </w:trPr>
        <w:tc>
          <w:tcPr>
            <w:tcW w:w="989" w:type="dxa"/>
          </w:tcPr>
          <w:p w14:paraId="3A9BC209" w14:textId="77777777" w:rsidR="00540C13" w:rsidRDefault="00000000" w:rsidP="006E17D0">
            <w:pPr>
              <w:bidi/>
            </w:pPr>
            <w:r>
              <w:rPr>
                <w:sz w:val="11"/>
              </w:rPr>
              <w:t>R019</w:t>
            </w:r>
          </w:p>
        </w:tc>
        <w:tc>
          <w:tcPr>
            <w:tcW w:w="989" w:type="dxa"/>
          </w:tcPr>
          <w:p w14:paraId="046FB80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CF489F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C5D87E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B333AC1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761BA6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B39F0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8C3468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75A37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A0D518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FD18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ABA2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7B0CB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1A3C889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989" w:type="dxa"/>
          </w:tcPr>
          <w:p w14:paraId="0350F39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2964F4F" w14:textId="77777777">
        <w:trPr>
          <w:jc w:val="center"/>
        </w:trPr>
        <w:tc>
          <w:tcPr>
            <w:tcW w:w="989" w:type="dxa"/>
          </w:tcPr>
          <w:p w14:paraId="5713B400" w14:textId="77777777" w:rsidR="00540C13" w:rsidRDefault="00000000" w:rsidP="006E17D0">
            <w:pPr>
              <w:bidi/>
            </w:pPr>
            <w:r>
              <w:rPr>
                <w:sz w:val="11"/>
              </w:rPr>
              <w:t>R020</w:t>
            </w:r>
          </w:p>
        </w:tc>
        <w:tc>
          <w:tcPr>
            <w:tcW w:w="989" w:type="dxa"/>
          </w:tcPr>
          <w:p w14:paraId="29ED553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0EB0A6E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3FBE39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562811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314BC75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32BA3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39F2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61659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6321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0B62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FE136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E0563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C3A5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A7C75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092695E" w14:textId="77777777">
        <w:trPr>
          <w:jc w:val="center"/>
        </w:trPr>
        <w:tc>
          <w:tcPr>
            <w:tcW w:w="989" w:type="dxa"/>
          </w:tcPr>
          <w:p w14:paraId="6B6D5E37" w14:textId="77777777" w:rsidR="00540C13" w:rsidRDefault="00000000" w:rsidP="006E17D0">
            <w:pPr>
              <w:bidi/>
            </w:pPr>
            <w:r>
              <w:rPr>
                <w:sz w:val="11"/>
              </w:rPr>
              <w:t>R021</w:t>
            </w:r>
          </w:p>
        </w:tc>
        <w:tc>
          <w:tcPr>
            <w:tcW w:w="989" w:type="dxa"/>
          </w:tcPr>
          <w:p w14:paraId="5DC45FF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1A3381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DAA9EC4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1599C70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77635A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1CF64CF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FF4A4F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76A22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DCAAD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37295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DE6136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E8317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621F0B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F1C6D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C785455" w14:textId="77777777">
        <w:trPr>
          <w:jc w:val="center"/>
        </w:trPr>
        <w:tc>
          <w:tcPr>
            <w:tcW w:w="989" w:type="dxa"/>
          </w:tcPr>
          <w:p w14:paraId="4BE11CB4" w14:textId="77777777" w:rsidR="00540C13" w:rsidRDefault="00000000" w:rsidP="006E17D0">
            <w:pPr>
              <w:bidi/>
            </w:pPr>
            <w:r>
              <w:rPr>
                <w:sz w:val="11"/>
              </w:rPr>
              <w:t>R022</w:t>
            </w:r>
          </w:p>
        </w:tc>
        <w:tc>
          <w:tcPr>
            <w:tcW w:w="989" w:type="dxa"/>
          </w:tcPr>
          <w:p w14:paraId="1617124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E246B4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633916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235EE34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A411A98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7EA5F4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AF8C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A3E4C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68CF1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0847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9D9A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9486D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AA69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69F68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5D742A3" w14:textId="77777777">
        <w:trPr>
          <w:jc w:val="center"/>
        </w:trPr>
        <w:tc>
          <w:tcPr>
            <w:tcW w:w="989" w:type="dxa"/>
          </w:tcPr>
          <w:p w14:paraId="5F48214F" w14:textId="77777777" w:rsidR="00540C13" w:rsidRDefault="00000000" w:rsidP="006E17D0">
            <w:pPr>
              <w:bidi/>
            </w:pPr>
            <w:r>
              <w:rPr>
                <w:sz w:val="11"/>
              </w:rPr>
              <w:t>R023</w:t>
            </w:r>
          </w:p>
        </w:tc>
        <w:tc>
          <w:tcPr>
            <w:tcW w:w="989" w:type="dxa"/>
          </w:tcPr>
          <w:p w14:paraId="6D32CB35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0AAA59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D9F7CEE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2A887F98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193A87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8B374B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79157E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E57D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03D02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5554D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8704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ACDB9D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15EB47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93DE06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29662EF" w14:textId="77777777">
        <w:trPr>
          <w:jc w:val="center"/>
        </w:trPr>
        <w:tc>
          <w:tcPr>
            <w:tcW w:w="989" w:type="dxa"/>
          </w:tcPr>
          <w:p w14:paraId="4E2431EB" w14:textId="77777777" w:rsidR="00540C13" w:rsidRDefault="00000000" w:rsidP="006E17D0">
            <w:pPr>
              <w:bidi/>
            </w:pPr>
            <w:r>
              <w:rPr>
                <w:sz w:val="11"/>
              </w:rPr>
              <w:t>R024</w:t>
            </w:r>
          </w:p>
        </w:tc>
        <w:tc>
          <w:tcPr>
            <w:tcW w:w="989" w:type="dxa"/>
          </w:tcPr>
          <w:p w14:paraId="5D9BE1E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03568F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C0827EA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FF01C9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7985ABDD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81F23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9E63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4F0A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3637A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5A58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0391A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F7A6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BF7A9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5CE336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29C0E4E" w14:textId="77777777">
        <w:trPr>
          <w:jc w:val="center"/>
        </w:trPr>
        <w:tc>
          <w:tcPr>
            <w:tcW w:w="989" w:type="dxa"/>
          </w:tcPr>
          <w:p w14:paraId="0E5E6257" w14:textId="77777777" w:rsidR="00540C13" w:rsidRDefault="00000000" w:rsidP="006E17D0">
            <w:pPr>
              <w:bidi/>
            </w:pPr>
            <w:r>
              <w:rPr>
                <w:sz w:val="11"/>
              </w:rPr>
              <w:t>R025</w:t>
            </w:r>
          </w:p>
        </w:tc>
        <w:tc>
          <w:tcPr>
            <w:tcW w:w="989" w:type="dxa"/>
          </w:tcPr>
          <w:p w14:paraId="55EF4C4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84EA4EC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C19DD1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74439CF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F6AB4B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BA35C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30830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2088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18DD9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CFAB75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95930C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B0C2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11F18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86C6C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552EC88" w14:textId="77777777">
        <w:trPr>
          <w:jc w:val="center"/>
        </w:trPr>
        <w:tc>
          <w:tcPr>
            <w:tcW w:w="989" w:type="dxa"/>
          </w:tcPr>
          <w:p w14:paraId="07DD7505" w14:textId="77777777" w:rsidR="00540C13" w:rsidRDefault="00000000" w:rsidP="006E17D0">
            <w:pPr>
              <w:bidi/>
            </w:pPr>
            <w:r>
              <w:rPr>
                <w:sz w:val="11"/>
              </w:rPr>
              <w:t>R026</w:t>
            </w:r>
          </w:p>
        </w:tc>
        <w:tc>
          <w:tcPr>
            <w:tcW w:w="989" w:type="dxa"/>
          </w:tcPr>
          <w:p w14:paraId="55DEFA8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63D482F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8070FA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1F199E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CA9C08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74CE3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C720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326D2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69330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C470C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268A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9000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6BFB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ACC0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0EB91C0" w14:textId="77777777">
        <w:trPr>
          <w:jc w:val="center"/>
        </w:trPr>
        <w:tc>
          <w:tcPr>
            <w:tcW w:w="989" w:type="dxa"/>
          </w:tcPr>
          <w:p w14:paraId="1948E8B6" w14:textId="77777777" w:rsidR="00540C13" w:rsidRDefault="00000000" w:rsidP="006E17D0">
            <w:pPr>
              <w:bidi/>
            </w:pPr>
            <w:r>
              <w:rPr>
                <w:sz w:val="11"/>
              </w:rPr>
              <w:t>R027</w:t>
            </w:r>
          </w:p>
        </w:tc>
        <w:tc>
          <w:tcPr>
            <w:tcW w:w="989" w:type="dxa"/>
          </w:tcPr>
          <w:p w14:paraId="1D1456A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04CF18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12DB807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9DD4C8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9CE6A7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D7BF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D7DB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50C46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F082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C00D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5D22C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B11987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D132B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8358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6BB74E6" w14:textId="77777777">
        <w:trPr>
          <w:jc w:val="center"/>
        </w:trPr>
        <w:tc>
          <w:tcPr>
            <w:tcW w:w="989" w:type="dxa"/>
          </w:tcPr>
          <w:p w14:paraId="684318E3" w14:textId="77777777" w:rsidR="00540C13" w:rsidRDefault="00000000" w:rsidP="006E17D0">
            <w:pPr>
              <w:bidi/>
            </w:pPr>
            <w:r>
              <w:rPr>
                <w:sz w:val="11"/>
              </w:rPr>
              <w:t>R028</w:t>
            </w:r>
          </w:p>
        </w:tc>
        <w:tc>
          <w:tcPr>
            <w:tcW w:w="989" w:type="dxa"/>
          </w:tcPr>
          <w:p w14:paraId="711EA7C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016CD5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5D052D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40763A3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A865A61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F45FF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75F6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77FCE8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229B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B87A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74431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3EEB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DCEA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28DD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3F97164" w14:textId="77777777">
        <w:trPr>
          <w:jc w:val="center"/>
        </w:trPr>
        <w:tc>
          <w:tcPr>
            <w:tcW w:w="989" w:type="dxa"/>
          </w:tcPr>
          <w:p w14:paraId="7080874D" w14:textId="77777777" w:rsidR="00540C13" w:rsidRDefault="00000000" w:rsidP="006E17D0">
            <w:pPr>
              <w:bidi/>
            </w:pPr>
            <w:r>
              <w:rPr>
                <w:sz w:val="11"/>
              </w:rPr>
              <w:t>R029</w:t>
            </w:r>
          </w:p>
        </w:tc>
        <w:tc>
          <w:tcPr>
            <w:tcW w:w="989" w:type="dxa"/>
          </w:tcPr>
          <w:p w14:paraId="0DD3767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474261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6E72EE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DFF443D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4E9966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703CAB4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28317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A1A6B0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289E8C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FB3FB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6BD819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220B1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80FA3C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B0BEFC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00770421" w14:textId="77777777">
        <w:trPr>
          <w:jc w:val="center"/>
        </w:trPr>
        <w:tc>
          <w:tcPr>
            <w:tcW w:w="989" w:type="dxa"/>
          </w:tcPr>
          <w:p w14:paraId="337FDE99" w14:textId="77777777" w:rsidR="00540C13" w:rsidRDefault="00000000" w:rsidP="006E17D0">
            <w:pPr>
              <w:bidi/>
            </w:pPr>
            <w:r>
              <w:rPr>
                <w:sz w:val="11"/>
              </w:rPr>
              <w:t>R030</w:t>
            </w:r>
          </w:p>
        </w:tc>
        <w:tc>
          <w:tcPr>
            <w:tcW w:w="989" w:type="dxa"/>
          </w:tcPr>
          <w:p w14:paraId="4B8B622E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D426D4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868271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EAFC04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770E68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1485E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4BE0A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9F528C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D2B0FA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0513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5BA89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2EC25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CE3839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F3CF45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61BCB99" w14:textId="77777777">
        <w:trPr>
          <w:jc w:val="center"/>
        </w:trPr>
        <w:tc>
          <w:tcPr>
            <w:tcW w:w="989" w:type="dxa"/>
          </w:tcPr>
          <w:p w14:paraId="70E61AE3" w14:textId="77777777" w:rsidR="00540C13" w:rsidRDefault="00000000" w:rsidP="006E17D0">
            <w:pPr>
              <w:bidi/>
            </w:pPr>
            <w:r>
              <w:rPr>
                <w:sz w:val="11"/>
              </w:rPr>
              <w:t>R031</w:t>
            </w:r>
          </w:p>
        </w:tc>
        <w:tc>
          <w:tcPr>
            <w:tcW w:w="989" w:type="dxa"/>
          </w:tcPr>
          <w:p w14:paraId="46A2597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D4E4DB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0772F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58D33F2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B29D26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7A2F4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073CF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5E8160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3A2F2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D2CA3D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495E45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64CB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D6F9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39D7E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93E3CD3" w14:textId="77777777">
        <w:trPr>
          <w:jc w:val="center"/>
        </w:trPr>
        <w:tc>
          <w:tcPr>
            <w:tcW w:w="989" w:type="dxa"/>
          </w:tcPr>
          <w:p w14:paraId="635E85E5" w14:textId="77777777" w:rsidR="00540C13" w:rsidRDefault="00000000" w:rsidP="006E17D0">
            <w:pPr>
              <w:bidi/>
            </w:pPr>
            <w:r>
              <w:rPr>
                <w:sz w:val="11"/>
              </w:rPr>
              <w:t>R032</w:t>
            </w:r>
          </w:p>
        </w:tc>
        <w:tc>
          <w:tcPr>
            <w:tcW w:w="989" w:type="dxa"/>
          </w:tcPr>
          <w:p w14:paraId="3C438FD0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6F0EE7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3F80A4A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DAF9D4A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531E2A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5D0A7B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BECDC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2EA25C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BB78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9B982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CC08BB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BDB4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5B9700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60C199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20F58BC2" w14:textId="77777777">
        <w:trPr>
          <w:jc w:val="center"/>
        </w:trPr>
        <w:tc>
          <w:tcPr>
            <w:tcW w:w="989" w:type="dxa"/>
          </w:tcPr>
          <w:p w14:paraId="43B0405F" w14:textId="77777777" w:rsidR="00540C13" w:rsidRDefault="00000000" w:rsidP="006E17D0">
            <w:pPr>
              <w:bidi/>
            </w:pPr>
            <w:r>
              <w:rPr>
                <w:sz w:val="11"/>
              </w:rPr>
              <w:t>R033</w:t>
            </w:r>
          </w:p>
        </w:tc>
        <w:tc>
          <w:tcPr>
            <w:tcW w:w="989" w:type="dxa"/>
          </w:tcPr>
          <w:p w14:paraId="5BA24E8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CAC99D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495C6EA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00FCA65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78665A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9F739F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76E2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E16C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0A141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B1F64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D40AFB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A10D3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E84D0D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4BD9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8384A16" w14:textId="77777777">
        <w:trPr>
          <w:jc w:val="center"/>
        </w:trPr>
        <w:tc>
          <w:tcPr>
            <w:tcW w:w="989" w:type="dxa"/>
          </w:tcPr>
          <w:p w14:paraId="06FF5FB5" w14:textId="77777777" w:rsidR="00540C13" w:rsidRDefault="00000000" w:rsidP="006E17D0">
            <w:pPr>
              <w:bidi/>
            </w:pPr>
            <w:r>
              <w:rPr>
                <w:sz w:val="11"/>
              </w:rPr>
              <w:t>R034</w:t>
            </w:r>
          </w:p>
        </w:tc>
        <w:tc>
          <w:tcPr>
            <w:tcW w:w="989" w:type="dxa"/>
          </w:tcPr>
          <w:p w14:paraId="0E07482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8677F6B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5900CC1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42461CA2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6C5487F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97AFB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0446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52377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B405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454E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AD24C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DC433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0C13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44247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F546F4E" w14:textId="77777777">
        <w:trPr>
          <w:jc w:val="center"/>
        </w:trPr>
        <w:tc>
          <w:tcPr>
            <w:tcW w:w="989" w:type="dxa"/>
          </w:tcPr>
          <w:p w14:paraId="227F322B" w14:textId="77777777" w:rsidR="00540C13" w:rsidRDefault="00000000" w:rsidP="006E17D0">
            <w:pPr>
              <w:bidi/>
            </w:pPr>
            <w:r>
              <w:rPr>
                <w:sz w:val="11"/>
              </w:rPr>
              <w:t>R035</w:t>
            </w:r>
          </w:p>
        </w:tc>
        <w:tc>
          <w:tcPr>
            <w:tcW w:w="989" w:type="dxa"/>
          </w:tcPr>
          <w:p w14:paraId="04B45EFC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16ACA85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8C2CD5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44BBA1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82E4B5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0CF35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2DF326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79E95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9CCE8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F820A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E0A2C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55E4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5214E2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9BEFF4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2583DE9" w14:textId="77777777">
        <w:trPr>
          <w:jc w:val="center"/>
        </w:trPr>
        <w:tc>
          <w:tcPr>
            <w:tcW w:w="989" w:type="dxa"/>
          </w:tcPr>
          <w:p w14:paraId="653EF0BB" w14:textId="77777777" w:rsidR="00540C13" w:rsidRDefault="00000000" w:rsidP="006E17D0">
            <w:pPr>
              <w:bidi/>
            </w:pPr>
            <w:r>
              <w:rPr>
                <w:sz w:val="11"/>
              </w:rPr>
              <w:t>R036</w:t>
            </w:r>
          </w:p>
        </w:tc>
        <w:tc>
          <w:tcPr>
            <w:tcW w:w="989" w:type="dxa"/>
          </w:tcPr>
          <w:p w14:paraId="3AA6174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0D763AC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2177A6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9BF8EB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4D3FA3F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33419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0D4820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38D1E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7E983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6F77E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35779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E330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CFF0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74A8EE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1A6F3FF" w14:textId="77777777">
        <w:trPr>
          <w:jc w:val="center"/>
        </w:trPr>
        <w:tc>
          <w:tcPr>
            <w:tcW w:w="989" w:type="dxa"/>
          </w:tcPr>
          <w:p w14:paraId="5E4BC3E6" w14:textId="77777777" w:rsidR="00540C13" w:rsidRDefault="00000000" w:rsidP="006E17D0">
            <w:pPr>
              <w:bidi/>
            </w:pPr>
            <w:r>
              <w:rPr>
                <w:sz w:val="11"/>
              </w:rPr>
              <w:t>R037</w:t>
            </w:r>
          </w:p>
        </w:tc>
        <w:tc>
          <w:tcPr>
            <w:tcW w:w="989" w:type="dxa"/>
          </w:tcPr>
          <w:p w14:paraId="1BA7277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6A2FDEA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5F3DE7C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7AB2B37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CA5B399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5BE7CD8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6C458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8264F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668E1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97307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32A3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50EE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9EB55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3007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D8437CE" w14:textId="77777777">
        <w:trPr>
          <w:jc w:val="center"/>
        </w:trPr>
        <w:tc>
          <w:tcPr>
            <w:tcW w:w="989" w:type="dxa"/>
          </w:tcPr>
          <w:p w14:paraId="3CEB58E6" w14:textId="77777777" w:rsidR="00540C13" w:rsidRDefault="00000000" w:rsidP="006E17D0">
            <w:pPr>
              <w:bidi/>
            </w:pPr>
            <w:r>
              <w:rPr>
                <w:sz w:val="11"/>
              </w:rPr>
              <w:t>R038</w:t>
            </w:r>
          </w:p>
        </w:tc>
        <w:tc>
          <w:tcPr>
            <w:tcW w:w="989" w:type="dxa"/>
          </w:tcPr>
          <w:p w14:paraId="2BBE528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F71299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735534D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26D8CB5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5FC802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2CDF6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66D5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E2AC6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A06A8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7294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CAAF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4A8DEA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D72A1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A40C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18C74E8" w14:textId="77777777">
        <w:trPr>
          <w:jc w:val="center"/>
        </w:trPr>
        <w:tc>
          <w:tcPr>
            <w:tcW w:w="989" w:type="dxa"/>
          </w:tcPr>
          <w:p w14:paraId="445D94BB" w14:textId="77777777" w:rsidR="00540C13" w:rsidRDefault="00000000" w:rsidP="006E17D0">
            <w:pPr>
              <w:bidi/>
            </w:pPr>
            <w:r>
              <w:rPr>
                <w:sz w:val="11"/>
              </w:rPr>
              <w:t>R039</w:t>
            </w:r>
          </w:p>
        </w:tc>
        <w:tc>
          <w:tcPr>
            <w:tcW w:w="989" w:type="dxa"/>
          </w:tcPr>
          <w:p w14:paraId="551F9AEE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388783DD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1DA823D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6C3268A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37AA67C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F5D24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34B343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71F6B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7038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B21739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5DA53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9895B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B33E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B7E26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9C6EFA7" w14:textId="77777777">
        <w:trPr>
          <w:jc w:val="center"/>
        </w:trPr>
        <w:tc>
          <w:tcPr>
            <w:tcW w:w="989" w:type="dxa"/>
          </w:tcPr>
          <w:p w14:paraId="046D9DDC" w14:textId="77777777" w:rsidR="00540C13" w:rsidRDefault="00000000" w:rsidP="006E17D0">
            <w:pPr>
              <w:bidi/>
            </w:pPr>
            <w:r>
              <w:rPr>
                <w:sz w:val="11"/>
              </w:rPr>
              <w:t>R040</w:t>
            </w:r>
          </w:p>
        </w:tc>
        <w:tc>
          <w:tcPr>
            <w:tcW w:w="989" w:type="dxa"/>
          </w:tcPr>
          <w:p w14:paraId="7C4DAF8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B53B2A2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4F8D82D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98A22B2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361D32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AEEDD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8B66E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BEA20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15ABF5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6B03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6229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DD92A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4705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AC5F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B7923EC" w14:textId="77777777">
        <w:trPr>
          <w:jc w:val="center"/>
        </w:trPr>
        <w:tc>
          <w:tcPr>
            <w:tcW w:w="989" w:type="dxa"/>
          </w:tcPr>
          <w:p w14:paraId="0FE4BE86" w14:textId="77777777" w:rsidR="00540C13" w:rsidRDefault="00000000" w:rsidP="006E17D0">
            <w:pPr>
              <w:bidi/>
            </w:pPr>
            <w:r>
              <w:rPr>
                <w:sz w:val="11"/>
              </w:rPr>
              <w:t>R041</w:t>
            </w:r>
          </w:p>
        </w:tc>
        <w:tc>
          <w:tcPr>
            <w:tcW w:w="989" w:type="dxa"/>
          </w:tcPr>
          <w:p w14:paraId="556DE0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35945DE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2DA5AF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DDFD52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1F00E77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0BCF0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64A0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8024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511E3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4DF9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66B2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AECD5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AC1777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B11230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278D559" w14:textId="77777777">
        <w:trPr>
          <w:jc w:val="center"/>
        </w:trPr>
        <w:tc>
          <w:tcPr>
            <w:tcW w:w="989" w:type="dxa"/>
          </w:tcPr>
          <w:p w14:paraId="2163FBEA" w14:textId="77777777" w:rsidR="00540C13" w:rsidRDefault="00000000" w:rsidP="006E17D0">
            <w:pPr>
              <w:bidi/>
            </w:pPr>
            <w:r>
              <w:rPr>
                <w:sz w:val="11"/>
              </w:rPr>
              <w:t>R042</w:t>
            </w:r>
          </w:p>
        </w:tc>
        <w:tc>
          <w:tcPr>
            <w:tcW w:w="989" w:type="dxa"/>
          </w:tcPr>
          <w:p w14:paraId="13C3F822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6012E5B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002EA74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AE9499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2B923D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39FA3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3D18E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8F262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C5A5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613A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FB03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B7406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2F819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48A8E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4E4E07B" w14:textId="77777777">
        <w:trPr>
          <w:jc w:val="center"/>
        </w:trPr>
        <w:tc>
          <w:tcPr>
            <w:tcW w:w="989" w:type="dxa"/>
          </w:tcPr>
          <w:p w14:paraId="209DB9DC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R043</w:t>
            </w:r>
          </w:p>
        </w:tc>
        <w:tc>
          <w:tcPr>
            <w:tcW w:w="989" w:type="dxa"/>
          </w:tcPr>
          <w:p w14:paraId="5DEFF06E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8E79F0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8CD8F90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110958F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2EA794F0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E0989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E9734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CF79D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5DED4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863ADF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1648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8D815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4BFF72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7A46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44B7995" w14:textId="77777777">
        <w:trPr>
          <w:jc w:val="center"/>
        </w:trPr>
        <w:tc>
          <w:tcPr>
            <w:tcW w:w="989" w:type="dxa"/>
          </w:tcPr>
          <w:p w14:paraId="3B84BE7A" w14:textId="77777777" w:rsidR="00540C13" w:rsidRDefault="00000000" w:rsidP="006E17D0">
            <w:pPr>
              <w:bidi/>
            </w:pPr>
            <w:r>
              <w:rPr>
                <w:sz w:val="11"/>
              </w:rPr>
              <w:t>R044</w:t>
            </w:r>
          </w:p>
        </w:tc>
        <w:tc>
          <w:tcPr>
            <w:tcW w:w="989" w:type="dxa"/>
          </w:tcPr>
          <w:p w14:paraId="6E8C287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1F8FE0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183701A1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464D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10CF4A5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9124A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C444D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D92D3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CA154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79EE47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5B062E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ACE38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6A476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C42A89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0CC13066" w14:textId="77777777">
        <w:trPr>
          <w:jc w:val="center"/>
        </w:trPr>
        <w:tc>
          <w:tcPr>
            <w:tcW w:w="989" w:type="dxa"/>
          </w:tcPr>
          <w:p w14:paraId="6E842E34" w14:textId="77777777" w:rsidR="00540C13" w:rsidRDefault="00000000" w:rsidP="006E17D0">
            <w:pPr>
              <w:bidi/>
            </w:pPr>
            <w:r>
              <w:rPr>
                <w:sz w:val="11"/>
              </w:rPr>
              <w:t>R045</w:t>
            </w:r>
          </w:p>
        </w:tc>
        <w:tc>
          <w:tcPr>
            <w:tcW w:w="989" w:type="dxa"/>
          </w:tcPr>
          <w:p w14:paraId="5FED825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5AF253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B32A8DD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184D48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FD9A89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C2489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C0F1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04744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EDC0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9F9208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60A6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D666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365F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BF0B7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CE15FD2" w14:textId="77777777">
        <w:trPr>
          <w:jc w:val="center"/>
        </w:trPr>
        <w:tc>
          <w:tcPr>
            <w:tcW w:w="989" w:type="dxa"/>
          </w:tcPr>
          <w:p w14:paraId="6A6A603D" w14:textId="77777777" w:rsidR="00540C13" w:rsidRDefault="00000000" w:rsidP="006E17D0">
            <w:pPr>
              <w:bidi/>
            </w:pPr>
            <w:r>
              <w:rPr>
                <w:sz w:val="11"/>
              </w:rPr>
              <w:t>R046</w:t>
            </w:r>
          </w:p>
        </w:tc>
        <w:tc>
          <w:tcPr>
            <w:tcW w:w="989" w:type="dxa"/>
          </w:tcPr>
          <w:p w14:paraId="0DFB044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1E0559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6403901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28D7A937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7483724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1C3083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21E45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536F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1D85E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4BC9BB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AE2A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EA314B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5FE6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09C54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880E677" w14:textId="77777777">
        <w:trPr>
          <w:jc w:val="center"/>
        </w:trPr>
        <w:tc>
          <w:tcPr>
            <w:tcW w:w="989" w:type="dxa"/>
          </w:tcPr>
          <w:p w14:paraId="6D25FC3D" w14:textId="77777777" w:rsidR="00540C13" w:rsidRDefault="00000000" w:rsidP="006E17D0">
            <w:pPr>
              <w:bidi/>
            </w:pPr>
            <w:r>
              <w:rPr>
                <w:sz w:val="11"/>
              </w:rPr>
              <w:t>R047</w:t>
            </w:r>
          </w:p>
        </w:tc>
        <w:tc>
          <w:tcPr>
            <w:tcW w:w="989" w:type="dxa"/>
          </w:tcPr>
          <w:p w14:paraId="654AA13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B180BA7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48400D9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7217659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19C6154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5F2B935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5C1750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9B3A5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BE980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7FA37D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53D79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6016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B5414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B2415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32FABF84" w14:textId="77777777">
        <w:trPr>
          <w:jc w:val="center"/>
        </w:trPr>
        <w:tc>
          <w:tcPr>
            <w:tcW w:w="989" w:type="dxa"/>
          </w:tcPr>
          <w:p w14:paraId="641650D9" w14:textId="77777777" w:rsidR="00540C13" w:rsidRDefault="00000000" w:rsidP="006E17D0">
            <w:pPr>
              <w:bidi/>
            </w:pPr>
            <w:r>
              <w:rPr>
                <w:sz w:val="11"/>
              </w:rPr>
              <w:t>R048</w:t>
            </w:r>
          </w:p>
        </w:tc>
        <w:tc>
          <w:tcPr>
            <w:tcW w:w="989" w:type="dxa"/>
          </w:tcPr>
          <w:p w14:paraId="47288B12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796BFD2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EDB327C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7A2C81CE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87CB5F9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35DC7C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FC6119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9D57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2DB3F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35E36D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6AB8B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3CF9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3AC1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0E63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0596EB69" w14:textId="77777777">
        <w:trPr>
          <w:jc w:val="center"/>
        </w:trPr>
        <w:tc>
          <w:tcPr>
            <w:tcW w:w="989" w:type="dxa"/>
          </w:tcPr>
          <w:p w14:paraId="589203F7" w14:textId="77777777" w:rsidR="00540C13" w:rsidRDefault="00000000" w:rsidP="006E17D0">
            <w:pPr>
              <w:bidi/>
            </w:pPr>
            <w:r>
              <w:rPr>
                <w:sz w:val="11"/>
              </w:rPr>
              <w:t>R049</w:t>
            </w:r>
          </w:p>
        </w:tc>
        <w:tc>
          <w:tcPr>
            <w:tcW w:w="989" w:type="dxa"/>
          </w:tcPr>
          <w:p w14:paraId="74AF12D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B72A27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7CF795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D6EA471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8A778EA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5BD678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CE62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1B3C1C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1DD5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82FA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ACF6E3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2C301C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E28F1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C7DDD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70C1F9B" w14:textId="77777777">
        <w:trPr>
          <w:jc w:val="center"/>
        </w:trPr>
        <w:tc>
          <w:tcPr>
            <w:tcW w:w="989" w:type="dxa"/>
          </w:tcPr>
          <w:p w14:paraId="09D1CE40" w14:textId="77777777" w:rsidR="00540C13" w:rsidRDefault="00000000" w:rsidP="006E17D0">
            <w:pPr>
              <w:bidi/>
            </w:pPr>
            <w:r>
              <w:rPr>
                <w:sz w:val="11"/>
              </w:rPr>
              <w:t>R050</w:t>
            </w:r>
          </w:p>
        </w:tc>
        <w:tc>
          <w:tcPr>
            <w:tcW w:w="989" w:type="dxa"/>
          </w:tcPr>
          <w:p w14:paraId="50E21C14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D5C194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141EBB2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8FBC2A9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D67B3AB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E64A51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61DB0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13AB3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99B5C0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82661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7AD10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9B18D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B9300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18DC6B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76F6E9CC" w14:textId="77777777">
        <w:trPr>
          <w:jc w:val="center"/>
        </w:trPr>
        <w:tc>
          <w:tcPr>
            <w:tcW w:w="989" w:type="dxa"/>
          </w:tcPr>
          <w:p w14:paraId="27257D10" w14:textId="77777777" w:rsidR="00540C13" w:rsidRDefault="00000000" w:rsidP="006E17D0">
            <w:pPr>
              <w:bidi/>
            </w:pPr>
            <w:r>
              <w:rPr>
                <w:sz w:val="11"/>
              </w:rPr>
              <w:t>R051</w:t>
            </w:r>
          </w:p>
        </w:tc>
        <w:tc>
          <w:tcPr>
            <w:tcW w:w="989" w:type="dxa"/>
          </w:tcPr>
          <w:p w14:paraId="643B9D1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E07344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56C8FD5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0D6BFA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982A137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36F7C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F598C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6F2860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10C60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DD3E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C2C1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689A07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8DDAA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AD776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6B14DA30" w14:textId="77777777">
        <w:trPr>
          <w:jc w:val="center"/>
        </w:trPr>
        <w:tc>
          <w:tcPr>
            <w:tcW w:w="989" w:type="dxa"/>
          </w:tcPr>
          <w:p w14:paraId="79743330" w14:textId="77777777" w:rsidR="00540C13" w:rsidRDefault="00000000" w:rsidP="006E17D0">
            <w:pPr>
              <w:bidi/>
            </w:pPr>
            <w:r>
              <w:rPr>
                <w:sz w:val="11"/>
              </w:rPr>
              <w:t>R052</w:t>
            </w:r>
          </w:p>
        </w:tc>
        <w:tc>
          <w:tcPr>
            <w:tcW w:w="989" w:type="dxa"/>
          </w:tcPr>
          <w:p w14:paraId="79DCB0D8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22794AC7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223674F5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1E31AB7B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728C444E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0A254E2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4335A7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122B1E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B1055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B35E0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2B3B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9F8B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CBBEA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023738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B15CBE7" w14:textId="77777777">
        <w:trPr>
          <w:jc w:val="center"/>
        </w:trPr>
        <w:tc>
          <w:tcPr>
            <w:tcW w:w="989" w:type="dxa"/>
          </w:tcPr>
          <w:p w14:paraId="1A0347D8" w14:textId="77777777" w:rsidR="00540C13" w:rsidRDefault="00000000" w:rsidP="006E17D0">
            <w:pPr>
              <w:bidi/>
            </w:pPr>
            <w:r>
              <w:rPr>
                <w:sz w:val="11"/>
              </w:rPr>
              <w:t>R053</w:t>
            </w:r>
          </w:p>
        </w:tc>
        <w:tc>
          <w:tcPr>
            <w:tcW w:w="989" w:type="dxa"/>
          </w:tcPr>
          <w:p w14:paraId="0AE7FA9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864E6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B797D96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3ED3ACA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9923FD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5AA884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E4C2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FF67D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03F180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F892FC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CFB262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9F3BB3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661783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44E4E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4B4E48D7" w14:textId="77777777">
        <w:trPr>
          <w:jc w:val="center"/>
        </w:trPr>
        <w:tc>
          <w:tcPr>
            <w:tcW w:w="989" w:type="dxa"/>
          </w:tcPr>
          <w:p w14:paraId="2E3C1BB6" w14:textId="77777777" w:rsidR="00540C13" w:rsidRDefault="00000000" w:rsidP="006E17D0">
            <w:pPr>
              <w:bidi/>
            </w:pPr>
            <w:r>
              <w:rPr>
                <w:sz w:val="11"/>
              </w:rPr>
              <w:t>R054</w:t>
            </w:r>
          </w:p>
        </w:tc>
        <w:tc>
          <w:tcPr>
            <w:tcW w:w="989" w:type="dxa"/>
          </w:tcPr>
          <w:p w14:paraId="52FFD0D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AFB72A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B6AC43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9F55CE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44F8C562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6B909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ABB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8ED7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EAE9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1763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D47F7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F774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C2E325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34DD0C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6FC86DC" w14:textId="77777777">
        <w:trPr>
          <w:jc w:val="center"/>
        </w:trPr>
        <w:tc>
          <w:tcPr>
            <w:tcW w:w="989" w:type="dxa"/>
          </w:tcPr>
          <w:p w14:paraId="154D39F3" w14:textId="77777777" w:rsidR="00540C13" w:rsidRDefault="00000000" w:rsidP="006E17D0">
            <w:pPr>
              <w:bidi/>
            </w:pPr>
            <w:r>
              <w:rPr>
                <w:sz w:val="11"/>
              </w:rPr>
              <w:t>R055</w:t>
            </w:r>
          </w:p>
        </w:tc>
        <w:tc>
          <w:tcPr>
            <w:tcW w:w="989" w:type="dxa"/>
          </w:tcPr>
          <w:p w14:paraId="4EB4CA9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8CCB5E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06A6D54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DF0FB44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20E4520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22C50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279C4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FA2659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4214FD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00C5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196095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F0ACA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31CC4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B4250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A532FED" w14:textId="77777777">
        <w:trPr>
          <w:jc w:val="center"/>
        </w:trPr>
        <w:tc>
          <w:tcPr>
            <w:tcW w:w="989" w:type="dxa"/>
          </w:tcPr>
          <w:p w14:paraId="70CE642F" w14:textId="77777777" w:rsidR="00540C13" w:rsidRDefault="00000000" w:rsidP="006E17D0">
            <w:pPr>
              <w:bidi/>
            </w:pPr>
            <w:r>
              <w:rPr>
                <w:sz w:val="11"/>
              </w:rPr>
              <w:t>R056</w:t>
            </w:r>
          </w:p>
        </w:tc>
        <w:tc>
          <w:tcPr>
            <w:tcW w:w="989" w:type="dxa"/>
          </w:tcPr>
          <w:p w14:paraId="38E65D1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88E9C3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20BC7CB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8FC7A1B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8E542F6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E46B97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A4541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F6507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798F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B93D88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1E7AEC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028F7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EA85F4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C5CAC8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BA7CE80" w14:textId="77777777">
        <w:trPr>
          <w:jc w:val="center"/>
        </w:trPr>
        <w:tc>
          <w:tcPr>
            <w:tcW w:w="989" w:type="dxa"/>
          </w:tcPr>
          <w:p w14:paraId="04626720" w14:textId="77777777" w:rsidR="00540C13" w:rsidRDefault="00000000" w:rsidP="006E17D0">
            <w:pPr>
              <w:bidi/>
            </w:pPr>
            <w:r>
              <w:rPr>
                <w:sz w:val="11"/>
              </w:rPr>
              <w:t>R057</w:t>
            </w:r>
          </w:p>
        </w:tc>
        <w:tc>
          <w:tcPr>
            <w:tcW w:w="989" w:type="dxa"/>
          </w:tcPr>
          <w:p w14:paraId="4E1AE9CD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98839A2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A17E5B9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1D4DD60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5E3D6664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748E05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6AD5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8453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8C6E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7012C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38D4C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ECC60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1A6E6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DF17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635B97A" w14:textId="77777777">
        <w:trPr>
          <w:jc w:val="center"/>
        </w:trPr>
        <w:tc>
          <w:tcPr>
            <w:tcW w:w="989" w:type="dxa"/>
          </w:tcPr>
          <w:p w14:paraId="4FA9F378" w14:textId="77777777" w:rsidR="00540C13" w:rsidRDefault="00000000" w:rsidP="006E17D0">
            <w:pPr>
              <w:bidi/>
            </w:pPr>
            <w:r>
              <w:rPr>
                <w:sz w:val="11"/>
              </w:rPr>
              <w:t>R058</w:t>
            </w:r>
          </w:p>
        </w:tc>
        <w:tc>
          <w:tcPr>
            <w:tcW w:w="989" w:type="dxa"/>
          </w:tcPr>
          <w:p w14:paraId="45EE1CC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D3FF5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1F7E47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E0512C8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3AE632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41F1A4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840BF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0D242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E2FCB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A941D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F330E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BC12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30FC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84BFD0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69BFD5BB" w14:textId="77777777">
        <w:trPr>
          <w:jc w:val="center"/>
        </w:trPr>
        <w:tc>
          <w:tcPr>
            <w:tcW w:w="989" w:type="dxa"/>
          </w:tcPr>
          <w:p w14:paraId="561933F1" w14:textId="77777777" w:rsidR="00540C13" w:rsidRDefault="00000000" w:rsidP="006E17D0">
            <w:pPr>
              <w:bidi/>
            </w:pPr>
            <w:r>
              <w:rPr>
                <w:sz w:val="11"/>
              </w:rPr>
              <w:t>R059</w:t>
            </w:r>
          </w:p>
        </w:tc>
        <w:tc>
          <w:tcPr>
            <w:tcW w:w="989" w:type="dxa"/>
          </w:tcPr>
          <w:p w14:paraId="1FEA8E5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463D875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573B81B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436A8EBE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9F2EBEF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275212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2A280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F38483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D37D4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D68C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E31C2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9BC2C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2FF7D2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E7000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C7187C8" w14:textId="77777777">
        <w:trPr>
          <w:jc w:val="center"/>
        </w:trPr>
        <w:tc>
          <w:tcPr>
            <w:tcW w:w="989" w:type="dxa"/>
          </w:tcPr>
          <w:p w14:paraId="7F77584C" w14:textId="77777777" w:rsidR="00540C13" w:rsidRDefault="00000000" w:rsidP="006E17D0">
            <w:pPr>
              <w:bidi/>
            </w:pPr>
            <w:r>
              <w:rPr>
                <w:sz w:val="11"/>
              </w:rPr>
              <w:t>R060</w:t>
            </w:r>
          </w:p>
        </w:tc>
        <w:tc>
          <w:tcPr>
            <w:tcW w:w="989" w:type="dxa"/>
          </w:tcPr>
          <w:p w14:paraId="208354F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69607800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88F2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8C8043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C5664EF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696AEC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EFB1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7796D7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6952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B93F9F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6E9BF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067E0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C1E026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64FBF7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7132B30" w14:textId="77777777">
        <w:trPr>
          <w:jc w:val="center"/>
        </w:trPr>
        <w:tc>
          <w:tcPr>
            <w:tcW w:w="989" w:type="dxa"/>
          </w:tcPr>
          <w:p w14:paraId="6A72E30A" w14:textId="77777777" w:rsidR="00540C13" w:rsidRDefault="00000000" w:rsidP="006E17D0">
            <w:pPr>
              <w:bidi/>
            </w:pPr>
            <w:r>
              <w:rPr>
                <w:sz w:val="11"/>
              </w:rPr>
              <w:t>R061</w:t>
            </w:r>
          </w:p>
        </w:tc>
        <w:tc>
          <w:tcPr>
            <w:tcW w:w="989" w:type="dxa"/>
          </w:tcPr>
          <w:p w14:paraId="547CD93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4A6D47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F32F616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1177DB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D3D9EA7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3FFC65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0BE919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E472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0B48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DB5A6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280CA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C79C6A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6C684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8CF62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846E2EF" w14:textId="77777777">
        <w:trPr>
          <w:jc w:val="center"/>
        </w:trPr>
        <w:tc>
          <w:tcPr>
            <w:tcW w:w="989" w:type="dxa"/>
          </w:tcPr>
          <w:p w14:paraId="456CAB7A" w14:textId="77777777" w:rsidR="00540C13" w:rsidRDefault="00000000" w:rsidP="006E17D0">
            <w:pPr>
              <w:bidi/>
            </w:pPr>
            <w:r>
              <w:rPr>
                <w:sz w:val="11"/>
              </w:rPr>
              <w:t>R062</w:t>
            </w:r>
          </w:p>
        </w:tc>
        <w:tc>
          <w:tcPr>
            <w:tcW w:w="989" w:type="dxa"/>
          </w:tcPr>
          <w:p w14:paraId="74FB356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43C47D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79E0A4E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4FE3971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27EE5521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D44ABD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E81B45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F162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6908F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38A2DE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70E8F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4AB3E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8241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1F6A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2FC8915" w14:textId="77777777">
        <w:trPr>
          <w:jc w:val="center"/>
        </w:trPr>
        <w:tc>
          <w:tcPr>
            <w:tcW w:w="989" w:type="dxa"/>
          </w:tcPr>
          <w:p w14:paraId="327CCA82" w14:textId="77777777" w:rsidR="00540C13" w:rsidRDefault="00000000" w:rsidP="006E17D0">
            <w:pPr>
              <w:bidi/>
            </w:pPr>
            <w:r>
              <w:rPr>
                <w:sz w:val="11"/>
              </w:rPr>
              <w:t>R063</w:t>
            </w:r>
          </w:p>
        </w:tc>
        <w:tc>
          <w:tcPr>
            <w:tcW w:w="989" w:type="dxa"/>
          </w:tcPr>
          <w:p w14:paraId="7871B55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D46BBD3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DA052CF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A95C22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0E45AAF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1BD391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444CB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E402A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EAA58E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221D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FE46A7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8D539F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71E61D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39B96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570B6200" w14:textId="77777777">
        <w:trPr>
          <w:jc w:val="center"/>
        </w:trPr>
        <w:tc>
          <w:tcPr>
            <w:tcW w:w="989" w:type="dxa"/>
          </w:tcPr>
          <w:p w14:paraId="1D23B962" w14:textId="77777777" w:rsidR="00540C13" w:rsidRDefault="00000000" w:rsidP="006E17D0">
            <w:pPr>
              <w:bidi/>
            </w:pPr>
            <w:r>
              <w:rPr>
                <w:sz w:val="11"/>
              </w:rPr>
              <w:t>R064</w:t>
            </w:r>
          </w:p>
        </w:tc>
        <w:tc>
          <w:tcPr>
            <w:tcW w:w="989" w:type="dxa"/>
          </w:tcPr>
          <w:p w14:paraId="7E8B946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BC92F46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0277403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49A59EE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3078B3D7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2197FF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388F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7DA05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2207E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9D097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A80AC8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56703B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0673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86DE4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BEC7B8E" w14:textId="77777777">
        <w:trPr>
          <w:jc w:val="center"/>
        </w:trPr>
        <w:tc>
          <w:tcPr>
            <w:tcW w:w="989" w:type="dxa"/>
          </w:tcPr>
          <w:p w14:paraId="6ABB8A04" w14:textId="77777777" w:rsidR="00540C13" w:rsidRDefault="00000000" w:rsidP="006E17D0">
            <w:pPr>
              <w:bidi/>
            </w:pPr>
            <w:r>
              <w:rPr>
                <w:sz w:val="11"/>
              </w:rPr>
              <w:t>R065</w:t>
            </w:r>
          </w:p>
        </w:tc>
        <w:tc>
          <w:tcPr>
            <w:tcW w:w="989" w:type="dxa"/>
          </w:tcPr>
          <w:p w14:paraId="37AAAA7F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95BAB52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CC832D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67526772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5F57735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38F135F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AFF8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1D4BA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90EF9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81CC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49C1C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3F7ECF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94B159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8791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320D9C12" w14:textId="77777777">
        <w:trPr>
          <w:jc w:val="center"/>
        </w:trPr>
        <w:tc>
          <w:tcPr>
            <w:tcW w:w="989" w:type="dxa"/>
          </w:tcPr>
          <w:p w14:paraId="7A4CCB07" w14:textId="77777777" w:rsidR="00540C13" w:rsidRDefault="00000000" w:rsidP="006E17D0">
            <w:pPr>
              <w:bidi/>
            </w:pPr>
            <w:r>
              <w:rPr>
                <w:sz w:val="11"/>
              </w:rPr>
              <w:t>R066</w:t>
            </w:r>
          </w:p>
        </w:tc>
        <w:tc>
          <w:tcPr>
            <w:tcW w:w="989" w:type="dxa"/>
          </w:tcPr>
          <w:p w14:paraId="6F15C094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089E3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2E735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FCC9FF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8228E8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0C338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C49FE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A6DC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55F60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6F3BA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4284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D05B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46F4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E3067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8503C0B" w14:textId="77777777">
        <w:trPr>
          <w:jc w:val="center"/>
        </w:trPr>
        <w:tc>
          <w:tcPr>
            <w:tcW w:w="989" w:type="dxa"/>
          </w:tcPr>
          <w:p w14:paraId="4F293202" w14:textId="77777777" w:rsidR="00540C13" w:rsidRDefault="00000000" w:rsidP="006E17D0">
            <w:pPr>
              <w:bidi/>
            </w:pPr>
            <w:r>
              <w:rPr>
                <w:sz w:val="11"/>
              </w:rPr>
              <w:t>R067</w:t>
            </w:r>
          </w:p>
        </w:tc>
        <w:tc>
          <w:tcPr>
            <w:tcW w:w="989" w:type="dxa"/>
          </w:tcPr>
          <w:p w14:paraId="7A705DE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3CF455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1A37C43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E2DA8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4E62BC2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D29980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BB1E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87F0D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D447E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7BBA7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517D91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EF00D6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A3F6E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E9153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9C76E19" w14:textId="77777777">
        <w:trPr>
          <w:jc w:val="center"/>
        </w:trPr>
        <w:tc>
          <w:tcPr>
            <w:tcW w:w="989" w:type="dxa"/>
          </w:tcPr>
          <w:p w14:paraId="691C6D1A" w14:textId="77777777" w:rsidR="00540C13" w:rsidRDefault="00000000" w:rsidP="006E17D0">
            <w:pPr>
              <w:bidi/>
            </w:pPr>
            <w:r>
              <w:rPr>
                <w:sz w:val="11"/>
              </w:rPr>
              <w:t>R068</w:t>
            </w:r>
          </w:p>
        </w:tc>
        <w:tc>
          <w:tcPr>
            <w:tcW w:w="989" w:type="dxa"/>
          </w:tcPr>
          <w:p w14:paraId="029268F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5D2BD5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0B700D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A6F13F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A81D4E0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1D091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95D88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439DA8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A814B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3B55C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55B3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AD59A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9B23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DBF2A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1E33F801" w14:textId="77777777">
        <w:trPr>
          <w:jc w:val="center"/>
        </w:trPr>
        <w:tc>
          <w:tcPr>
            <w:tcW w:w="989" w:type="dxa"/>
          </w:tcPr>
          <w:p w14:paraId="42D7748C" w14:textId="77777777" w:rsidR="00540C13" w:rsidRDefault="00000000" w:rsidP="006E17D0">
            <w:pPr>
              <w:bidi/>
            </w:pPr>
            <w:r>
              <w:rPr>
                <w:sz w:val="11"/>
              </w:rPr>
              <w:t>R069</w:t>
            </w:r>
          </w:p>
        </w:tc>
        <w:tc>
          <w:tcPr>
            <w:tcW w:w="989" w:type="dxa"/>
          </w:tcPr>
          <w:p w14:paraId="5E9EF2ED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2DA66A9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FA11ED6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328CF7C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FAC966D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B1386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72BF5D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C82CE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126169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0D3C8B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BF6F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93028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99C5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12BF3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5FD1FB3" w14:textId="77777777">
        <w:trPr>
          <w:jc w:val="center"/>
        </w:trPr>
        <w:tc>
          <w:tcPr>
            <w:tcW w:w="989" w:type="dxa"/>
          </w:tcPr>
          <w:p w14:paraId="4ABE089E" w14:textId="77777777" w:rsidR="00540C13" w:rsidRDefault="00000000" w:rsidP="006E17D0">
            <w:pPr>
              <w:bidi/>
            </w:pPr>
            <w:r>
              <w:rPr>
                <w:sz w:val="11"/>
              </w:rPr>
              <w:t>R070</w:t>
            </w:r>
          </w:p>
        </w:tc>
        <w:tc>
          <w:tcPr>
            <w:tcW w:w="989" w:type="dxa"/>
          </w:tcPr>
          <w:p w14:paraId="775D6F76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689E871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3A72A85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3F16E04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6BA69A7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181D56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CE48D0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7036A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0C83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1259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B0812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C8F5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B90CF5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6FD2F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1DD6D2B" w14:textId="77777777">
        <w:trPr>
          <w:jc w:val="center"/>
        </w:trPr>
        <w:tc>
          <w:tcPr>
            <w:tcW w:w="989" w:type="dxa"/>
          </w:tcPr>
          <w:p w14:paraId="3AB60B4A" w14:textId="77777777" w:rsidR="00540C13" w:rsidRDefault="00000000" w:rsidP="006E17D0">
            <w:pPr>
              <w:bidi/>
            </w:pPr>
            <w:r>
              <w:rPr>
                <w:sz w:val="11"/>
              </w:rPr>
              <w:t>R071</w:t>
            </w:r>
          </w:p>
        </w:tc>
        <w:tc>
          <w:tcPr>
            <w:tcW w:w="989" w:type="dxa"/>
          </w:tcPr>
          <w:p w14:paraId="74DBF9F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6122C2A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72350539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7163DDC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2B501F2D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3BC8DD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3EF4D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8525D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09AA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EDC2B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7B03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D38F5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22EFC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05682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857370B" w14:textId="77777777">
        <w:trPr>
          <w:jc w:val="center"/>
        </w:trPr>
        <w:tc>
          <w:tcPr>
            <w:tcW w:w="989" w:type="dxa"/>
          </w:tcPr>
          <w:p w14:paraId="36B1E3F0" w14:textId="77777777" w:rsidR="00540C13" w:rsidRDefault="00000000" w:rsidP="006E17D0">
            <w:pPr>
              <w:bidi/>
            </w:pPr>
            <w:r>
              <w:rPr>
                <w:sz w:val="11"/>
              </w:rPr>
              <w:t>R072</w:t>
            </w:r>
          </w:p>
        </w:tc>
        <w:tc>
          <w:tcPr>
            <w:tcW w:w="989" w:type="dxa"/>
          </w:tcPr>
          <w:p w14:paraId="61823571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B49264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204EB07D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5D5697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73B49E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88EF6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9A9A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2ABA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7305A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1E92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0DE21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A9D4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247CA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35DC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8F89B54" w14:textId="77777777">
        <w:trPr>
          <w:jc w:val="center"/>
        </w:trPr>
        <w:tc>
          <w:tcPr>
            <w:tcW w:w="989" w:type="dxa"/>
          </w:tcPr>
          <w:p w14:paraId="04E75FDD" w14:textId="77777777" w:rsidR="00540C13" w:rsidRDefault="00000000" w:rsidP="006E17D0">
            <w:pPr>
              <w:bidi/>
            </w:pPr>
            <w:r>
              <w:rPr>
                <w:sz w:val="11"/>
              </w:rPr>
              <w:t>R073</w:t>
            </w:r>
          </w:p>
        </w:tc>
        <w:tc>
          <w:tcPr>
            <w:tcW w:w="989" w:type="dxa"/>
          </w:tcPr>
          <w:p w14:paraId="3B5563F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5E91442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69BB08C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4CD492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6983BECD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E3BAF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2CA1E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F066D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AED4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208A4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97BC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81697F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5CFC2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575F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E2E0437" w14:textId="77777777">
        <w:trPr>
          <w:jc w:val="center"/>
        </w:trPr>
        <w:tc>
          <w:tcPr>
            <w:tcW w:w="989" w:type="dxa"/>
          </w:tcPr>
          <w:p w14:paraId="346BC4D3" w14:textId="77777777" w:rsidR="00540C13" w:rsidRDefault="00000000" w:rsidP="006E17D0">
            <w:pPr>
              <w:bidi/>
            </w:pPr>
            <w:r>
              <w:rPr>
                <w:sz w:val="11"/>
              </w:rPr>
              <w:t>R074</w:t>
            </w:r>
          </w:p>
        </w:tc>
        <w:tc>
          <w:tcPr>
            <w:tcW w:w="989" w:type="dxa"/>
          </w:tcPr>
          <w:p w14:paraId="256AAE4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8AD2C58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68AEF2D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4B068EE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5A6046B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D0473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ECC44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636B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2F1AD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2489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0BFFC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04CDB4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F8409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777135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9C8D5B0" w14:textId="77777777">
        <w:trPr>
          <w:jc w:val="center"/>
        </w:trPr>
        <w:tc>
          <w:tcPr>
            <w:tcW w:w="989" w:type="dxa"/>
          </w:tcPr>
          <w:p w14:paraId="66648560" w14:textId="77777777" w:rsidR="00540C13" w:rsidRDefault="00000000" w:rsidP="006E17D0">
            <w:pPr>
              <w:bidi/>
            </w:pPr>
            <w:r>
              <w:rPr>
                <w:sz w:val="11"/>
              </w:rPr>
              <w:t>R075</w:t>
            </w:r>
          </w:p>
        </w:tc>
        <w:tc>
          <w:tcPr>
            <w:tcW w:w="989" w:type="dxa"/>
          </w:tcPr>
          <w:p w14:paraId="395D9415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606CC29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5DD3154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5E3996A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07812478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0060C27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B115C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0CB0E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5EAA7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630FA9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600B187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24B7BA9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77D453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BD5F2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21C444AF" w14:textId="77777777">
        <w:trPr>
          <w:jc w:val="center"/>
        </w:trPr>
        <w:tc>
          <w:tcPr>
            <w:tcW w:w="989" w:type="dxa"/>
          </w:tcPr>
          <w:p w14:paraId="68BA8F4F" w14:textId="77777777" w:rsidR="00540C13" w:rsidRDefault="00000000" w:rsidP="006E17D0">
            <w:pPr>
              <w:bidi/>
            </w:pPr>
            <w:r>
              <w:rPr>
                <w:sz w:val="11"/>
              </w:rPr>
              <w:t>R076</w:t>
            </w:r>
          </w:p>
        </w:tc>
        <w:tc>
          <w:tcPr>
            <w:tcW w:w="989" w:type="dxa"/>
          </w:tcPr>
          <w:p w14:paraId="5818C9C0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A00B4D9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826CA7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233204B5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50EB668D" w14:textId="77777777" w:rsidR="00540C13" w:rsidRDefault="00000000" w:rsidP="006E17D0">
            <w:pPr>
              <w:bidi/>
            </w:pPr>
            <w:r>
              <w:rPr>
                <w:sz w:val="11"/>
              </w:rPr>
              <w:t>منصات أخرى</w:t>
            </w:r>
          </w:p>
        </w:tc>
        <w:tc>
          <w:tcPr>
            <w:tcW w:w="989" w:type="dxa"/>
          </w:tcPr>
          <w:p w14:paraId="71C9FE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23EF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A7AC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994BB0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9D8C3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BC867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23DBB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555AA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7306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909A51B" w14:textId="77777777">
        <w:trPr>
          <w:jc w:val="center"/>
        </w:trPr>
        <w:tc>
          <w:tcPr>
            <w:tcW w:w="989" w:type="dxa"/>
          </w:tcPr>
          <w:p w14:paraId="018BA939" w14:textId="77777777" w:rsidR="00540C13" w:rsidRDefault="00000000" w:rsidP="006E17D0">
            <w:pPr>
              <w:bidi/>
            </w:pPr>
            <w:r>
              <w:rPr>
                <w:sz w:val="11"/>
              </w:rPr>
              <w:t>R077</w:t>
            </w:r>
          </w:p>
        </w:tc>
        <w:tc>
          <w:tcPr>
            <w:tcW w:w="989" w:type="dxa"/>
          </w:tcPr>
          <w:p w14:paraId="65E7934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00AAF2B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4EEBA6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457284B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555B6DC0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F8E3AD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E7406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42FDF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B90B4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715F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D797DE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8DF13E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0B65B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D4A5E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F9F610F" w14:textId="77777777">
        <w:trPr>
          <w:jc w:val="center"/>
        </w:trPr>
        <w:tc>
          <w:tcPr>
            <w:tcW w:w="989" w:type="dxa"/>
          </w:tcPr>
          <w:p w14:paraId="520FA81E" w14:textId="77777777" w:rsidR="00540C13" w:rsidRDefault="00000000" w:rsidP="006E17D0">
            <w:pPr>
              <w:bidi/>
            </w:pPr>
            <w:r>
              <w:rPr>
                <w:sz w:val="11"/>
              </w:rPr>
              <w:t>R078</w:t>
            </w:r>
          </w:p>
        </w:tc>
        <w:tc>
          <w:tcPr>
            <w:tcW w:w="989" w:type="dxa"/>
          </w:tcPr>
          <w:p w14:paraId="3DB1604A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58C7C51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2E18EEE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2234E614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626B47C9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8ADD5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FE6021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EA5EC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43DEC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C5446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BDD85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5B0D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158C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1B74A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2EBAB4F" w14:textId="77777777">
        <w:trPr>
          <w:jc w:val="center"/>
        </w:trPr>
        <w:tc>
          <w:tcPr>
            <w:tcW w:w="989" w:type="dxa"/>
          </w:tcPr>
          <w:p w14:paraId="405B3B9D" w14:textId="77777777" w:rsidR="00540C13" w:rsidRDefault="00000000" w:rsidP="006E17D0">
            <w:pPr>
              <w:bidi/>
            </w:pPr>
            <w:r>
              <w:rPr>
                <w:sz w:val="11"/>
              </w:rPr>
              <w:t>R079</w:t>
            </w:r>
          </w:p>
        </w:tc>
        <w:tc>
          <w:tcPr>
            <w:tcW w:w="989" w:type="dxa"/>
          </w:tcPr>
          <w:p w14:paraId="070AD49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458AADE6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43E32DC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113207C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76024E5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E743E5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C8908B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021392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599E4E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BF069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11BD5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3D0EEA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15FBCC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60D9144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63420E0D" w14:textId="77777777">
        <w:trPr>
          <w:jc w:val="center"/>
        </w:trPr>
        <w:tc>
          <w:tcPr>
            <w:tcW w:w="989" w:type="dxa"/>
          </w:tcPr>
          <w:p w14:paraId="26179C10" w14:textId="77777777" w:rsidR="00540C13" w:rsidRDefault="00000000" w:rsidP="006E17D0">
            <w:pPr>
              <w:bidi/>
            </w:pPr>
            <w:r>
              <w:rPr>
                <w:sz w:val="11"/>
              </w:rPr>
              <w:t>R080</w:t>
            </w:r>
          </w:p>
        </w:tc>
        <w:tc>
          <w:tcPr>
            <w:tcW w:w="989" w:type="dxa"/>
          </w:tcPr>
          <w:p w14:paraId="72CAEBA7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DBF4E57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5F2D565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9572A3D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4FFC5B0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1F3DC2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F6E1F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EB794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3D442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1178E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B840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A7C46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AF11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33CEC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7E94A1E" w14:textId="77777777">
        <w:trPr>
          <w:jc w:val="center"/>
        </w:trPr>
        <w:tc>
          <w:tcPr>
            <w:tcW w:w="989" w:type="dxa"/>
          </w:tcPr>
          <w:p w14:paraId="7821FEE2" w14:textId="77777777" w:rsidR="00540C13" w:rsidRDefault="00000000" w:rsidP="006E17D0">
            <w:pPr>
              <w:bidi/>
            </w:pPr>
            <w:r>
              <w:rPr>
                <w:sz w:val="11"/>
              </w:rPr>
              <w:t>R081</w:t>
            </w:r>
          </w:p>
        </w:tc>
        <w:tc>
          <w:tcPr>
            <w:tcW w:w="989" w:type="dxa"/>
          </w:tcPr>
          <w:p w14:paraId="4B3C0F19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1C1A9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03359510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9A437BE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BFB3EF4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0AAF9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A3A00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300CF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46F8EF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6CB9A9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BF5F0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50E3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C8042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F7A0A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965CD86" w14:textId="77777777">
        <w:trPr>
          <w:jc w:val="center"/>
        </w:trPr>
        <w:tc>
          <w:tcPr>
            <w:tcW w:w="989" w:type="dxa"/>
          </w:tcPr>
          <w:p w14:paraId="0BCD3233" w14:textId="77777777" w:rsidR="00540C13" w:rsidRDefault="00000000" w:rsidP="006E17D0">
            <w:pPr>
              <w:bidi/>
            </w:pPr>
            <w:r>
              <w:rPr>
                <w:sz w:val="11"/>
              </w:rPr>
              <w:t>R082</w:t>
            </w:r>
          </w:p>
        </w:tc>
        <w:tc>
          <w:tcPr>
            <w:tcW w:w="989" w:type="dxa"/>
          </w:tcPr>
          <w:p w14:paraId="5A0B8513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6FD0CBD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34DE522D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500365EF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2D6A56A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38AC3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D6B50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902D8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D322CC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8EC26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93D19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DBC66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D561F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C0DD3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32689ABB" w14:textId="77777777">
        <w:trPr>
          <w:jc w:val="center"/>
        </w:trPr>
        <w:tc>
          <w:tcPr>
            <w:tcW w:w="989" w:type="dxa"/>
          </w:tcPr>
          <w:p w14:paraId="418A4B92" w14:textId="77777777" w:rsidR="00540C13" w:rsidRDefault="00000000" w:rsidP="006E17D0">
            <w:pPr>
              <w:bidi/>
            </w:pPr>
            <w:r>
              <w:rPr>
                <w:sz w:val="11"/>
              </w:rPr>
              <w:t>R083</w:t>
            </w:r>
          </w:p>
        </w:tc>
        <w:tc>
          <w:tcPr>
            <w:tcW w:w="989" w:type="dxa"/>
          </w:tcPr>
          <w:p w14:paraId="7181FB3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28FBC1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7F2F4D9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54BF88A5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2E9FB0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5503A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E5C2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65044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62CB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918B9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4A3ED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FD8A2F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4F0262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BF3C8B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A8CE211" w14:textId="77777777">
        <w:trPr>
          <w:jc w:val="center"/>
        </w:trPr>
        <w:tc>
          <w:tcPr>
            <w:tcW w:w="989" w:type="dxa"/>
          </w:tcPr>
          <w:p w14:paraId="7204C7E1" w14:textId="77777777" w:rsidR="00540C13" w:rsidRDefault="00000000" w:rsidP="006E17D0">
            <w:pPr>
              <w:bidi/>
            </w:pPr>
            <w:r>
              <w:rPr>
                <w:sz w:val="11"/>
              </w:rPr>
              <w:t>R084</w:t>
            </w:r>
          </w:p>
        </w:tc>
        <w:tc>
          <w:tcPr>
            <w:tcW w:w="989" w:type="dxa"/>
          </w:tcPr>
          <w:p w14:paraId="3C74FBAC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EE7D5C4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4F00A9B4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677B2EA3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BB911A8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5E7503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5FC52E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C0424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5F94D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1EB27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CB0607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7146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A354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5F8882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166F16C" w14:textId="77777777">
        <w:trPr>
          <w:jc w:val="center"/>
        </w:trPr>
        <w:tc>
          <w:tcPr>
            <w:tcW w:w="989" w:type="dxa"/>
          </w:tcPr>
          <w:p w14:paraId="79C97718" w14:textId="77777777" w:rsidR="00540C13" w:rsidRDefault="00000000" w:rsidP="006E17D0">
            <w:pPr>
              <w:bidi/>
            </w:pPr>
            <w:r>
              <w:rPr>
                <w:sz w:val="11"/>
              </w:rPr>
              <w:t>R085</w:t>
            </w:r>
          </w:p>
        </w:tc>
        <w:tc>
          <w:tcPr>
            <w:tcW w:w="989" w:type="dxa"/>
          </w:tcPr>
          <w:p w14:paraId="40EADA84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0CCDCB1B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DF5736B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5C59BAF1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79659F0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4A934D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15CA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14750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EDA40D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5F76E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060770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5FC2C84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E8AB8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AC34CD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3050D389" w14:textId="77777777">
        <w:trPr>
          <w:jc w:val="center"/>
        </w:trPr>
        <w:tc>
          <w:tcPr>
            <w:tcW w:w="989" w:type="dxa"/>
          </w:tcPr>
          <w:p w14:paraId="1548B3F9" w14:textId="77777777" w:rsidR="00540C13" w:rsidRDefault="00000000" w:rsidP="006E17D0">
            <w:pPr>
              <w:bidi/>
            </w:pPr>
            <w:r>
              <w:rPr>
                <w:sz w:val="11"/>
              </w:rPr>
              <w:t>R086</w:t>
            </w:r>
          </w:p>
        </w:tc>
        <w:tc>
          <w:tcPr>
            <w:tcW w:w="989" w:type="dxa"/>
          </w:tcPr>
          <w:p w14:paraId="212D14F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98A732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2F7102E0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D882571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0B11204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2B0F9D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22DE49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989" w:type="dxa"/>
          </w:tcPr>
          <w:p w14:paraId="01B657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4F95A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72C9B1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154651B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45B8BDB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5B528A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93FC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FFEFD3C" w14:textId="77777777">
        <w:trPr>
          <w:jc w:val="center"/>
        </w:trPr>
        <w:tc>
          <w:tcPr>
            <w:tcW w:w="989" w:type="dxa"/>
          </w:tcPr>
          <w:p w14:paraId="27CFF714" w14:textId="77777777" w:rsidR="00540C13" w:rsidRDefault="00000000" w:rsidP="006E17D0">
            <w:pPr>
              <w:bidi/>
            </w:pPr>
            <w:r>
              <w:rPr>
                <w:sz w:val="11"/>
              </w:rPr>
              <w:t>R087</w:t>
            </w:r>
          </w:p>
        </w:tc>
        <w:tc>
          <w:tcPr>
            <w:tcW w:w="989" w:type="dxa"/>
          </w:tcPr>
          <w:p w14:paraId="7046789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5A8DB0F1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08C9F74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7201D95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61BBF36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61834B8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4F5CD9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4DC04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7AF01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E3384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F3F7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C6905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FCD42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563C81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7E94136" w14:textId="77777777">
        <w:trPr>
          <w:jc w:val="center"/>
        </w:trPr>
        <w:tc>
          <w:tcPr>
            <w:tcW w:w="989" w:type="dxa"/>
          </w:tcPr>
          <w:p w14:paraId="14459E19" w14:textId="77777777" w:rsidR="00540C13" w:rsidRDefault="00000000" w:rsidP="006E17D0">
            <w:pPr>
              <w:bidi/>
            </w:pPr>
            <w:r>
              <w:rPr>
                <w:sz w:val="11"/>
              </w:rPr>
              <w:t>R088</w:t>
            </w:r>
          </w:p>
        </w:tc>
        <w:tc>
          <w:tcPr>
            <w:tcW w:w="989" w:type="dxa"/>
          </w:tcPr>
          <w:p w14:paraId="4DCEDA81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13A17443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33F5E94F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7C0453A9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4D0A840A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77841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B63C2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1A0C0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7B4C45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80B96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F8F27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F02F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65327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F31E34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0C96AEAE" w14:textId="77777777">
        <w:trPr>
          <w:jc w:val="center"/>
        </w:trPr>
        <w:tc>
          <w:tcPr>
            <w:tcW w:w="989" w:type="dxa"/>
          </w:tcPr>
          <w:p w14:paraId="1A77785B" w14:textId="77777777" w:rsidR="00540C13" w:rsidRDefault="00000000" w:rsidP="006E17D0">
            <w:pPr>
              <w:bidi/>
            </w:pPr>
            <w:r>
              <w:rPr>
                <w:sz w:val="11"/>
              </w:rPr>
              <w:t>R089</w:t>
            </w:r>
          </w:p>
        </w:tc>
        <w:tc>
          <w:tcPr>
            <w:tcW w:w="989" w:type="dxa"/>
          </w:tcPr>
          <w:p w14:paraId="7450F65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106C1FD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B4D0011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408815D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557A9E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F1E941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324B3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20E4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92BB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03237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17554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D3DF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590E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80D5C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2A5ABA57" w14:textId="77777777">
        <w:trPr>
          <w:jc w:val="center"/>
        </w:trPr>
        <w:tc>
          <w:tcPr>
            <w:tcW w:w="989" w:type="dxa"/>
          </w:tcPr>
          <w:p w14:paraId="0BB80C46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R090</w:t>
            </w:r>
          </w:p>
        </w:tc>
        <w:tc>
          <w:tcPr>
            <w:tcW w:w="989" w:type="dxa"/>
          </w:tcPr>
          <w:p w14:paraId="2EBBA2B6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F5DEC51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013FD538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08E3672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6F8807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5665E1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D77F40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DD8635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166E09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2C1A86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65C10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CAABB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CEBD4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E374B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6391FFE9" w14:textId="77777777">
        <w:trPr>
          <w:jc w:val="center"/>
        </w:trPr>
        <w:tc>
          <w:tcPr>
            <w:tcW w:w="989" w:type="dxa"/>
          </w:tcPr>
          <w:p w14:paraId="75AB6C27" w14:textId="77777777" w:rsidR="00540C13" w:rsidRDefault="00000000" w:rsidP="006E17D0">
            <w:pPr>
              <w:bidi/>
            </w:pPr>
            <w:r>
              <w:rPr>
                <w:sz w:val="11"/>
              </w:rPr>
              <w:t>R091</w:t>
            </w:r>
          </w:p>
        </w:tc>
        <w:tc>
          <w:tcPr>
            <w:tcW w:w="989" w:type="dxa"/>
          </w:tcPr>
          <w:p w14:paraId="4C60F81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F1BA2F1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2246BDB0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0EE7BD04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6B4AFF25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72B0D3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9A73B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F9D62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C7BC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08EE01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43876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52F8E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C71B8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C37C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21235DE9" w14:textId="77777777">
        <w:trPr>
          <w:jc w:val="center"/>
        </w:trPr>
        <w:tc>
          <w:tcPr>
            <w:tcW w:w="989" w:type="dxa"/>
          </w:tcPr>
          <w:p w14:paraId="73138766" w14:textId="77777777" w:rsidR="00540C13" w:rsidRDefault="00000000" w:rsidP="006E17D0">
            <w:pPr>
              <w:bidi/>
            </w:pPr>
            <w:r>
              <w:rPr>
                <w:sz w:val="11"/>
              </w:rPr>
              <w:t>R092</w:t>
            </w:r>
          </w:p>
        </w:tc>
        <w:tc>
          <w:tcPr>
            <w:tcW w:w="989" w:type="dxa"/>
          </w:tcPr>
          <w:p w14:paraId="4F3E5AA0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26278EA8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6989766" w14:textId="77777777" w:rsidR="00540C13" w:rsidRDefault="00000000" w:rsidP="006E17D0">
            <w:pPr>
              <w:bidi/>
            </w:pPr>
            <w:r>
              <w:rPr>
                <w:sz w:val="11"/>
              </w:rPr>
              <w:t>دبلوم</w:t>
            </w:r>
          </w:p>
        </w:tc>
        <w:tc>
          <w:tcPr>
            <w:tcW w:w="989" w:type="dxa"/>
          </w:tcPr>
          <w:p w14:paraId="36F5122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72C528F1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10C0A5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98CAFE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544BF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96628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F31DD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0BE4C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E5549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8FBAE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A4F595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</w:tr>
      <w:tr w:rsidR="00540C13" w14:paraId="5184035C" w14:textId="77777777">
        <w:trPr>
          <w:jc w:val="center"/>
        </w:trPr>
        <w:tc>
          <w:tcPr>
            <w:tcW w:w="989" w:type="dxa"/>
          </w:tcPr>
          <w:p w14:paraId="64D67E6C" w14:textId="77777777" w:rsidR="00540C13" w:rsidRDefault="00000000" w:rsidP="006E17D0">
            <w:pPr>
              <w:bidi/>
            </w:pPr>
            <w:r>
              <w:rPr>
                <w:sz w:val="11"/>
              </w:rPr>
              <w:t>R093</w:t>
            </w:r>
          </w:p>
        </w:tc>
        <w:tc>
          <w:tcPr>
            <w:tcW w:w="989" w:type="dxa"/>
          </w:tcPr>
          <w:p w14:paraId="13BCD9B7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EF90B36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432FE644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FA19BC4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15E1789C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05DCBA5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FE4470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385F2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A37E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F3F24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46981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E97DEE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34F6B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8CBE7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1EF7B6D6" w14:textId="77777777">
        <w:trPr>
          <w:jc w:val="center"/>
        </w:trPr>
        <w:tc>
          <w:tcPr>
            <w:tcW w:w="989" w:type="dxa"/>
          </w:tcPr>
          <w:p w14:paraId="5081B1A5" w14:textId="77777777" w:rsidR="00540C13" w:rsidRDefault="00000000" w:rsidP="006E17D0">
            <w:pPr>
              <w:bidi/>
            </w:pPr>
            <w:r>
              <w:rPr>
                <w:sz w:val="11"/>
              </w:rPr>
              <w:t>R094</w:t>
            </w:r>
          </w:p>
        </w:tc>
        <w:tc>
          <w:tcPr>
            <w:tcW w:w="989" w:type="dxa"/>
          </w:tcPr>
          <w:p w14:paraId="1A88DCE3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0F8EB10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702B2F97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43CD94F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0D88ACB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4E515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218473B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715935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67234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5D4DA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47A20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3A8DA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D58FEE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A37EFD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0C36F06F" w14:textId="77777777">
        <w:trPr>
          <w:jc w:val="center"/>
        </w:trPr>
        <w:tc>
          <w:tcPr>
            <w:tcW w:w="989" w:type="dxa"/>
          </w:tcPr>
          <w:p w14:paraId="202DF308" w14:textId="77777777" w:rsidR="00540C13" w:rsidRDefault="00000000" w:rsidP="006E17D0">
            <w:pPr>
              <w:bidi/>
            </w:pPr>
            <w:r>
              <w:rPr>
                <w:sz w:val="11"/>
              </w:rPr>
              <w:t>R095</w:t>
            </w:r>
          </w:p>
        </w:tc>
        <w:tc>
          <w:tcPr>
            <w:tcW w:w="989" w:type="dxa"/>
          </w:tcPr>
          <w:p w14:paraId="1DD131B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D6D92C5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6FA4867A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15C7DA5A" w14:textId="77777777" w:rsidR="00540C13" w:rsidRDefault="00000000" w:rsidP="006E17D0">
            <w:pPr>
              <w:bidi/>
            </w:pPr>
            <w:r>
              <w:rPr>
                <w:sz w:val="11"/>
              </w:rPr>
              <w:t>أسبوعيًا أو أكثر</w:t>
            </w:r>
          </w:p>
        </w:tc>
        <w:tc>
          <w:tcPr>
            <w:tcW w:w="989" w:type="dxa"/>
          </w:tcPr>
          <w:p w14:paraId="2F10750E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256763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A5059D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94798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608299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23104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D79857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A0207A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AEBD72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4A9AB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4E86931" w14:textId="77777777">
        <w:trPr>
          <w:jc w:val="center"/>
        </w:trPr>
        <w:tc>
          <w:tcPr>
            <w:tcW w:w="989" w:type="dxa"/>
          </w:tcPr>
          <w:p w14:paraId="32B293AA" w14:textId="77777777" w:rsidR="00540C13" w:rsidRDefault="00000000" w:rsidP="006E17D0">
            <w:pPr>
              <w:bidi/>
            </w:pPr>
            <w:r>
              <w:rPr>
                <w:sz w:val="11"/>
              </w:rPr>
              <w:t>R096</w:t>
            </w:r>
          </w:p>
        </w:tc>
        <w:tc>
          <w:tcPr>
            <w:tcW w:w="989" w:type="dxa"/>
          </w:tcPr>
          <w:p w14:paraId="07D7A339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769D799A" w14:textId="77777777" w:rsidR="00540C13" w:rsidRDefault="00000000" w:rsidP="006E17D0">
            <w:pPr>
              <w:bidi/>
            </w:pPr>
            <w:r>
              <w:rPr>
                <w:sz w:val="11"/>
              </w:rPr>
              <w:t>40 سنة فأكثر</w:t>
            </w:r>
          </w:p>
        </w:tc>
        <w:tc>
          <w:tcPr>
            <w:tcW w:w="989" w:type="dxa"/>
          </w:tcPr>
          <w:p w14:paraId="124EF61E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7A44A966" w14:textId="77777777" w:rsidR="00540C13" w:rsidRDefault="00000000" w:rsidP="006E17D0">
            <w:pPr>
              <w:bidi/>
            </w:pPr>
            <w:r>
              <w:rPr>
                <w:sz w:val="11"/>
              </w:rPr>
              <w:t>مرة شهريًا</w:t>
            </w:r>
          </w:p>
        </w:tc>
        <w:tc>
          <w:tcPr>
            <w:tcW w:w="989" w:type="dxa"/>
          </w:tcPr>
          <w:p w14:paraId="3723995A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6BBEEFB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6FFB13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A3DCA5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5F8768A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C5D5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89141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478E614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3C369A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15CBC24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  <w:tr w:rsidR="00540C13" w14:paraId="1DAB3CFB" w14:textId="77777777">
        <w:trPr>
          <w:jc w:val="center"/>
        </w:trPr>
        <w:tc>
          <w:tcPr>
            <w:tcW w:w="989" w:type="dxa"/>
          </w:tcPr>
          <w:p w14:paraId="23186960" w14:textId="77777777" w:rsidR="00540C13" w:rsidRDefault="00000000" w:rsidP="006E17D0">
            <w:pPr>
              <w:bidi/>
            </w:pPr>
            <w:r>
              <w:rPr>
                <w:sz w:val="11"/>
              </w:rPr>
              <w:t>R097</w:t>
            </w:r>
          </w:p>
        </w:tc>
        <w:tc>
          <w:tcPr>
            <w:tcW w:w="989" w:type="dxa"/>
          </w:tcPr>
          <w:p w14:paraId="7A8F42EA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6507104E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5B095F92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1A438B6" w14:textId="77777777" w:rsidR="00540C13" w:rsidRDefault="00000000" w:rsidP="006E17D0">
            <w:pPr>
              <w:bidi/>
            </w:pPr>
            <w:r>
              <w:rPr>
                <w:sz w:val="11"/>
              </w:rPr>
              <w:t>نادرًا</w:t>
            </w:r>
          </w:p>
        </w:tc>
        <w:tc>
          <w:tcPr>
            <w:tcW w:w="989" w:type="dxa"/>
          </w:tcPr>
          <w:p w14:paraId="64205B55" w14:textId="77777777" w:rsidR="00540C13" w:rsidRDefault="00000000" w:rsidP="006E17D0">
            <w:pPr>
              <w:bidi/>
            </w:pPr>
            <w:r>
              <w:rPr>
                <w:sz w:val="11"/>
              </w:rPr>
              <w:t>خرائط Google</w:t>
            </w:r>
          </w:p>
        </w:tc>
        <w:tc>
          <w:tcPr>
            <w:tcW w:w="989" w:type="dxa"/>
          </w:tcPr>
          <w:p w14:paraId="485CB5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279B9B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7964D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C3871C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1C71189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989" w:type="dxa"/>
          </w:tcPr>
          <w:p w14:paraId="39C814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4BBA96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03B06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37E41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D98E554" w14:textId="77777777">
        <w:trPr>
          <w:jc w:val="center"/>
        </w:trPr>
        <w:tc>
          <w:tcPr>
            <w:tcW w:w="989" w:type="dxa"/>
          </w:tcPr>
          <w:p w14:paraId="4D4F3190" w14:textId="77777777" w:rsidR="00540C13" w:rsidRDefault="00000000" w:rsidP="006E17D0">
            <w:pPr>
              <w:bidi/>
            </w:pPr>
            <w:r>
              <w:rPr>
                <w:sz w:val="11"/>
              </w:rPr>
              <w:t>R098</w:t>
            </w:r>
          </w:p>
        </w:tc>
        <w:tc>
          <w:tcPr>
            <w:tcW w:w="989" w:type="dxa"/>
          </w:tcPr>
          <w:p w14:paraId="722D4CFB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4EEF3A0F" w14:textId="77777777" w:rsidR="00540C13" w:rsidRDefault="00000000" w:rsidP="006E17D0">
            <w:pPr>
              <w:bidi/>
            </w:pPr>
            <w:r>
              <w:rPr>
                <w:sz w:val="11"/>
              </w:rPr>
              <w:t>أقل من 20 سنة</w:t>
            </w:r>
          </w:p>
        </w:tc>
        <w:tc>
          <w:tcPr>
            <w:tcW w:w="989" w:type="dxa"/>
          </w:tcPr>
          <w:p w14:paraId="4A933B79" w14:textId="77777777" w:rsidR="00540C13" w:rsidRDefault="00000000" w:rsidP="006E17D0">
            <w:pPr>
              <w:bidi/>
            </w:pPr>
            <w:r>
              <w:rPr>
                <w:sz w:val="11"/>
              </w:rPr>
              <w:t>دراسات عليا</w:t>
            </w:r>
          </w:p>
        </w:tc>
        <w:tc>
          <w:tcPr>
            <w:tcW w:w="989" w:type="dxa"/>
          </w:tcPr>
          <w:p w14:paraId="0D5D6BA0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53F6845C" w14:textId="77777777" w:rsidR="00540C13" w:rsidRDefault="00000000" w:rsidP="006E17D0">
            <w:pPr>
              <w:bidi/>
            </w:pPr>
            <w:r>
              <w:rPr>
                <w:sz w:val="11"/>
              </w:rPr>
              <w:t>المتاجر الإلكترونية</w:t>
            </w:r>
          </w:p>
        </w:tc>
        <w:tc>
          <w:tcPr>
            <w:tcW w:w="989" w:type="dxa"/>
          </w:tcPr>
          <w:p w14:paraId="33408FD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EDB23D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47F9D44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65283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69877D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23B52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8D0EE8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525A63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0A88F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77A98642" w14:textId="77777777">
        <w:trPr>
          <w:jc w:val="center"/>
        </w:trPr>
        <w:tc>
          <w:tcPr>
            <w:tcW w:w="989" w:type="dxa"/>
          </w:tcPr>
          <w:p w14:paraId="3DA282C9" w14:textId="77777777" w:rsidR="00540C13" w:rsidRDefault="00000000" w:rsidP="006E17D0">
            <w:pPr>
              <w:bidi/>
            </w:pPr>
            <w:r>
              <w:rPr>
                <w:sz w:val="11"/>
              </w:rPr>
              <w:t>R099</w:t>
            </w:r>
          </w:p>
        </w:tc>
        <w:tc>
          <w:tcPr>
            <w:tcW w:w="989" w:type="dxa"/>
          </w:tcPr>
          <w:p w14:paraId="1E80267F" w14:textId="77777777" w:rsidR="00540C13" w:rsidRDefault="00000000" w:rsidP="006E17D0">
            <w:pPr>
              <w:bidi/>
            </w:pPr>
            <w:r>
              <w:rPr>
                <w:sz w:val="11"/>
              </w:rPr>
              <w:t>أنثى</w:t>
            </w:r>
          </w:p>
        </w:tc>
        <w:tc>
          <w:tcPr>
            <w:tcW w:w="989" w:type="dxa"/>
          </w:tcPr>
          <w:p w14:paraId="3551A8EF" w14:textId="77777777" w:rsidR="00540C13" w:rsidRDefault="00000000" w:rsidP="006E17D0">
            <w:pPr>
              <w:bidi/>
            </w:pPr>
            <w:r>
              <w:rPr>
                <w:sz w:val="11"/>
              </w:rPr>
              <w:t>20–29 سنة</w:t>
            </w:r>
          </w:p>
        </w:tc>
        <w:tc>
          <w:tcPr>
            <w:tcW w:w="989" w:type="dxa"/>
          </w:tcPr>
          <w:p w14:paraId="18CAA7A7" w14:textId="77777777" w:rsidR="00540C13" w:rsidRDefault="00000000" w:rsidP="006E17D0">
            <w:pPr>
              <w:bidi/>
            </w:pPr>
            <w:r>
              <w:rPr>
                <w:sz w:val="11"/>
              </w:rPr>
              <w:t>ثانوي فأقل</w:t>
            </w:r>
          </w:p>
        </w:tc>
        <w:tc>
          <w:tcPr>
            <w:tcW w:w="989" w:type="dxa"/>
          </w:tcPr>
          <w:p w14:paraId="318E6871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3F49886C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03037B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796E6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330BC9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6305B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82577F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007799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074846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7AB41A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989" w:type="dxa"/>
          </w:tcPr>
          <w:p w14:paraId="6A7A7A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4D60BE59" w14:textId="77777777">
        <w:trPr>
          <w:jc w:val="center"/>
        </w:trPr>
        <w:tc>
          <w:tcPr>
            <w:tcW w:w="989" w:type="dxa"/>
          </w:tcPr>
          <w:p w14:paraId="3D9098FF" w14:textId="77777777" w:rsidR="00540C13" w:rsidRDefault="00000000" w:rsidP="006E17D0">
            <w:pPr>
              <w:bidi/>
            </w:pPr>
            <w:r>
              <w:rPr>
                <w:sz w:val="11"/>
              </w:rPr>
              <w:t>R100</w:t>
            </w:r>
          </w:p>
        </w:tc>
        <w:tc>
          <w:tcPr>
            <w:tcW w:w="989" w:type="dxa"/>
          </w:tcPr>
          <w:p w14:paraId="6F4A549D" w14:textId="77777777" w:rsidR="00540C13" w:rsidRDefault="00000000" w:rsidP="006E17D0">
            <w:pPr>
              <w:bidi/>
            </w:pPr>
            <w:r>
              <w:rPr>
                <w:sz w:val="11"/>
              </w:rPr>
              <w:t>ذكر</w:t>
            </w:r>
          </w:p>
        </w:tc>
        <w:tc>
          <w:tcPr>
            <w:tcW w:w="989" w:type="dxa"/>
          </w:tcPr>
          <w:p w14:paraId="119CED0B" w14:textId="77777777" w:rsidR="00540C13" w:rsidRDefault="00000000" w:rsidP="006E17D0">
            <w:pPr>
              <w:bidi/>
            </w:pPr>
            <w:r>
              <w:rPr>
                <w:sz w:val="11"/>
              </w:rPr>
              <w:t>30–39 سنة</w:t>
            </w:r>
          </w:p>
        </w:tc>
        <w:tc>
          <w:tcPr>
            <w:tcW w:w="989" w:type="dxa"/>
          </w:tcPr>
          <w:p w14:paraId="4C3E88F3" w14:textId="77777777" w:rsidR="00540C13" w:rsidRDefault="00000000" w:rsidP="006E17D0">
            <w:pPr>
              <w:bidi/>
            </w:pPr>
            <w:r>
              <w:rPr>
                <w:sz w:val="11"/>
              </w:rPr>
              <w:t>بكالوريوس</w:t>
            </w:r>
          </w:p>
        </w:tc>
        <w:tc>
          <w:tcPr>
            <w:tcW w:w="989" w:type="dxa"/>
          </w:tcPr>
          <w:p w14:paraId="1618B6D6" w14:textId="77777777" w:rsidR="00540C13" w:rsidRDefault="00000000" w:rsidP="006E17D0">
            <w:pPr>
              <w:bidi/>
            </w:pPr>
            <w:r>
              <w:rPr>
                <w:sz w:val="11"/>
              </w:rPr>
              <w:t>مرتين إلى ثلاث مرات شهريًا</w:t>
            </w:r>
          </w:p>
        </w:tc>
        <w:tc>
          <w:tcPr>
            <w:tcW w:w="989" w:type="dxa"/>
          </w:tcPr>
          <w:p w14:paraId="4D2ADA14" w14:textId="77777777" w:rsidR="00540C13" w:rsidRDefault="00000000" w:rsidP="006E17D0">
            <w:pPr>
              <w:bidi/>
            </w:pPr>
            <w:r>
              <w:rPr>
                <w:sz w:val="11"/>
              </w:rPr>
              <w:t>مواقع التواصل الاجتماعي</w:t>
            </w:r>
          </w:p>
        </w:tc>
        <w:tc>
          <w:tcPr>
            <w:tcW w:w="989" w:type="dxa"/>
          </w:tcPr>
          <w:p w14:paraId="7FFCFCC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77AD52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2E51330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7C1F94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287F72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1521762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3FBE67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989" w:type="dxa"/>
          </w:tcPr>
          <w:p w14:paraId="069A14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989" w:type="dxa"/>
          </w:tcPr>
          <w:p w14:paraId="6002256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</w:tr>
    </w:tbl>
    <w:p w14:paraId="13733A72" w14:textId="77777777" w:rsidR="00540C13" w:rsidRDefault="00000000" w:rsidP="006E17D0">
      <w:pPr>
        <w:bidi/>
      </w:pPr>
      <w:r>
        <w:br w:type="page"/>
      </w:r>
    </w:p>
    <w:p w14:paraId="4695E049" w14:textId="77777777" w:rsidR="00540C13" w:rsidRDefault="00000000" w:rsidP="006E17D0">
      <w:pPr>
        <w:bidi/>
      </w:pPr>
      <w:r>
        <w:rPr>
          <w:b/>
          <w:color w:val="2F5442"/>
          <w:sz w:val="26"/>
        </w:rPr>
        <w:lastRenderedPageBreak/>
        <w:t>الجزء (ب): الأسئلة 10-18 والمتوسطات</w:t>
      </w:r>
    </w:p>
    <w:tbl>
      <w:tblPr>
        <w:tblStyle w:val="afa"/>
        <w:tblW w:w="0" w:type="auto"/>
        <w:jc w:val="center"/>
        <w:tblLook w:val="04A0" w:firstRow="1" w:lastRow="0" w:firstColumn="1" w:lastColumn="0" w:noHBand="0" w:noVBand="1"/>
      </w:tblPr>
      <w:tblGrid>
        <w:gridCol w:w="1058"/>
        <w:gridCol w:w="1058"/>
        <w:gridCol w:w="1058"/>
        <w:gridCol w:w="1058"/>
        <w:gridCol w:w="1059"/>
        <w:gridCol w:w="1059"/>
        <w:gridCol w:w="1059"/>
        <w:gridCol w:w="1059"/>
        <w:gridCol w:w="1059"/>
        <w:gridCol w:w="1059"/>
        <w:gridCol w:w="1059"/>
        <w:gridCol w:w="1059"/>
        <w:gridCol w:w="1059"/>
        <w:gridCol w:w="1059"/>
      </w:tblGrid>
      <w:tr w:rsidR="00540C13" w14:paraId="13F0A4D8" w14:textId="77777777">
        <w:trPr>
          <w:jc w:val="center"/>
        </w:trPr>
        <w:tc>
          <w:tcPr>
            <w:tcW w:w="1059" w:type="dxa"/>
            <w:shd w:val="clear" w:color="auto" w:fill="D9EAD3"/>
          </w:tcPr>
          <w:p w14:paraId="7ECA252F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معرف الاستجابة</w:t>
            </w:r>
          </w:p>
        </w:tc>
        <w:tc>
          <w:tcPr>
            <w:tcW w:w="1059" w:type="dxa"/>
            <w:shd w:val="clear" w:color="auto" w:fill="D9EAD3"/>
          </w:tcPr>
          <w:p w14:paraId="2C01860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س10</w:t>
            </w:r>
          </w:p>
        </w:tc>
        <w:tc>
          <w:tcPr>
            <w:tcW w:w="1059" w:type="dxa"/>
            <w:shd w:val="clear" w:color="auto" w:fill="D9EAD3"/>
          </w:tcPr>
          <w:p w14:paraId="517F30BA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س11</w:t>
            </w:r>
          </w:p>
        </w:tc>
        <w:tc>
          <w:tcPr>
            <w:tcW w:w="1059" w:type="dxa"/>
            <w:shd w:val="clear" w:color="auto" w:fill="D9EAD3"/>
          </w:tcPr>
          <w:p w14:paraId="177D3148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س12</w:t>
            </w:r>
          </w:p>
        </w:tc>
        <w:tc>
          <w:tcPr>
            <w:tcW w:w="1059" w:type="dxa"/>
            <w:shd w:val="clear" w:color="auto" w:fill="D9EAD3"/>
          </w:tcPr>
          <w:p w14:paraId="38D8453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س13</w:t>
            </w:r>
          </w:p>
        </w:tc>
        <w:tc>
          <w:tcPr>
            <w:tcW w:w="1059" w:type="dxa"/>
            <w:shd w:val="clear" w:color="auto" w:fill="D9EAD3"/>
          </w:tcPr>
          <w:p w14:paraId="5BE503D5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س14</w:t>
            </w:r>
          </w:p>
        </w:tc>
        <w:tc>
          <w:tcPr>
            <w:tcW w:w="1059" w:type="dxa"/>
            <w:shd w:val="clear" w:color="auto" w:fill="D9EAD3"/>
          </w:tcPr>
          <w:p w14:paraId="7BD0F7F0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س15</w:t>
            </w:r>
          </w:p>
        </w:tc>
        <w:tc>
          <w:tcPr>
            <w:tcW w:w="1059" w:type="dxa"/>
            <w:shd w:val="clear" w:color="auto" w:fill="D9EAD3"/>
          </w:tcPr>
          <w:p w14:paraId="1AC4B22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س16</w:t>
            </w:r>
          </w:p>
        </w:tc>
        <w:tc>
          <w:tcPr>
            <w:tcW w:w="1059" w:type="dxa"/>
            <w:shd w:val="clear" w:color="auto" w:fill="D9EAD3"/>
          </w:tcPr>
          <w:p w14:paraId="06F3D864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س17</w:t>
            </w:r>
          </w:p>
        </w:tc>
        <w:tc>
          <w:tcPr>
            <w:tcW w:w="1059" w:type="dxa"/>
            <w:shd w:val="clear" w:color="auto" w:fill="D9EAD3"/>
          </w:tcPr>
          <w:p w14:paraId="53C133B7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س18</w:t>
            </w:r>
          </w:p>
        </w:tc>
        <w:tc>
          <w:tcPr>
            <w:tcW w:w="1059" w:type="dxa"/>
            <w:shd w:val="clear" w:color="auto" w:fill="D9EAD3"/>
          </w:tcPr>
          <w:p w14:paraId="35E9E6F2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المصداقية</w:t>
            </w:r>
          </w:p>
        </w:tc>
        <w:tc>
          <w:tcPr>
            <w:tcW w:w="1059" w:type="dxa"/>
            <w:shd w:val="clear" w:color="auto" w:fill="D9EAD3"/>
          </w:tcPr>
          <w:p w14:paraId="694DA83B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جودة المحتوى</w:t>
            </w:r>
          </w:p>
        </w:tc>
        <w:tc>
          <w:tcPr>
            <w:tcW w:w="1059" w:type="dxa"/>
            <w:shd w:val="clear" w:color="auto" w:fill="D9EAD3"/>
          </w:tcPr>
          <w:p w14:paraId="633BC2D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متوسط نية الشراء</w:t>
            </w:r>
          </w:p>
        </w:tc>
        <w:tc>
          <w:tcPr>
            <w:tcW w:w="1059" w:type="dxa"/>
            <w:shd w:val="clear" w:color="auto" w:fill="D9EAD3"/>
          </w:tcPr>
          <w:p w14:paraId="06AF738D" w14:textId="77777777" w:rsidR="00540C13" w:rsidRDefault="00000000" w:rsidP="006E17D0">
            <w:pPr>
              <w:bidi/>
            </w:pPr>
            <w:r>
              <w:rPr>
                <w:b/>
                <w:sz w:val="12"/>
              </w:rPr>
              <w:t>المتوسط الكلي</w:t>
            </w:r>
          </w:p>
        </w:tc>
      </w:tr>
      <w:tr w:rsidR="00540C13" w14:paraId="5847DC83" w14:textId="77777777">
        <w:trPr>
          <w:jc w:val="center"/>
        </w:trPr>
        <w:tc>
          <w:tcPr>
            <w:tcW w:w="1059" w:type="dxa"/>
          </w:tcPr>
          <w:p w14:paraId="11F0A3ED" w14:textId="77777777" w:rsidR="00540C13" w:rsidRDefault="00000000" w:rsidP="006E17D0">
            <w:pPr>
              <w:bidi/>
            </w:pPr>
            <w:r>
              <w:rPr>
                <w:sz w:val="11"/>
              </w:rPr>
              <w:t>R001</w:t>
            </w:r>
          </w:p>
        </w:tc>
        <w:tc>
          <w:tcPr>
            <w:tcW w:w="1059" w:type="dxa"/>
          </w:tcPr>
          <w:p w14:paraId="57CD6A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E6B56D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6EF13D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D9706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B91F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FAE2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CEF5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AA3CB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2E875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AE31AE1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358B0F0B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32CCE2A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91FE958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240BB42E" w14:textId="77777777">
        <w:trPr>
          <w:jc w:val="center"/>
        </w:trPr>
        <w:tc>
          <w:tcPr>
            <w:tcW w:w="1059" w:type="dxa"/>
          </w:tcPr>
          <w:p w14:paraId="57E37E0E" w14:textId="77777777" w:rsidR="00540C13" w:rsidRDefault="00000000" w:rsidP="006E17D0">
            <w:pPr>
              <w:bidi/>
            </w:pPr>
            <w:r>
              <w:rPr>
                <w:sz w:val="11"/>
              </w:rPr>
              <w:t>R002</w:t>
            </w:r>
          </w:p>
        </w:tc>
        <w:tc>
          <w:tcPr>
            <w:tcW w:w="1059" w:type="dxa"/>
          </w:tcPr>
          <w:p w14:paraId="4D67D1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DFE3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1CCD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1712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3E6B9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B247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7312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99B3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9A8B3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0DB6718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7C0EBA5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C0F8567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A7DB814" w14:textId="77777777" w:rsidR="00540C13" w:rsidRDefault="00000000" w:rsidP="006E17D0">
            <w:pPr>
              <w:bidi/>
            </w:pPr>
            <w:r>
              <w:rPr>
                <w:sz w:val="11"/>
              </w:rPr>
              <w:t>4.39</w:t>
            </w:r>
          </w:p>
        </w:tc>
      </w:tr>
      <w:tr w:rsidR="00540C13" w14:paraId="48453DF8" w14:textId="77777777">
        <w:trPr>
          <w:jc w:val="center"/>
        </w:trPr>
        <w:tc>
          <w:tcPr>
            <w:tcW w:w="1059" w:type="dxa"/>
          </w:tcPr>
          <w:p w14:paraId="700C052D" w14:textId="77777777" w:rsidR="00540C13" w:rsidRDefault="00000000" w:rsidP="006E17D0">
            <w:pPr>
              <w:bidi/>
            </w:pPr>
            <w:r>
              <w:rPr>
                <w:sz w:val="11"/>
              </w:rPr>
              <w:t>R003</w:t>
            </w:r>
          </w:p>
        </w:tc>
        <w:tc>
          <w:tcPr>
            <w:tcW w:w="1059" w:type="dxa"/>
          </w:tcPr>
          <w:p w14:paraId="182F7F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3EA1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C440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5F976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370A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8FBB7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17BC3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A9B76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9133B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CD537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D07CBB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F1F941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7FD618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</w:tr>
      <w:tr w:rsidR="00540C13" w14:paraId="673F6E10" w14:textId="77777777">
        <w:trPr>
          <w:jc w:val="center"/>
        </w:trPr>
        <w:tc>
          <w:tcPr>
            <w:tcW w:w="1059" w:type="dxa"/>
          </w:tcPr>
          <w:p w14:paraId="23673879" w14:textId="77777777" w:rsidR="00540C13" w:rsidRDefault="00000000" w:rsidP="006E17D0">
            <w:pPr>
              <w:bidi/>
            </w:pPr>
            <w:r>
              <w:rPr>
                <w:sz w:val="11"/>
              </w:rPr>
              <w:t>R004</w:t>
            </w:r>
          </w:p>
        </w:tc>
        <w:tc>
          <w:tcPr>
            <w:tcW w:w="1059" w:type="dxa"/>
          </w:tcPr>
          <w:p w14:paraId="49EE4A9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AFFA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31137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C5B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651D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0F33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32A42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7D0EB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EB2E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D6A00C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16ABD38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DE3BE7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0ACFBA9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4178E00F" w14:textId="77777777">
        <w:trPr>
          <w:jc w:val="center"/>
        </w:trPr>
        <w:tc>
          <w:tcPr>
            <w:tcW w:w="1059" w:type="dxa"/>
          </w:tcPr>
          <w:p w14:paraId="076E5CB1" w14:textId="77777777" w:rsidR="00540C13" w:rsidRDefault="00000000" w:rsidP="006E17D0">
            <w:pPr>
              <w:bidi/>
            </w:pPr>
            <w:r>
              <w:rPr>
                <w:sz w:val="11"/>
              </w:rPr>
              <w:t>R005</w:t>
            </w:r>
          </w:p>
        </w:tc>
        <w:tc>
          <w:tcPr>
            <w:tcW w:w="1059" w:type="dxa"/>
          </w:tcPr>
          <w:p w14:paraId="2FE6B5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DF790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32F9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69A9C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6A6ED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2C06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DF00A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CBE17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89D2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96CF58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41447C9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912BAA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2E8F1081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6FF3DC72" w14:textId="77777777">
        <w:trPr>
          <w:jc w:val="center"/>
        </w:trPr>
        <w:tc>
          <w:tcPr>
            <w:tcW w:w="1059" w:type="dxa"/>
          </w:tcPr>
          <w:p w14:paraId="553865F5" w14:textId="77777777" w:rsidR="00540C13" w:rsidRDefault="00000000" w:rsidP="006E17D0">
            <w:pPr>
              <w:bidi/>
            </w:pPr>
            <w:r>
              <w:rPr>
                <w:sz w:val="11"/>
              </w:rPr>
              <w:t>R006</w:t>
            </w:r>
          </w:p>
        </w:tc>
        <w:tc>
          <w:tcPr>
            <w:tcW w:w="1059" w:type="dxa"/>
          </w:tcPr>
          <w:p w14:paraId="6FAC3EE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F6B22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1E95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65ECC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39928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4B7A8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D767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AF70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86E56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1B692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B9EA523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031F5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A8C0AA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40F305B5" w14:textId="77777777">
        <w:trPr>
          <w:jc w:val="center"/>
        </w:trPr>
        <w:tc>
          <w:tcPr>
            <w:tcW w:w="1059" w:type="dxa"/>
          </w:tcPr>
          <w:p w14:paraId="795D056F" w14:textId="77777777" w:rsidR="00540C13" w:rsidRDefault="00000000" w:rsidP="006E17D0">
            <w:pPr>
              <w:bidi/>
            </w:pPr>
            <w:r>
              <w:rPr>
                <w:sz w:val="11"/>
              </w:rPr>
              <w:t>R007</w:t>
            </w:r>
          </w:p>
        </w:tc>
        <w:tc>
          <w:tcPr>
            <w:tcW w:w="1059" w:type="dxa"/>
          </w:tcPr>
          <w:p w14:paraId="00A6757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CF590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B28DE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3FA8F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6F5CE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14B9E1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CFC13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81EB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42ED4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95B534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05561D5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6970F55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C33F96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</w:tr>
      <w:tr w:rsidR="00540C13" w14:paraId="0827E5BA" w14:textId="77777777">
        <w:trPr>
          <w:jc w:val="center"/>
        </w:trPr>
        <w:tc>
          <w:tcPr>
            <w:tcW w:w="1059" w:type="dxa"/>
          </w:tcPr>
          <w:p w14:paraId="462EDA2E" w14:textId="77777777" w:rsidR="00540C13" w:rsidRDefault="00000000" w:rsidP="006E17D0">
            <w:pPr>
              <w:bidi/>
            </w:pPr>
            <w:r>
              <w:rPr>
                <w:sz w:val="11"/>
              </w:rPr>
              <w:t>R008</w:t>
            </w:r>
          </w:p>
        </w:tc>
        <w:tc>
          <w:tcPr>
            <w:tcW w:w="1059" w:type="dxa"/>
          </w:tcPr>
          <w:p w14:paraId="0E74D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C1DF7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A71A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1B9D9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DB804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D4713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084A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2D9C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D380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E5949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828BC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339DF4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E36D220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088670E4" w14:textId="77777777">
        <w:trPr>
          <w:jc w:val="center"/>
        </w:trPr>
        <w:tc>
          <w:tcPr>
            <w:tcW w:w="1059" w:type="dxa"/>
          </w:tcPr>
          <w:p w14:paraId="7DA4CAB6" w14:textId="77777777" w:rsidR="00540C13" w:rsidRDefault="00000000" w:rsidP="006E17D0">
            <w:pPr>
              <w:bidi/>
            </w:pPr>
            <w:r>
              <w:rPr>
                <w:sz w:val="11"/>
              </w:rPr>
              <w:t>R009</w:t>
            </w:r>
          </w:p>
        </w:tc>
        <w:tc>
          <w:tcPr>
            <w:tcW w:w="1059" w:type="dxa"/>
          </w:tcPr>
          <w:p w14:paraId="3601A68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85E26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EFD31C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26A7A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DFD6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4792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CD577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A0D4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FF6F1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A5EF19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BD29ECD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A22D69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58F60EF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5BA83C99" w14:textId="77777777">
        <w:trPr>
          <w:jc w:val="center"/>
        </w:trPr>
        <w:tc>
          <w:tcPr>
            <w:tcW w:w="1059" w:type="dxa"/>
          </w:tcPr>
          <w:p w14:paraId="28A599EB" w14:textId="77777777" w:rsidR="00540C13" w:rsidRDefault="00000000" w:rsidP="006E17D0">
            <w:pPr>
              <w:bidi/>
            </w:pPr>
            <w:r>
              <w:rPr>
                <w:sz w:val="11"/>
              </w:rPr>
              <w:t>R010</w:t>
            </w:r>
          </w:p>
        </w:tc>
        <w:tc>
          <w:tcPr>
            <w:tcW w:w="1059" w:type="dxa"/>
          </w:tcPr>
          <w:p w14:paraId="740EA3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B4FB2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1482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E144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135D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1FA0FB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38EF2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3BED6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0E9B3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66A724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226CF1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5E39C58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F1A088" w14:textId="77777777" w:rsidR="00540C13" w:rsidRDefault="00000000" w:rsidP="006E17D0">
            <w:pPr>
              <w:bidi/>
            </w:pPr>
            <w:r>
              <w:rPr>
                <w:sz w:val="11"/>
              </w:rPr>
              <w:t>3.89</w:t>
            </w:r>
          </w:p>
        </w:tc>
      </w:tr>
      <w:tr w:rsidR="00540C13" w14:paraId="65AE05D1" w14:textId="77777777">
        <w:trPr>
          <w:jc w:val="center"/>
        </w:trPr>
        <w:tc>
          <w:tcPr>
            <w:tcW w:w="1059" w:type="dxa"/>
          </w:tcPr>
          <w:p w14:paraId="6029A674" w14:textId="77777777" w:rsidR="00540C13" w:rsidRDefault="00000000" w:rsidP="006E17D0">
            <w:pPr>
              <w:bidi/>
            </w:pPr>
            <w:r>
              <w:rPr>
                <w:sz w:val="11"/>
              </w:rPr>
              <w:t>R011</w:t>
            </w:r>
          </w:p>
        </w:tc>
        <w:tc>
          <w:tcPr>
            <w:tcW w:w="1059" w:type="dxa"/>
          </w:tcPr>
          <w:p w14:paraId="38E3870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BC118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E5103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3ABCD9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0FB22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D5CD5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652BB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D4B9B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AC512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5B295B1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F25948D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2FC09242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9B7A7D3" w14:textId="77777777" w:rsidR="00540C13" w:rsidRDefault="00000000" w:rsidP="006E17D0">
            <w:pPr>
              <w:bidi/>
            </w:pPr>
            <w:r>
              <w:rPr>
                <w:sz w:val="11"/>
              </w:rPr>
              <w:t>4.28</w:t>
            </w:r>
          </w:p>
        </w:tc>
      </w:tr>
      <w:tr w:rsidR="00540C13" w14:paraId="43341DE5" w14:textId="77777777">
        <w:trPr>
          <w:jc w:val="center"/>
        </w:trPr>
        <w:tc>
          <w:tcPr>
            <w:tcW w:w="1059" w:type="dxa"/>
          </w:tcPr>
          <w:p w14:paraId="60221DA8" w14:textId="77777777" w:rsidR="00540C13" w:rsidRDefault="00000000" w:rsidP="006E17D0">
            <w:pPr>
              <w:bidi/>
            </w:pPr>
            <w:r>
              <w:rPr>
                <w:sz w:val="11"/>
              </w:rPr>
              <w:t>R012</w:t>
            </w:r>
          </w:p>
        </w:tc>
        <w:tc>
          <w:tcPr>
            <w:tcW w:w="1059" w:type="dxa"/>
          </w:tcPr>
          <w:p w14:paraId="17D8A4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1C4C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B9D47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117D9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B0A825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36C4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2EB45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FC890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625D9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4ACBF12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22AFA3F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65CEFB28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086172E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7C2B8A5A" w14:textId="77777777">
        <w:trPr>
          <w:jc w:val="center"/>
        </w:trPr>
        <w:tc>
          <w:tcPr>
            <w:tcW w:w="1059" w:type="dxa"/>
          </w:tcPr>
          <w:p w14:paraId="416BC065" w14:textId="77777777" w:rsidR="00540C13" w:rsidRDefault="00000000" w:rsidP="006E17D0">
            <w:pPr>
              <w:bidi/>
            </w:pPr>
            <w:r>
              <w:rPr>
                <w:sz w:val="11"/>
              </w:rPr>
              <w:t>R013</w:t>
            </w:r>
          </w:p>
        </w:tc>
        <w:tc>
          <w:tcPr>
            <w:tcW w:w="1059" w:type="dxa"/>
          </w:tcPr>
          <w:p w14:paraId="5DC0B3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A90F1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4B5B13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95C511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A09FF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E25F68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6EDE6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55DA1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9CC7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E8C182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F8699DB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19C947AB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59CF2E2E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3F54EBDE" w14:textId="77777777">
        <w:trPr>
          <w:jc w:val="center"/>
        </w:trPr>
        <w:tc>
          <w:tcPr>
            <w:tcW w:w="1059" w:type="dxa"/>
          </w:tcPr>
          <w:p w14:paraId="2D679143" w14:textId="77777777" w:rsidR="00540C13" w:rsidRDefault="00000000" w:rsidP="006E17D0">
            <w:pPr>
              <w:bidi/>
            </w:pPr>
            <w:r>
              <w:rPr>
                <w:sz w:val="11"/>
              </w:rPr>
              <w:t>R014</w:t>
            </w:r>
          </w:p>
        </w:tc>
        <w:tc>
          <w:tcPr>
            <w:tcW w:w="1059" w:type="dxa"/>
          </w:tcPr>
          <w:p w14:paraId="793C86D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0DB53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EE6B1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8EC5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3C3E5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9302A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7DB78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B5ED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3559A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10E50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12E9980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3C3B58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6185A8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4C47F31D" w14:textId="77777777">
        <w:trPr>
          <w:jc w:val="center"/>
        </w:trPr>
        <w:tc>
          <w:tcPr>
            <w:tcW w:w="1059" w:type="dxa"/>
          </w:tcPr>
          <w:p w14:paraId="37E977CB" w14:textId="77777777" w:rsidR="00540C13" w:rsidRDefault="00000000" w:rsidP="006E17D0">
            <w:pPr>
              <w:bidi/>
            </w:pPr>
            <w:r>
              <w:rPr>
                <w:sz w:val="11"/>
              </w:rPr>
              <w:t>R015</w:t>
            </w:r>
          </w:p>
        </w:tc>
        <w:tc>
          <w:tcPr>
            <w:tcW w:w="1059" w:type="dxa"/>
          </w:tcPr>
          <w:p w14:paraId="12A57FE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228ED5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2587A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D11C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4710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5DCD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8A9B58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A4EF6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F811EA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81DD8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3C1BB332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DB65F6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875DA6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</w:tr>
      <w:tr w:rsidR="00540C13" w14:paraId="146E8AE7" w14:textId="77777777">
        <w:trPr>
          <w:jc w:val="center"/>
        </w:trPr>
        <w:tc>
          <w:tcPr>
            <w:tcW w:w="1059" w:type="dxa"/>
          </w:tcPr>
          <w:p w14:paraId="7F466FA1" w14:textId="77777777" w:rsidR="00540C13" w:rsidRDefault="00000000" w:rsidP="006E17D0">
            <w:pPr>
              <w:bidi/>
            </w:pPr>
            <w:r>
              <w:rPr>
                <w:sz w:val="11"/>
              </w:rPr>
              <w:t>R016</w:t>
            </w:r>
          </w:p>
        </w:tc>
        <w:tc>
          <w:tcPr>
            <w:tcW w:w="1059" w:type="dxa"/>
          </w:tcPr>
          <w:p w14:paraId="4C357A5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AA3F3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BFE0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205A8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E0ED90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A94E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36F24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F968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1AC2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B0E0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991CE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6F5745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17E46C9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00FD7046" w14:textId="77777777">
        <w:trPr>
          <w:jc w:val="center"/>
        </w:trPr>
        <w:tc>
          <w:tcPr>
            <w:tcW w:w="1059" w:type="dxa"/>
          </w:tcPr>
          <w:p w14:paraId="6FD37963" w14:textId="77777777" w:rsidR="00540C13" w:rsidRDefault="00000000" w:rsidP="006E17D0">
            <w:pPr>
              <w:bidi/>
            </w:pPr>
            <w:r>
              <w:rPr>
                <w:sz w:val="11"/>
              </w:rPr>
              <w:t>R017</w:t>
            </w:r>
          </w:p>
        </w:tc>
        <w:tc>
          <w:tcPr>
            <w:tcW w:w="1059" w:type="dxa"/>
          </w:tcPr>
          <w:p w14:paraId="1EE4B10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67CF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8D74C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8C674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76DE0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B3069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B4AD9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885E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A88B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7EA4EC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2DC195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0C495D6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40B52947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361D8998" w14:textId="77777777">
        <w:trPr>
          <w:jc w:val="center"/>
        </w:trPr>
        <w:tc>
          <w:tcPr>
            <w:tcW w:w="1059" w:type="dxa"/>
          </w:tcPr>
          <w:p w14:paraId="15C8DAFD" w14:textId="77777777" w:rsidR="00540C13" w:rsidRDefault="00000000" w:rsidP="006E17D0">
            <w:pPr>
              <w:bidi/>
            </w:pPr>
            <w:r>
              <w:rPr>
                <w:sz w:val="11"/>
              </w:rPr>
              <w:t>R018</w:t>
            </w:r>
          </w:p>
        </w:tc>
        <w:tc>
          <w:tcPr>
            <w:tcW w:w="1059" w:type="dxa"/>
          </w:tcPr>
          <w:p w14:paraId="5585E02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BF5C92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335C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068BC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0532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657D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9D655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4565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553C1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1F034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7227C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11A08FB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ED7567B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6B833C32" w14:textId="77777777">
        <w:trPr>
          <w:jc w:val="center"/>
        </w:trPr>
        <w:tc>
          <w:tcPr>
            <w:tcW w:w="1059" w:type="dxa"/>
          </w:tcPr>
          <w:p w14:paraId="26346F0D" w14:textId="77777777" w:rsidR="00540C13" w:rsidRDefault="00000000" w:rsidP="006E17D0">
            <w:pPr>
              <w:bidi/>
            </w:pPr>
            <w:r>
              <w:rPr>
                <w:sz w:val="11"/>
              </w:rPr>
              <w:t>R019</w:t>
            </w:r>
          </w:p>
        </w:tc>
        <w:tc>
          <w:tcPr>
            <w:tcW w:w="1059" w:type="dxa"/>
          </w:tcPr>
          <w:p w14:paraId="44950F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58464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118A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2F09E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3F2D1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56242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943C6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2DE53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639EB0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6FB1CB9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A89DE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62D2A96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7DC78D43" w14:textId="77777777" w:rsidR="00540C13" w:rsidRDefault="00000000" w:rsidP="006E17D0">
            <w:pPr>
              <w:bidi/>
            </w:pPr>
            <w:r>
              <w:rPr>
                <w:sz w:val="11"/>
              </w:rPr>
              <w:t>2.39</w:t>
            </w:r>
          </w:p>
        </w:tc>
      </w:tr>
      <w:tr w:rsidR="00540C13" w14:paraId="0CD2C4AE" w14:textId="77777777">
        <w:trPr>
          <w:jc w:val="center"/>
        </w:trPr>
        <w:tc>
          <w:tcPr>
            <w:tcW w:w="1059" w:type="dxa"/>
          </w:tcPr>
          <w:p w14:paraId="24A949EB" w14:textId="77777777" w:rsidR="00540C13" w:rsidRDefault="00000000" w:rsidP="006E17D0">
            <w:pPr>
              <w:bidi/>
            </w:pPr>
            <w:r>
              <w:rPr>
                <w:sz w:val="11"/>
              </w:rPr>
              <w:t>R020</w:t>
            </w:r>
          </w:p>
        </w:tc>
        <w:tc>
          <w:tcPr>
            <w:tcW w:w="1059" w:type="dxa"/>
          </w:tcPr>
          <w:p w14:paraId="0D858A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25BB3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D8BA8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BD1B6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ED21B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876D6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7CFBB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8D223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0AF8F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21BBD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2F9E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CEC04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42B3F53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</w:tr>
      <w:tr w:rsidR="00540C13" w14:paraId="4433997C" w14:textId="77777777">
        <w:trPr>
          <w:jc w:val="center"/>
        </w:trPr>
        <w:tc>
          <w:tcPr>
            <w:tcW w:w="1059" w:type="dxa"/>
          </w:tcPr>
          <w:p w14:paraId="0CCFF333" w14:textId="77777777" w:rsidR="00540C13" w:rsidRDefault="00000000" w:rsidP="006E17D0">
            <w:pPr>
              <w:bidi/>
            </w:pPr>
            <w:r>
              <w:rPr>
                <w:sz w:val="11"/>
              </w:rPr>
              <w:t>R021</w:t>
            </w:r>
          </w:p>
        </w:tc>
        <w:tc>
          <w:tcPr>
            <w:tcW w:w="1059" w:type="dxa"/>
          </w:tcPr>
          <w:p w14:paraId="20B1908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702F3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7574CC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B28A77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AE274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12673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3C818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B4229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85D1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1576868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714D5B0F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3FAB4343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28404213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</w:tr>
      <w:tr w:rsidR="00540C13" w14:paraId="147ED6B2" w14:textId="77777777">
        <w:trPr>
          <w:jc w:val="center"/>
        </w:trPr>
        <w:tc>
          <w:tcPr>
            <w:tcW w:w="1059" w:type="dxa"/>
          </w:tcPr>
          <w:p w14:paraId="0A9407F0" w14:textId="77777777" w:rsidR="00540C13" w:rsidRDefault="00000000" w:rsidP="006E17D0">
            <w:pPr>
              <w:bidi/>
            </w:pPr>
            <w:r>
              <w:rPr>
                <w:sz w:val="11"/>
              </w:rPr>
              <w:t>R022</w:t>
            </w:r>
          </w:p>
        </w:tc>
        <w:tc>
          <w:tcPr>
            <w:tcW w:w="1059" w:type="dxa"/>
          </w:tcPr>
          <w:p w14:paraId="6C01262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321873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84C92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8C1D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60D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D7E2A4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27D9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6A86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082A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580B7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1BD0882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3BFC3E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E7C509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1FC13721" w14:textId="77777777">
        <w:trPr>
          <w:jc w:val="center"/>
        </w:trPr>
        <w:tc>
          <w:tcPr>
            <w:tcW w:w="1059" w:type="dxa"/>
          </w:tcPr>
          <w:p w14:paraId="60FF17C5" w14:textId="77777777" w:rsidR="00540C13" w:rsidRDefault="00000000" w:rsidP="006E17D0">
            <w:pPr>
              <w:bidi/>
            </w:pPr>
            <w:r>
              <w:rPr>
                <w:sz w:val="11"/>
              </w:rPr>
              <w:t>R023</w:t>
            </w:r>
          </w:p>
        </w:tc>
        <w:tc>
          <w:tcPr>
            <w:tcW w:w="1059" w:type="dxa"/>
          </w:tcPr>
          <w:p w14:paraId="353FC7B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ADEA26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A511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8D4E3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33F53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653B67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8BF1D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7CA5DB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79F2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652208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7B60A93" w14:textId="77777777" w:rsidR="00540C13" w:rsidRDefault="00000000" w:rsidP="006E17D0">
            <w:pPr>
              <w:bidi/>
            </w:pPr>
            <w:r>
              <w:rPr>
                <w:sz w:val="11"/>
              </w:rPr>
              <w:t>4.83</w:t>
            </w:r>
          </w:p>
        </w:tc>
        <w:tc>
          <w:tcPr>
            <w:tcW w:w="1059" w:type="dxa"/>
          </w:tcPr>
          <w:p w14:paraId="6DC059B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3F3AD8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21A50390" w14:textId="77777777">
        <w:trPr>
          <w:jc w:val="center"/>
        </w:trPr>
        <w:tc>
          <w:tcPr>
            <w:tcW w:w="1059" w:type="dxa"/>
          </w:tcPr>
          <w:p w14:paraId="526CAB7A" w14:textId="77777777" w:rsidR="00540C13" w:rsidRDefault="00000000" w:rsidP="006E17D0">
            <w:pPr>
              <w:bidi/>
            </w:pPr>
            <w:r>
              <w:rPr>
                <w:sz w:val="11"/>
              </w:rPr>
              <w:t>R024</w:t>
            </w:r>
          </w:p>
        </w:tc>
        <w:tc>
          <w:tcPr>
            <w:tcW w:w="1059" w:type="dxa"/>
          </w:tcPr>
          <w:p w14:paraId="2DFB53E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CE33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9063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4EDC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5E526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98CBA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6DE5B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B770B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102C0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A62C8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07DB2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B70A2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1A79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1052ABF3" w14:textId="77777777">
        <w:trPr>
          <w:jc w:val="center"/>
        </w:trPr>
        <w:tc>
          <w:tcPr>
            <w:tcW w:w="1059" w:type="dxa"/>
          </w:tcPr>
          <w:p w14:paraId="52865D5D" w14:textId="77777777" w:rsidR="00540C13" w:rsidRDefault="00000000" w:rsidP="006E17D0">
            <w:pPr>
              <w:bidi/>
            </w:pPr>
            <w:r>
              <w:rPr>
                <w:sz w:val="11"/>
              </w:rPr>
              <w:t>R025</w:t>
            </w:r>
          </w:p>
        </w:tc>
        <w:tc>
          <w:tcPr>
            <w:tcW w:w="1059" w:type="dxa"/>
          </w:tcPr>
          <w:p w14:paraId="07B89F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0CC3F8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6AEF1B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07AFB9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1316C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5E27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0C747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FDBC36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E3402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520B876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3516BBA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659E5E6A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98E9EC" w14:textId="77777777" w:rsidR="00540C13" w:rsidRDefault="00000000" w:rsidP="006E17D0">
            <w:pPr>
              <w:bidi/>
            </w:pPr>
            <w:r>
              <w:rPr>
                <w:sz w:val="11"/>
              </w:rPr>
              <w:t>4.06</w:t>
            </w:r>
          </w:p>
        </w:tc>
      </w:tr>
      <w:tr w:rsidR="00540C13" w14:paraId="57FDE23F" w14:textId="77777777">
        <w:trPr>
          <w:jc w:val="center"/>
        </w:trPr>
        <w:tc>
          <w:tcPr>
            <w:tcW w:w="1059" w:type="dxa"/>
          </w:tcPr>
          <w:p w14:paraId="4E9B3902" w14:textId="77777777" w:rsidR="00540C13" w:rsidRDefault="00000000" w:rsidP="006E17D0">
            <w:pPr>
              <w:bidi/>
            </w:pPr>
            <w:r>
              <w:rPr>
                <w:sz w:val="11"/>
              </w:rPr>
              <w:t>R026</w:t>
            </w:r>
          </w:p>
        </w:tc>
        <w:tc>
          <w:tcPr>
            <w:tcW w:w="1059" w:type="dxa"/>
          </w:tcPr>
          <w:p w14:paraId="33E6D04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8D00EE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0D789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B87ED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BE5DE5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C903F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DBF2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E2EF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1AA72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8B06B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E8C7C62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E8C8B66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0CCB30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781EB058" w14:textId="77777777">
        <w:trPr>
          <w:jc w:val="center"/>
        </w:trPr>
        <w:tc>
          <w:tcPr>
            <w:tcW w:w="1059" w:type="dxa"/>
          </w:tcPr>
          <w:p w14:paraId="41DD73A3" w14:textId="77777777" w:rsidR="00540C13" w:rsidRDefault="00000000" w:rsidP="006E17D0">
            <w:pPr>
              <w:bidi/>
            </w:pPr>
            <w:r>
              <w:rPr>
                <w:sz w:val="11"/>
              </w:rPr>
              <w:t>R027</w:t>
            </w:r>
          </w:p>
        </w:tc>
        <w:tc>
          <w:tcPr>
            <w:tcW w:w="1059" w:type="dxa"/>
          </w:tcPr>
          <w:p w14:paraId="67AA0B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188452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D1DB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E1CAF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534DB0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C4295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738BA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C09E3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819DA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98935E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FE5C7E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5D326206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70E7651B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7E7B1D59" w14:textId="77777777">
        <w:trPr>
          <w:jc w:val="center"/>
        </w:trPr>
        <w:tc>
          <w:tcPr>
            <w:tcW w:w="1059" w:type="dxa"/>
          </w:tcPr>
          <w:p w14:paraId="4C60239E" w14:textId="77777777" w:rsidR="00540C13" w:rsidRDefault="00000000" w:rsidP="006E17D0">
            <w:pPr>
              <w:bidi/>
            </w:pPr>
            <w:r>
              <w:rPr>
                <w:sz w:val="11"/>
              </w:rPr>
              <w:t>R028</w:t>
            </w:r>
          </w:p>
        </w:tc>
        <w:tc>
          <w:tcPr>
            <w:tcW w:w="1059" w:type="dxa"/>
          </w:tcPr>
          <w:p w14:paraId="1F4343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28C324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710FA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7349E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E5CA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9D20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4F287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1EF1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4E10B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E4CBC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326B203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C0707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BA6864D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697FB035" w14:textId="77777777">
        <w:trPr>
          <w:jc w:val="center"/>
        </w:trPr>
        <w:tc>
          <w:tcPr>
            <w:tcW w:w="1059" w:type="dxa"/>
          </w:tcPr>
          <w:p w14:paraId="5421D651" w14:textId="77777777" w:rsidR="00540C13" w:rsidRDefault="00000000" w:rsidP="006E17D0">
            <w:pPr>
              <w:bidi/>
            </w:pPr>
            <w:r>
              <w:rPr>
                <w:sz w:val="11"/>
              </w:rPr>
              <w:t>R029</w:t>
            </w:r>
          </w:p>
        </w:tc>
        <w:tc>
          <w:tcPr>
            <w:tcW w:w="1059" w:type="dxa"/>
          </w:tcPr>
          <w:p w14:paraId="3127CC5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ED753E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5BA185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F4472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DC5D5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3F5D9A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AAB51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F2887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769941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8634145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72CBEB2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4081C85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163AD164" w14:textId="77777777" w:rsidR="00540C13" w:rsidRDefault="00000000" w:rsidP="006E17D0">
            <w:pPr>
              <w:bidi/>
            </w:pPr>
            <w:r>
              <w:rPr>
                <w:sz w:val="11"/>
              </w:rPr>
              <w:t>4.78</w:t>
            </w:r>
          </w:p>
        </w:tc>
      </w:tr>
      <w:tr w:rsidR="00540C13" w14:paraId="3CD52D79" w14:textId="77777777">
        <w:trPr>
          <w:jc w:val="center"/>
        </w:trPr>
        <w:tc>
          <w:tcPr>
            <w:tcW w:w="1059" w:type="dxa"/>
          </w:tcPr>
          <w:p w14:paraId="6297DB03" w14:textId="77777777" w:rsidR="00540C13" w:rsidRDefault="00000000" w:rsidP="006E17D0">
            <w:pPr>
              <w:bidi/>
            </w:pPr>
            <w:r>
              <w:rPr>
                <w:sz w:val="11"/>
              </w:rPr>
              <w:t>R030</w:t>
            </w:r>
          </w:p>
        </w:tc>
        <w:tc>
          <w:tcPr>
            <w:tcW w:w="1059" w:type="dxa"/>
          </w:tcPr>
          <w:p w14:paraId="76B9E2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2B602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F14198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123F85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BFB8A4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BF3DF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D586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A857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29F21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389939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4E5ADCC6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ED47332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75401C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</w:tr>
      <w:tr w:rsidR="00540C13" w14:paraId="1A9B1168" w14:textId="77777777">
        <w:trPr>
          <w:jc w:val="center"/>
        </w:trPr>
        <w:tc>
          <w:tcPr>
            <w:tcW w:w="1059" w:type="dxa"/>
          </w:tcPr>
          <w:p w14:paraId="593E504D" w14:textId="77777777" w:rsidR="00540C13" w:rsidRDefault="00000000" w:rsidP="006E17D0">
            <w:pPr>
              <w:bidi/>
            </w:pPr>
            <w:r>
              <w:rPr>
                <w:sz w:val="11"/>
              </w:rPr>
              <w:t>R031</w:t>
            </w:r>
          </w:p>
        </w:tc>
        <w:tc>
          <w:tcPr>
            <w:tcW w:w="1059" w:type="dxa"/>
          </w:tcPr>
          <w:p w14:paraId="469B6F8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12EB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4E5776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223231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0697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F0E6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D1F8A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3CAD0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C7C7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72F1D0B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57A29F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AA85241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6684E91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13F39980" w14:textId="77777777">
        <w:trPr>
          <w:jc w:val="center"/>
        </w:trPr>
        <w:tc>
          <w:tcPr>
            <w:tcW w:w="1059" w:type="dxa"/>
          </w:tcPr>
          <w:p w14:paraId="49F77881" w14:textId="77777777" w:rsidR="00540C13" w:rsidRDefault="00000000" w:rsidP="006E17D0">
            <w:pPr>
              <w:bidi/>
            </w:pPr>
            <w:r>
              <w:rPr>
                <w:sz w:val="11"/>
              </w:rPr>
              <w:t>R032</w:t>
            </w:r>
          </w:p>
        </w:tc>
        <w:tc>
          <w:tcPr>
            <w:tcW w:w="1059" w:type="dxa"/>
          </w:tcPr>
          <w:p w14:paraId="35D6CFC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CED896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FBD80F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09A5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124BF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9CBB9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9182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48C1D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642392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97E018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E7CB868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11BB56C2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AFC1662" w14:textId="77777777" w:rsidR="00540C13" w:rsidRDefault="00000000" w:rsidP="006E17D0">
            <w:pPr>
              <w:bidi/>
            </w:pPr>
            <w:r>
              <w:rPr>
                <w:sz w:val="11"/>
              </w:rPr>
              <w:t>4.39</w:t>
            </w:r>
          </w:p>
        </w:tc>
      </w:tr>
      <w:tr w:rsidR="00540C13" w14:paraId="7C26FD8D" w14:textId="77777777">
        <w:trPr>
          <w:jc w:val="center"/>
        </w:trPr>
        <w:tc>
          <w:tcPr>
            <w:tcW w:w="1059" w:type="dxa"/>
          </w:tcPr>
          <w:p w14:paraId="03548C8F" w14:textId="77777777" w:rsidR="00540C13" w:rsidRDefault="00000000" w:rsidP="006E17D0">
            <w:pPr>
              <w:bidi/>
            </w:pPr>
            <w:r>
              <w:rPr>
                <w:sz w:val="11"/>
              </w:rPr>
              <w:t>R033</w:t>
            </w:r>
          </w:p>
        </w:tc>
        <w:tc>
          <w:tcPr>
            <w:tcW w:w="1059" w:type="dxa"/>
          </w:tcPr>
          <w:p w14:paraId="5DA1013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4B9A9A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1AF2F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CCC95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55F3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37C216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C19E6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89B49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67551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F37E689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E9402C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0F3BE43D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07AFBE5F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3FF3478F" w14:textId="77777777">
        <w:trPr>
          <w:jc w:val="center"/>
        </w:trPr>
        <w:tc>
          <w:tcPr>
            <w:tcW w:w="1059" w:type="dxa"/>
          </w:tcPr>
          <w:p w14:paraId="7EDA0F84" w14:textId="77777777" w:rsidR="00540C13" w:rsidRDefault="00000000" w:rsidP="006E17D0">
            <w:pPr>
              <w:bidi/>
            </w:pPr>
            <w:r>
              <w:rPr>
                <w:sz w:val="11"/>
              </w:rPr>
              <w:t>R034</w:t>
            </w:r>
          </w:p>
        </w:tc>
        <w:tc>
          <w:tcPr>
            <w:tcW w:w="1059" w:type="dxa"/>
          </w:tcPr>
          <w:p w14:paraId="0E92408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C335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FA2F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F49BD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50C951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EC1C1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2F9D4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B0A24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64D50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F1E1955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0BE82C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7AD0A2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46A600A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188C9660" w14:textId="77777777">
        <w:trPr>
          <w:jc w:val="center"/>
        </w:trPr>
        <w:tc>
          <w:tcPr>
            <w:tcW w:w="1059" w:type="dxa"/>
          </w:tcPr>
          <w:p w14:paraId="730D1050" w14:textId="77777777" w:rsidR="00540C13" w:rsidRDefault="00000000" w:rsidP="006E17D0">
            <w:pPr>
              <w:bidi/>
            </w:pPr>
            <w:r>
              <w:rPr>
                <w:sz w:val="11"/>
              </w:rPr>
              <w:t>R035</w:t>
            </w:r>
          </w:p>
        </w:tc>
        <w:tc>
          <w:tcPr>
            <w:tcW w:w="1059" w:type="dxa"/>
          </w:tcPr>
          <w:p w14:paraId="5737C55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99C92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C6F2B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25A925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7AC624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B44103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30066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673264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90C28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842A4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F56F98C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46B0778E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AE75AA0" w14:textId="77777777" w:rsidR="00540C13" w:rsidRDefault="00000000" w:rsidP="006E17D0">
            <w:pPr>
              <w:bidi/>
            </w:pPr>
            <w:r>
              <w:rPr>
                <w:sz w:val="11"/>
              </w:rPr>
              <w:t>4.44</w:t>
            </w:r>
          </w:p>
        </w:tc>
      </w:tr>
      <w:tr w:rsidR="00540C13" w14:paraId="4FA0134D" w14:textId="77777777">
        <w:trPr>
          <w:jc w:val="center"/>
        </w:trPr>
        <w:tc>
          <w:tcPr>
            <w:tcW w:w="1059" w:type="dxa"/>
          </w:tcPr>
          <w:p w14:paraId="6471AA14" w14:textId="77777777" w:rsidR="00540C13" w:rsidRDefault="00000000" w:rsidP="006E17D0">
            <w:pPr>
              <w:bidi/>
            </w:pPr>
            <w:r>
              <w:rPr>
                <w:sz w:val="11"/>
              </w:rPr>
              <w:t>R036</w:t>
            </w:r>
          </w:p>
        </w:tc>
        <w:tc>
          <w:tcPr>
            <w:tcW w:w="1059" w:type="dxa"/>
          </w:tcPr>
          <w:p w14:paraId="7796ACDC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6A726D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EC4C3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E357B0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4BE991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F03A21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96EB9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D7FF3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465E6D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55E9D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6EF81925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3EE983F2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F77BD26" w14:textId="77777777" w:rsidR="00540C13" w:rsidRDefault="00000000" w:rsidP="006E17D0">
            <w:pPr>
              <w:bidi/>
            </w:pPr>
            <w:r>
              <w:rPr>
                <w:sz w:val="11"/>
              </w:rPr>
              <w:t>2.61</w:t>
            </w:r>
          </w:p>
        </w:tc>
      </w:tr>
      <w:tr w:rsidR="00540C13" w14:paraId="51BE513E" w14:textId="77777777">
        <w:trPr>
          <w:jc w:val="center"/>
        </w:trPr>
        <w:tc>
          <w:tcPr>
            <w:tcW w:w="1059" w:type="dxa"/>
          </w:tcPr>
          <w:p w14:paraId="4B11492A" w14:textId="77777777" w:rsidR="00540C13" w:rsidRDefault="00000000" w:rsidP="006E17D0">
            <w:pPr>
              <w:bidi/>
            </w:pPr>
            <w:r>
              <w:rPr>
                <w:sz w:val="11"/>
              </w:rPr>
              <w:t>R037</w:t>
            </w:r>
          </w:p>
        </w:tc>
        <w:tc>
          <w:tcPr>
            <w:tcW w:w="1059" w:type="dxa"/>
          </w:tcPr>
          <w:p w14:paraId="7130A21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C6C09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D74D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BC70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2E81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296D2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4C35A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B1FC2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23A4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5F73FF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4F1E94F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F9056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483FA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28EA58AB" w14:textId="77777777">
        <w:trPr>
          <w:jc w:val="center"/>
        </w:trPr>
        <w:tc>
          <w:tcPr>
            <w:tcW w:w="1059" w:type="dxa"/>
          </w:tcPr>
          <w:p w14:paraId="0D3F8920" w14:textId="77777777" w:rsidR="00540C13" w:rsidRDefault="00000000" w:rsidP="006E17D0">
            <w:pPr>
              <w:bidi/>
            </w:pPr>
            <w:r>
              <w:rPr>
                <w:sz w:val="11"/>
              </w:rPr>
              <w:t>R038</w:t>
            </w:r>
          </w:p>
        </w:tc>
        <w:tc>
          <w:tcPr>
            <w:tcW w:w="1059" w:type="dxa"/>
          </w:tcPr>
          <w:p w14:paraId="597C3C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30D7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D844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B9DC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E3B14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B8A50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8F7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886E69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48D90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BB38AA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479980B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37CAA002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3694789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717E1E13" w14:textId="77777777">
        <w:trPr>
          <w:jc w:val="center"/>
        </w:trPr>
        <w:tc>
          <w:tcPr>
            <w:tcW w:w="1059" w:type="dxa"/>
          </w:tcPr>
          <w:p w14:paraId="41586260" w14:textId="77777777" w:rsidR="00540C13" w:rsidRDefault="00000000" w:rsidP="006E17D0">
            <w:pPr>
              <w:bidi/>
            </w:pPr>
            <w:r>
              <w:rPr>
                <w:sz w:val="11"/>
              </w:rPr>
              <w:t>R039</w:t>
            </w:r>
          </w:p>
        </w:tc>
        <w:tc>
          <w:tcPr>
            <w:tcW w:w="1059" w:type="dxa"/>
          </w:tcPr>
          <w:p w14:paraId="76C2D6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BBC9BC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DB07B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7735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522B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4C39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C43A7D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A89F6F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D4F75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219DB3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16AB8E6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E81FB7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6B9941CC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02A9EB45" w14:textId="77777777">
        <w:trPr>
          <w:jc w:val="center"/>
        </w:trPr>
        <w:tc>
          <w:tcPr>
            <w:tcW w:w="1059" w:type="dxa"/>
          </w:tcPr>
          <w:p w14:paraId="0E54BF8F" w14:textId="77777777" w:rsidR="00540C13" w:rsidRDefault="00000000" w:rsidP="006E17D0">
            <w:pPr>
              <w:bidi/>
            </w:pPr>
            <w:r>
              <w:rPr>
                <w:sz w:val="11"/>
              </w:rPr>
              <w:t>R040</w:t>
            </w:r>
          </w:p>
        </w:tc>
        <w:tc>
          <w:tcPr>
            <w:tcW w:w="1059" w:type="dxa"/>
          </w:tcPr>
          <w:p w14:paraId="64457F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943E34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735A3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598D2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891D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4965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CFFD5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535C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E45D8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E4306D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0722842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350C6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82AF29A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6C834936" w14:textId="77777777">
        <w:trPr>
          <w:jc w:val="center"/>
        </w:trPr>
        <w:tc>
          <w:tcPr>
            <w:tcW w:w="1059" w:type="dxa"/>
          </w:tcPr>
          <w:p w14:paraId="4BB36A11" w14:textId="77777777" w:rsidR="00540C13" w:rsidRDefault="00000000" w:rsidP="006E17D0">
            <w:pPr>
              <w:bidi/>
            </w:pPr>
            <w:r>
              <w:rPr>
                <w:sz w:val="11"/>
              </w:rPr>
              <w:t>R041</w:t>
            </w:r>
          </w:p>
        </w:tc>
        <w:tc>
          <w:tcPr>
            <w:tcW w:w="1059" w:type="dxa"/>
          </w:tcPr>
          <w:p w14:paraId="3CF8EA4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44006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3C8D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FB463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C0C1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FC3CE2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C9B18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AD24D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E6B5C4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BF88D4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9F0E49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97F2C5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ED495CA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750F201A" w14:textId="77777777">
        <w:trPr>
          <w:jc w:val="center"/>
        </w:trPr>
        <w:tc>
          <w:tcPr>
            <w:tcW w:w="1059" w:type="dxa"/>
          </w:tcPr>
          <w:p w14:paraId="039C8CF0" w14:textId="77777777" w:rsidR="00540C13" w:rsidRDefault="00000000" w:rsidP="006E17D0">
            <w:pPr>
              <w:bidi/>
            </w:pPr>
            <w:r>
              <w:rPr>
                <w:sz w:val="11"/>
              </w:rPr>
              <w:t>R042</w:t>
            </w:r>
          </w:p>
        </w:tc>
        <w:tc>
          <w:tcPr>
            <w:tcW w:w="1059" w:type="dxa"/>
          </w:tcPr>
          <w:p w14:paraId="27D7917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3F3E6C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EA5A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FA2CA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330CA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DA1A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47651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FDF45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94081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077408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53FB45B9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69AEBCD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F8FA739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17817AE7" w14:textId="77777777">
        <w:trPr>
          <w:jc w:val="center"/>
        </w:trPr>
        <w:tc>
          <w:tcPr>
            <w:tcW w:w="1059" w:type="dxa"/>
          </w:tcPr>
          <w:p w14:paraId="604F82F3" w14:textId="77777777" w:rsidR="00540C13" w:rsidRDefault="00000000" w:rsidP="006E17D0">
            <w:pPr>
              <w:bidi/>
            </w:pPr>
            <w:r>
              <w:rPr>
                <w:sz w:val="11"/>
              </w:rPr>
              <w:t>R043</w:t>
            </w:r>
          </w:p>
        </w:tc>
        <w:tc>
          <w:tcPr>
            <w:tcW w:w="1059" w:type="dxa"/>
          </w:tcPr>
          <w:p w14:paraId="655F87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CE6060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F81AA6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C743C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34066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E732E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097ACD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CDA7E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AF9B9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F1CD8D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B6742E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37EB05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3F252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6BAAECDC" w14:textId="77777777">
        <w:trPr>
          <w:jc w:val="center"/>
        </w:trPr>
        <w:tc>
          <w:tcPr>
            <w:tcW w:w="1059" w:type="dxa"/>
          </w:tcPr>
          <w:p w14:paraId="5D549DB3" w14:textId="77777777" w:rsidR="00540C13" w:rsidRDefault="00000000" w:rsidP="006E17D0">
            <w:pPr>
              <w:bidi/>
            </w:pPr>
            <w:r>
              <w:rPr>
                <w:sz w:val="11"/>
              </w:rPr>
              <w:t>R044</w:t>
            </w:r>
          </w:p>
        </w:tc>
        <w:tc>
          <w:tcPr>
            <w:tcW w:w="1059" w:type="dxa"/>
          </w:tcPr>
          <w:p w14:paraId="1232B53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5DF87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12852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8B67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FF889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329015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26698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AB864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4C60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2CC1CD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43137BD6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D829A9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767117CC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</w:tr>
      <w:tr w:rsidR="00540C13" w14:paraId="15E00E5B" w14:textId="77777777">
        <w:trPr>
          <w:jc w:val="center"/>
        </w:trPr>
        <w:tc>
          <w:tcPr>
            <w:tcW w:w="1059" w:type="dxa"/>
          </w:tcPr>
          <w:p w14:paraId="174DA897" w14:textId="77777777" w:rsidR="00540C13" w:rsidRDefault="00000000" w:rsidP="006E17D0">
            <w:pPr>
              <w:bidi/>
            </w:pPr>
            <w:r>
              <w:rPr>
                <w:sz w:val="11"/>
              </w:rPr>
              <w:t>R045</w:t>
            </w:r>
          </w:p>
        </w:tc>
        <w:tc>
          <w:tcPr>
            <w:tcW w:w="1059" w:type="dxa"/>
          </w:tcPr>
          <w:p w14:paraId="1949554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59C6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828EA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4C7FE3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6FCE6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74E4A7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18C8E0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8317C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862C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74CD7F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EFC2A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AE8CECF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052DC7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7AC8BE85" w14:textId="77777777">
        <w:trPr>
          <w:jc w:val="center"/>
        </w:trPr>
        <w:tc>
          <w:tcPr>
            <w:tcW w:w="1059" w:type="dxa"/>
          </w:tcPr>
          <w:p w14:paraId="4F938616" w14:textId="77777777" w:rsidR="00540C13" w:rsidRDefault="00000000" w:rsidP="006E17D0">
            <w:pPr>
              <w:bidi/>
            </w:pPr>
            <w:r>
              <w:rPr>
                <w:sz w:val="11"/>
              </w:rPr>
              <w:t>R046</w:t>
            </w:r>
          </w:p>
        </w:tc>
        <w:tc>
          <w:tcPr>
            <w:tcW w:w="1059" w:type="dxa"/>
          </w:tcPr>
          <w:p w14:paraId="698BC95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2B7F62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6B376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A39EA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E12A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38E64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E7B2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3B4B7A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6F609A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7DE6920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A73AF5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31A77B8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696FA2E3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50EA91BC" w14:textId="77777777">
        <w:trPr>
          <w:jc w:val="center"/>
        </w:trPr>
        <w:tc>
          <w:tcPr>
            <w:tcW w:w="1059" w:type="dxa"/>
          </w:tcPr>
          <w:p w14:paraId="0241EF47" w14:textId="77777777" w:rsidR="00540C13" w:rsidRDefault="00000000" w:rsidP="006E17D0">
            <w:pPr>
              <w:bidi/>
            </w:pPr>
            <w:r>
              <w:rPr>
                <w:sz w:val="11"/>
              </w:rPr>
              <w:t>R047</w:t>
            </w:r>
          </w:p>
        </w:tc>
        <w:tc>
          <w:tcPr>
            <w:tcW w:w="1059" w:type="dxa"/>
          </w:tcPr>
          <w:p w14:paraId="36852D1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E20A5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867CE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7256F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47E887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46DF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FC05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15DD7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81E1D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60A9D4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55FEA4F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1BAC865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4AA361B" w14:textId="77777777" w:rsidR="00540C13" w:rsidRDefault="00000000" w:rsidP="006E17D0">
            <w:pPr>
              <w:bidi/>
            </w:pPr>
            <w:r>
              <w:rPr>
                <w:sz w:val="11"/>
              </w:rPr>
              <w:t>2.89</w:t>
            </w:r>
          </w:p>
        </w:tc>
      </w:tr>
      <w:tr w:rsidR="00540C13" w14:paraId="1AA09CEE" w14:textId="77777777">
        <w:trPr>
          <w:jc w:val="center"/>
        </w:trPr>
        <w:tc>
          <w:tcPr>
            <w:tcW w:w="1059" w:type="dxa"/>
          </w:tcPr>
          <w:p w14:paraId="51E5B0AA" w14:textId="77777777" w:rsidR="00540C13" w:rsidRDefault="00000000" w:rsidP="006E17D0">
            <w:pPr>
              <w:bidi/>
            </w:pPr>
            <w:r>
              <w:rPr>
                <w:sz w:val="11"/>
              </w:rPr>
              <w:t>R048</w:t>
            </w:r>
          </w:p>
        </w:tc>
        <w:tc>
          <w:tcPr>
            <w:tcW w:w="1059" w:type="dxa"/>
          </w:tcPr>
          <w:p w14:paraId="73B73BA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7863F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9FBC9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12E01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E2BE0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5031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8A61D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ED756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0F39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10D83FD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0E8D64F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16637D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978CEC1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54E753E3" w14:textId="77777777">
        <w:trPr>
          <w:jc w:val="center"/>
        </w:trPr>
        <w:tc>
          <w:tcPr>
            <w:tcW w:w="1059" w:type="dxa"/>
          </w:tcPr>
          <w:p w14:paraId="1EB10FA2" w14:textId="77777777" w:rsidR="00540C13" w:rsidRDefault="00000000" w:rsidP="006E17D0">
            <w:pPr>
              <w:bidi/>
            </w:pPr>
            <w:r>
              <w:rPr>
                <w:sz w:val="11"/>
              </w:rPr>
              <w:t>R049</w:t>
            </w:r>
          </w:p>
        </w:tc>
        <w:tc>
          <w:tcPr>
            <w:tcW w:w="1059" w:type="dxa"/>
          </w:tcPr>
          <w:p w14:paraId="09B184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22FA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DDBC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9CEBA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A451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7090C6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12E645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BCB9C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50AC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0054D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6C35E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15B5E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BF01876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70FFBDBE" w14:textId="77777777">
        <w:trPr>
          <w:jc w:val="center"/>
        </w:trPr>
        <w:tc>
          <w:tcPr>
            <w:tcW w:w="1059" w:type="dxa"/>
          </w:tcPr>
          <w:p w14:paraId="498A1051" w14:textId="77777777" w:rsidR="00540C13" w:rsidRDefault="00000000" w:rsidP="006E17D0">
            <w:pPr>
              <w:bidi/>
            </w:pPr>
            <w:r>
              <w:rPr>
                <w:sz w:val="11"/>
              </w:rPr>
              <w:t>R050</w:t>
            </w:r>
          </w:p>
        </w:tc>
        <w:tc>
          <w:tcPr>
            <w:tcW w:w="1059" w:type="dxa"/>
          </w:tcPr>
          <w:p w14:paraId="50A0DFF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6BE1B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62053E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40B09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C4917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50D439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8E5FA8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9C7DEC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3B9A5A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4149DBB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5F3F343" w14:textId="77777777" w:rsidR="00540C13" w:rsidRDefault="00000000" w:rsidP="006E17D0">
            <w:pPr>
              <w:bidi/>
            </w:pPr>
            <w:r>
              <w:rPr>
                <w:sz w:val="11"/>
              </w:rPr>
              <w:t>4.83</w:t>
            </w:r>
          </w:p>
        </w:tc>
        <w:tc>
          <w:tcPr>
            <w:tcW w:w="1059" w:type="dxa"/>
          </w:tcPr>
          <w:p w14:paraId="0AC83393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D6F46E6" w14:textId="77777777" w:rsidR="00540C13" w:rsidRDefault="00000000" w:rsidP="006E17D0">
            <w:pPr>
              <w:bidi/>
            </w:pPr>
            <w:r>
              <w:rPr>
                <w:sz w:val="11"/>
              </w:rPr>
              <w:t>4.78</w:t>
            </w:r>
          </w:p>
        </w:tc>
      </w:tr>
      <w:tr w:rsidR="00540C13" w14:paraId="27E36FD1" w14:textId="77777777">
        <w:trPr>
          <w:jc w:val="center"/>
        </w:trPr>
        <w:tc>
          <w:tcPr>
            <w:tcW w:w="1059" w:type="dxa"/>
          </w:tcPr>
          <w:p w14:paraId="1E1F1A36" w14:textId="77777777" w:rsidR="00540C13" w:rsidRDefault="00000000" w:rsidP="006E17D0">
            <w:pPr>
              <w:bidi/>
            </w:pPr>
            <w:r>
              <w:rPr>
                <w:sz w:val="11"/>
              </w:rPr>
              <w:t>R051</w:t>
            </w:r>
          </w:p>
        </w:tc>
        <w:tc>
          <w:tcPr>
            <w:tcW w:w="1059" w:type="dxa"/>
          </w:tcPr>
          <w:p w14:paraId="2A3D4A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62FC1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6EB1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D8A91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FF45B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7222F6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5809B6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1D62E9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C6E41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2878BC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40AC70E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2734480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0B17B76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43D4CCD2" w14:textId="77777777">
        <w:trPr>
          <w:jc w:val="center"/>
        </w:trPr>
        <w:tc>
          <w:tcPr>
            <w:tcW w:w="1059" w:type="dxa"/>
          </w:tcPr>
          <w:p w14:paraId="5B455B66" w14:textId="77777777" w:rsidR="00540C13" w:rsidRDefault="00000000" w:rsidP="006E17D0">
            <w:pPr>
              <w:bidi/>
            </w:pPr>
            <w:r>
              <w:rPr>
                <w:sz w:val="11"/>
              </w:rPr>
              <w:t>R052</w:t>
            </w:r>
          </w:p>
        </w:tc>
        <w:tc>
          <w:tcPr>
            <w:tcW w:w="1059" w:type="dxa"/>
          </w:tcPr>
          <w:p w14:paraId="0ED033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4648C5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69F5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C0492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76E49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A2D6ED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C0322F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60982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B8C0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CDC12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178B1F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E5029A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45B7644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3E8C3F2C" w14:textId="77777777">
        <w:trPr>
          <w:jc w:val="center"/>
        </w:trPr>
        <w:tc>
          <w:tcPr>
            <w:tcW w:w="1059" w:type="dxa"/>
          </w:tcPr>
          <w:p w14:paraId="55C25E04" w14:textId="77777777" w:rsidR="00540C13" w:rsidRDefault="00000000" w:rsidP="006E17D0">
            <w:pPr>
              <w:bidi/>
            </w:pPr>
            <w:r>
              <w:rPr>
                <w:sz w:val="11"/>
              </w:rPr>
              <w:t>R053</w:t>
            </w:r>
          </w:p>
        </w:tc>
        <w:tc>
          <w:tcPr>
            <w:tcW w:w="1059" w:type="dxa"/>
          </w:tcPr>
          <w:p w14:paraId="1C9DB578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6947734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51ECEA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EA9E4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8C7F4A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A02384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2352AA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CB1E0A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F03F89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664090E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66BC15E8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58A14B7B" w14:textId="77777777" w:rsidR="00540C13" w:rsidRDefault="00000000" w:rsidP="006E17D0">
            <w:pPr>
              <w:bidi/>
            </w:pPr>
            <w:r>
              <w:rPr>
                <w:sz w:val="11"/>
              </w:rPr>
              <w:t>2.17</w:t>
            </w:r>
          </w:p>
        </w:tc>
        <w:tc>
          <w:tcPr>
            <w:tcW w:w="1059" w:type="dxa"/>
          </w:tcPr>
          <w:p w14:paraId="3ED9A498" w14:textId="77777777" w:rsidR="00540C13" w:rsidRDefault="00000000" w:rsidP="006E17D0">
            <w:pPr>
              <w:bidi/>
            </w:pPr>
            <w:r>
              <w:rPr>
                <w:sz w:val="11"/>
              </w:rPr>
              <w:t>2.28</w:t>
            </w:r>
          </w:p>
        </w:tc>
      </w:tr>
      <w:tr w:rsidR="00540C13" w14:paraId="228025DC" w14:textId="77777777">
        <w:trPr>
          <w:jc w:val="center"/>
        </w:trPr>
        <w:tc>
          <w:tcPr>
            <w:tcW w:w="1059" w:type="dxa"/>
          </w:tcPr>
          <w:p w14:paraId="256060AA" w14:textId="77777777" w:rsidR="00540C13" w:rsidRDefault="00000000" w:rsidP="006E17D0">
            <w:pPr>
              <w:bidi/>
            </w:pPr>
            <w:r>
              <w:rPr>
                <w:sz w:val="11"/>
              </w:rPr>
              <w:t>R054</w:t>
            </w:r>
          </w:p>
        </w:tc>
        <w:tc>
          <w:tcPr>
            <w:tcW w:w="1059" w:type="dxa"/>
          </w:tcPr>
          <w:p w14:paraId="7D691FE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F9484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A563B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94240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DA325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E0A9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3D1D0E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3493C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92FAF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0B2FA46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D3824C5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6DE7957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85F139C" w14:textId="77777777" w:rsidR="00540C13" w:rsidRDefault="00000000" w:rsidP="006E17D0">
            <w:pPr>
              <w:bidi/>
            </w:pPr>
            <w:r>
              <w:rPr>
                <w:sz w:val="11"/>
              </w:rPr>
              <w:t>3.94</w:t>
            </w:r>
          </w:p>
        </w:tc>
      </w:tr>
      <w:tr w:rsidR="00540C13" w14:paraId="6C696870" w14:textId="77777777">
        <w:trPr>
          <w:jc w:val="center"/>
        </w:trPr>
        <w:tc>
          <w:tcPr>
            <w:tcW w:w="1059" w:type="dxa"/>
          </w:tcPr>
          <w:p w14:paraId="293928C3" w14:textId="77777777" w:rsidR="00540C13" w:rsidRDefault="00000000" w:rsidP="006E17D0">
            <w:pPr>
              <w:bidi/>
            </w:pPr>
            <w:r>
              <w:rPr>
                <w:sz w:val="11"/>
              </w:rPr>
              <w:t>R055</w:t>
            </w:r>
          </w:p>
        </w:tc>
        <w:tc>
          <w:tcPr>
            <w:tcW w:w="1059" w:type="dxa"/>
          </w:tcPr>
          <w:p w14:paraId="10DD916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F1F66E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2BC2B0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7CC57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5346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D787B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57D70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841CD4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6D6CC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3F38A9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611819A5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49CAC8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9938BDD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</w:tr>
      <w:tr w:rsidR="00540C13" w14:paraId="3EFBA79D" w14:textId="77777777">
        <w:trPr>
          <w:jc w:val="center"/>
        </w:trPr>
        <w:tc>
          <w:tcPr>
            <w:tcW w:w="1059" w:type="dxa"/>
          </w:tcPr>
          <w:p w14:paraId="22D871A6" w14:textId="77777777" w:rsidR="00540C13" w:rsidRDefault="00000000" w:rsidP="006E17D0">
            <w:pPr>
              <w:bidi/>
            </w:pPr>
            <w:r>
              <w:rPr>
                <w:sz w:val="11"/>
              </w:rPr>
              <w:t>R056</w:t>
            </w:r>
          </w:p>
        </w:tc>
        <w:tc>
          <w:tcPr>
            <w:tcW w:w="1059" w:type="dxa"/>
          </w:tcPr>
          <w:p w14:paraId="648CA26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4027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378B7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EF83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AA6A3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C906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C0C51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FA7D0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E9D0A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BF72229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02E66A45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5C8797C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8D6AEC5" w14:textId="77777777" w:rsidR="00540C13" w:rsidRDefault="00000000" w:rsidP="006E17D0">
            <w:pPr>
              <w:bidi/>
            </w:pPr>
            <w:r>
              <w:rPr>
                <w:sz w:val="11"/>
              </w:rPr>
              <w:t>3.11</w:t>
            </w:r>
          </w:p>
        </w:tc>
      </w:tr>
      <w:tr w:rsidR="00540C13" w14:paraId="2454E5A7" w14:textId="77777777">
        <w:trPr>
          <w:jc w:val="center"/>
        </w:trPr>
        <w:tc>
          <w:tcPr>
            <w:tcW w:w="1059" w:type="dxa"/>
          </w:tcPr>
          <w:p w14:paraId="575A0907" w14:textId="77777777" w:rsidR="00540C13" w:rsidRDefault="00000000" w:rsidP="006E17D0">
            <w:pPr>
              <w:bidi/>
            </w:pPr>
            <w:r>
              <w:rPr>
                <w:sz w:val="11"/>
              </w:rPr>
              <w:t>R057</w:t>
            </w:r>
          </w:p>
        </w:tc>
        <w:tc>
          <w:tcPr>
            <w:tcW w:w="1059" w:type="dxa"/>
          </w:tcPr>
          <w:p w14:paraId="341926F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F887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828F4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BF28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8384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8FAB4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9A99B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C71FF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22C70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3B736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4C7E26E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3467AE4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1E54A0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04FDF497" w14:textId="77777777">
        <w:trPr>
          <w:jc w:val="center"/>
        </w:trPr>
        <w:tc>
          <w:tcPr>
            <w:tcW w:w="1059" w:type="dxa"/>
          </w:tcPr>
          <w:p w14:paraId="67FAF09D" w14:textId="77777777" w:rsidR="00540C13" w:rsidRDefault="00000000" w:rsidP="006E17D0">
            <w:pPr>
              <w:bidi/>
            </w:pPr>
            <w:r>
              <w:rPr>
                <w:sz w:val="11"/>
              </w:rPr>
              <w:t>R058</w:t>
            </w:r>
          </w:p>
        </w:tc>
        <w:tc>
          <w:tcPr>
            <w:tcW w:w="1059" w:type="dxa"/>
          </w:tcPr>
          <w:p w14:paraId="20ED92A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520AFF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20A9A1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C794D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A5E66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85DA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0E31D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69A66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C484C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A4A75A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33B4FF10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1A9DAB6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C38400D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784E6C5B" w14:textId="77777777">
        <w:trPr>
          <w:jc w:val="center"/>
        </w:trPr>
        <w:tc>
          <w:tcPr>
            <w:tcW w:w="1059" w:type="dxa"/>
          </w:tcPr>
          <w:p w14:paraId="1D9CEB5F" w14:textId="77777777" w:rsidR="00540C13" w:rsidRDefault="00000000" w:rsidP="006E17D0">
            <w:pPr>
              <w:bidi/>
            </w:pPr>
            <w:r>
              <w:rPr>
                <w:sz w:val="11"/>
              </w:rPr>
              <w:t>R059</w:t>
            </w:r>
          </w:p>
        </w:tc>
        <w:tc>
          <w:tcPr>
            <w:tcW w:w="1059" w:type="dxa"/>
          </w:tcPr>
          <w:p w14:paraId="27FE5CE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3FB9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BBD4A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D3B44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B710E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0F7DD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5AEBA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105ED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13DF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82AEA3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657282B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0EC9E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365828E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39E47881" w14:textId="77777777">
        <w:trPr>
          <w:jc w:val="center"/>
        </w:trPr>
        <w:tc>
          <w:tcPr>
            <w:tcW w:w="1059" w:type="dxa"/>
          </w:tcPr>
          <w:p w14:paraId="739FD90A" w14:textId="77777777" w:rsidR="00540C13" w:rsidRDefault="00000000" w:rsidP="006E17D0">
            <w:pPr>
              <w:bidi/>
            </w:pPr>
            <w:r>
              <w:rPr>
                <w:sz w:val="11"/>
              </w:rPr>
              <w:t>R060</w:t>
            </w:r>
          </w:p>
        </w:tc>
        <w:tc>
          <w:tcPr>
            <w:tcW w:w="1059" w:type="dxa"/>
          </w:tcPr>
          <w:p w14:paraId="565649B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7FA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536CEF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2AE1F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0179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C8BD056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AC45D3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A37F47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FAB81E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A46079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A15FA10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38273E89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496D7DF" w14:textId="77777777" w:rsidR="00540C13" w:rsidRDefault="00000000" w:rsidP="006E17D0">
            <w:pPr>
              <w:bidi/>
            </w:pPr>
            <w:r>
              <w:rPr>
                <w:sz w:val="11"/>
              </w:rPr>
              <w:t>3.06</w:t>
            </w:r>
          </w:p>
        </w:tc>
      </w:tr>
      <w:tr w:rsidR="00540C13" w14:paraId="44EE72FB" w14:textId="77777777">
        <w:trPr>
          <w:jc w:val="center"/>
        </w:trPr>
        <w:tc>
          <w:tcPr>
            <w:tcW w:w="1059" w:type="dxa"/>
          </w:tcPr>
          <w:p w14:paraId="0CEFB553" w14:textId="77777777" w:rsidR="00540C13" w:rsidRDefault="00000000" w:rsidP="006E17D0">
            <w:pPr>
              <w:bidi/>
            </w:pPr>
            <w:r>
              <w:rPr>
                <w:sz w:val="11"/>
              </w:rPr>
              <w:t>R061</w:t>
            </w:r>
          </w:p>
        </w:tc>
        <w:tc>
          <w:tcPr>
            <w:tcW w:w="1059" w:type="dxa"/>
          </w:tcPr>
          <w:p w14:paraId="630BD71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467D9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34C0E1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C4C60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2EE775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658B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FB8500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CE25A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2B7EC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4EFFD3D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65D2F5C3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692B1A3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598E0A2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0209EA03" w14:textId="77777777">
        <w:trPr>
          <w:jc w:val="center"/>
        </w:trPr>
        <w:tc>
          <w:tcPr>
            <w:tcW w:w="1059" w:type="dxa"/>
          </w:tcPr>
          <w:p w14:paraId="0ABDCFA5" w14:textId="77777777" w:rsidR="00540C13" w:rsidRDefault="00000000" w:rsidP="006E17D0">
            <w:pPr>
              <w:bidi/>
            </w:pPr>
            <w:r>
              <w:rPr>
                <w:sz w:val="11"/>
              </w:rPr>
              <w:t>R062</w:t>
            </w:r>
          </w:p>
        </w:tc>
        <w:tc>
          <w:tcPr>
            <w:tcW w:w="1059" w:type="dxa"/>
          </w:tcPr>
          <w:p w14:paraId="2ED392D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5B5B1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78A1A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CDF40F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BCD0D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82BE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BFC6B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3818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101764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249ED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7EFB9A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42B3654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77408A63" w14:textId="77777777" w:rsidR="00540C13" w:rsidRDefault="00000000" w:rsidP="006E17D0">
            <w:pPr>
              <w:bidi/>
            </w:pPr>
            <w:r>
              <w:rPr>
                <w:sz w:val="11"/>
              </w:rPr>
              <w:t>4.11</w:t>
            </w:r>
          </w:p>
        </w:tc>
      </w:tr>
      <w:tr w:rsidR="00540C13" w14:paraId="6B051A91" w14:textId="77777777">
        <w:trPr>
          <w:jc w:val="center"/>
        </w:trPr>
        <w:tc>
          <w:tcPr>
            <w:tcW w:w="1059" w:type="dxa"/>
          </w:tcPr>
          <w:p w14:paraId="516313BC" w14:textId="77777777" w:rsidR="00540C13" w:rsidRDefault="00000000" w:rsidP="006E17D0">
            <w:pPr>
              <w:bidi/>
            </w:pPr>
            <w:r>
              <w:rPr>
                <w:sz w:val="11"/>
              </w:rPr>
              <w:t>R063</w:t>
            </w:r>
          </w:p>
        </w:tc>
        <w:tc>
          <w:tcPr>
            <w:tcW w:w="1059" w:type="dxa"/>
          </w:tcPr>
          <w:p w14:paraId="60F8F8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5A8D1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EE4AE5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601DFE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0F88581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92669D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1B693D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451ED22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5602DEF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73134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C277D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507CE3ED" w14:textId="77777777" w:rsidR="00540C13" w:rsidRDefault="00000000" w:rsidP="006E17D0">
            <w:pPr>
              <w:bidi/>
            </w:pPr>
            <w:r>
              <w:rPr>
                <w:sz w:val="11"/>
              </w:rPr>
              <w:t>1.83</w:t>
            </w:r>
          </w:p>
        </w:tc>
        <w:tc>
          <w:tcPr>
            <w:tcW w:w="1059" w:type="dxa"/>
          </w:tcPr>
          <w:p w14:paraId="6240CCFE" w14:textId="77777777" w:rsidR="00540C13" w:rsidRDefault="00000000" w:rsidP="006E17D0">
            <w:pPr>
              <w:bidi/>
            </w:pPr>
            <w:r>
              <w:rPr>
                <w:sz w:val="11"/>
              </w:rPr>
              <w:t>2.39</w:t>
            </w:r>
          </w:p>
        </w:tc>
      </w:tr>
      <w:tr w:rsidR="00540C13" w14:paraId="3116874A" w14:textId="77777777">
        <w:trPr>
          <w:jc w:val="center"/>
        </w:trPr>
        <w:tc>
          <w:tcPr>
            <w:tcW w:w="1059" w:type="dxa"/>
          </w:tcPr>
          <w:p w14:paraId="3DD914E7" w14:textId="77777777" w:rsidR="00540C13" w:rsidRDefault="00000000" w:rsidP="006E17D0">
            <w:pPr>
              <w:bidi/>
            </w:pPr>
            <w:r>
              <w:rPr>
                <w:sz w:val="11"/>
              </w:rPr>
              <w:t>R064</w:t>
            </w:r>
          </w:p>
        </w:tc>
        <w:tc>
          <w:tcPr>
            <w:tcW w:w="1059" w:type="dxa"/>
          </w:tcPr>
          <w:p w14:paraId="4C03AED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45869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D00D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8F938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1AF29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DA4B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296E3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1A7438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8D724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094D0A3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814A65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B3E99D1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2B9FEB67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</w:tr>
      <w:tr w:rsidR="00540C13" w14:paraId="39E7D328" w14:textId="77777777">
        <w:trPr>
          <w:jc w:val="center"/>
        </w:trPr>
        <w:tc>
          <w:tcPr>
            <w:tcW w:w="1059" w:type="dxa"/>
          </w:tcPr>
          <w:p w14:paraId="4850F68D" w14:textId="77777777" w:rsidR="00540C13" w:rsidRDefault="00000000" w:rsidP="006E17D0">
            <w:pPr>
              <w:bidi/>
            </w:pPr>
            <w:r>
              <w:rPr>
                <w:sz w:val="11"/>
              </w:rPr>
              <w:t>R065</w:t>
            </w:r>
          </w:p>
        </w:tc>
        <w:tc>
          <w:tcPr>
            <w:tcW w:w="1059" w:type="dxa"/>
          </w:tcPr>
          <w:p w14:paraId="650F62C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4E3B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654103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FF334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5ED2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C722A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894E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A43BB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93F9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CC274C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1B0C353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3E61ADE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445988F4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7CB60EF5" w14:textId="77777777">
        <w:trPr>
          <w:jc w:val="center"/>
        </w:trPr>
        <w:tc>
          <w:tcPr>
            <w:tcW w:w="1059" w:type="dxa"/>
          </w:tcPr>
          <w:p w14:paraId="0D9C6932" w14:textId="77777777" w:rsidR="00540C13" w:rsidRDefault="00000000" w:rsidP="006E17D0">
            <w:pPr>
              <w:bidi/>
            </w:pPr>
            <w:r>
              <w:rPr>
                <w:sz w:val="11"/>
              </w:rPr>
              <w:t>R066</w:t>
            </w:r>
          </w:p>
        </w:tc>
        <w:tc>
          <w:tcPr>
            <w:tcW w:w="1059" w:type="dxa"/>
          </w:tcPr>
          <w:p w14:paraId="447C577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3441D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CCE346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BE7F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01C47B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F85AA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DBB69D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9D8A3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FA58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2A0EE3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18A13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14308B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569712B8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02732B3D" w14:textId="77777777">
        <w:trPr>
          <w:jc w:val="center"/>
        </w:trPr>
        <w:tc>
          <w:tcPr>
            <w:tcW w:w="1059" w:type="dxa"/>
          </w:tcPr>
          <w:p w14:paraId="6F68BF58" w14:textId="77777777" w:rsidR="00540C13" w:rsidRDefault="00000000" w:rsidP="006E17D0">
            <w:pPr>
              <w:bidi/>
            </w:pPr>
            <w:r>
              <w:rPr>
                <w:sz w:val="11"/>
              </w:rPr>
              <w:t>R067</w:t>
            </w:r>
          </w:p>
        </w:tc>
        <w:tc>
          <w:tcPr>
            <w:tcW w:w="1059" w:type="dxa"/>
          </w:tcPr>
          <w:p w14:paraId="208173D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4646C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0168F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C9EF09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880D1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0F51D3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6EA9E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E783A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61E89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25381C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6E64DAF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C3EFF4E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7D506D0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5354B89B" w14:textId="77777777">
        <w:trPr>
          <w:jc w:val="center"/>
        </w:trPr>
        <w:tc>
          <w:tcPr>
            <w:tcW w:w="1059" w:type="dxa"/>
          </w:tcPr>
          <w:p w14:paraId="174E7630" w14:textId="77777777" w:rsidR="00540C13" w:rsidRDefault="00000000" w:rsidP="006E17D0">
            <w:pPr>
              <w:bidi/>
            </w:pPr>
            <w:r>
              <w:rPr>
                <w:sz w:val="11"/>
              </w:rPr>
              <w:t>R068</w:t>
            </w:r>
          </w:p>
        </w:tc>
        <w:tc>
          <w:tcPr>
            <w:tcW w:w="1059" w:type="dxa"/>
          </w:tcPr>
          <w:p w14:paraId="3818DDA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CFCA58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3667B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DAAAEF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081AB7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9F5D3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C064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DDCF59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C59EC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86A2A97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0BF0AFF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B9B205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7933CD37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1B977155" w14:textId="77777777">
        <w:trPr>
          <w:jc w:val="center"/>
        </w:trPr>
        <w:tc>
          <w:tcPr>
            <w:tcW w:w="1059" w:type="dxa"/>
          </w:tcPr>
          <w:p w14:paraId="743AF549" w14:textId="77777777" w:rsidR="00540C13" w:rsidRDefault="00000000" w:rsidP="006E17D0">
            <w:pPr>
              <w:bidi/>
            </w:pPr>
            <w:r>
              <w:rPr>
                <w:sz w:val="11"/>
              </w:rPr>
              <w:t>R069</w:t>
            </w:r>
          </w:p>
        </w:tc>
        <w:tc>
          <w:tcPr>
            <w:tcW w:w="1059" w:type="dxa"/>
          </w:tcPr>
          <w:p w14:paraId="14E0EF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587B6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181C11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D906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E45E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148AC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1DAF2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D4DBA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FBA5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FEB18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6EDD6C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D552307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062D86C2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4BC24CB0" w14:textId="77777777">
        <w:trPr>
          <w:jc w:val="center"/>
        </w:trPr>
        <w:tc>
          <w:tcPr>
            <w:tcW w:w="1059" w:type="dxa"/>
          </w:tcPr>
          <w:p w14:paraId="1BE38DD7" w14:textId="77777777" w:rsidR="00540C13" w:rsidRDefault="00000000" w:rsidP="006E17D0">
            <w:pPr>
              <w:bidi/>
            </w:pPr>
            <w:r>
              <w:rPr>
                <w:sz w:val="11"/>
              </w:rPr>
              <w:t>R070</w:t>
            </w:r>
          </w:p>
        </w:tc>
        <w:tc>
          <w:tcPr>
            <w:tcW w:w="1059" w:type="dxa"/>
          </w:tcPr>
          <w:p w14:paraId="03C5414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1662845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723B2F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F9658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5C155A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50058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94125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59DE2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9AD4AB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8179383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6B82E4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7D446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BB5E295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5E900BC4" w14:textId="77777777">
        <w:trPr>
          <w:jc w:val="center"/>
        </w:trPr>
        <w:tc>
          <w:tcPr>
            <w:tcW w:w="1059" w:type="dxa"/>
          </w:tcPr>
          <w:p w14:paraId="7804DE9D" w14:textId="77777777" w:rsidR="00540C13" w:rsidRDefault="00000000" w:rsidP="006E17D0">
            <w:pPr>
              <w:bidi/>
            </w:pPr>
            <w:r>
              <w:rPr>
                <w:sz w:val="11"/>
              </w:rPr>
              <w:lastRenderedPageBreak/>
              <w:t>R071</w:t>
            </w:r>
          </w:p>
        </w:tc>
        <w:tc>
          <w:tcPr>
            <w:tcW w:w="1059" w:type="dxa"/>
          </w:tcPr>
          <w:p w14:paraId="6DDD35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A6220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17AD87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D00C9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87F43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3D869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460783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F196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36CE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F8E499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0A8EC1D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76BCFE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53D5FC6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693703FF" w14:textId="77777777">
        <w:trPr>
          <w:jc w:val="center"/>
        </w:trPr>
        <w:tc>
          <w:tcPr>
            <w:tcW w:w="1059" w:type="dxa"/>
          </w:tcPr>
          <w:p w14:paraId="57203A10" w14:textId="77777777" w:rsidR="00540C13" w:rsidRDefault="00000000" w:rsidP="006E17D0">
            <w:pPr>
              <w:bidi/>
            </w:pPr>
            <w:r>
              <w:rPr>
                <w:sz w:val="11"/>
              </w:rPr>
              <w:t>R072</w:t>
            </w:r>
          </w:p>
        </w:tc>
        <w:tc>
          <w:tcPr>
            <w:tcW w:w="1059" w:type="dxa"/>
          </w:tcPr>
          <w:p w14:paraId="0A606C2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22D7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B4614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0533A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9AF9A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868B59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40A481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7CF1C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541B1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A9FF2E1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6535A469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5F147F4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462467E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</w:tr>
      <w:tr w:rsidR="00540C13" w14:paraId="7EE43319" w14:textId="77777777">
        <w:trPr>
          <w:jc w:val="center"/>
        </w:trPr>
        <w:tc>
          <w:tcPr>
            <w:tcW w:w="1059" w:type="dxa"/>
          </w:tcPr>
          <w:p w14:paraId="7EA13EA0" w14:textId="77777777" w:rsidR="00540C13" w:rsidRDefault="00000000" w:rsidP="006E17D0">
            <w:pPr>
              <w:bidi/>
            </w:pPr>
            <w:r>
              <w:rPr>
                <w:sz w:val="11"/>
              </w:rPr>
              <w:t>R073</w:t>
            </w:r>
          </w:p>
        </w:tc>
        <w:tc>
          <w:tcPr>
            <w:tcW w:w="1059" w:type="dxa"/>
          </w:tcPr>
          <w:p w14:paraId="0AEC7D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D856DF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2D7FF8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371FE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322B5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AB4AA2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FEF76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09FF80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3FB5E7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62E18E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573C984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7606D159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E9A4208" w14:textId="77777777" w:rsidR="00540C13" w:rsidRDefault="00000000" w:rsidP="006E17D0">
            <w:pPr>
              <w:bidi/>
            </w:pPr>
            <w:r>
              <w:rPr>
                <w:sz w:val="11"/>
              </w:rPr>
              <w:t>3.72</w:t>
            </w:r>
          </w:p>
        </w:tc>
      </w:tr>
      <w:tr w:rsidR="00540C13" w14:paraId="1AA98D3E" w14:textId="77777777">
        <w:trPr>
          <w:jc w:val="center"/>
        </w:trPr>
        <w:tc>
          <w:tcPr>
            <w:tcW w:w="1059" w:type="dxa"/>
          </w:tcPr>
          <w:p w14:paraId="13895293" w14:textId="77777777" w:rsidR="00540C13" w:rsidRDefault="00000000" w:rsidP="006E17D0">
            <w:pPr>
              <w:bidi/>
            </w:pPr>
            <w:r>
              <w:rPr>
                <w:sz w:val="11"/>
              </w:rPr>
              <w:t>R074</w:t>
            </w:r>
          </w:p>
        </w:tc>
        <w:tc>
          <w:tcPr>
            <w:tcW w:w="1059" w:type="dxa"/>
          </w:tcPr>
          <w:p w14:paraId="16319B0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1657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196E2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6A458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9D156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F4919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82FFF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A1742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7F2C1F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07A52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0B579825" w14:textId="77777777" w:rsidR="00540C13" w:rsidRDefault="00000000" w:rsidP="006E17D0">
            <w:pPr>
              <w:bidi/>
            </w:pPr>
            <w:r>
              <w:rPr>
                <w:sz w:val="11"/>
              </w:rPr>
              <w:t>4.33</w:t>
            </w:r>
          </w:p>
        </w:tc>
        <w:tc>
          <w:tcPr>
            <w:tcW w:w="1059" w:type="dxa"/>
          </w:tcPr>
          <w:p w14:paraId="3A74882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398094D" w14:textId="77777777" w:rsidR="00540C13" w:rsidRDefault="00000000" w:rsidP="006E17D0">
            <w:pPr>
              <w:bidi/>
            </w:pPr>
            <w:r>
              <w:rPr>
                <w:sz w:val="11"/>
              </w:rPr>
              <w:t>3.89</w:t>
            </w:r>
          </w:p>
        </w:tc>
      </w:tr>
      <w:tr w:rsidR="00540C13" w14:paraId="1E1AAF58" w14:textId="77777777">
        <w:trPr>
          <w:jc w:val="center"/>
        </w:trPr>
        <w:tc>
          <w:tcPr>
            <w:tcW w:w="1059" w:type="dxa"/>
          </w:tcPr>
          <w:p w14:paraId="759C34D3" w14:textId="77777777" w:rsidR="00540C13" w:rsidRDefault="00000000" w:rsidP="006E17D0">
            <w:pPr>
              <w:bidi/>
            </w:pPr>
            <w:r>
              <w:rPr>
                <w:sz w:val="11"/>
              </w:rPr>
              <w:t>R075</w:t>
            </w:r>
          </w:p>
        </w:tc>
        <w:tc>
          <w:tcPr>
            <w:tcW w:w="1059" w:type="dxa"/>
          </w:tcPr>
          <w:p w14:paraId="04A3706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D1CBD1F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290189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D0C39E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9159BEC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D0B7A23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C595C8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B40137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436B2E3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31798A54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EBC868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81532A" w14:textId="77777777" w:rsidR="00540C13" w:rsidRDefault="00000000" w:rsidP="006E17D0">
            <w:pPr>
              <w:bidi/>
            </w:pPr>
            <w:r>
              <w:rPr>
                <w:sz w:val="11"/>
              </w:rPr>
              <w:t>1.83</w:t>
            </w:r>
          </w:p>
        </w:tc>
        <w:tc>
          <w:tcPr>
            <w:tcW w:w="1059" w:type="dxa"/>
          </w:tcPr>
          <w:p w14:paraId="19604A9A" w14:textId="77777777" w:rsidR="00540C13" w:rsidRDefault="00000000" w:rsidP="006E17D0">
            <w:pPr>
              <w:bidi/>
            </w:pPr>
            <w:r>
              <w:rPr>
                <w:sz w:val="11"/>
              </w:rPr>
              <w:t>2.11</w:t>
            </w:r>
          </w:p>
        </w:tc>
      </w:tr>
      <w:tr w:rsidR="00540C13" w14:paraId="45F61A77" w14:textId="77777777">
        <w:trPr>
          <w:jc w:val="center"/>
        </w:trPr>
        <w:tc>
          <w:tcPr>
            <w:tcW w:w="1059" w:type="dxa"/>
          </w:tcPr>
          <w:p w14:paraId="00C57BB2" w14:textId="77777777" w:rsidR="00540C13" w:rsidRDefault="00000000" w:rsidP="006E17D0">
            <w:pPr>
              <w:bidi/>
            </w:pPr>
            <w:r>
              <w:rPr>
                <w:sz w:val="11"/>
              </w:rPr>
              <w:t>R076</w:t>
            </w:r>
          </w:p>
        </w:tc>
        <w:tc>
          <w:tcPr>
            <w:tcW w:w="1059" w:type="dxa"/>
          </w:tcPr>
          <w:p w14:paraId="3326FC09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99FAAB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D6595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25FF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D28E3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9A6F02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57108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B2121F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21F42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A03EB4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1492649F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F2AEA8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73EA73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1558430C" w14:textId="77777777">
        <w:trPr>
          <w:jc w:val="center"/>
        </w:trPr>
        <w:tc>
          <w:tcPr>
            <w:tcW w:w="1059" w:type="dxa"/>
          </w:tcPr>
          <w:p w14:paraId="0D621529" w14:textId="77777777" w:rsidR="00540C13" w:rsidRDefault="00000000" w:rsidP="006E17D0">
            <w:pPr>
              <w:bidi/>
            </w:pPr>
            <w:r>
              <w:rPr>
                <w:sz w:val="11"/>
              </w:rPr>
              <w:t>R077</w:t>
            </w:r>
          </w:p>
        </w:tc>
        <w:tc>
          <w:tcPr>
            <w:tcW w:w="1059" w:type="dxa"/>
          </w:tcPr>
          <w:p w14:paraId="06D275C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52FD096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5E20B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619C8B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6363C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BD8A7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7750B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03806E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06D2ADF" w14:textId="77777777" w:rsidR="00540C13" w:rsidRDefault="00000000" w:rsidP="006E17D0">
            <w:pPr>
              <w:bidi/>
            </w:pPr>
            <w:r>
              <w:rPr>
                <w:sz w:val="11"/>
              </w:rPr>
              <w:t>1</w:t>
            </w:r>
          </w:p>
        </w:tc>
        <w:tc>
          <w:tcPr>
            <w:tcW w:w="1059" w:type="dxa"/>
          </w:tcPr>
          <w:p w14:paraId="2712A93F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1F38F8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7D53BDA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5A65FAED" w14:textId="77777777" w:rsidR="00540C13" w:rsidRDefault="00000000" w:rsidP="006E17D0">
            <w:pPr>
              <w:bidi/>
            </w:pPr>
            <w:r>
              <w:rPr>
                <w:sz w:val="11"/>
              </w:rPr>
              <w:t>2.94</w:t>
            </w:r>
          </w:p>
        </w:tc>
      </w:tr>
      <w:tr w:rsidR="00540C13" w14:paraId="0C3D63E8" w14:textId="77777777">
        <w:trPr>
          <w:jc w:val="center"/>
        </w:trPr>
        <w:tc>
          <w:tcPr>
            <w:tcW w:w="1059" w:type="dxa"/>
          </w:tcPr>
          <w:p w14:paraId="7610DAE1" w14:textId="77777777" w:rsidR="00540C13" w:rsidRDefault="00000000" w:rsidP="006E17D0">
            <w:pPr>
              <w:bidi/>
            </w:pPr>
            <w:r>
              <w:rPr>
                <w:sz w:val="11"/>
              </w:rPr>
              <w:t>R078</w:t>
            </w:r>
          </w:p>
        </w:tc>
        <w:tc>
          <w:tcPr>
            <w:tcW w:w="1059" w:type="dxa"/>
          </w:tcPr>
          <w:p w14:paraId="7FA9DA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2D8EF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D388C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6341B3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80487F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E0BBB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88D282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A4B2D0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10A38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024CA14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7E69387B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5A8B10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39B69F9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6158B8E7" w14:textId="77777777">
        <w:trPr>
          <w:jc w:val="center"/>
        </w:trPr>
        <w:tc>
          <w:tcPr>
            <w:tcW w:w="1059" w:type="dxa"/>
          </w:tcPr>
          <w:p w14:paraId="2A2E64B8" w14:textId="77777777" w:rsidR="00540C13" w:rsidRDefault="00000000" w:rsidP="006E17D0">
            <w:pPr>
              <w:bidi/>
            </w:pPr>
            <w:r>
              <w:rPr>
                <w:sz w:val="11"/>
              </w:rPr>
              <w:t>R079</w:t>
            </w:r>
          </w:p>
        </w:tc>
        <w:tc>
          <w:tcPr>
            <w:tcW w:w="1059" w:type="dxa"/>
          </w:tcPr>
          <w:p w14:paraId="50DAAB7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F14FD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1790FA3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FDC0DA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803F12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A46E47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B89DA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183D38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5691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20479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6670AE0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4A1914D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F41FB76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53D532E4" w14:textId="77777777">
        <w:trPr>
          <w:jc w:val="center"/>
        </w:trPr>
        <w:tc>
          <w:tcPr>
            <w:tcW w:w="1059" w:type="dxa"/>
          </w:tcPr>
          <w:p w14:paraId="23BA6A5C" w14:textId="77777777" w:rsidR="00540C13" w:rsidRDefault="00000000" w:rsidP="006E17D0">
            <w:pPr>
              <w:bidi/>
            </w:pPr>
            <w:r>
              <w:rPr>
                <w:sz w:val="11"/>
              </w:rPr>
              <w:t>R080</w:t>
            </w:r>
          </w:p>
        </w:tc>
        <w:tc>
          <w:tcPr>
            <w:tcW w:w="1059" w:type="dxa"/>
          </w:tcPr>
          <w:p w14:paraId="418F093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623D6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D9925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D1221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1150B6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F62E91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09541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90DB18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D61536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9C86BF5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8E2670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0965267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71E4065E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18FB2C6E" w14:textId="77777777">
        <w:trPr>
          <w:jc w:val="center"/>
        </w:trPr>
        <w:tc>
          <w:tcPr>
            <w:tcW w:w="1059" w:type="dxa"/>
          </w:tcPr>
          <w:p w14:paraId="350E4080" w14:textId="77777777" w:rsidR="00540C13" w:rsidRDefault="00000000" w:rsidP="006E17D0">
            <w:pPr>
              <w:bidi/>
            </w:pPr>
            <w:r>
              <w:rPr>
                <w:sz w:val="11"/>
              </w:rPr>
              <w:t>R081</w:t>
            </w:r>
          </w:p>
        </w:tc>
        <w:tc>
          <w:tcPr>
            <w:tcW w:w="1059" w:type="dxa"/>
          </w:tcPr>
          <w:p w14:paraId="7ECD490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76E21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FCD4D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21A4F0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6555AF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38E7BE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C3478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3FFC50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6377BE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9995A9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B35D8A8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BC571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A159B5" w14:textId="77777777" w:rsidR="00540C13" w:rsidRDefault="00000000" w:rsidP="006E17D0">
            <w:pPr>
              <w:bidi/>
            </w:pPr>
            <w:r>
              <w:rPr>
                <w:sz w:val="11"/>
              </w:rPr>
              <w:t>3.28</w:t>
            </w:r>
          </w:p>
        </w:tc>
      </w:tr>
      <w:tr w:rsidR="00540C13" w14:paraId="0A65BD49" w14:textId="77777777">
        <w:trPr>
          <w:jc w:val="center"/>
        </w:trPr>
        <w:tc>
          <w:tcPr>
            <w:tcW w:w="1059" w:type="dxa"/>
          </w:tcPr>
          <w:p w14:paraId="76E429DC" w14:textId="77777777" w:rsidR="00540C13" w:rsidRDefault="00000000" w:rsidP="006E17D0">
            <w:pPr>
              <w:bidi/>
            </w:pPr>
            <w:r>
              <w:rPr>
                <w:sz w:val="11"/>
              </w:rPr>
              <w:t>R082</w:t>
            </w:r>
          </w:p>
        </w:tc>
        <w:tc>
          <w:tcPr>
            <w:tcW w:w="1059" w:type="dxa"/>
          </w:tcPr>
          <w:p w14:paraId="2A26DC1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FD5A82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A1E06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72A9448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07873ED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A835A4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2C61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D967C4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29F1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11B04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4864B6D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1F086F7D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21A9CE8D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35372E01" w14:textId="77777777">
        <w:trPr>
          <w:jc w:val="center"/>
        </w:trPr>
        <w:tc>
          <w:tcPr>
            <w:tcW w:w="1059" w:type="dxa"/>
          </w:tcPr>
          <w:p w14:paraId="7C1B469F" w14:textId="77777777" w:rsidR="00540C13" w:rsidRDefault="00000000" w:rsidP="006E17D0">
            <w:pPr>
              <w:bidi/>
            </w:pPr>
            <w:r>
              <w:rPr>
                <w:sz w:val="11"/>
              </w:rPr>
              <w:t>R083</w:t>
            </w:r>
          </w:p>
        </w:tc>
        <w:tc>
          <w:tcPr>
            <w:tcW w:w="1059" w:type="dxa"/>
          </w:tcPr>
          <w:p w14:paraId="3D714F4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FC1B7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B6333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0D7AB6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D79A3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44C76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7A207C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E10CC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5741DB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2A444B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2EC7DB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9FA48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877C115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2FF52FAF" w14:textId="77777777">
        <w:trPr>
          <w:jc w:val="center"/>
        </w:trPr>
        <w:tc>
          <w:tcPr>
            <w:tcW w:w="1059" w:type="dxa"/>
          </w:tcPr>
          <w:p w14:paraId="20EC9B01" w14:textId="77777777" w:rsidR="00540C13" w:rsidRDefault="00000000" w:rsidP="006E17D0">
            <w:pPr>
              <w:bidi/>
            </w:pPr>
            <w:r>
              <w:rPr>
                <w:sz w:val="11"/>
              </w:rPr>
              <w:t>R084</w:t>
            </w:r>
          </w:p>
        </w:tc>
        <w:tc>
          <w:tcPr>
            <w:tcW w:w="1059" w:type="dxa"/>
          </w:tcPr>
          <w:p w14:paraId="3003498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0927D96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8CBB10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52983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A5F41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929B4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85AF89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4FF628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4733B7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BE2D02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41D19692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08A27A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6F1FBF27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</w:tr>
      <w:tr w:rsidR="00540C13" w14:paraId="1BF958DD" w14:textId="77777777">
        <w:trPr>
          <w:jc w:val="center"/>
        </w:trPr>
        <w:tc>
          <w:tcPr>
            <w:tcW w:w="1059" w:type="dxa"/>
          </w:tcPr>
          <w:p w14:paraId="6C33116E" w14:textId="77777777" w:rsidR="00540C13" w:rsidRDefault="00000000" w:rsidP="006E17D0">
            <w:pPr>
              <w:bidi/>
            </w:pPr>
            <w:r>
              <w:rPr>
                <w:sz w:val="11"/>
              </w:rPr>
              <w:t>R085</w:t>
            </w:r>
          </w:p>
        </w:tc>
        <w:tc>
          <w:tcPr>
            <w:tcW w:w="1059" w:type="dxa"/>
          </w:tcPr>
          <w:p w14:paraId="7E30A66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B6C26B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F1612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CE2A1C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D65993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B40D8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F78BF01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644489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4A2217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AEAFD97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40F7381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4FCEFA0C" w14:textId="77777777" w:rsidR="00540C13" w:rsidRDefault="00000000" w:rsidP="006E17D0">
            <w:pPr>
              <w:bidi/>
            </w:pPr>
            <w:r>
              <w:rPr>
                <w:sz w:val="11"/>
              </w:rPr>
              <w:t>2.67</w:t>
            </w:r>
          </w:p>
        </w:tc>
        <w:tc>
          <w:tcPr>
            <w:tcW w:w="1059" w:type="dxa"/>
          </w:tcPr>
          <w:p w14:paraId="525B849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355846C6" w14:textId="77777777">
        <w:trPr>
          <w:jc w:val="center"/>
        </w:trPr>
        <w:tc>
          <w:tcPr>
            <w:tcW w:w="1059" w:type="dxa"/>
          </w:tcPr>
          <w:p w14:paraId="47D2D3E0" w14:textId="77777777" w:rsidR="00540C13" w:rsidRDefault="00000000" w:rsidP="006E17D0">
            <w:pPr>
              <w:bidi/>
            </w:pPr>
            <w:r>
              <w:rPr>
                <w:sz w:val="11"/>
              </w:rPr>
              <w:t>R086</w:t>
            </w:r>
          </w:p>
        </w:tc>
        <w:tc>
          <w:tcPr>
            <w:tcW w:w="1059" w:type="dxa"/>
          </w:tcPr>
          <w:p w14:paraId="7E171E0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7E8C5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7E2CFC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4A0EB5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B233A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197813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C44F7F7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7CE9A88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AF32F2B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E653C4B" w14:textId="77777777" w:rsidR="00540C13" w:rsidRDefault="00000000" w:rsidP="006E17D0">
            <w:pPr>
              <w:bidi/>
            </w:pPr>
            <w:r>
              <w:rPr>
                <w:sz w:val="11"/>
              </w:rPr>
              <w:t>2.33</w:t>
            </w:r>
          </w:p>
        </w:tc>
        <w:tc>
          <w:tcPr>
            <w:tcW w:w="1059" w:type="dxa"/>
          </w:tcPr>
          <w:p w14:paraId="1CC6E18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4C63762" w14:textId="77777777" w:rsidR="00540C13" w:rsidRDefault="00000000" w:rsidP="006E17D0">
            <w:pPr>
              <w:bidi/>
            </w:pPr>
            <w:r>
              <w:rPr>
                <w:sz w:val="11"/>
              </w:rPr>
              <w:t>2.5</w:t>
            </w:r>
          </w:p>
        </w:tc>
        <w:tc>
          <w:tcPr>
            <w:tcW w:w="1059" w:type="dxa"/>
          </w:tcPr>
          <w:p w14:paraId="13476772" w14:textId="77777777" w:rsidR="00540C13" w:rsidRDefault="00000000" w:rsidP="006E17D0">
            <w:pPr>
              <w:bidi/>
            </w:pPr>
            <w:r>
              <w:rPr>
                <w:sz w:val="11"/>
              </w:rPr>
              <w:t>2.61</w:t>
            </w:r>
          </w:p>
        </w:tc>
      </w:tr>
      <w:tr w:rsidR="00540C13" w14:paraId="523CC29B" w14:textId="77777777">
        <w:trPr>
          <w:jc w:val="center"/>
        </w:trPr>
        <w:tc>
          <w:tcPr>
            <w:tcW w:w="1059" w:type="dxa"/>
          </w:tcPr>
          <w:p w14:paraId="169FE2EA" w14:textId="77777777" w:rsidR="00540C13" w:rsidRDefault="00000000" w:rsidP="006E17D0">
            <w:pPr>
              <w:bidi/>
            </w:pPr>
            <w:r>
              <w:rPr>
                <w:sz w:val="11"/>
              </w:rPr>
              <w:t>R087</w:t>
            </w:r>
          </w:p>
        </w:tc>
        <w:tc>
          <w:tcPr>
            <w:tcW w:w="1059" w:type="dxa"/>
          </w:tcPr>
          <w:p w14:paraId="0ED0DB5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D7B5226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F0B68D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3C14B9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97D606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9E74D91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799795D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75BE44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B51077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E97C58E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F82BF4F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5F23B06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8CF42A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5CC9EBE5" w14:textId="77777777">
        <w:trPr>
          <w:jc w:val="center"/>
        </w:trPr>
        <w:tc>
          <w:tcPr>
            <w:tcW w:w="1059" w:type="dxa"/>
          </w:tcPr>
          <w:p w14:paraId="00028828" w14:textId="77777777" w:rsidR="00540C13" w:rsidRDefault="00000000" w:rsidP="006E17D0">
            <w:pPr>
              <w:bidi/>
            </w:pPr>
            <w:r>
              <w:rPr>
                <w:sz w:val="11"/>
              </w:rPr>
              <w:t>R088</w:t>
            </w:r>
          </w:p>
        </w:tc>
        <w:tc>
          <w:tcPr>
            <w:tcW w:w="1059" w:type="dxa"/>
          </w:tcPr>
          <w:p w14:paraId="7C2E23D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211F7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EC0AFF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12C204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4DF137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CF9B31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59357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364006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6F31E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ADB1CC6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52EBC34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9B045F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A795BF7" w14:textId="77777777" w:rsidR="00540C13" w:rsidRDefault="00000000" w:rsidP="006E17D0">
            <w:pPr>
              <w:bidi/>
            </w:pPr>
            <w:r>
              <w:rPr>
                <w:sz w:val="11"/>
              </w:rPr>
              <w:t>3.56</w:t>
            </w:r>
          </w:p>
        </w:tc>
      </w:tr>
      <w:tr w:rsidR="00540C13" w14:paraId="76E08EF9" w14:textId="77777777">
        <w:trPr>
          <w:jc w:val="center"/>
        </w:trPr>
        <w:tc>
          <w:tcPr>
            <w:tcW w:w="1059" w:type="dxa"/>
          </w:tcPr>
          <w:p w14:paraId="496B8FE0" w14:textId="77777777" w:rsidR="00540C13" w:rsidRDefault="00000000" w:rsidP="006E17D0">
            <w:pPr>
              <w:bidi/>
            </w:pPr>
            <w:r>
              <w:rPr>
                <w:sz w:val="11"/>
              </w:rPr>
              <w:t>R089</w:t>
            </w:r>
          </w:p>
        </w:tc>
        <w:tc>
          <w:tcPr>
            <w:tcW w:w="1059" w:type="dxa"/>
          </w:tcPr>
          <w:p w14:paraId="3E7B5C7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D9818A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F59D9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FAAD60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7E1013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DF76EF2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86811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B85A7E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1869F0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48FE180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ECAE568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58CFB500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335FA242" w14:textId="77777777" w:rsidR="00540C13" w:rsidRDefault="00000000" w:rsidP="006E17D0">
            <w:pPr>
              <w:bidi/>
            </w:pPr>
            <w:r>
              <w:rPr>
                <w:sz w:val="11"/>
              </w:rPr>
              <w:t>3.44</w:t>
            </w:r>
          </w:p>
        </w:tc>
      </w:tr>
      <w:tr w:rsidR="00540C13" w14:paraId="1A06E294" w14:textId="77777777">
        <w:trPr>
          <w:jc w:val="center"/>
        </w:trPr>
        <w:tc>
          <w:tcPr>
            <w:tcW w:w="1059" w:type="dxa"/>
          </w:tcPr>
          <w:p w14:paraId="1FD9CDDC" w14:textId="77777777" w:rsidR="00540C13" w:rsidRDefault="00000000" w:rsidP="006E17D0">
            <w:pPr>
              <w:bidi/>
            </w:pPr>
            <w:r>
              <w:rPr>
                <w:sz w:val="11"/>
              </w:rPr>
              <w:t>R090</w:t>
            </w:r>
          </w:p>
        </w:tc>
        <w:tc>
          <w:tcPr>
            <w:tcW w:w="1059" w:type="dxa"/>
          </w:tcPr>
          <w:p w14:paraId="01BB3DE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74182C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74211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B13D8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9235C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2666B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640512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1C752B1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603E65A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EA8FD55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640BA2A2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2D6B0B53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7E9E4D42" w14:textId="77777777" w:rsidR="00540C13" w:rsidRDefault="00000000" w:rsidP="006E17D0">
            <w:pPr>
              <w:bidi/>
            </w:pPr>
            <w:r>
              <w:rPr>
                <w:sz w:val="11"/>
              </w:rPr>
              <w:t>3.78</w:t>
            </w:r>
          </w:p>
        </w:tc>
      </w:tr>
      <w:tr w:rsidR="00540C13" w14:paraId="727EF9B2" w14:textId="77777777">
        <w:trPr>
          <w:jc w:val="center"/>
        </w:trPr>
        <w:tc>
          <w:tcPr>
            <w:tcW w:w="1059" w:type="dxa"/>
          </w:tcPr>
          <w:p w14:paraId="152EF626" w14:textId="77777777" w:rsidR="00540C13" w:rsidRDefault="00000000" w:rsidP="006E17D0">
            <w:pPr>
              <w:bidi/>
            </w:pPr>
            <w:r>
              <w:rPr>
                <w:sz w:val="11"/>
              </w:rPr>
              <w:t>R091</w:t>
            </w:r>
          </w:p>
        </w:tc>
        <w:tc>
          <w:tcPr>
            <w:tcW w:w="1059" w:type="dxa"/>
          </w:tcPr>
          <w:p w14:paraId="45A5D3FD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5C275F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0354607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6CC293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1564FC4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73EE6CD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328FCB9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46740C2A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D03819E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3A908CD9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567843D0" w14:textId="77777777" w:rsidR="00540C13" w:rsidRDefault="00000000" w:rsidP="006E17D0">
            <w:pPr>
              <w:bidi/>
            </w:pPr>
            <w:r>
              <w:rPr>
                <w:sz w:val="11"/>
              </w:rPr>
              <w:t>3.17</w:t>
            </w:r>
          </w:p>
        </w:tc>
        <w:tc>
          <w:tcPr>
            <w:tcW w:w="1059" w:type="dxa"/>
          </w:tcPr>
          <w:p w14:paraId="5ECE5A60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2D6E10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</w:tr>
      <w:tr w:rsidR="00540C13" w14:paraId="4435A13A" w14:textId="77777777">
        <w:trPr>
          <w:jc w:val="center"/>
        </w:trPr>
        <w:tc>
          <w:tcPr>
            <w:tcW w:w="1059" w:type="dxa"/>
          </w:tcPr>
          <w:p w14:paraId="0C3E0C24" w14:textId="77777777" w:rsidR="00540C13" w:rsidRDefault="00000000" w:rsidP="006E17D0">
            <w:pPr>
              <w:bidi/>
            </w:pPr>
            <w:r>
              <w:rPr>
                <w:sz w:val="11"/>
              </w:rPr>
              <w:t>R092</w:t>
            </w:r>
          </w:p>
        </w:tc>
        <w:tc>
          <w:tcPr>
            <w:tcW w:w="1059" w:type="dxa"/>
          </w:tcPr>
          <w:p w14:paraId="436478E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07EF5C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A6E40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A869E2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96D6F8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5C8930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07D15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F643A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F8E4A1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0BD27D4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3ADB0D4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965936C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48D59157" w14:textId="77777777" w:rsidR="00540C13" w:rsidRDefault="00000000" w:rsidP="006E17D0">
            <w:pPr>
              <w:bidi/>
            </w:pPr>
            <w:r>
              <w:rPr>
                <w:sz w:val="11"/>
              </w:rPr>
              <w:t>3.39</w:t>
            </w:r>
          </w:p>
        </w:tc>
      </w:tr>
      <w:tr w:rsidR="00540C13" w14:paraId="359558A8" w14:textId="77777777">
        <w:trPr>
          <w:jc w:val="center"/>
        </w:trPr>
        <w:tc>
          <w:tcPr>
            <w:tcW w:w="1059" w:type="dxa"/>
          </w:tcPr>
          <w:p w14:paraId="58771A1E" w14:textId="77777777" w:rsidR="00540C13" w:rsidRDefault="00000000" w:rsidP="006E17D0">
            <w:pPr>
              <w:bidi/>
            </w:pPr>
            <w:r>
              <w:rPr>
                <w:sz w:val="11"/>
              </w:rPr>
              <w:t>R093</w:t>
            </w:r>
          </w:p>
        </w:tc>
        <w:tc>
          <w:tcPr>
            <w:tcW w:w="1059" w:type="dxa"/>
          </w:tcPr>
          <w:p w14:paraId="6C31C7E3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CCE4B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1298C6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1FCF19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FCCE5F9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29F838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85DED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6C276D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55A0F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90D30E6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2A19A320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3493C59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2410DA59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477D8ECC" w14:textId="77777777">
        <w:trPr>
          <w:jc w:val="center"/>
        </w:trPr>
        <w:tc>
          <w:tcPr>
            <w:tcW w:w="1059" w:type="dxa"/>
          </w:tcPr>
          <w:p w14:paraId="3D76F415" w14:textId="77777777" w:rsidR="00540C13" w:rsidRDefault="00000000" w:rsidP="006E17D0">
            <w:pPr>
              <w:bidi/>
            </w:pPr>
            <w:r>
              <w:rPr>
                <w:sz w:val="11"/>
              </w:rPr>
              <w:t>R094</w:t>
            </w:r>
          </w:p>
        </w:tc>
        <w:tc>
          <w:tcPr>
            <w:tcW w:w="1059" w:type="dxa"/>
          </w:tcPr>
          <w:p w14:paraId="177E954F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E32BCB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B7E50C2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7ECF69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8BE0AE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DB605C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B08A1C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532F3C8" w14:textId="77777777" w:rsidR="00540C13" w:rsidRDefault="00000000" w:rsidP="006E17D0">
            <w:pPr>
              <w:bidi/>
            </w:pPr>
            <w:r>
              <w:rPr>
                <w:sz w:val="11"/>
              </w:rPr>
              <w:t>2</w:t>
            </w:r>
          </w:p>
        </w:tc>
        <w:tc>
          <w:tcPr>
            <w:tcW w:w="1059" w:type="dxa"/>
          </w:tcPr>
          <w:p w14:paraId="6EBF2B1A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36E5706B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1B1688F9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A91729A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48E655F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</w:tr>
      <w:tr w:rsidR="00540C13" w14:paraId="0D0976D2" w14:textId="77777777">
        <w:trPr>
          <w:jc w:val="center"/>
        </w:trPr>
        <w:tc>
          <w:tcPr>
            <w:tcW w:w="1059" w:type="dxa"/>
          </w:tcPr>
          <w:p w14:paraId="36DBF151" w14:textId="77777777" w:rsidR="00540C13" w:rsidRDefault="00000000" w:rsidP="006E17D0">
            <w:pPr>
              <w:bidi/>
            </w:pPr>
            <w:r>
              <w:rPr>
                <w:sz w:val="11"/>
              </w:rPr>
              <w:t>R095</w:t>
            </w:r>
          </w:p>
        </w:tc>
        <w:tc>
          <w:tcPr>
            <w:tcW w:w="1059" w:type="dxa"/>
          </w:tcPr>
          <w:p w14:paraId="2EC575A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3FA7F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D1A9054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2F1FE72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F431D0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427E68F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9C4C84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450F5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D6A1628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9E0D40C" w14:textId="77777777" w:rsidR="00540C13" w:rsidRDefault="00000000" w:rsidP="006E17D0">
            <w:pPr>
              <w:bidi/>
            </w:pPr>
            <w:r>
              <w:rPr>
                <w:sz w:val="11"/>
              </w:rPr>
              <w:t>4.67</w:t>
            </w:r>
          </w:p>
        </w:tc>
        <w:tc>
          <w:tcPr>
            <w:tcW w:w="1059" w:type="dxa"/>
          </w:tcPr>
          <w:p w14:paraId="2133B032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56FB2DDA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7D1AED2B" w14:textId="77777777" w:rsidR="00540C13" w:rsidRDefault="00000000" w:rsidP="006E17D0">
            <w:pPr>
              <w:bidi/>
            </w:pPr>
            <w:r>
              <w:rPr>
                <w:sz w:val="11"/>
              </w:rPr>
              <w:t>4.28</w:t>
            </w:r>
          </w:p>
        </w:tc>
      </w:tr>
      <w:tr w:rsidR="00540C13" w14:paraId="4361435B" w14:textId="77777777">
        <w:trPr>
          <w:jc w:val="center"/>
        </w:trPr>
        <w:tc>
          <w:tcPr>
            <w:tcW w:w="1059" w:type="dxa"/>
          </w:tcPr>
          <w:p w14:paraId="3F2014DB" w14:textId="77777777" w:rsidR="00540C13" w:rsidRDefault="00000000" w:rsidP="006E17D0">
            <w:pPr>
              <w:bidi/>
            </w:pPr>
            <w:r>
              <w:rPr>
                <w:sz w:val="11"/>
              </w:rPr>
              <w:t>R096</w:t>
            </w:r>
          </w:p>
        </w:tc>
        <w:tc>
          <w:tcPr>
            <w:tcW w:w="1059" w:type="dxa"/>
          </w:tcPr>
          <w:p w14:paraId="4CCCE2BC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B23239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E18EA70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5CE6A6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7879D9D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8B6533F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A46F1B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604722C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40DAFBE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C1BCD2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1998BA3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A8EB079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F14FE01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4B1016DF" w14:textId="77777777">
        <w:trPr>
          <w:jc w:val="center"/>
        </w:trPr>
        <w:tc>
          <w:tcPr>
            <w:tcW w:w="1059" w:type="dxa"/>
          </w:tcPr>
          <w:p w14:paraId="0561CF7B" w14:textId="77777777" w:rsidR="00540C13" w:rsidRDefault="00000000" w:rsidP="006E17D0">
            <w:pPr>
              <w:bidi/>
            </w:pPr>
            <w:r>
              <w:rPr>
                <w:sz w:val="11"/>
              </w:rPr>
              <w:t>R097</w:t>
            </w:r>
          </w:p>
        </w:tc>
        <w:tc>
          <w:tcPr>
            <w:tcW w:w="1059" w:type="dxa"/>
          </w:tcPr>
          <w:p w14:paraId="146157DC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757452E8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0A9D9322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2234C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6D4F7D5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1D87BA7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B09FF1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498BD93E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519E8B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1E02132B" w14:textId="77777777" w:rsidR="00540C13" w:rsidRDefault="00000000" w:rsidP="006E17D0">
            <w:pPr>
              <w:bidi/>
            </w:pPr>
            <w:r>
              <w:rPr>
                <w:sz w:val="11"/>
              </w:rPr>
              <w:t>2.83</w:t>
            </w:r>
          </w:p>
        </w:tc>
        <w:tc>
          <w:tcPr>
            <w:tcW w:w="1059" w:type="dxa"/>
          </w:tcPr>
          <w:p w14:paraId="50A62C2A" w14:textId="77777777" w:rsidR="00540C13" w:rsidRDefault="00000000" w:rsidP="006E17D0">
            <w:pPr>
              <w:bidi/>
            </w:pPr>
            <w:r>
              <w:rPr>
                <w:sz w:val="11"/>
              </w:rPr>
              <w:t>3.5</w:t>
            </w:r>
          </w:p>
        </w:tc>
        <w:tc>
          <w:tcPr>
            <w:tcW w:w="1059" w:type="dxa"/>
          </w:tcPr>
          <w:p w14:paraId="11F93568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0828AB5" w14:textId="77777777" w:rsidR="00540C13" w:rsidRDefault="00000000" w:rsidP="006E17D0">
            <w:pPr>
              <w:bidi/>
            </w:pPr>
            <w:r>
              <w:rPr>
                <w:sz w:val="11"/>
              </w:rPr>
              <w:t>3.22</w:t>
            </w:r>
          </w:p>
        </w:tc>
      </w:tr>
      <w:tr w:rsidR="00540C13" w14:paraId="1EE6D49D" w14:textId="77777777">
        <w:trPr>
          <w:jc w:val="center"/>
        </w:trPr>
        <w:tc>
          <w:tcPr>
            <w:tcW w:w="1059" w:type="dxa"/>
          </w:tcPr>
          <w:p w14:paraId="434A500A" w14:textId="77777777" w:rsidR="00540C13" w:rsidRDefault="00000000" w:rsidP="006E17D0">
            <w:pPr>
              <w:bidi/>
            </w:pPr>
            <w:r>
              <w:rPr>
                <w:sz w:val="11"/>
              </w:rPr>
              <w:t>R098</w:t>
            </w:r>
          </w:p>
        </w:tc>
        <w:tc>
          <w:tcPr>
            <w:tcW w:w="1059" w:type="dxa"/>
          </w:tcPr>
          <w:p w14:paraId="14ED601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18CC8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FFFD8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7AEA99E" w14:textId="77777777" w:rsidR="00540C13" w:rsidRDefault="00000000" w:rsidP="006E17D0">
            <w:pPr>
              <w:bidi/>
            </w:pPr>
            <w:r>
              <w:rPr>
                <w:sz w:val="11"/>
              </w:rPr>
              <w:t>5</w:t>
            </w:r>
          </w:p>
        </w:tc>
        <w:tc>
          <w:tcPr>
            <w:tcW w:w="1059" w:type="dxa"/>
          </w:tcPr>
          <w:p w14:paraId="42ADF05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5EACA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B6FD1C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BCEBBF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50CFCCB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E4AD554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47E6F2B3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1F9882F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5CEA2DAB" w14:textId="77777777" w:rsidR="00540C13" w:rsidRDefault="00000000" w:rsidP="006E17D0">
            <w:pPr>
              <w:bidi/>
            </w:pPr>
            <w:r>
              <w:rPr>
                <w:sz w:val="11"/>
              </w:rPr>
              <w:t>4.22</w:t>
            </w:r>
          </w:p>
        </w:tc>
      </w:tr>
      <w:tr w:rsidR="00540C13" w14:paraId="43854E83" w14:textId="77777777">
        <w:trPr>
          <w:jc w:val="center"/>
        </w:trPr>
        <w:tc>
          <w:tcPr>
            <w:tcW w:w="1059" w:type="dxa"/>
          </w:tcPr>
          <w:p w14:paraId="18774D33" w14:textId="77777777" w:rsidR="00540C13" w:rsidRDefault="00000000" w:rsidP="006E17D0">
            <w:pPr>
              <w:bidi/>
            </w:pPr>
            <w:r>
              <w:rPr>
                <w:sz w:val="11"/>
              </w:rPr>
              <w:t>R099</w:t>
            </w:r>
          </w:p>
        </w:tc>
        <w:tc>
          <w:tcPr>
            <w:tcW w:w="1059" w:type="dxa"/>
          </w:tcPr>
          <w:p w14:paraId="33D95FEA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35416B4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29BE33E7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0D9F0F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3FE41F2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C34B151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C832B8B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2F2A5966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6B479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54965BCB" w14:textId="77777777" w:rsidR="00540C13" w:rsidRDefault="00000000" w:rsidP="006E17D0">
            <w:pPr>
              <w:bidi/>
            </w:pPr>
            <w:r>
              <w:rPr>
                <w:sz w:val="11"/>
              </w:rPr>
              <w:t>3.33</w:t>
            </w:r>
          </w:p>
        </w:tc>
        <w:tc>
          <w:tcPr>
            <w:tcW w:w="1059" w:type="dxa"/>
          </w:tcPr>
          <w:p w14:paraId="274C5EED" w14:textId="77777777" w:rsidR="00540C13" w:rsidRDefault="00000000" w:rsidP="006E17D0">
            <w:pPr>
              <w:bidi/>
            </w:pPr>
            <w:r>
              <w:rPr>
                <w:sz w:val="11"/>
              </w:rPr>
              <w:t>3.67</w:t>
            </w:r>
          </w:p>
        </w:tc>
        <w:tc>
          <w:tcPr>
            <w:tcW w:w="1059" w:type="dxa"/>
          </w:tcPr>
          <w:p w14:paraId="37E27E51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0714C990" w14:textId="77777777" w:rsidR="00540C13" w:rsidRDefault="00000000" w:rsidP="006E17D0">
            <w:pPr>
              <w:bidi/>
            </w:pPr>
            <w:r>
              <w:rPr>
                <w:sz w:val="11"/>
              </w:rPr>
              <w:t>3.61</w:t>
            </w:r>
          </w:p>
        </w:tc>
      </w:tr>
      <w:tr w:rsidR="00540C13" w14:paraId="51C67287" w14:textId="77777777">
        <w:trPr>
          <w:jc w:val="center"/>
        </w:trPr>
        <w:tc>
          <w:tcPr>
            <w:tcW w:w="1059" w:type="dxa"/>
          </w:tcPr>
          <w:p w14:paraId="6C21D014" w14:textId="77777777" w:rsidR="00540C13" w:rsidRDefault="00000000" w:rsidP="006E17D0">
            <w:pPr>
              <w:bidi/>
            </w:pPr>
            <w:r>
              <w:rPr>
                <w:sz w:val="11"/>
              </w:rPr>
              <w:t>R100</w:t>
            </w:r>
          </w:p>
        </w:tc>
        <w:tc>
          <w:tcPr>
            <w:tcW w:w="1059" w:type="dxa"/>
          </w:tcPr>
          <w:p w14:paraId="68387CF5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5A1EC03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8C09F1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40A466DC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7E0AEB85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3FA5936" w14:textId="77777777" w:rsidR="00540C13" w:rsidRDefault="00000000" w:rsidP="006E17D0">
            <w:pPr>
              <w:bidi/>
            </w:pPr>
            <w:r>
              <w:rPr>
                <w:sz w:val="11"/>
              </w:rPr>
              <w:t>3</w:t>
            </w:r>
          </w:p>
        </w:tc>
        <w:tc>
          <w:tcPr>
            <w:tcW w:w="1059" w:type="dxa"/>
          </w:tcPr>
          <w:p w14:paraId="363D24E4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62BD021D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806F0B9" w14:textId="77777777" w:rsidR="00540C13" w:rsidRDefault="00000000" w:rsidP="006E17D0">
            <w:pPr>
              <w:bidi/>
            </w:pPr>
            <w:r>
              <w:rPr>
                <w:sz w:val="11"/>
              </w:rPr>
              <w:t>4</w:t>
            </w:r>
          </w:p>
        </w:tc>
        <w:tc>
          <w:tcPr>
            <w:tcW w:w="1059" w:type="dxa"/>
          </w:tcPr>
          <w:p w14:paraId="0D4DA90D" w14:textId="77777777" w:rsidR="00540C13" w:rsidRDefault="00000000" w:rsidP="006E17D0">
            <w:pPr>
              <w:bidi/>
            </w:pPr>
            <w:r>
              <w:rPr>
                <w:sz w:val="11"/>
              </w:rPr>
              <w:t>4.5</w:t>
            </w:r>
          </w:p>
        </w:tc>
        <w:tc>
          <w:tcPr>
            <w:tcW w:w="1059" w:type="dxa"/>
          </w:tcPr>
          <w:p w14:paraId="775B01E7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  <w:tc>
          <w:tcPr>
            <w:tcW w:w="1059" w:type="dxa"/>
          </w:tcPr>
          <w:p w14:paraId="7965053B" w14:textId="77777777" w:rsidR="00540C13" w:rsidRDefault="00000000" w:rsidP="006E17D0">
            <w:pPr>
              <w:bidi/>
            </w:pPr>
            <w:r>
              <w:rPr>
                <w:sz w:val="11"/>
              </w:rPr>
              <w:t>3.83</w:t>
            </w:r>
          </w:p>
        </w:tc>
        <w:tc>
          <w:tcPr>
            <w:tcW w:w="1059" w:type="dxa"/>
          </w:tcPr>
          <w:p w14:paraId="3386B47A" w14:textId="77777777" w:rsidR="00540C13" w:rsidRDefault="00000000" w:rsidP="006E17D0">
            <w:pPr>
              <w:bidi/>
            </w:pPr>
            <w:r>
              <w:rPr>
                <w:sz w:val="11"/>
              </w:rPr>
              <w:t>4.17</w:t>
            </w:r>
          </w:p>
        </w:tc>
      </w:tr>
    </w:tbl>
    <w:p w14:paraId="45248673" w14:textId="77777777" w:rsidR="0004271D" w:rsidRDefault="0004271D" w:rsidP="006E17D0">
      <w:pPr>
        <w:bidi/>
      </w:pPr>
    </w:p>
    <w:sectPr w:rsidR="0004271D" w:rsidSect="00034616">
      <w:footerReference w:type="default" r:id="rId13"/>
      <w:pgSz w:w="15840" w:h="12240" w:orient="landscape"/>
      <w:pgMar w:top="576" w:right="504" w:bottom="576" w:left="5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D6F6D" w14:textId="77777777" w:rsidR="0004271D" w:rsidRDefault="0004271D">
      <w:pPr>
        <w:spacing w:after="0" w:line="240" w:lineRule="auto"/>
      </w:pPr>
      <w:r>
        <w:separator/>
      </w:r>
    </w:p>
  </w:endnote>
  <w:endnote w:type="continuationSeparator" w:id="0">
    <w:p w14:paraId="157DD989" w14:textId="77777777" w:rsidR="0004271D" w:rsidRDefault="0004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5DD77" w14:textId="102EF93E" w:rsidR="008E7D73" w:rsidRDefault="008E7D73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51C6968" wp14:editId="4B77A1D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168481358" name="مربع نص 5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6B60A5" w14:textId="3E678278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1C6968" id="_x0000_t202" coordsize="21600,21600" o:spt="202" path="m,l,21600r21600,l21600,xe">
              <v:stroke joinstyle="miter"/>
              <v:path gradientshapeok="t" o:connecttype="rect"/>
            </v:shapetype>
            <v:shape id="مربع نص 5" o:spid="_x0000_s1027" type="#_x0000_t202" alt="Public - عام" style="position:absolute;margin-left:0;margin-top:0;width:45.65pt;height:29.0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" filled="f" stroked="f">
              <v:fill o:detectmouseclick="t"/>
              <v:textbox style="mso-fit-shape-to-text:t" inset="0,0,0,15pt">
                <w:txbxContent>
                  <w:p w14:paraId="7C6B60A5" w14:textId="3E678278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DF927" w14:textId="6823C9DF" w:rsidR="00540C13" w:rsidRDefault="008E7D73">
    <w:pPr>
      <w:pStyle w:val="a6"/>
      <w:bidi/>
      <w:jc w:val="center"/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0045338" wp14:editId="1368D0A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982050324" name="مربع نص 6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E62635" w14:textId="72548443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45338" id="_x0000_t202" coordsize="21600,21600" o:spt="202" path="m,l,21600r21600,l21600,xe">
              <v:stroke joinstyle="miter"/>
              <v:path gradientshapeok="t" o:connecttype="rect"/>
            </v:shapetype>
            <v:shape id="مربع نص 6" o:spid="_x0000_s1028" type="#_x0000_t202" alt="Public - عام" style="position:absolute;left:0;text-align:left;margin-left:0;margin-top:0;width:45.65pt;height:29.0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22E62635" w14:textId="72548443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proofErr w:type="spellStart"/>
    <w:r w:rsidR="00000000">
      <w:rPr>
        <w:sz w:val="16"/>
      </w:rPr>
      <w:t>تقرير</w:t>
    </w:r>
    <w:proofErr w:type="spellEnd"/>
    <w:r w:rsidR="00000000">
      <w:rPr>
        <w:sz w:val="16"/>
      </w:rPr>
      <w:t xml:space="preserve"> </w:t>
    </w:r>
    <w:proofErr w:type="spellStart"/>
    <w:r w:rsidR="00000000">
      <w:rPr>
        <w:sz w:val="16"/>
      </w:rPr>
      <w:t>بيانات</w:t>
    </w:r>
    <w:proofErr w:type="spellEnd"/>
    <w:r w:rsidR="00000000">
      <w:rPr>
        <w:sz w:val="16"/>
      </w:rPr>
      <w:t xml:space="preserve"> </w:t>
    </w:r>
    <w:proofErr w:type="spellStart"/>
    <w:r w:rsidR="00000000">
      <w:rPr>
        <w:sz w:val="16"/>
      </w:rPr>
      <w:t>الاستبانة</w:t>
    </w:r>
    <w:proofErr w:type="spellEnd"/>
    <w:r w:rsidR="00000000">
      <w:rPr>
        <w:sz w:val="16"/>
      </w:rPr>
      <w:t xml:space="preserve"> - </w:t>
    </w:r>
    <w:proofErr w:type="spellStart"/>
    <w:r w:rsidR="00000000">
      <w:rPr>
        <w:sz w:val="16"/>
      </w:rPr>
      <w:t>منيرة</w:t>
    </w:r>
    <w:proofErr w:type="spellEnd"/>
    <w:r w:rsidR="00000000">
      <w:rPr>
        <w:sz w:val="16"/>
      </w:rPr>
      <w:t xml:space="preserve"> عبداللطيف </w:t>
    </w:r>
    <w:proofErr w:type="spellStart"/>
    <w:r w:rsidR="00000000">
      <w:rPr>
        <w:sz w:val="16"/>
      </w:rPr>
      <w:t>صالح</w:t>
    </w:r>
    <w:proofErr w:type="spellEnd"/>
    <w:r w:rsidR="00000000">
      <w:rPr>
        <w:sz w:val="16"/>
      </w:rPr>
      <w:t xml:space="preserve"> الرويشد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6CFBE" w14:textId="5C93F664" w:rsidR="008E7D73" w:rsidRDefault="008E7D73">
    <w:pPr>
      <w:pStyle w:val="a6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3603A2A" wp14:editId="373151F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79755" cy="368935"/>
              <wp:effectExtent l="0" t="0" r="4445" b="0"/>
              <wp:wrapNone/>
              <wp:docPr id="903148317" name="مربع نص 4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19E8AA" w14:textId="7BFF8052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1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603A2A" id="_x0000_t202" coordsize="21600,21600" o:spt="202" path="m,l,21600r21600,l21600,xe">
              <v:stroke joinstyle="miter"/>
              <v:path gradientshapeok="t" o:connecttype="rect"/>
            </v:shapetype>
            <v:shape id="مربع نص 4" o:spid="_x0000_s1030" type="#_x0000_t202" alt="Public - عام" style="position:absolute;margin-left:0;margin-top:0;width:45.65pt;height:29.0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" filled="f" stroked="f">
              <v:fill o:detectmouseclick="t"/>
              <v:textbox style="mso-fit-shape-to-text:t" inset="0,0,0,15pt">
                <w:txbxContent>
                  <w:p w14:paraId="0B19E8AA" w14:textId="7BFF8052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8CC2" w14:textId="7FD6F01A" w:rsidR="00540C13" w:rsidRDefault="00540C13">
    <w:pPr>
      <w:pStyle w:val="a6"/>
      <w:bidi/>
      <w:jc w:val="center"/>
      <w:rPr>
        <w:sz w:val="16"/>
        <w:rtl/>
      </w:rPr>
    </w:pPr>
  </w:p>
  <w:p w14:paraId="126A0559" w14:textId="77777777" w:rsidR="008E7D73" w:rsidRDefault="008E7D73" w:rsidP="008E7D73">
    <w:pPr>
      <w:pStyle w:val="a6"/>
      <w:bidi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E00A2" w14:textId="77777777" w:rsidR="0004271D" w:rsidRDefault="0004271D">
      <w:pPr>
        <w:spacing w:after="0" w:line="240" w:lineRule="auto"/>
      </w:pPr>
      <w:r>
        <w:separator/>
      </w:r>
    </w:p>
  </w:footnote>
  <w:footnote w:type="continuationSeparator" w:id="0">
    <w:p w14:paraId="51879CC2" w14:textId="77777777" w:rsidR="0004271D" w:rsidRDefault="000427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CC1D0" w14:textId="34BAE379" w:rsidR="008E7D73" w:rsidRDefault="008E7D7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0B56E01" wp14:editId="764FF4B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628644735" name="مربع نص 2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77D812" w14:textId="6EA90FD7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B56E01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6" type="#_x0000_t202" alt="Public - عام" style="position:absolute;margin-left:0;margin-top:0;width:45.6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" filled="f" stroked="f">
              <v:fill o:detectmouseclick="t"/>
              <v:textbox style="mso-fit-shape-to-text:t" inset="0,15pt,0,0">
                <w:txbxContent>
                  <w:p w14:paraId="7677D812" w14:textId="6EA90FD7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C7AF0" w14:textId="7844BB18" w:rsidR="008E7D73" w:rsidRDefault="008E7D73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FCA8871" wp14:editId="18A1435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79755" cy="368935"/>
              <wp:effectExtent l="0" t="0" r="4445" b="12065"/>
              <wp:wrapNone/>
              <wp:docPr id="928061300" name="مربع نص 1" descr="Public - عام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975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EF5480" w14:textId="218987D8" w:rsidR="008E7D73" w:rsidRPr="008E7D73" w:rsidRDefault="008E7D73" w:rsidP="008E7D7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</w:rPr>
                            <w:t xml:space="preserve">Public - </w:t>
                          </w:r>
                          <w:r w:rsidRPr="008E7D73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0"/>
                              <w:szCs w:val="20"/>
                              <w:rtl/>
                            </w:rPr>
                            <w:t>عام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1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CA8871" id="_x0000_t202" coordsize="21600,21600" o:spt="202" path="m,l,21600r21600,l21600,xe">
              <v:stroke joinstyle="miter"/>
              <v:path gradientshapeok="t" o:connecttype="rect"/>
            </v:shapetype>
            <v:shape id="مربع نص 1" o:spid="_x0000_s1029" type="#_x0000_t202" alt="Public - عام" style="position:absolute;margin-left:0;margin-top:0;width:45.6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" filled="f" stroked="f">
              <v:fill o:detectmouseclick="t"/>
              <v:textbox style="mso-fit-shape-to-text:t" inset="0,15pt,0,0">
                <w:txbxContent>
                  <w:p w14:paraId="3DEF5480" w14:textId="218987D8" w:rsidR="008E7D73" w:rsidRPr="008E7D73" w:rsidRDefault="008E7D73" w:rsidP="008E7D7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</w:pP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</w:rPr>
                      <w:t xml:space="preserve">Public - </w:t>
                    </w:r>
                    <w:r w:rsidRPr="008E7D73">
                      <w:rPr>
                        <w:rFonts w:ascii="Aptos" w:eastAsia="Aptos" w:hAnsi="Aptos" w:cs="Aptos"/>
                        <w:noProof/>
                        <w:color w:val="008000"/>
                        <w:sz w:val="20"/>
                        <w:szCs w:val="20"/>
                        <w:rtl/>
                      </w:rPr>
                      <w:t>عام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3623631">
    <w:abstractNumId w:val="8"/>
  </w:num>
  <w:num w:numId="2" w16cid:durableId="54356531">
    <w:abstractNumId w:val="6"/>
  </w:num>
  <w:num w:numId="3" w16cid:durableId="270012825">
    <w:abstractNumId w:val="5"/>
  </w:num>
  <w:num w:numId="4" w16cid:durableId="599409841">
    <w:abstractNumId w:val="4"/>
  </w:num>
  <w:num w:numId="5" w16cid:durableId="1701469552">
    <w:abstractNumId w:val="7"/>
  </w:num>
  <w:num w:numId="6" w16cid:durableId="1038967221">
    <w:abstractNumId w:val="3"/>
  </w:num>
  <w:num w:numId="7" w16cid:durableId="715199009">
    <w:abstractNumId w:val="2"/>
  </w:num>
  <w:num w:numId="8" w16cid:durableId="1213031814">
    <w:abstractNumId w:val="1"/>
  </w:num>
  <w:num w:numId="9" w16cid:durableId="124768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71D"/>
    <w:rsid w:val="0006063C"/>
    <w:rsid w:val="0015074B"/>
    <w:rsid w:val="002617EB"/>
    <w:rsid w:val="0029639D"/>
    <w:rsid w:val="00326F90"/>
    <w:rsid w:val="00540C13"/>
    <w:rsid w:val="006E17D0"/>
    <w:rsid w:val="008E7D7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٫"/>
  <w:listSeparator w:val=";"/>
  <w14:docId w14:val="08FABE4B"/>
  <w14:defaultImageDpi w14:val="300"/>
  <w15:docId w15:val="{505A7824-3B5E-3841-9499-E9E114418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Arial" w:hAnsi="Arial" w:cs="Arial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96578f-6ae1-40cd-93dd-1a3b7a6ede66}" enabled="1" method="Standard" siteId="{2c86bbfc-8d04-41ff-a83a-942f075e0f6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2420</Words>
  <Characters>13797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16185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منيره عبداللطيف الرويشد</cp:lastModifiedBy>
  <cp:revision>2</cp:revision>
  <cp:lastPrinted>2026-07-25T17:27:00Z</cp:lastPrinted>
  <dcterms:created xsi:type="dcterms:W3CDTF">2026-07-25T17:28:00Z</dcterms:created>
  <dcterms:modified xsi:type="dcterms:W3CDTF">2026-07-25T17:28:00Z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37511774,25785b7f,3b25c59</vt:lpwstr>
  </property>
  <property fmtid="{D5CDD505-2E9C-101B-9397-08002B2CF9AE}" pid="3" name="ClassificationContentMarkingHeaderFontProps">
    <vt:lpwstr>#008000,10,Aptos</vt:lpwstr>
  </property>
  <property fmtid="{D5CDD505-2E9C-101B-9397-08002B2CF9AE}" pid="4" name="ClassificationContentMarkingHeaderText">
    <vt:lpwstr>Public - عام</vt:lpwstr>
  </property>
  <property fmtid="{D5CDD505-2E9C-101B-9397-08002B2CF9AE}" pid="5" name="ClassificationContentMarkingFooterShapeIds">
    <vt:lpwstr>35d4f31d,a0ad24e,3a88e614,28a804ae</vt:lpwstr>
  </property>
  <property fmtid="{D5CDD505-2E9C-101B-9397-08002B2CF9AE}" pid="6" name="ClassificationContentMarkingFooterFontProps">
    <vt:lpwstr>#008000,10,Aptos</vt:lpwstr>
  </property>
  <property fmtid="{D5CDD505-2E9C-101B-9397-08002B2CF9AE}" pid="7" name="ClassificationContentMarkingFooterText">
    <vt:lpwstr>Public - عام</vt:lpwstr>
  </property>
</Properties>
</file>