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D9A56" w14:textId="77777777" w:rsidR="008C77A6" w:rsidRDefault="008C77A6" w:rsidP="00DF3C56">
      <w:pPr>
        <w:bidi/>
        <w:spacing w:line="360" w:lineRule="auto"/>
        <w:jc w:val="center"/>
        <w:rPr>
          <w:rFonts w:ascii="Times New Roman" w:hAnsi="Times New Roman"/>
          <w:sz w:val="24"/>
          <w:rtl/>
        </w:rPr>
      </w:pPr>
    </w:p>
    <w:p w14:paraId="6CDB3569" w14:textId="5EBEBB8B" w:rsidR="00C56D00" w:rsidRDefault="008C77A6" w:rsidP="00DF3C56">
      <w:pPr>
        <w:bidi/>
        <w:spacing w:line="360" w:lineRule="auto"/>
        <w:jc w:val="center"/>
        <w:rPr>
          <w:rFonts w:ascii="Times New Roman" w:hAnsi="Times New Roman"/>
          <w:sz w:val="24"/>
          <w:rtl/>
        </w:rPr>
      </w:pPr>
      <w:r>
        <w:rPr>
          <w:rFonts w:ascii="Times New Roman" w:hAnsi="Times New Roman" w:hint="cs"/>
          <w:sz w:val="24"/>
          <w:rtl/>
        </w:rPr>
        <w:t>أثر البودكاست في تعزيز الوعي الإعلامي لدى الشباب السعودي دراسة تحليلية ميدانية على عينة من شباب جدة</w:t>
      </w:r>
    </w:p>
    <w:p w14:paraId="02F707C6" w14:textId="77777777" w:rsidR="008C77A6" w:rsidRDefault="008C77A6" w:rsidP="00DF3C56">
      <w:pPr>
        <w:bidi/>
        <w:spacing w:line="360" w:lineRule="auto"/>
        <w:jc w:val="center"/>
        <w:rPr>
          <w:rFonts w:hint="cs"/>
        </w:rPr>
      </w:pPr>
    </w:p>
    <w:p w14:paraId="309CDB7B" w14:textId="4D85A464" w:rsidR="00C56D00" w:rsidRDefault="000139B2" w:rsidP="00DF3C56">
      <w:pPr>
        <w:bidi/>
        <w:spacing w:line="360" w:lineRule="auto"/>
        <w:rPr>
          <w:rtl/>
        </w:rPr>
      </w:pPr>
      <w:hyperlink r:id="rId8" w:history="1">
        <w:r w:rsidRPr="00B24071">
          <w:rPr>
            <w:rStyle w:val="Hyperlink"/>
          </w:rPr>
          <w:t>https://forms.gle/wiyjtQmkeNCdtCQd7</w:t>
        </w:r>
      </w:hyperlink>
    </w:p>
    <w:p w14:paraId="388AADB7" w14:textId="77777777" w:rsidR="000139B2" w:rsidRDefault="000139B2" w:rsidP="000139B2">
      <w:pPr>
        <w:bidi/>
        <w:spacing w:line="360" w:lineRule="auto"/>
      </w:pPr>
    </w:p>
    <w:sectPr w:rsidR="000139B2" w:rsidSect="00F436D2">
      <w:footerReference w:type="default" r:id="rId9"/>
      <w:pgSz w:w="12240" w:h="15840"/>
      <w:pgMar w:top="1440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5DFD2" w14:textId="77777777" w:rsidR="0076367B" w:rsidRDefault="0076367B" w:rsidP="00464312">
      <w:pPr>
        <w:spacing w:after="0" w:line="240" w:lineRule="auto"/>
      </w:pPr>
      <w:r>
        <w:separator/>
      </w:r>
    </w:p>
  </w:endnote>
  <w:endnote w:type="continuationSeparator" w:id="0">
    <w:p w14:paraId="6ADBD151" w14:textId="77777777" w:rsidR="0076367B" w:rsidRDefault="0076367B" w:rsidP="00464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ar-SA"/>
      </w:rPr>
      <w:id w:val="-179906052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73253DFE" w14:textId="181FBE53" w:rsidR="00464312" w:rsidRDefault="00464312">
        <w:pPr>
          <w:pStyle w:val="Footer"/>
        </w:pP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 xml:space="preserve">الصفحة </w:t>
        </w:r>
        <w:r>
          <w:rPr>
            <w:rFonts w:cs="Times New Roman"/>
          </w:rPr>
          <w:fldChar w:fldCharType="begin"/>
        </w:r>
        <w:r>
          <w:instrText>PAGE    \* MERGEFORMAT</w:instrText>
        </w:r>
        <w:r>
          <w:rPr>
            <w:rFonts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7CEA49C" w14:textId="77777777" w:rsidR="00464312" w:rsidRDefault="004643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B5B39" w14:textId="77777777" w:rsidR="0076367B" w:rsidRDefault="0076367B" w:rsidP="00464312">
      <w:pPr>
        <w:spacing w:after="0" w:line="240" w:lineRule="auto"/>
      </w:pPr>
      <w:r>
        <w:separator/>
      </w:r>
    </w:p>
  </w:footnote>
  <w:footnote w:type="continuationSeparator" w:id="0">
    <w:p w14:paraId="5ED45354" w14:textId="77777777" w:rsidR="0076367B" w:rsidRDefault="0076367B" w:rsidP="004643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6061347">
    <w:abstractNumId w:val="8"/>
  </w:num>
  <w:num w:numId="2" w16cid:durableId="1301614060">
    <w:abstractNumId w:val="6"/>
  </w:num>
  <w:num w:numId="3" w16cid:durableId="573586379">
    <w:abstractNumId w:val="5"/>
  </w:num>
  <w:num w:numId="4" w16cid:durableId="1871258157">
    <w:abstractNumId w:val="4"/>
  </w:num>
  <w:num w:numId="5" w16cid:durableId="1868904409">
    <w:abstractNumId w:val="7"/>
  </w:num>
  <w:num w:numId="6" w16cid:durableId="2123839838">
    <w:abstractNumId w:val="3"/>
  </w:num>
  <w:num w:numId="7" w16cid:durableId="1215580255">
    <w:abstractNumId w:val="2"/>
  </w:num>
  <w:num w:numId="8" w16cid:durableId="588343508">
    <w:abstractNumId w:val="1"/>
  </w:num>
  <w:num w:numId="9" w16cid:durableId="116648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39B2"/>
    <w:rsid w:val="00034616"/>
    <w:rsid w:val="0006063C"/>
    <w:rsid w:val="00140382"/>
    <w:rsid w:val="0015074B"/>
    <w:rsid w:val="002206FB"/>
    <w:rsid w:val="0029639D"/>
    <w:rsid w:val="00326F90"/>
    <w:rsid w:val="003558CB"/>
    <w:rsid w:val="003A1049"/>
    <w:rsid w:val="003E148A"/>
    <w:rsid w:val="00453A35"/>
    <w:rsid w:val="00464312"/>
    <w:rsid w:val="00526E8E"/>
    <w:rsid w:val="00551A76"/>
    <w:rsid w:val="006066FF"/>
    <w:rsid w:val="006478A1"/>
    <w:rsid w:val="0076367B"/>
    <w:rsid w:val="008C77A6"/>
    <w:rsid w:val="008D4A70"/>
    <w:rsid w:val="00A22A76"/>
    <w:rsid w:val="00AA1D8D"/>
    <w:rsid w:val="00AC5C05"/>
    <w:rsid w:val="00B47730"/>
    <w:rsid w:val="00C56D00"/>
    <w:rsid w:val="00CB0664"/>
    <w:rsid w:val="00CF4DE8"/>
    <w:rsid w:val="00DD32CF"/>
    <w:rsid w:val="00DF3C56"/>
    <w:rsid w:val="00E3097C"/>
    <w:rsid w:val="00F436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5E00D9"/>
  <w14:defaultImageDpi w14:val="300"/>
  <w15:docId w15:val="{0947F2B7-E670-4094-A65B-E432ACF25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156082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156082" w:themeColor="accent1"/>
      </w:pBdr>
      <w:spacing w:before="200" w:after="280"/>
      <w:ind w:left="936" w:right="936"/>
    </w:pPr>
    <w:rPr>
      <w:b/>
      <w:bCs/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156082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156082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E97132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E97132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0139B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9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wiyjtQmkeNCdtCQd7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HiTCHo ..</cp:lastModifiedBy>
  <cp:revision>11</cp:revision>
  <cp:lastPrinted>2026-02-23T13:12:00Z</cp:lastPrinted>
  <dcterms:created xsi:type="dcterms:W3CDTF">2013-12-23T23:15:00Z</dcterms:created>
  <dcterms:modified xsi:type="dcterms:W3CDTF">2026-04-02T22:00:00Z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5da2dba4-0312-44b5-ad03-1eae9d8aab5c</vt:lpwstr>
  </property>
</Properties>
</file>