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33EC7" w14:textId="77777777" w:rsidR="002C6210" w:rsidRPr="008F1DDF" w:rsidRDefault="002C6210" w:rsidP="008F1DDF">
      <w:pPr>
        <w:bidi/>
        <w:rPr>
          <w:rFonts w:ascii="Simplified Arabic" w:hAnsi="Simplified Arabic" w:cs="Simplified Arabic"/>
          <w:b/>
          <w:bCs/>
        </w:rPr>
      </w:pPr>
      <w:r w:rsidRPr="008F1DDF">
        <w:rPr>
          <w:rFonts w:ascii="Simplified Arabic" w:hAnsi="Simplified Arabic" w:cs="Simplified Arabic"/>
          <w:b/>
          <w:bCs/>
          <w:rtl/>
        </w:rPr>
        <w:t>نموذج مراجعة الفصل الثاني</w:t>
      </w:r>
    </w:p>
    <w:p w14:paraId="4DDBFC7C" w14:textId="77777777" w:rsidR="001E4994" w:rsidRPr="008F1DDF" w:rsidRDefault="002C6210" w:rsidP="008F1DDF">
      <w:pPr>
        <w:bidi/>
        <w:rPr>
          <w:rFonts w:ascii="Simplified Arabic" w:hAnsi="Simplified Arabic" w:cs="Simplified Arabic"/>
          <w:b/>
          <w:bCs/>
        </w:rPr>
      </w:pPr>
      <w:r w:rsidRPr="008F1DDF">
        <w:rPr>
          <w:rFonts w:ascii="Simplified Arabic" w:hAnsi="Simplified Arabic" w:cs="Simplified Arabic"/>
          <w:b/>
          <w:bCs/>
          <w:rtl/>
        </w:rPr>
        <w:t>الإطار النظري والأدبيات السابقة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981"/>
        <w:gridCol w:w="4981"/>
      </w:tblGrid>
      <w:tr w:rsidR="001E4994" w:rsidRPr="008F1DDF" w14:paraId="133A7516" w14:textId="77777777" w:rsidTr="00CE6C57">
        <w:trPr>
          <w:jc w:val="center"/>
        </w:trPr>
        <w:tc>
          <w:tcPr>
            <w:tcW w:w="4986" w:type="dxa"/>
            <w:vAlign w:val="center"/>
          </w:tcPr>
          <w:p w14:paraId="0B71F0A0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b/>
                <w:sz w:val="22"/>
              </w:rPr>
              <w:t>اسم</w:t>
            </w:r>
            <w:r w:rsidRPr="008F1DDF">
              <w:rPr>
                <w:rFonts w:ascii="Simplified Arabic" w:eastAsia="Arial" w:hAnsi="Simplified Arabic" w:cs="Simplified Arabic"/>
                <w:b/>
                <w:sz w:val="22"/>
              </w:rPr>
              <w:t xml:space="preserve"> </w:t>
            </w:r>
            <w:r w:rsidRPr="008F1DDF">
              <w:rPr>
                <w:rFonts w:ascii="Simplified Arabic" w:eastAsia="Arial" w:hAnsi="Simplified Arabic" w:cs="Simplified Arabic"/>
                <w:b/>
                <w:sz w:val="22"/>
              </w:rPr>
              <w:t>الطالب</w:t>
            </w:r>
            <w:r w:rsidRPr="008F1DDF">
              <w:rPr>
                <w:rFonts w:ascii="Simplified Arabic" w:eastAsia="Arial" w:hAnsi="Simplified Arabic" w:cs="Simplified Arabic"/>
                <w:b/>
                <w:sz w:val="22"/>
              </w:rPr>
              <w:t>/</w:t>
            </w:r>
            <w:r w:rsidRPr="008F1DDF">
              <w:rPr>
                <w:rFonts w:ascii="Simplified Arabic" w:eastAsia="Arial" w:hAnsi="Simplified Arabic" w:cs="Simplified Arabic"/>
                <w:b/>
                <w:sz w:val="22"/>
              </w:rPr>
              <w:t>الطالبة</w:t>
            </w:r>
          </w:p>
        </w:tc>
        <w:tc>
          <w:tcPr>
            <w:tcW w:w="4986" w:type="dxa"/>
            <w:vAlign w:val="center"/>
          </w:tcPr>
          <w:p w14:paraId="2D28D9DB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حسن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الحلافي</w:t>
            </w:r>
          </w:p>
        </w:tc>
      </w:tr>
      <w:tr w:rsidR="001E4994" w:rsidRPr="008F1DDF" w14:paraId="14B01EFA" w14:textId="77777777" w:rsidTr="00CE6C57">
        <w:trPr>
          <w:jc w:val="center"/>
        </w:trPr>
        <w:tc>
          <w:tcPr>
            <w:tcW w:w="4986" w:type="dxa"/>
            <w:vAlign w:val="center"/>
          </w:tcPr>
          <w:p w14:paraId="44AA8E41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b/>
                <w:sz w:val="22"/>
              </w:rPr>
              <w:t>عنوان</w:t>
            </w:r>
            <w:r w:rsidRPr="008F1DDF">
              <w:rPr>
                <w:rFonts w:ascii="Simplified Arabic" w:eastAsia="Arial" w:hAnsi="Simplified Arabic" w:cs="Simplified Arabic"/>
                <w:b/>
                <w:sz w:val="22"/>
              </w:rPr>
              <w:t xml:space="preserve"> </w:t>
            </w:r>
            <w:r w:rsidRPr="008F1DDF">
              <w:rPr>
                <w:rFonts w:ascii="Simplified Arabic" w:eastAsia="Arial" w:hAnsi="Simplified Arabic" w:cs="Simplified Arabic"/>
                <w:b/>
                <w:sz w:val="22"/>
              </w:rPr>
              <w:t>الرسالة</w:t>
            </w:r>
          </w:p>
        </w:tc>
        <w:tc>
          <w:tcPr>
            <w:tcW w:w="4986" w:type="dxa"/>
            <w:vAlign w:val="center"/>
          </w:tcPr>
          <w:p w14:paraId="5E203578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أثر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القيادة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التشاركية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على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الثقافة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التنظيمية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في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المدارس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الابتدائية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بمدينة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الدمام</w:t>
            </w:r>
          </w:p>
        </w:tc>
      </w:tr>
    </w:tbl>
    <w:p w14:paraId="43A12341" w14:textId="77777777" w:rsidR="00F248D4" w:rsidRPr="008F1DDF" w:rsidRDefault="00F248D4" w:rsidP="008F1DDF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8F1DDF">
        <w:rPr>
          <w:rFonts w:ascii="Simplified Arabic" w:eastAsia="Arial" w:hAnsi="Simplified Arabic" w:cs="Simplified Arabic"/>
          <w:b/>
          <w:bCs/>
          <w:rtl/>
        </w:rPr>
        <w:t>ملخص قرار المراجعة</w:t>
      </w:r>
    </w:p>
    <w:p w14:paraId="17D24491" w14:textId="77777777" w:rsidR="002C6210" w:rsidRPr="008F1DDF" w:rsidRDefault="002C6210" w:rsidP="008F1DDF">
      <w:pPr>
        <w:bidi/>
        <w:rPr>
          <w:rFonts w:ascii="Simplified Arabic" w:hAnsi="Simplified Arabic" w:cs="Simplified Arabic"/>
        </w:rPr>
      </w:pPr>
      <w:r w:rsidRPr="008F1DDF">
        <w:rPr>
          <w:rFonts w:ascii="Simplified Arabic" w:hAnsi="Simplified Arabic" w:cs="Simplified Arabic"/>
        </w:rPr>
        <w:t>الفصل قوي من الناحية النظرية، ويُظهر فهمًا جيدًا للعلاقة بين القيادة التشاركية والثقافة التنظيمية، مع فجوة بحثية محددة وربط مقنع بالنموذج المفاهيمي المقترح.</w:t>
      </w:r>
    </w:p>
    <w:p w14:paraId="789D1AE1" w14:textId="77777777" w:rsidR="002C6210" w:rsidRPr="008F1DDF" w:rsidRDefault="002C6210" w:rsidP="008F1DDF">
      <w:pPr>
        <w:bidi/>
        <w:rPr>
          <w:rFonts w:ascii="Simplified Arabic" w:hAnsi="Simplified Arabic" w:cs="Simplified Arabic"/>
        </w:rPr>
      </w:pPr>
      <w:r w:rsidRPr="008F1DDF">
        <w:rPr>
          <w:rFonts w:ascii="Simplified Arabic" w:hAnsi="Simplified Arabic" w:cs="Simplified Arabic"/>
        </w:rPr>
        <w:t>الملاحظات المتبقية تتركز في جعل بداية الفصل أكثر اكتمالًا منهجيًا، وإضافة جدول أوضح للتعريفات والقياس، وتقوية التوليف الختامي للدراسات السابقة، مع مراجعة نهائية للتوثيق والاتساق الشكلي.</w:t>
      </w:r>
    </w:p>
    <w:p w14:paraId="3E1D3063" w14:textId="77777777" w:rsidR="00F248D4" w:rsidRPr="008F1DDF" w:rsidRDefault="00F248D4" w:rsidP="008F1DDF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8F1DDF">
        <w:rPr>
          <w:rFonts w:ascii="Simplified Arabic" w:eastAsia="Arial" w:hAnsi="Simplified Arabic" w:cs="Simplified Arabic"/>
          <w:b/>
          <w:bCs/>
          <w:rtl/>
        </w:rPr>
        <w:t>اختر القرار المناسب:</w:t>
      </w:r>
    </w:p>
    <w:p w14:paraId="00D6092E" w14:textId="77777777" w:rsidR="00F248D4" w:rsidRPr="008F1DDF" w:rsidRDefault="00F248D4" w:rsidP="008F1DDF">
      <w:p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/>
        </w:rPr>
        <w:t>☐</w:t>
      </w:r>
      <w:r w:rsidRPr="008F1DDF">
        <w:rPr>
          <w:rFonts w:ascii="Simplified Arabic" w:hAnsi="Simplified Arabic" w:cs="Simplified Arabic"/>
        </w:rPr>
        <w:t xml:space="preserve"> مقبول كما هو</w:t>
      </w:r>
    </w:p>
    <w:p w14:paraId="2E2ADA91" w14:textId="77777777" w:rsidR="00F248D4" w:rsidRPr="008F1DDF" w:rsidRDefault="00F248D4" w:rsidP="008F1DDF">
      <w:p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/>
        </w:rPr>
        <w:t>☑</w:t>
      </w:r>
      <w:r w:rsidRPr="008F1DDF">
        <w:rPr>
          <w:rFonts w:ascii="Simplified Arabic" w:hAnsi="Simplified Arabic" w:cs="Simplified Arabic"/>
        </w:rPr>
        <w:t xml:space="preserve"> مقبول مع تعديلات بسيطة</w:t>
      </w:r>
    </w:p>
    <w:p w14:paraId="3D0FB0A3" w14:textId="77777777" w:rsidR="00F248D4" w:rsidRPr="008F1DDF" w:rsidRDefault="00F248D4" w:rsidP="008F1DDF">
      <w:p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/>
        </w:rPr>
        <w:t>☐</w:t>
      </w:r>
      <w:r w:rsidRPr="008F1DDF">
        <w:rPr>
          <w:rFonts w:ascii="Simplified Arabic" w:hAnsi="Simplified Arabic" w:cs="Simplified Arabic"/>
        </w:rPr>
        <w:t xml:space="preserve"> تعديلات جوهرية مطلوبة (Major Revision)</w:t>
      </w:r>
    </w:p>
    <w:p w14:paraId="1DF838E4" w14:textId="77777777" w:rsidR="00F248D4" w:rsidRPr="008F1DDF" w:rsidRDefault="00F248D4" w:rsidP="008F1DDF">
      <w:p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/>
        </w:rPr>
        <w:t>☐</w:t>
      </w:r>
      <w:r w:rsidRPr="008F1DDF">
        <w:rPr>
          <w:rFonts w:ascii="Simplified Arabic" w:hAnsi="Simplified Arabic" w:cs="Simplified Arabic"/>
        </w:rPr>
        <w:t xml:space="preserve"> إعادة بناء الفصل وفق الهيكل المقترح ثم إعادة التقديم</w:t>
      </w:r>
    </w:p>
    <w:p w14:paraId="56AB528D" w14:textId="77777777" w:rsidR="002C6210" w:rsidRPr="008F1DDF" w:rsidRDefault="002C6210" w:rsidP="008F1DDF">
      <w:pPr>
        <w:bidi/>
        <w:rPr>
          <w:rFonts w:ascii="Simplified Arabic" w:eastAsia="Arial" w:hAnsi="Simplified Arabic" w:cs="Simplified Arabic"/>
        </w:rPr>
      </w:pPr>
    </w:p>
    <w:p w14:paraId="058ACF41" w14:textId="77777777" w:rsidR="00F248D4" w:rsidRPr="008F1DDF" w:rsidRDefault="00F248D4" w:rsidP="008F1DDF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8F1DDF">
        <w:rPr>
          <w:rFonts w:ascii="Simplified Arabic" w:eastAsia="Arial" w:hAnsi="Simplified Arabic" w:cs="Simplified Arabic"/>
          <w:b/>
          <w:bCs/>
          <w:rtl/>
        </w:rPr>
        <w:t>أهم الملاحظات جوهرية تفصيلية:</w:t>
      </w:r>
    </w:p>
    <w:p w14:paraId="393DB6E6" w14:textId="77777777" w:rsidR="00DE7547" w:rsidRPr="008F1DDF" w:rsidRDefault="00B5241A" w:rsidP="008F1DDF">
      <w:pPr>
        <w:pStyle w:val="ListParagraph"/>
        <w:bidi/>
        <w:rPr>
          <w:rFonts w:ascii="Simplified Arabic" w:hAnsi="Simplified Arabic" w:cs="Simplified Arabic"/>
        </w:rPr>
      </w:pPr>
      <w:r w:rsidRPr="008F1DDF">
        <w:rPr>
          <w:rFonts w:ascii="Simplified Arabic" w:hAnsi="Simplified Arabic" w:cs="Simplified Arabic"/>
        </w:rPr>
        <w:t xml:space="preserve">• </w:t>
      </w:r>
      <w:r w:rsidRPr="008F1DDF">
        <w:rPr>
          <w:rFonts w:ascii="Simplified Arabic" w:hAnsi="Simplified Arabic" w:cs="Simplified Arabic"/>
        </w:rPr>
        <w:t>الإطار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النظري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من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نقاط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القوة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الواضحة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في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هذا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الفصل،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خاصة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في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ربط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القيادة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التشاركية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بنظرية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التبادل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الاجتماعي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ونموذج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شين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والثقافة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التنظيمية</w:t>
      </w:r>
      <w:r w:rsidRPr="008F1DDF">
        <w:rPr>
          <w:rFonts w:ascii="Simplified Arabic" w:hAnsi="Simplified Arabic" w:cs="Simplified Arabic"/>
        </w:rPr>
        <w:t>.</w:t>
      </w:r>
    </w:p>
    <w:p w14:paraId="0F9E5792" w14:textId="77777777" w:rsidR="00DE7547" w:rsidRPr="008F1DDF" w:rsidRDefault="00B5241A" w:rsidP="008F1DDF">
      <w:p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/>
        </w:rPr>
        <w:t>☑</w:t>
      </w:r>
      <w:r w:rsidRPr="008F1DDF">
        <w:rPr>
          <w:rFonts w:ascii="Simplified Arabic" w:hAnsi="Simplified Arabic" w:cs="Simplified Arabic"/>
        </w:rPr>
        <w:t xml:space="preserve"> • </w:t>
      </w:r>
      <w:r w:rsidRPr="008F1DDF">
        <w:rPr>
          <w:rFonts w:ascii="Simplified Arabic" w:hAnsi="Simplified Arabic" w:cs="Simplified Arabic"/>
        </w:rPr>
        <w:t>تظهر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الآليات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التفسيرية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بصورة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جيدة،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كما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أن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الفجوة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البحثية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محددة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بدقة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من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حيث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السياق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المحلي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وندرة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التحليل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التفصيلي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للأبعاد</w:t>
      </w:r>
      <w:r w:rsidRPr="008F1DDF">
        <w:rPr>
          <w:rFonts w:ascii="Simplified Arabic" w:hAnsi="Simplified Arabic" w:cs="Simplified Arabic"/>
        </w:rPr>
        <w:t>.</w:t>
      </w:r>
    </w:p>
    <w:p w14:paraId="4892307D" w14:textId="77777777" w:rsidR="00DE7547" w:rsidRPr="008F1DDF" w:rsidRDefault="00B5241A" w:rsidP="008F1DDF">
      <w:p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/>
        </w:rPr>
        <w:t>☐</w:t>
      </w:r>
      <w:r w:rsidRPr="008F1DDF">
        <w:rPr>
          <w:rFonts w:ascii="Simplified Arabic" w:hAnsi="Simplified Arabic" w:cs="Simplified Arabic"/>
        </w:rPr>
        <w:t xml:space="preserve"> • </w:t>
      </w:r>
      <w:r w:rsidRPr="008F1DDF">
        <w:rPr>
          <w:rFonts w:ascii="Simplified Arabic" w:hAnsi="Simplified Arabic" w:cs="Simplified Arabic"/>
        </w:rPr>
        <w:t>عرض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الدر</w:t>
      </w:r>
      <w:r w:rsidRPr="008F1DDF">
        <w:rPr>
          <w:rFonts w:ascii="Simplified Arabic" w:hAnsi="Simplified Arabic" w:cs="Simplified Arabic"/>
        </w:rPr>
        <w:t>اسات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السابقة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جيد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ويتضمن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حدودًا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ونقاط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تميز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لعدد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من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الدراسات،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إلا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أن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الفصل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سيصبح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أقوى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لو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انتهى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بمصفوفة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توليف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أو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خلاصة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مقارنة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أكثر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تكثيفًا</w:t>
      </w:r>
      <w:r w:rsidRPr="008F1DDF">
        <w:rPr>
          <w:rFonts w:ascii="Simplified Arabic" w:hAnsi="Simplified Arabic" w:cs="Simplified Arabic"/>
        </w:rPr>
        <w:t>.</w:t>
      </w:r>
    </w:p>
    <w:p w14:paraId="2B5B0AF2" w14:textId="77777777" w:rsidR="00DE7547" w:rsidRPr="008F1DDF" w:rsidRDefault="00B5241A" w:rsidP="008F1DDF">
      <w:p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/>
        </w:rPr>
        <w:t>☑</w:t>
      </w:r>
      <w:r w:rsidRPr="008F1DDF">
        <w:rPr>
          <w:rFonts w:ascii="Simplified Arabic" w:hAnsi="Simplified Arabic" w:cs="Simplified Arabic"/>
        </w:rPr>
        <w:t xml:space="preserve"> • </w:t>
      </w:r>
      <w:r w:rsidRPr="008F1DDF">
        <w:rPr>
          <w:rFonts w:ascii="Simplified Arabic" w:hAnsi="Simplified Arabic" w:cs="Simplified Arabic"/>
        </w:rPr>
        <w:t>ينقص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الفصل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تمهيد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صريح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يوضح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هدفه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وخريطته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ومنهج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مراجعة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الأدبيات،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إضافة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إلى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جدول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منظّم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للتعريفات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ومصادر</w:t>
      </w:r>
      <w:r w:rsidRPr="008F1DDF">
        <w:rPr>
          <w:rFonts w:ascii="Simplified Arabic" w:hAnsi="Simplified Arabic" w:cs="Simplified Arabic"/>
        </w:rPr>
        <w:t xml:space="preserve"> </w:t>
      </w:r>
      <w:r w:rsidRPr="008F1DDF">
        <w:rPr>
          <w:rFonts w:ascii="Simplified Arabic" w:hAnsi="Simplified Arabic" w:cs="Simplified Arabic"/>
        </w:rPr>
        <w:t>القياس</w:t>
      </w:r>
      <w:r w:rsidRPr="008F1DDF">
        <w:rPr>
          <w:rFonts w:ascii="Simplified Arabic" w:hAnsi="Simplified Arabic" w:cs="Simplified Arabic"/>
        </w:rPr>
        <w:t>.</w:t>
      </w:r>
    </w:p>
    <w:p w14:paraId="5EBFB017" w14:textId="77777777" w:rsidR="00F248D4" w:rsidRPr="008F1DDF" w:rsidRDefault="00F248D4" w:rsidP="008F1DDF">
      <w:p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/>
        </w:rPr>
        <w:lastRenderedPageBreak/>
        <w:t>☑</w:t>
      </w:r>
      <w:r w:rsidRPr="008F1DDF">
        <w:rPr>
          <w:rFonts w:ascii="Simplified Arabic" w:hAnsi="Simplified Arabic" w:cs="Simplified Arabic"/>
        </w:rPr>
        <w:t xml:space="preserve"> ما المطلوب تسليمه في النسخة القادمة (Deliverables):</w:t>
      </w:r>
    </w:p>
    <w:p w14:paraId="7AD35BD0" w14:textId="77777777" w:rsidR="00F248D4" w:rsidRPr="008F1DDF" w:rsidRDefault="00F248D4" w:rsidP="008F1DDF">
      <w:p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/>
        </w:rPr>
        <w:t>☐</w:t>
      </w:r>
      <w:r w:rsidRPr="008F1DDF">
        <w:rPr>
          <w:rFonts w:ascii="Simplified Arabic" w:hAnsi="Simplified Arabic" w:cs="Simplified Arabic"/>
        </w:rPr>
        <w:t xml:space="preserve"> تمهيد يوضح منهج مراجعة الأدبيات ومعايير اختيارها + خريطة هيكل الفصل</w:t>
      </w:r>
    </w:p>
    <w:p w14:paraId="19762543" w14:textId="77777777" w:rsidR="00F248D4" w:rsidRPr="008F1DDF" w:rsidRDefault="00F248D4" w:rsidP="008F1DDF">
      <w:p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/>
        </w:rPr>
        <w:t>☑</w:t>
      </w:r>
      <w:r w:rsidRPr="008F1DDF">
        <w:rPr>
          <w:rFonts w:ascii="Simplified Arabic" w:hAnsi="Simplified Arabic" w:cs="Simplified Arabic"/>
        </w:rPr>
        <w:t xml:space="preserve"> إطار/إطاران نظريان محوريان يقودان الحجة مع شرح الآليات التفسيرية</w:t>
      </w:r>
    </w:p>
    <w:p w14:paraId="648047FD" w14:textId="77777777" w:rsidR="00F248D4" w:rsidRPr="008F1DDF" w:rsidRDefault="00F248D4" w:rsidP="008F1DDF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 w:hint="cs"/>
          <w:rtl/>
        </w:rPr>
        <w:t>☐</w:t>
      </w:r>
      <w:r w:rsidRPr="008F1DDF">
        <w:rPr>
          <w:rFonts w:ascii="Simplified Arabic" w:hAnsi="Simplified Arabic" w:cs="Simplified Arabic"/>
          <w:rtl/>
        </w:rPr>
        <w:t xml:space="preserve"> مصفوفة توليف مكتملة + كتابة التوليف في محاور (متسق/متناقض/حدود/سياقات)</w:t>
      </w:r>
    </w:p>
    <w:p w14:paraId="2856AE25" w14:textId="77777777" w:rsidR="00F248D4" w:rsidRPr="008F1DDF" w:rsidRDefault="00F248D4" w:rsidP="008F1DDF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 w:hint="cs"/>
          <w:rtl/>
        </w:rPr>
        <w:t>☐</w:t>
      </w:r>
      <w:r w:rsidRPr="008F1DDF">
        <w:rPr>
          <w:rFonts w:ascii="Simplified Arabic" w:hAnsi="Simplified Arabic" w:cs="Simplified Arabic"/>
          <w:rtl/>
        </w:rPr>
        <w:t xml:space="preserve"> جدول تعريفات المتغيرات وحدودها + جدول القياس (وأبعاد/</w:t>
      </w:r>
      <w:r w:rsidRPr="008F1DDF">
        <w:rPr>
          <w:rFonts w:ascii="Simplified Arabic" w:hAnsi="Simplified Arabic" w:cs="Simplified Arabic"/>
        </w:rPr>
        <w:t>Second-order</w:t>
      </w:r>
      <w:r w:rsidRPr="008F1DDF">
        <w:rPr>
          <w:rFonts w:ascii="Simplified Arabic" w:hAnsi="Simplified Arabic" w:cs="Simplified Arabic"/>
          <w:rtl/>
        </w:rPr>
        <w:t xml:space="preserve"> إن وجدت)</w:t>
      </w:r>
    </w:p>
    <w:p w14:paraId="2063973D" w14:textId="77777777" w:rsidR="00F248D4" w:rsidRPr="008F1DDF" w:rsidRDefault="00F248D4" w:rsidP="008F1DDF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 w:hint="cs"/>
          <w:rtl/>
        </w:rPr>
        <w:t>☐</w:t>
      </w:r>
      <w:r w:rsidRPr="008F1DDF">
        <w:rPr>
          <w:rFonts w:ascii="Simplified Arabic" w:hAnsi="Simplified Arabic" w:cs="Simplified Arabic"/>
          <w:rtl/>
        </w:rPr>
        <w:t xml:space="preserve"> صياغة الفجوة البحثية وربطها بالأسئلة والفرضيات + نموذج مفاهيمي محدث</w:t>
      </w:r>
    </w:p>
    <w:p w14:paraId="27ADB1D0" w14:textId="77777777" w:rsidR="001E4994" w:rsidRPr="008F1DDF" w:rsidRDefault="00F248D4" w:rsidP="008F1DDF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 w:hint="cs"/>
          <w:rtl/>
        </w:rPr>
        <w:t>☐</w:t>
      </w:r>
      <w:r w:rsidRPr="008F1DDF">
        <w:rPr>
          <w:rFonts w:ascii="Simplified Arabic" w:hAnsi="Simplified Arabic" w:cs="Simplified Arabic"/>
          <w:rtl/>
        </w:rPr>
        <w:t xml:space="preserve"> تدقيق لغة أكاديمية وتوثيق </w:t>
      </w:r>
      <w:r w:rsidRPr="008F1DDF">
        <w:rPr>
          <w:rFonts w:ascii="Simplified Arabic" w:hAnsi="Simplified Arabic" w:cs="Simplified Arabic"/>
        </w:rPr>
        <w:t>APA</w:t>
      </w:r>
      <w:r w:rsidRPr="008F1DDF">
        <w:rPr>
          <w:rFonts w:ascii="Simplified Arabic" w:hAnsi="Simplified Arabic" w:cs="Simplified Arabic"/>
          <w:rtl/>
        </w:rPr>
        <w:t xml:space="preserve"> وتوحيد المصطلحات وتقليل التكرار</w:t>
      </w:r>
      <w:r w:rsidRPr="008F1DDF">
        <w:rPr>
          <w:rFonts w:ascii="Simplified Arabic" w:hAnsi="Simplified Arabic" w:cs="Simplified Arabic"/>
        </w:rPr>
        <w:br w:type="page"/>
      </w:r>
    </w:p>
    <w:p w14:paraId="4D8B4A4F" w14:textId="77777777" w:rsidR="001E4994" w:rsidRPr="008F1DDF" w:rsidRDefault="002D106E" w:rsidP="008F1DDF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8F1DDF">
        <w:rPr>
          <w:rFonts w:ascii="Simplified Arabic" w:eastAsia="Arial" w:hAnsi="Simplified Arabic" w:cs="Simplified Arabic"/>
          <w:b/>
          <w:bCs/>
          <w:rtl/>
        </w:rPr>
        <w:lastRenderedPageBreak/>
        <w:t>تقييم الفصل الثاني (0–4)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02"/>
        <w:gridCol w:w="2676"/>
        <w:gridCol w:w="1375"/>
        <w:gridCol w:w="1904"/>
        <w:gridCol w:w="3005"/>
      </w:tblGrid>
      <w:tr w:rsidR="002D106E" w:rsidRPr="008F1DDF" w14:paraId="6B7003D3" w14:textId="77777777" w:rsidTr="00F248D4">
        <w:trPr>
          <w:jc w:val="center"/>
        </w:trPr>
        <w:tc>
          <w:tcPr>
            <w:tcW w:w="1005" w:type="dxa"/>
            <w:shd w:val="clear" w:color="auto" w:fill="E2EFDA"/>
            <w:vAlign w:val="center"/>
          </w:tcPr>
          <w:p w14:paraId="73AE990E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المحور</w:t>
            </w:r>
          </w:p>
        </w:tc>
        <w:tc>
          <w:tcPr>
            <w:tcW w:w="2702" w:type="dxa"/>
            <w:shd w:val="clear" w:color="auto" w:fill="E2EFDA"/>
            <w:vAlign w:val="center"/>
          </w:tcPr>
          <w:p w14:paraId="0C329E8F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مؤشرات الأداء</w:t>
            </w:r>
          </w:p>
        </w:tc>
        <w:tc>
          <w:tcPr>
            <w:tcW w:w="1417" w:type="dxa"/>
            <w:shd w:val="clear" w:color="auto" w:fill="E2EFDA"/>
            <w:vAlign w:val="center"/>
          </w:tcPr>
          <w:p w14:paraId="0CF979CB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الدرجة (0–4)</w:t>
            </w:r>
          </w:p>
        </w:tc>
        <w:tc>
          <w:tcPr>
            <w:tcW w:w="1953" w:type="dxa"/>
            <w:shd w:val="clear" w:color="auto" w:fill="E2EFDA"/>
            <w:vAlign w:val="center"/>
          </w:tcPr>
          <w:p w14:paraId="59C209CE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 xml:space="preserve">ملاحظات </w:t>
            </w:r>
            <w:r w:rsidR="00F248D4" w:rsidRPr="008F1DDF">
              <w:rPr>
                <w:rFonts w:ascii="Simplified Arabic" w:hAnsi="Simplified Arabic" w:cs="Simplified Arabic"/>
                <w:b/>
                <w:bCs/>
                <w:rtl/>
              </w:rPr>
              <w:t>تفصيلية</w:t>
            </w:r>
          </w:p>
        </w:tc>
        <w:tc>
          <w:tcPr>
            <w:tcW w:w="3111" w:type="dxa"/>
            <w:shd w:val="clear" w:color="auto" w:fill="E2EFDA"/>
            <w:vAlign w:val="center"/>
          </w:tcPr>
          <w:p w14:paraId="03FF125C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 xml:space="preserve">ما </w:t>
            </w:r>
            <w:r w:rsidR="00F248D4" w:rsidRPr="008F1DDF">
              <w:rPr>
                <w:rFonts w:ascii="Simplified Arabic" w:hAnsi="Simplified Arabic" w:cs="Simplified Arabic"/>
                <w:b/>
                <w:bCs/>
                <w:rtl/>
              </w:rPr>
              <w:t xml:space="preserve">الملاحظات </w:t>
            </w: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المطلوب لإغلاقها؟</w:t>
            </w:r>
          </w:p>
        </w:tc>
      </w:tr>
      <w:tr w:rsidR="002D106E" w:rsidRPr="008F1DDF" w14:paraId="5D2AA5BE" w14:textId="77777777" w:rsidTr="00F248D4">
        <w:trPr>
          <w:jc w:val="center"/>
        </w:trPr>
        <w:tc>
          <w:tcPr>
            <w:tcW w:w="1005" w:type="dxa"/>
            <w:vAlign w:val="center"/>
          </w:tcPr>
          <w:p w14:paraId="434F9C87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منهجية المراجعة</w:t>
            </w:r>
          </w:p>
        </w:tc>
        <w:tc>
          <w:tcPr>
            <w:tcW w:w="2702" w:type="dxa"/>
          </w:tcPr>
          <w:p w14:paraId="6034D004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  <w:rtl/>
              </w:rPr>
              <w:t>منهج واضح لاختيار الأدبيات وتنظيمها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651D15A6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2</w:t>
            </w:r>
          </w:p>
        </w:tc>
        <w:tc>
          <w:tcPr>
            <w:tcW w:w="1953" w:type="dxa"/>
          </w:tcPr>
          <w:p w14:paraId="27D4663C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هناك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منطق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واضح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ضمنيًا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للمراجعة،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لكن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دون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فقرة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تمهيدية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صريحة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تشرح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ذلك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1A62D8FA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أضف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تمهيدًا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يوضح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هدف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الفصل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وخريطته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ومنهج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مراجعة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الأدبيات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8F1DDF" w14:paraId="681128C5" w14:textId="77777777" w:rsidTr="00F248D4">
        <w:trPr>
          <w:jc w:val="center"/>
        </w:trPr>
        <w:tc>
          <w:tcPr>
            <w:tcW w:w="1005" w:type="dxa"/>
            <w:vAlign w:val="center"/>
          </w:tcPr>
          <w:p w14:paraId="48254955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التغطية والملاءمة</w:t>
            </w:r>
          </w:p>
        </w:tc>
        <w:tc>
          <w:tcPr>
            <w:tcW w:w="2702" w:type="dxa"/>
          </w:tcPr>
          <w:p w14:paraId="597B1D84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  <w:rtl/>
              </w:rPr>
              <w:t>دراسات محورية وحديثة ذات صلة مباشرة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63283069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3</w:t>
            </w:r>
          </w:p>
        </w:tc>
        <w:tc>
          <w:tcPr>
            <w:tcW w:w="1953" w:type="dxa"/>
          </w:tcPr>
          <w:p w14:paraId="17D615B9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التغطية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جيدة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ومرتبطة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مباشرة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بمتغيرات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الدراسة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والسياق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التربوي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0B0C0B10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حافظ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على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الأدبيات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الأساسية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مع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تقليص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أي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تكرار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غير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لازم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8F1DDF" w14:paraId="0714638D" w14:textId="77777777" w:rsidTr="00F248D4">
        <w:trPr>
          <w:jc w:val="center"/>
        </w:trPr>
        <w:tc>
          <w:tcPr>
            <w:tcW w:w="1005" w:type="dxa"/>
            <w:vAlign w:val="center"/>
          </w:tcPr>
          <w:p w14:paraId="7556041A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الإطار النظري</w:t>
            </w:r>
          </w:p>
        </w:tc>
        <w:tc>
          <w:tcPr>
            <w:tcW w:w="2702" w:type="dxa"/>
          </w:tcPr>
          <w:p w14:paraId="7FE840EB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  <w:rtl/>
              </w:rPr>
              <w:t>نظرية/نظريتان تقودان التفسير وتبرير الفرضيات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0C0F71BC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4</w:t>
            </w:r>
          </w:p>
        </w:tc>
        <w:tc>
          <w:tcPr>
            <w:tcW w:w="1953" w:type="dxa"/>
          </w:tcPr>
          <w:p w14:paraId="478ADE3D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الإطار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النظري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قوي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ومتماسك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ويمثل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نقطة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تميز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في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الفصل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357C92B1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أبقِ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البناء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الحالي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مع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بعض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الاختصار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التحريري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عند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اللزوم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8F1DDF" w14:paraId="78A37809" w14:textId="77777777" w:rsidTr="00F248D4">
        <w:trPr>
          <w:jc w:val="center"/>
        </w:trPr>
        <w:tc>
          <w:tcPr>
            <w:tcW w:w="1005" w:type="dxa"/>
            <w:vAlign w:val="center"/>
          </w:tcPr>
          <w:p w14:paraId="343BC422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التوليف</w:t>
            </w:r>
          </w:p>
        </w:tc>
        <w:tc>
          <w:tcPr>
            <w:tcW w:w="2702" w:type="dxa"/>
          </w:tcPr>
          <w:p w14:paraId="73E010C2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  <w:rtl/>
              </w:rPr>
              <w:t>مقارنة ودمج الأدلة (اتفاق/تعارض/حدود) بدل السرد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75EFDC75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3</w:t>
            </w:r>
          </w:p>
        </w:tc>
        <w:tc>
          <w:tcPr>
            <w:tcW w:w="1953" w:type="dxa"/>
          </w:tcPr>
          <w:p w14:paraId="0DE9699F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يوجد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توليف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جيد،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لكنه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يزال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موزعًا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داخل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عرض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الدراسات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أكثر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كونه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خلاصة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تركيبية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نهائية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4E85A8A4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أضف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مصفوفة</w:t>
            </w:r>
            <w:r w:rsidRPr="008F1DDF">
              <w:rPr>
                <w:rFonts w:ascii="Simplified Arabic" w:hAnsi="Simplified Arabic" w:cs="Simplified Arabic"/>
              </w:rPr>
              <w:t>/</w:t>
            </w:r>
            <w:r w:rsidRPr="008F1DDF">
              <w:rPr>
                <w:rFonts w:ascii="Simplified Arabic" w:hAnsi="Simplified Arabic" w:cs="Simplified Arabic"/>
              </w:rPr>
              <w:t>فقرة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توليف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ختامية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تبرز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الاتفاق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والتعارض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والحدود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8F1DDF" w14:paraId="63F7C89E" w14:textId="77777777" w:rsidTr="00F248D4">
        <w:trPr>
          <w:jc w:val="center"/>
        </w:trPr>
        <w:tc>
          <w:tcPr>
            <w:tcW w:w="1005" w:type="dxa"/>
            <w:vAlign w:val="center"/>
          </w:tcPr>
          <w:p w14:paraId="3240F705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تعريفات وقياس</w:t>
            </w:r>
          </w:p>
        </w:tc>
        <w:tc>
          <w:tcPr>
            <w:tcW w:w="2702" w:type="dxa"/>
          </w:tcPr>
          <w:p w14:paraId="01513723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  <w:rtl/>
              </w:rPr>
              <w:t>تعريفات ثابتة + أبعاد + تمييز مفاهيمي + مصادر القياس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23BCF5A9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2</w:t>
            </w:r>
          </w:p>
        </w:tc>
        <w:tc>
          <w:tcPr>
            <w:tcW w:w="1953" w:type="dxa"/>
          </w:tcPr>
          <w:p w14:paraId="232913DD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التعريفات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والأبعاد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واضحة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نظريًا،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لكن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القياس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غير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معروض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في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جدول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منظم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79EBBE7D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أضف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جدول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تعريفات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وجدول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قياس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يوضح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الأبعاد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والمصادر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وأوجه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التكييف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8F1DDF" w14:paraId="4F931361" w14:textId="77777777" w:rsidTr="00F248D4">
        <w:trPr>
          <w:jc w:val="center"/>
        </w:trPr>
        <w:tc>
          <w:tcPr>
            <w:tcW w:w="1005" w:type="dxa"/>
            <w:vAlign w:val="center"/>
          </w:tcPr>
          <w:p w14:paraId="33D839BA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الحِجاج والاتساق</w:t>
            </w:r>
          </w:p>
        </w:tc>
        <w:tc>
          <w:tcPr>
            <w:tcW w:w="2702" w:type="dxa"/>
          </w:tcPr>
          <w:p w14:paraId="092B76BB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  <w:rtl/>
              </w:rPr>
              <w:t>فقرات: ادعاء</w:t>
            </w:r>
            <w:r w:rsidRPr="008F1DDF">
              <w:rPr>
                <w:rFonts w:ascii="Times New Roman" w:hAnsi="Times New Roman" w:cs="Times New Roman" w:hint="cs"/>
                <w:rtl/>
              </w:rPr>
              <w:t>→</w:t>
            </w:r>
            <w:r w:rsidRPr="008F1DDF">
              <w:rPr>
                <w:rFonts w:ascii="Simplified Arabic" w:hAnsi="Simplified Arabic" w:cs="Simplified Arabic"/>
                <w:rtl/>
              </w:rPr>
              <w:t>دليل</w:t>
            </w:r>
            <w:r w:rsidRPr="008F1DDF">
              <w:rPr>
                <w:rFonts w:ascii="Times New Roman" w:hAnsi="Times New Roman" w:cs="Times New Roman" w:hint="cs"/>
                <w:rtl/>
              </w:rPr>
              <w:t>→</w:t>
            </w:r>
            <w:r w:rsidRPr="008F1DDF">
              <w:rPr>
                <w:rFonts w:ascii="Simplified Arabic" w:hAnsi="Simplified Arabic" w:cs="Simplified Arabic"/>
                <w:rtl/>
              </w:rPr>
              <w:t>تحليل</w:t>
            </w:r>
            <w:r w:rsidRPr="008F1DDF">
              <w:rPr>
                <w:rFonts w:ascii="Times New Roman" w:hAnsi="Times New Roman" w:cs="Times New Roman" w:hint="cs"/>
                <w:rtl/>
              </w:rPr>
              <w:t>→</w:t>
            </w:r>
            <w:r w:rsidRPr="008F1DDF">
              <w:rPr>
                <w:rFonts w:ascii="Simplified Arabic" w:hAnsi="Simplified Arabic" w:cs="Simplified Arabic"/>
                <w:rtl/>
              </w:rPr>
              <w:t>ربط، مع انتقالات وتجنب التكرار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63769576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4</w:t>
            </w:r>
          </w:p>
        </w:tc>
        <w:tc>
          <w:tcPr>
            <w:tcW w:w="1953" w:type="dxa"/>
          </w:tcPr>
          <w:p w14:paraId="5750AC2E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الحجة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العلمية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متماسكة،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والفقرات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في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معظمها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مبنية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بصورة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منطقية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4CEA3228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اكتفِ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بمراجعة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محدودة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لتخفيف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التكرار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وتحسين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بعض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الانتقالات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8F1DDF" w14:paraId="75DCD695" w14:textId="77777777" w:rsidTr="00F248D4">
        <w:trPr>
          <w:jc w:val="center"/>
        </w:trPr>
        <w:tc>
          <w:tcPr>
            <w:tcW w:w="1005" w:type="dxa"/>
            <w:vAlign w:val="center"/>
          </w:tcPr>
          <w:p w14:paraId="585B4AD3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الفجوة والفرضيات</w:t>
            </w:r>
          </w:p>
        </w:tc>
        <w:tc>
          <w:tcPr>
            <w:tcW w:w="2702" w:type="dxa"/>
          </w:tcPr>
          <w:p w14:paraId="415271A5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  <w:rtl/>
              </w:rPr>
              <w:t>فجوة واضحة ومترجمة لأسئلة/فرضيات ونموذج مفاهيمي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12DE9D7D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4</w:t>
            </w:r>
          </w:p>
        </w:tc>
        <w:tc>
          <w:tcPr>
            <w:tcW w:w="1953" w:type="dxa"/>
          </w:tcPr>
          <w:p w14:paraId="014C7006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الفجوة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واضحة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ومترجمة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لنموذج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مفاهيمي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واختبار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للفرضيات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بصورة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جيدة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6C723EB7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حافظ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على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الصياغة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الحالية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مع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تنقيح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نهائي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بسيط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8F1DDF" w14:paraId="05426840" w14:textId="77777777" w:rsidTr="00F248D4">
        <w:trPr>
          <w:jc w:val="center"/>
        </w:trPr>
        <w:tc>
          <w:tcPr>
            <w:tcW w:w="1005" w:type="dxa"/>
            <w:vAlign w:val="center"/>
          </w:tcPr>
          <w:p w14:paraId="34211149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lastRenderedPageBreak/>
              <w:t>التوثيق واللغة</w:t>
            </w:r>
          </w:p>
        </w:tc>
        <w:tc>
          <w:tcPr>
            <w:tcW w:w="2702" w:type="dxa"/>
          </w:tcPr>
          <w:p w14:paraId="73A0DA6F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  <w:rtl/>
              </w:rPr>
              <w:t>توثيق</w:t>
            </w:r>
            <w:r w:rsidRPr="008F1DDF">
              <w:rPr>
                <w:rFonts w:ascii="Simplified Arabic" w:hAnsi="Simplified Arabic" w:cs="Simplified Arabic"/>
              </w:rPr>
              <w:t xml:space="preserve"> APA </w:t>
            </w:r>
            <w:r w:rsidRPr="008F1DDF">
              <w:rPr>
                <w:rFonts w:ascii="Simplified Arabic" w:hAnsi="Simplified Arabic" w:cs="Simplified Arabic"/>
                <w:rtl/>
              </w:rPr>
              <w:t>متسق ولغة أكاديمية سليمة ومصطلحات ثابتة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7CE8C803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3</w:t>
            </w:r>
          </w:p>
        </w:tc>
        <w:tc>
          <w:tcPr>
            <w:tcW w:w="1953" w:type="dxa"/>
          </w:tcPr>
          <w:p w14:paraId="094E0651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اللغة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جيدة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عمومًا،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مع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حاجة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إلى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مراجعة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نهائية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للتوثيق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وتوحيد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بعض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الصيغ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11550235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نفّذ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تدقيقًا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شكليًا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ولغويًا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أخيرًا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قبل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الاعتماد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</w:tr>
      <w:tr w:rsidR="00F248D4" w:rsidRPr="008F1DDF" w14:paraId="42343BA1" w14:textId="77777777" w:rsidTr="00763EF4">
        <w:trPr>
          <w:jc w:val="center"/>
        </w:trPr>
        <w:tc>
          <w:tcPr>
            <w:tcW w:w="3707" w:type="dxa"/>
            <w:gridSpan w:val="2"/>
            <w:vAlign w:val="center"/>
          </w:tcPr>
          <w:p w14:paraId="5FA60D2E" w14:textId="77777777" w:rsidR="00F248D4" w:rsidRPr="008F1DDF" w:rsidRDefault="00F248D4" w:rsidP="008F1DDF">
            <w:pPr>
              <w:bidi/>
              <w:rPr>
                <w:rFonts w:ascii="Simplified Arabic" w:hAnsi="Simplified Arabic" w:cs="Simplified Arabic"/>
                <w:rtl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ملاحظات اخرى</w:t>
            </w:r>
          </w:p>
        </w:tc>
        <w:tc>
          <w:tcPr>
            <w:tcW w:w="1417" w:type="dxa"/>
          </w:tcPr>
          <w:p w14:paraId="005484D1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—</w:t>
            </w:r>
          </w:p>
        </w:tc>
        <w:tc>
          <w:tcPr>
            <w:tcW w:w="1953" w:type="dxa"/>
          </w:tcPr>
          <w:p w14:paraId="4577F701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إضافة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جدول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ربط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النظرية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بالفرضيات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سيزيد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قوة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الانتقال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إلى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الفصل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الثالث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ويختصر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كثيرًا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التكرار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التفسيري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264BBA3B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يؤخذ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بهذه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الم</w:t>
            </w:r>
            <w:r w:rsidRPr="008F1DDF">
              <w:rPr>
                <w:rFonts w:ascii="Simplified Arabic" w:hAnsi="Simplified Arabic" w:cs="Simplified Arabic"/>
              </w:rPr>
              <w:t>لاحظة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عند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المراجعة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النهائية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للفصل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</w:tr>
    </w:tbl>
    <w:p w14:paraId="68E0734A" w14:textId="77777777" w:rsidR="001E4994" w:rsidRPr="008F1DDF" w:rsidRDefault="00B5241A" w:rsidP="008F1DDF">
      <w:pPr>
        <w:bidi/>
        <w:rPr>
          <w:rFonts w:ascii="Simplified Arabic" w:hAnsi="Simplified Arabic" w:cs="Simplified Arabic"/>
        </w:rPr>
      </w:pPr>
      <w:r w:rsidRPr="008F1DDF">
        <w:rPr>
          <w:rFonts w:ascii="Simplified Arabic" w:hAnsi="Simplified Arabic" w:cs="Simplified Arabic"/>
        </w:rPr>
        <w:br w:type="page"/>
      </w:r>
    </w:p>
    <w:p w14:paraId="05B3DBFE" w14:textId="77777777" w:rsidR="002D106E" w:rsidRPr="008F1DDF" w:rsidRDefault="002D106E" w:rsidP="008F1DDF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8F1DDF">
        <w:rPr>
          <w:rFonts w:ascii="Simplified Arabic" w:eastAsia="Arial" w:hAnsi="Simplified Arabic" w:cs="Simplified Arabic"/>
          <w:b/>
          <w:bCs/>
          <w:rtl/>
        </w:rPr>
        <w:lastRenderedPageBreak/>
        <w:t>جدول تدقيق الالتزام وإرشادات الإغلاق (0–2)</w:t>
      </w:r>
    </w:p>
    <w:p w14:paraId="600B4749" w14:textId="77777777" w:rsidR="001E4994" w:rsidRPr="008F1DDF" w:rsidRDefault="002D106E" w:rsidP="008F1DDF">
      <w:pPr>
        <w:bidi/>
        <w:rPr>
          <w:rFonts w:ascii="Simplified Arabic" w:hAnsi="Simplified Arabic" w:cs="Simplified Arabic"/>
          <w:b/>
          <w:bCs/>
        </w:rPr>
      </w:pPr>
      <w:r w:rsidRPr="008F1DDF">
        <w:rPr>
          <w:rFonts w:ascii="Simplified Arabic" w:hAnsi="Simplified Arabic" w:cs="Simplified Arabic"/>
          <w:b/>
          <w:bCs/>
          <w:rtl/>
        </w:rPr>
        <w:t>مفتاح درجة الالتزام: 0 = غير موجود/غير صحيح | 1 = موجود لكنه ضعيف/غير مكتمل | 2 = مكتمل ومتماسك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46"/>
        <w:gridCol w:w="1886"/>
        <w:gridCol w:w="3088"/>
        <w:gridCol w:w="968"/>
        <w:gridCol w:w="969"/>
        <w:gridCol w:w="1623"/>
        <w:gridCol w:w="982"/>
      </w:tblGrid>
      <w:tr w:rsidR="002D106E" w:rsidRPr="008F1DDF" w14:paraId="5836781B" w14:textId="77777777" w:rsidTr="002D106E">
        <w:trPr>
          <w:jc w:val="center"/>
        </w:trPr>
        <w:tc>
          <w:tcPr>
            <w:tcW w:w="447" w:type="dxa"/>
            <w:shd w:val="clear" w:color="auto" w:fill="D9E1F2"/>
          </w:tcPr>
          <w:p w14:paraId="2BBA9536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</w:rPr>
            </w:pPr>
            <w:proofErr w:type="spellStart"/>
            <w:r w:rsidRPr="008F1DDF">
              <w:rPr>
                <w:rFonts w:ascii="Simplified Arabic" w:eastAsia="Arial" w:hAnsi="Simplified Arabic" w:cs="Simplified Arabic"/>
                <w:b/>
                <w:sz w:val="20"/>
              </w:rPr>
              <w:t>رقم</w:t>
            </w:r>
            <w:proofErr w:type="spellEnd"/>
          </w:p>
        </w:tc>
        <w:tc>
          <w:tcPr>
            <w:tcW w:w="1914" w:type="dxa"/>
            <w:shd w:val="clear" w:color="auto" w:fill="D9E1F2"/>
            <w:vAlign w:val="center"/>
          </w:tcPr>
          <w:p w14:paraId="2FFAFC5B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جوهر المتطلب/المعيار</w:t>
            </w:r>
          </w:p>
        </w:tc>
        <w:tc>
          <w:tcPr>
            <w:tcW w:w="3201" w:type="dxa"/>
            <w:shd w:val="clear" w:color="auto" w:fill="D9E1F2"/>
            <w:vAlign w:val="center"/>
          </w:tcPr>
          <w:p w14:paraId="4AAFEA54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الدليل من نص الطالب (اقتباس/صفحة)</w:t>
            </w:r>
          </w:p>
        </w:tc>
        <w:tc>
          <w:tcPr>
            <w:tcW w:w="990" w:type="dxa"/>
            <w:shd w:val="clear" w:color="auto" w:fill="D9E1F2"/>
            <w:vAlign w:val="center"/>
          </w:tcPr>
          <w:p w14:paraId="59BD65FE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درجة الالتزام (0–2)</w:t>
            </w:r>
          </w:p>
        </w:tc>
        <w:tc>
          <w:tcPr>
            <w:tcW w:w="980" w:type="dxa"/>
            <w:shd w:val="clear" w:color="auto" w:fill="D9E1F2"/>
            <w:vAlign w:val="center"/>
          </w:tcPr>
          <w:p w14:paraId="51FE9412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الأهمية</w:t>
            </w:r>
          </w:p>
        </w:tc>
        <w:tc>
          <w:tcPr>
            <w:tcW w:w="1652" w:type="dxa"/>
            <w:shd w:val="clear" w:color="auto" w:fill="D9E1F2"/>
            <w:vAlign w:val="center"/>
          </w:tcPr>
          <w:p w14:paraId="2E83455D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إرشادات الإغلاق (خطوات تنفيذ)</w:t>
            </w:r>
          </w:p>
        </w:tc>
        <w:tc>
          <w:tcPr>
            <w:tcW w:w="1004" w:type="dxa"/>
            <w:shd w:val="clear" w:color="auto" w:fill="D9E1F2"/>
            <w:vAlign w:val="center"/>
          </w:tcPr>
          <w:p w14:paraId="7D08DDEB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القرار</w:t>
            </w:r>
          </w:p>
        </w:tc>
      </w:tr>
      <w:tr w:rsidR="002D106E" w:rsidRPr="008F1DDF" w14:paraId="40A76AEF" w14:textId="77777777" w:rsidTr="002D106E">
        <w:trPr>
          <w:jc w:val="center"/>
        </w:trPr>
        <w:tc>
          <w:tcPr>
            <w:tcW w:w="447" w:type="dxa"/>
            <w:vAlign w:val="center"/>
          </w:tcPr>
          <w:p w14:paraId="3CAA87D7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eastAsia="Arial" w:hAnsi="Simplified Arabic" w:cs="Simplified Arabic"/>
                <w:bCs/>
                <w:sz w:val="20"/>
              </w:rPr>
              <w:t>1</w:t>
            </w:r>
          </w:p>
        </w:tc>
        <w:tc>
          <w:tcPr>
            <w:tcW w:w="1914" w:type="dxa"/>
            <w:vAlign w:val="center"/>
          </w:tcPr>
          <w:p w14:paraId="752A0963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hAnsi="Simplified Arabic" w:cs="Simplified Arabic"/>
                <w:bCs/>
                <w:rtl/>
              </w:rPr>
              <w:t>تمهيد يوضح هدف الفصل وخريطته</w:t>
            </w:r>
          </w:p>
        </w:tc>
        <w:tc>
          <w:tcPr>
            <w:tcW w:w="3201" w:type="dxa"/>
          </w:tcPr>
          <w:p w14:paraId="68B70356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يبدأ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الفصل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مباشرة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بـ</w:t>
            </w:r>
            <w:r w:rsidRPr="008F1DDF">
              <w:rPr>
                <w:rFonts w:ascii="Simplified Arabic" w:hAnsi="Simplified Arabic" w:cs="Simplified Arabic"/>
              </w:rPr>
              <w:t>«</w:t>
            </w:r>
            <w:r w:rsidRPr="008F1DDF">
              <w:rPr>
                <w:rFonts w:ascii="Simplified Arabic" w:hAnsi="Simplified Arabic" w:cs="Simplified Arabic"/>
              </w:rPr>
              <w:t>الفصل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الثاني</w:t>
            </w:r>
            <w:r w:rsidRPr="008F1DDF">
              <w:rPr>
                <w:rFonts w:ascii="Simplified Arabic" w:hAnsi="Simplified Arabic" w:cs="Simplified Arabic"/>
              </w:rPr>
              <w:t xml:space="preserve"> ... </w:t>
            </w:r>
            <w:r w:rsidRPr="008F1DDF">
              <w:rPr>
                <w:rFonts w:ascii="Simplified Arabic" w:hAnsi="Simplified Arabic" w:cs="Simplified Arabic"/>
              </w:rPr>
              <w:t>المحور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الأول</w:t>
            </w:r>
            <w:r w:rsidRPr="008F1DDF">
              <w:rPr>
                <w:rFonts w:ascii="Simplified Arabic" w:hAnsi="Simplified Arabic" w:cs="Simplified Arabic"/>
              </w:rPr>
              <w:t xml:space="preserve">: </w:t>
            </w:r>
            <w:r w:rsidRPr="008F1DDF">
              <w:rPr>
                <w:rFonts w:ascii="Simplified Arabic" w:hAnsi="Simplified Arabic" w:cs="Simplified Arabic"/>
              </w:rPr>
              <w:t>الإطار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النظري</w:t>
            </w:r>
            <w:r w:rsidRPr="008F1DDF">
              <w:rPr>
                <w:rFonts w:ascii="Simplified Arabic" w:hAnsi="Simplified Arabic" w:cs="Simplified Arabic"/>
              </w:rPr>
              <w:t xml:space="preserve">» </w:t>
            </w:r>
            <w:r w:rsidRPr="008F1DDF">
              <w:rPr>
                <w:rFonts w:ascii="Simplified Arabic" w:hAnsi="Simplified Arabic" w:cs="Simplified Arabic"/>
              </w:rPr>
              <w:t>دون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تمهيد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مستقل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يشرح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الخريطة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5007FB7E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980" w:type="dxa"/>
          </w:tcPr>
          <w:p w14:paraId="5D47F746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متوسطة</w:t>
            </w:r>
          </w:p>
        </w:tc>
        <w:tc>
          <w:tcPr>
            <w:tcW w:w="1652" w:type="dxa"/>
          </w:tcPr>
          <w:p w14:paraId="2CE624DA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أضف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فقرة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افتتاحية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قصيرة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تحدد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الهدف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والمحاور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ومنهج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المراجعة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142092AB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جزئي</w:t>
            </w:r>
          </w:p>
        </w:tc>
      </w:tr>
      <w:tr w:rsidR="002D106E" w:rsidRPr="008F1DDF" w14:paraId="1F0D64FA" w14:textId="77777777" w:rsidTr="002D106E">
        <w:trPr>
          <w:jc w:val="center"/>
        </w:trPr>
        <w:tc>
          <w:tcPr>
            <w:tcW w:w="447" w:type="dxa"/>
            <w:vAlign w:val="center"/>
          </w:tcPr>
          <w:p w14:paraId="71BE313B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eastAsia="Arial" w:hAnsi="Simplified Arabic" w:cs="Simplified Arabic"/>
                <w:bCs/>
                <w:sz w:val="20"/>
              </w:rPr>
              <w:t>2</w:t>
            </w:r>
          </w:p>
        </w:tc>
        <w:tc>
          <w:tcPr>
            <w:tcW w:w="1914" w:type="dxa"/>
            <w:vAlign w:val="center"/>
          </w:tcPr>
          <w:p w14:paraId="28739F8B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hAnsi="Simplified Arabic" w:cs="Simplified Arabic"/>
                <w:bCs/>
                <w:rtl/>
              </w:rPr>
              <w:t>منهج مراجعة الأدبيات</w:t>
            </w:r>
          </w:p>
        </w:tc>
        <w:tc>
          <w:tcPr>
            <w:tcW w:w="3201" w:type="dxa"/>
          </w:tcPr>
          <w:p w14:paraId="76BC5BC1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لا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توجد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فقرة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صريحة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تشرح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منهج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مراجعة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الأدبيات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أو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معايير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اختيار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الدراسات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3318E729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0</w:t>
            </w:r>
          </w:p>
        </w:tc>
        <w:tc>
          <w:tcPr>
            <w:tcW w:w="980" w:type="dxa"/>
          </w:tcPr>
          <w:p w14:paraId="5D68E709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1C7427A0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أضف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فقرة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مستقلة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بعنوان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واضح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قبل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عرض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المباحث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2F20F96C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غير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مكتمل</w:t>
            </w:r>
          </w:p>
        </w:tc>
      </w:tr>
      <w:tr w:rsidR="002D106E" w:rsidRPr="008F1DDF" w14:paraId="17F1601B" w14:textId="77777777" w:rsidTr="002D106E">
        <w:trPr>
          <w:jc w:val="center"/>
        </w:trPr>
        <w:tc>
          <w:tcPr>
            <w:tcW w:w="447" w:type="dxa"/>
            <w:vAlign w:val="center"/>
          </w:tcPr>
          <w:p w14:paraId="5FE77BE6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eastAsia="Arial" w:hAnsi="Simplified Arabic" w:cs="Simplified Arabic"/>
                <w:bCs/>
                <w:sz w:val="20"/>
              </w:rPr>
              <w:t>3</w:t>
            </w:r>
          </w:p>
        </w:tc>
        <w:tc>
          <w:tcPr>
            <w:tcW w:w="1914" w:type="dxa"/>
            <w:vAlign w:val="center"/>
          </w:tcPr>
          <w:p w14:paraId="4E88FF6B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hAnsi="Simplified Arabic" w:cs="Simplified Arabic"/>
                <w:bCs/>
                <w:rtl/>
              </w:rPr>
              <w:t>إطار/إطاران نظريان محوريان</w:t>
            </w:r>
          </w:p>
        </w:tc>
        <w:tc>
          <w:tcPr>
            <w:tcW w:w="3201" w:type="dxa"/>
          </w:tcPr>
          <w:p w14:paraId="78BB960B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«</w:t>
            </w:r>
            <w:r w:rsidRPr="008F1DDF">
              <w:rPr>
                <w:rFonts w:ascii="Simplified Arabic" w:hAnsi="Simplified Arabic" w:cs="Simplified Arabic"/>
              </w:rPr>
              <w:t>تمثل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القيادة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التشاركية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تقاطعًا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بين</w:t>
            </w:r>
            <w:r w:rsidRPr="008F1DDF">
              <w:rPr>
                <w:rFonts w:ascii="Simplified Arabic" w:hAnsi="Simplified Arabic" w:cs="Simplified Arabic"/>
              </w:rPr>
              <w:t xml:space="preserve"> ... </w:t>
            </w:r>
            <w:r w:rsidRPr="008F1DDF">
              <w:rPr>
                <w:rFonts w:ascii="Simplified Arabic" w:hAnsi="Simplified Arabic" w:cs="Simplified Arabic"/>
              </w:rPr>
              <w:t>القيادة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التحويلية،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ونظرية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التبادل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الاجتماعي</w:t>
            </w:r>
            <w:r w:rsidRPr="008F1DDF">
              <w:rPr>
                <w:rFonts w:ascii="Simplified Arabic" w:hAnsi="Simplified Arabic" w:cs="Simplified Arabic"/>
              </w:rPr>
              <w:t xml:space="preserve"> ...»</w:t>
            </w:r>
          </w:p>
        </w:tc>
        <w:tc>
          <w:tcPr>
            <w:tcW w:w="990" w:type="dxa"/>
          </w:tcPr>
          <w:p w14:paraId="4F780C98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2</w:t>
            </w:r>
          </w:p>
        </w:tc>
        <w:tc>
          <w:tcPr>
            <w:tcW w:w="980" w:type="dxa"/>
          </w:tcPr>
          <w:p w14:paraId="4B8812F0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3E4B545C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مستوفى؛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استمر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في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إبراز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النظرية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الأكثر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مباشرة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للعلاقة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6AF018B9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مكتمل</w:t>
            </w:r>
          </w:p>
        </w:tc>
      </w:tr>
      <w:tr w:rsidR="002D106E" w:rsidRPr="008F1DDF" w14:paraId="5D415429" w14:textId="77777777" w:rsidTr="002D106E">
        <w:trPr>
          <w:jc w:val="center"/>
        </w:trPr>
        <w:tc>
          <w:tcPr>
            <w:tcW w:w="447" w:type="dxa"/>
            <w:vAlign w:val="center"/>
          </w:tcPr>
          <w:p w14:paraId="220098B1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eastAsia="Arial" w:hAnsi="Simplified Arabic" w:cs="Simplified Arabic"/>
                <w:bCs/>
                <w:sz w:val="20"/>
              </w:rPr>
              <w:t>4</w:t>
            </w:r>
          </w:p>
        </w:tc>
        <w:tc>
          <w:tcPr>
            <w:tcW w:w="1914" w:type="dxa"/>
            <w:vAlign w:val="center"/>
          </w:tcPr>
          <w:p w14:paraId="0BEE9093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hAnsi="Simplified Arabic" w:cs="Simplified Arabic"/>
                <w:bCs/>
                <w:rtl/>
              </w:rPr>
              <w:t>شرح الآليات التفسيرية</w:t>
            </w:r>
          </w:p>
        </w:tc>
        <w:tc>
          <w:tcPr>
            <w:tcW w:w="3201" w:type="dxa"/>
          </w:tcPr>
          <w:p w14:paraId="5A2D1BD0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«</w:t>
            </w:r>
            <w:r w:rsidRPr="008F1DDF">
              <w:rPr>
                <w:rFonts w:ascii="Simplified Arabic" w:hAnsi="Simplified Arabic" w:cs="Simplified Arabic"/>
              </w:rPr>
              <w:t>المشاركة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تعزز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الثقة</w:t>
            </w:r>
            <w:r w:rsidRPr="008F1DDF">
              <w:rPr>
                <w:rFonts w:ascii="Simplified Arabic" w:hAnsi="Simplified Arabic" w:cs="Simplified Arabic"/>
              </w:rPr>
              <w:t xml:space="preserve"> ... </w:t>
            </w:r>
            <w:r w:rsidRPr="008F1DDF">
              <w:rPr>
                <w:rFonts w:ascii="Simplified Arabic" w:hAnsi="Simplified Arabic" w:cs="Simplified Arabic"/>
              </w:rPr>
              <w:t>وتشكل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القيم</w:t>
            </w:r>
            <w:r w:rsidRPr="008F1DDF">
              <w:rPr>
                <w:rFonts w:ascii="Simplified Arabic" w:hAnsi="Simplified Arabic" w:cs="Simplified Arabic"/>
              </w:rPr>
              <w:t xml:space="preserve"> ...» </w:t>
            </w:r>
            <w:r w:rsidRPr="008F1DDF">
              <w:rPr>
                <w:rFonts w:ascii="Simplified Arabic" w:hAnsi="Simplified Arabic" w:cs="Simplified Arabic"/>
              </w:rPr>
              <w:t>و</w:t>
            </w:r>
            <w:r w:rsidRPr="008F1DDF">
              <w:rPr>
                <w:rFonts w:ascii="Simplified Arabic" w:hAnsi="Simplified Arabic" w:cs="Simplified Arabic"/>
              </w:rPr>
              <w:t>«</w:t>
            </w:r>
            <w:r w:rsidRPr="008F1DDF">
              <w:rPr>
                <w:rFonts w:ascii="Simplified Arabic" w:hAnsi="Simplified Arabic" w:cs="Simplified Arabic"/>
              </w:rPr>
              <w:t>تفسر</w:t>
            </w:r>
            <w:r w:rsidRPr="008F1DDF">
              <w:rPr>
                <w:rFonts w:ascii="Simplified Arabic" w:hAnsi="Simplified Arabic" w:cs="Simplified Arabic"/>
              </w:rPr>
              <w:t xml:space="preserve"> ... </w:t>
            </w:r>
            <w:r w:rsidRPr="008F1DDF">
              <w:rPr>
                <w:rFonts w:ascii="Simplified Arabic" w:hAnsi="Simplified Arabic" w:cs="Simplified Arabic"/>
              </w:rPr>
              <w:t>كيف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تتحول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ممارسات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المشاركة</w:t>
            </w:r>
            <w:r w:rsidRPr="008F1DDF">
              <w:rPr>
                <w:rFonts w:ascii="Simplified Arabic" w:hAnsi="Simplified Arabic" w:cs="Simplified Arabic"/>
              </w:rPr>
              <w:t xml:space="preserve"> ... </w:t>
            </w:r>
            <w:r w:rsidRPr="008F1DDF">
              <w:rPr>
                <w:rFonts w:ascii="Simplified Arabic" w:hAnsi="Simplified Arabic" w:cs="Simplified Arabic"/>
              </w:rPr>
              <w:t>إلى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قيم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ثقافية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راسخة</w:t>
            </w:r>
            <w:r w:rsidRPr="008F1DDF">
              <w:rPr>
                <w:rFonts w:ascii="Simplified Arabic" w:hAnsi="Simplified Arabic" w:cs="Simplified Arabic"/>
              </w:rPr>
              <w:t>»</w:t>
            </w:r>
          </w:p>
        </w:tc>
        <w:tc>
          <w:tcPr>
            <w:tcW w:w="990" w:type="dxa"/>
          </w:tcPr>
          <w:p w14:paraId="0F90CE30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2</w:t>
            </w:r>
          </w:p>
        </w:tc>
        <w:tc>
          <w:tcPr>
            <w:tcW w:w="980" w:type="dxa"/>
          </w:tcPr>
          <w:p w14:paraId="4142AFD3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مرتفع</w:t>
            </w:r>
            <w:r w:rsidRPr="008F1DDF">
              <w:rPr>
                <w:rFonts w:ascii="Simplified Arabic" w:hAnsi="Simplified Arabic" w:cs="Simplified Arabic"/>
              </w:rPr>
              <w:t>ة</w:t>
            </w:r>
          </w:p>
        </w:tc>
        <w:tc>
          <w:tcPr>
            <w:tcW w:w="1652" w:type="dxa"/>
          </w:tcPr>
          <w:p w14:paraId="366007D2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مستوفى؛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يمكن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فقط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إحكام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الاختصار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في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بعض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المواضع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1D18D8C9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مكتمل</w:t>
            </w:r>
          </w:p>
        </w:tc>
      </w:tr>
      <w:tr w:rsidR="002D106E" w:rsidRPr="008F1DDF" w14:paraId="38ECA938" w14:textId="77777777" w:rsidTr="002D106E">
        <w:trPr>
          <w:jc w:val="center"/>
        </w:trPr>
        <w:tc>
          <w:tcPr>
            <w:tcW w:w="447" w:type="dxa"/>
            <w:vAlign w:val="center"/>
          </w:tcPr>
          <w:p w14:paraId="2E468B20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eastAsia="Arial" w:hAnsi="Simplified Arabic" w:cs="Simplified Arabic"/>
                <w:bCs/>
                <w:sz w:val="20"/>
              </w:rPr>
              <w:t>5</w:t>
            </w:r>
          </w:p>
        </w:tc>
        <w:tc>
          <w:tcPr>
            <w:tcW w:w="1914" w:type="dxa"/>
            <w:vAlign w:val="center"/>
          </w:tcPr>
          <w:p w14:paraId="6354297B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hAnsi="Simplified Arabic" w:cs="Simplified Arabic"/>
                <w:bCs/>
                <w:rtl/>
              </w:rPr>
              <w:t>ثبات تعريفات المتغيرات</w:t>
            </w:r>
          </w:p>
        </w:tc>
        <w:tc>
          <w:tcPr>
            <w:tcW w:w="3201" w:type="dxa"/>
          </w:tcPr>
          <w:p w14:paraId="2EC8523D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«</w:t>
            </w:r>
            <w:r w:rsidRPr="008F1DDF">
              <w:rPr>
                <w:rFonts w:ascii="Simplified Arabic" w:hAnsi="Simplified Arabic" w:cs="Simplified Arabic"/>
              </w:rPr>
              <w:t>يمكن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تحديد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القيادة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التشاركية</w:t>
            </w:r>
            <w:r w:rsidRPr="008F1DDF">
              <w:rPr>
                <w:rFonts w:ascii="Simplified Arabic" w:hAnsi="Simplified Arabic" w:cs="Simplified Arabic"/>
              </w:rPr>
              <w:t xml:space="preserve"> ...» </w:t>
            </w:r>
            <w:r w:rsidRPr="008F1DDF">
              <w:rPr>
                <w:rFonts w:ascii="Simplified Arabic" w:hAnsi="Simplified Arabic" w:cs="Simplified Arabic"/>
              </w:rPr>
              <w:t>و</w:t>
            </w:r>
            <w:r w:rsidRPr="008F1DDF">
              <w:rPr>
                <w:rFonts w:ascii="Simplified Arabic" w:hAnsi="Simplified Arabic" w:cs="Simplified Arabic"/>
              </w:rPr>
              <w:t>«</w:t>
            </w:r>
            <w:r w:rsidRPr="008F1DDF">
              <w:rPr>
                <w:rFonts w:ascii="Simplified Arabic" w:hAnsi="Simplified Arabic" w:cs="Simplified Arabic"/>
              </w:rPr>
              <w:t>يُعرّف</w:t>
            </w:r>
            <w:r w:rsidRPr="008F1DDF">
              <w:rPr>
                <w:rFonts w:ascii="Simplified Arabic" w:hAnsi="Simplified Arabic" w:cs="Simplified Arabic"/>
              </w:rPr>
              <w:t xml:space="preserve"> Schein </w:t>
            </w:r>
            <w:r w:rsidRPr="008F1DDF">
              <w:rPr>
                <w:rFonts w:ascii="Simplified Arabic" w:hAnsi="Simplified Arabic" w:cs="Simplified Arabic"/>
              </w:rPr>
              <w:t>الثقافة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التنظيمية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بأنها</w:t>
            </w:r>
            <w:r w:rsidRPr="008F1DDF">
              <w:rPr>
                <w:rFonts w:ascii="Simplified Arabic" w:hAnsi="Simplified Arabic" w:cs="Simplified Arabic"/>
              </w:rPr>
              <w:t xml:space="preserve"> ...»</w:t>
            </w:r>
          </w:p>
        </w:tc>
        <w:tc>
          <w:tcPr>
            <w:tcW w:w="990" w:type="dxa"/>
          </w:tcPr>
          <w:p w14:paraId="5607BFFB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2</w:t>
            </w:r>
          </w:p>
        </w:tc>
        <w:tc>
          <w:tcPr>
            <w:tcW w:w="980" w:type="dxa"/>
          </w:tcPr>
          <w:p w14:paraId="025CE784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412A5293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مستوفى؛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ثبّت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هذه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التعريفات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بصيغة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نهائية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قبل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الفصل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المنهجي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0FAE9DE9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مكتمل</w:t>
            </w:r>
          </w:p>
        </w:tc>
      </w:tr>
      <w:tr w:rsidR="002D106E" w:rsidRPr="008F1DDF" w14:paraId="6CD22942" w14:textId="77777777" w:rsidTr="002D106E">
        <w:trPr>
          <w:jc w:val="center"/>
        </w:trPr>
        <w:tc>
          <w:tcPr>
            <w:tcW w:w="447" w:type="dxa"/>
            <w:vAlign w:val="center"/>
          </w:tcPr>
          <w:p w14:paraId="6A249E4F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eastAsia="Arial" w:hAnsi="Simplified Arabic" w:cs="Simplified Arabic"/>
                <w:bCs/>
                <w:sz w:val="20"/>
              </w:rPr>
              <w:t>6</w:t>
            </w:r>
          </w:p>
        </w:tc>
        <w:tc>
          <w:tcPr>
            <w:tcW w:w="1914" w:type="dxa"/>
            <w:vAlign w:val="center"/>
          </w:tcPr>
          <w:p w14:paraId="19DA3C28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hAnsi="Simplified Arabic" w:cs="Simplified Arabic"/>
                <w:bCs/>
                <w:rtl/>
              </w:rPr>
              <w:t>منطق القياس والأبعاد</w:t>
            </w:r>
          </w:p>
        </w:tc>
        <w:tc>
          <w:tcPr>
            <w:tcW w:w="3201" w:type="dxa"/>
          </w:tcPr>
          <w:p w14:paraId="64427CE2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الأبعاد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النظرية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واضحة،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لكن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يوجد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جدول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قياس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منظم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يربطها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بالأداة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والمصدر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65BDC656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980" w:type="dxa"/>
          </w:tcPr>
          <w:p w14:paraId="3C6EC216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00188E9A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أضف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جدول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تعريفات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وقياس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للأبعاد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ومصادر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البنود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49235DCC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جزئي</w:t>
            </w:r>
          </w:p>
        </w:tc>
      </w:tr>
      <w:tr w:rsidR="002D106E" w:rsidRPr="008F1DDF" w14:paraId="14EF00CC" w14:textId="77777777" w:rsidTr="002D106E">
        <w:trPr>
          <w:jc w:val="center"/>
        </w:trPr>
        <w:tc>
          <w:tcPr>
            <w:tcW w:w="447" w:type="dxa"/>
            <w:vAlign w:val="center"/>
          </w:tcPr>
          <w:p w14:paraId="5585C1C3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eastAsia="Arial" w:hAnsi="Simplified Arabic" w:cs="Simplified Arabic"/>
                <w:bCs/>
                <w:sz w:val="20"/>
              </w:rPr>
              <w:t>7</w:t>
            </w:r>
          </w:p>
        </w:tc>
        <w:tc>
          <w:tcPr>
            <w:tcW w:w="1914" w:type="dxa"/>
            <w:vAlign w:val="center"/>
          </w:tcPr>
          <w:p w14:paraId="07672831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hAnsi="Simplified Arabic" w:cs="Simplified Arabic"/>
                <w:bCs/>
                <w:rtl/>
              </w:rPr>
              <w:t>تنظيم الأدبيات حسب محاور</w:t>
            </w:r>
          </w:p>
        </w:tc>
        <w:tc>
          <w:tcPr>
            <w:tcW w:w="3201" w:type="dxa"/>
          </w:tcPr>
          <w:p w14:paraId="1B7D84D1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الفصل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منظم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إلى</w:t>
            </w:r>
            <w:r w:rsidRPr="008F1DDF">
              <w:rPr>
                <w:rFonts w:ascii="Simplified Arabic" w:hAnsi="Simplified Arabic" w:cs="Simplified Arabic"/>
              </w:rPr>
              <w:t xml:space="preserve"> «</w:t>
            </w:r>
            <w:r w:rsidRPr="008F1DDF">
              <w:rPr>
                <w:rFonts w:ascii="Simplified Arabic" w:hAnsi="Simplified Arabic" w:cs="Simplified Arabic"/>
              </w:rPr>
              <w:t>الإطار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النظري</w:t>
            </w:r>
            <w:r w:rsidRPr="008F1DDF">
              <w:rPr>
                <w:rFonts w:ascii="Simplified Arabic" w:hAnsi="Simplified Arabic" w:cs="Simplified Arabic"/>
              </w:rPr>
              <w:t xml:space="preserve">» </w:t>
            </w:r>
            <w:r w:rsidRPr="008F1DDF">
              <w:rPr>
                <w:rFonts w:ascii="Simplified Arabic" w:hAnsi="Simplified Arabic" w:cs="Simplified Arabic"/>
              </w:rPr>
              <w:t>ثم</w:t>
            </w:r>
            <w:r w:rsidRPr="008F1DDF">
              <w:rPr>
                <w:rFonts w:ascii="Simplified Arabic" w:hAnsi="Simplified Arabic" w:cs="Simplified Arabic"/>
              </w:rPr>
              <w:t xml:space="preserve"> «</w:t>
            </w:r>
            <w:r w:rsidRPr="008F1DDF">
              <w:rPr>
                <w:rFonts w:ascii="Simplified Arabic" w:hAnsi="Simplified Arabic" w:cs="Simplified Arabic"/>
              </w:rPr>
              <w:t>الدراسات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السابقة</w:t>
            </w:r>
            <w:r w:rsidRPr="008F1DDF">
              <w:rPr>
                <w:rFonts w:ascii="Simplified Arabic" w:hAnsi="Simplified Arabic" w:cs="Simplified Arabic"/>
              </w:rPr>
              <w:t xml:space="preserve">» </w:t>
            </w:r>
            <w:r w:rsidRPr="008F1DDF">
              <w:rPr>
                <w:rFonts w:ascii="Simplified Arabic" w:hAnsi="Simplified Arabic" w:cs="Simplified Arabic"/>
              </w:rPr>
              <w:t>مع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تقسيمات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فرعية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واضحة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395D156D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2</w:t>
            </w:r>
          </w:p>
        </w:tc>
        <w:tc>
          <w:tcPr>
            <w:tcW w:w="980" w:type="dxa"/>
          </w:tcPr>
          <w:p w14:paraId="430BC5B9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متوسطة</w:t>
            </w:r>
          </w:p>
        </w:tc>
        <w:tc>
          <w:tcPr>
            <w:tcW w:w="1652" w:type="dxa"/>
          </w:tcPr>
          <w:p w14:paraId="35AD1CDB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مستوفى؛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ويمكن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فقط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تعزيز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lastRenderedPageBreak/>
              <w:t>الخلاصة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النهائية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بين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المحاور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4D38BE72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lastRenderedPageBreak/>
              <w:t>مكتمل</w:t>
            </w:r>
          </w:p>
        </w:tc>
      </w:tr>
      <w:tr w:rsidR="002D106E" w:rsidRPr="008F1DDF" w14:paraId="01BFF70B" w14:textId="77777777" w:rsidTr="002D106E">
        <w:trPr>
          <w:jc w:val="center"/>
        </w:trPr>
        <w:tc>
          <w:tcPr>
            <w:tcW w:w="447" w:type="dxa"/>
            <w:vAlign w:val="center"/>
          </w:tcPr>
          <w:p w14:paraId="2FFE3C5F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eastAsia="Arial" w:hAnsi="Simplified Arabic" w:cs="Simplified Arabic"/>
                <w:bCs/>
                <w:sz w:val="20"/>
              </w:rPr>
              <w:t>8</w:t>
            </w:r>
          </w:p>
        </w:tc>
        <w:tc>
          <w:tcPr>
            <w:tcW w:w="1914" w:type="dxa"/>
            <w:vAlign w:val="center"/>
          </w:tcPr>
          <w:p w14:paraId="475ECD12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hAnsi="Simplified Arabic" w:cs="Simplified Arabic"/>
                <w:bCs/>
                <w:rtl/>
              </w:rPr>
              <w:t>إبراز الاتفاق والتعارض</w:t>
            </w:r>
          </w:p>
        </w:tc>
        <w:tc>
          <w:tcPr>
            <w:tcW w:w="3201" w:type="dxa"/>
          </w:tcPr>
          <w:p w14:paraId="1AEE0D19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يوجد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عرض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لنتائج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وحدود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الدراسات،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لكن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التوليف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التجميعي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للاتفاق</w:t>
            </w:r>
            <w:r w:rsidRPr="008F1DDF">
              <w:rPr>
                <w:rFonts w:ascii="Simplified Arabic" w:hAnsi="Simplified Arabic" w:cs="Simplified Arabic"/>
              </w:rPr>
              <w:t>/</w:t>
            </w:r>
            <w:r w:rsidRPr="008F1DDF">
              <w:rPr>
                <w:rFonts w:ascii="Simplified Arabic" w:hAnsi="Simplified Arabic" w:cs="Simplified Arabic"/>
              </w:rPr>
              <w:t>التعارض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يحتاج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مزيدًا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التركيز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39793E97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980" w:type="dxa"/>
          </w:tcPr>
          <w:p w14:paraId="7B62FDC5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1FAE6362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أضف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فقرة</w:t>
            </w:r>
            <w:r w:rsidRPr="008F1DDF">
              <w:rPr>
                <w:rFonts w:ascii="Simplified Arabic" w:hAnsi="Simplified Arabic" w:cs="Simplified Arabic"/>
              </w:rPr>
              <w:t>/</w:t>
            </w:r>
            <w:r w:rsidRPr="008F1DDF">
              <w:rPr>
                <w:rFonts w:ascii="Simplified Arabic" w:hAnsi="Simplified Arabic" w:cs="Simplified Arabic"/>
              </w:rPr>
              <w:t>مصفوفة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تركيبية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تقارن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النتائج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مجرد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عرضها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منفردة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002760FA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جزئي</w:t>
            </w:r>
          </w:p>
        </w:tc>
      </w:tr>
      <w:tr w:rsidR="002D106E" w:rsidRPr="008F1DDF" w14:paraId="160F9C74" w14:textId="77777777" w:rsidTr="002D106E">
        <w:trPr>
          <w:jc w:val="center"/>
        </w:trPr>
        <w:tc>
          <w:tcPr>
            <w:tcW w:w="447" w:type="dxa"/>
            <w:vAlign w:val="center"/>
          </w:tcPr>
          <w:p w14:paraId="3C751885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eastAsia="Arial" w:hAnsi="Simplified Arabic" w:cs="Simplified Arabic"/>
                <w:bCs/>
                <w:sz w:val="20"/>
              </w:rPr>
              <w:t>9</w:t>
            </w:r>
          </w:p>
        </w:tc>
        <w:tc>
          <w:tcPr>
            <w:tcW w:w="1914" w:type="dxa"/>
            <w:vAlign w:val="center"/>
          </w:tcPr>
          <w:p w14:paraId="733A7F04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hAnsi="Simplified Arabic" w:cs="Simplified Arabic"/>
                <w:bCs/>
                <w:rtl/>
              </w:rPr>
              <w:t>حدود الأدبيات</w:t>
            </w:r>
          </w:p>
        </w:tc>
        <w:tc>
          <w:tcPr>
            <w:tcW w:w="3201" w:type="dxa"/>
          </w:tcPr>
          <w:p w14:paraId="2627BF21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تتكرر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عبارات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قبيل</w:t>
            </w:r>
            <w:r w:rsidRPr="008F1DDF">
              <w:rPr>
                <w:rFonts w:ascii="Simplified Arabic" w:hAnsi="Simplified Arabic" w:cs="Simplified Arabic"/>
              </w:rPr>
              <w:t xml:space="preserve"> «</w:t>
            </w:r>
            <w:r w:rsidRPr="008F1DDF">
              <w:rPr>
                <w:rFonts w:ascii="Simplified Arabic" w:hAnsi="Simplified Arabic" w:cs="Simplified Arabic"/>
              </w:rPr>
              <w:t>اقتصرت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الدراسة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على</w:t>
            </w:r>
            <w:r w:rsidRPr="008F1DDF">
              <w:rPr>
                <w:rFonts w:ascii="Simplified Arabic" w:hAnsi="Simplified Arabic" w:cs="Simplified Arabic"/>
              </w:rPr>
              <w:t xml:space="preserve"> ... </w:t>
            </w:r>
            <w:r w:rsidRPr="008F1DDF">
              <w:rPr>
                <w:rFonts w:ascii="Simplified Arabic" w:hAnsi="Simplified Arabic" w:cs="Simplified Arabic"/>
              </w:rPr>
              <w:t>مما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يحد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إمكانية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تعميم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النتائج</w:t>
            </w:r>
            <w:r w:rsidRPr="008F1DDF">
              <w:rPr>
                <w:rFonts w:ascii="Simplified Arabic" w:hAnsi="Simplified Arabic" w:cs="Simplified Arabic"/>
              </w:rPr>
              <w:t>».</w:t>
            </w:r>
          </w:p>
        </w:tc>
        <w:tc>
          <w:tcPr>
            <w:tcW w:w="990" w:type="dxa"/>
          </w:tcPr>
          <w:p w14:paraId="5DDC266F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2</w:t>
            </w:r>
          </w:p>
        </w:tc>
        <w:tc>
          <w:tcPr>
            <w:tcW w:w="980" w:type="dxa"/>
          </w:tcPr>
          <w:p w14:paraId="61BB5B2C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متوسطة</w:t>
            </w:r>
          </w:p>
        </w:tc>
        <w:tc>
          <w:tcPr>
            <w:tcW w:w="1652" w:type="dxa"/>
          </w:tcPr>
          <w:p w14:paraId="6BA58192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مستوفى؛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اجمع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الحدود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المشتركة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في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خلاصة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واحدة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مختصرة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4768AF08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مكتمل</w:t>
            </w:r>
          </w:p>
        </w:tc>
      </w:tr>
      <w:tr w:rsidR="002D106E" w:rsidRPr="008F1DDF" w14:paraId="3F7D2759" w14:textId="77777777" w:rsidTr="002D106E">
        <w:trPr>
          <w:jc w:val="center"/>
        </w:trPr>
        <w:tc>
          <w:tcPr>
            <w:tcW w:w="447" w:type="dxa"/>
            <w:vAlign w:val="center"/>
          </w:tcPr>
          <w:p w14:paraId="6FF1B9BF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eastAsia="Arial" w:hAnsi="Simplified Arabic" w:cs="Simplified Arabic"/>
                <w:bCs/>
                <w:sz w:val="20"/>
              </w:rPr>
              <w:t>10</w:t>
            </w:r>
          </w:p>
        </w:tc>
        <w:tc>
          <w:tcPr>
            <w:tcW w:w="1914" w:type="dxa"/>
            <w:vAlign w:val="center"/>
          </w:tcPr>
          <w:p w14:paraId="276FC9A7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hAnsi="Simplified Arabic" w:cs="Simplified Arabic"/>
                <w:bCs/>
                <w:rtl/>
              </w:rPr>
              <w:t>صياغة فجوة متعددة الأبعاد</w:t>
            </w:r>
          </w:p>
        </w:tc>
        <w:tc>
          <w:tcPr>
            <w:tcW w:w="3201" w:type="dxa"/>
          </w:tcPr>
          <w:p w14:paraId="0697C97D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«</w:t>
            </w:r>
            <w:r w:rsidRPr="008F1DDF">
              <w:rPr>
                <w:rFonts w:ascii="Simplified Arabic" w:hAnsi="Simplified Arabic" w:cs="Simplified Arabic"/>
              </w:rPr>
              <w:t>معظم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الدراسات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تناولت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العلاقة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بصورة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كلية</w:t>
            </w:r>
            <w:r w:rsidRPr="008F1DDF">
              <w:rPr>
                <w:rFonts w:ascii="Simplified Arabic" w:hAnsi="Simplified Arabic" w:cs="Simplified Arabic"/>
              </w:rPr>
              <w:t xml:space="preserve"> ... </w:t>
            </w:r>
            <w:r w:rsidRPr="008F1DDF">
              <w:rPr>
                <w:rFonts w:ascii="Simplified Arabic" w:hAnsi="Simplified Arabic" w:cs="Simplified Arabic"/>
              </w:rPr>
              <w:t>ولم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تُجرَ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دراسة</w:t>
            </w:r>
            <w:r w:rsidRPr="008F1DDF">
              <w:rPr>
                <w:rFonts w:ascii="Simplified Arabic" w:hAnsi="Simplified Arabic" w:cs="Simplified Arabic"/>
              </w:rPr>
              <w:t xml:space="preserve"> ... </w:t>
            </w:r>
            <w:r w:rsidRPr="008F1DDF">
              <w:rPr>
                <w:rFonts w:ascii="Simplified Arabic" w:hAnsi="Simplified Arabic" w:cs="Simplified Arabic"/>
              </w:rPr>
              <w:t>بمدينة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الدمام</w:t>
            </w:r>
            <w:r w:rsidRPr="008F1DDF">
              <w:rPr>
                <w:rFonts w:ascii="Simplified Arabic" w:hAnsi="Simplified Arabic" w:cs="Simplified Arabic"/>
              </w:rPr>
              <w:t xml:space="preserve"> ...»</w:t>
            </w:r>
          </w:p>
        </w:tc>
        <w:tc>
          <w:tcPr>
            <w:tcW w:w="990" w:type="dxa"/>
          </w:tcPr>
          <w:p w14:paraId="08196E45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2</w:t>
            </w:r>
          </w:p>
        </w:tc>
        <w:tc>
          <w:tcPr>
            <w:tcW w:w="980" w:type="dxa"/>
          </w:tcPr>
          <w:p w14:paraId="52A806D6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131B1B4F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مستوفى؛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أحسن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إبراز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البعد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المنهجي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ضمن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الفجوة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أيضًا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11F357D4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مكتمل</w:t>
            </w:r>
          </w:p>
        </w:tc>
      </w:tr>
      <w:tr w:rsidR="002D106E" w:rsidRPr="008F1DDF" w14:paraId="251E372B" w14:textId="77777777" w:rsidTr="002D106E">
        <w:trPr>
          <w:jc w:val="center"/>
        </w:trPr>
        <w:tc>
          <w:tcPr>
            <w:tcW w:w="447" w:type="dxa"/>
            <w:vAlign w:val="center"/>
          </w:tcPr>
          <w:p w14:paraId="3F5B582D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eastAsia="Arial" w:hAnsi="Simplified Arabic" w:cs="Simplified Arabic"/>
                <w:bCs/>
                <w:sz w:val="20"/>
              </w:rPr>
              <w:t>11</w:t>
            </w:r>
          </w:p>
        </w:tc>
        <w:tc>
          <w:tcPr>
            <w:tcW w:w="1914" w:type="dxa"/>
            <w:vAlign w:val="center"/>
          </w:tcPr>
          <w:p w14:paraId="2E527DD5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hAnsi="Simplified Arabic" w:cs="Simplified Arabic"/>
                <w:bCs/>
                <w:rtl/>
              </w:rPr>
              <w:t>ربط الفجوة بالأسئلة/الفرضيات</w:t>
            </w:r>
          </w:p>
        </w:tc>
        <w:tc>
          <w:tcPr>
            <w:tcW w:w="3201" w:type="dxa"/>
          </w:tcPr>
          <w:p w14:paraId="2DB212CC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«</w:t>
            </w:r>
            <w:r w:rsidRPr="008F1DDF">
              <w:rPr>
                <w:rFonts w:ascii="Simplified Arabic" w:hAnsi="Simplified Arabic" w:cs="Simplified Arabic"/>
              </w:rPr>
              <w:t>ينطلق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اعتبار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القيادة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التشاركية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متغيرًا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مستقلاً</w:t>
            </w:r>
            <w:r w:rsidRPr="008F1DDF">
              <w:rPr>
                <w:rFonts w:ascii="Simplified Arabic" w:hAnsi="Simplified Arabic" w:cs="Simplified Arabic"/>
              </w:rPr>
              <w:t xml:space="preserve"> ... </w:t>
            </w:r>
            <w:r w:rsidRPr="008F1DDF">
              <w:rPr>
                <w:rFonts w:ascii="Simplified Arabic" w:hAnsi="Simplified Arabic" w:cs="Simplified Arabic"/>
              </w:rPr>
              <w:t>مع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افتراض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وجود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تأثير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دال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إحصائيًا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بينهما</w:t>
            </w:r>
            <w:r w:rsidRPr="008F1DDF">
              <w:rPr>
                <w:rFonts w:ascii="Simplified Arabic" w:hAnsi="Simplified Arabic" w:cs="Simplified Arabic"/>
              </w:rPr>
              <w:t>»</w:t>
            </w:r>
          </w:p>
        </w:tc>
        <w:tc>
          <w:tcPr>
            <w:tcW w:w="990" w:type="dxa"/>
          </w:tcPr>
          <w:p w14:paraId="2387DB5A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2</w:t>
            </w:r>
          </w:p>
        </w:tc>
        <w:tc>
          <w:tcPr>
            <w:tcW w:w="980" w:type="dxa"/>
          </w:tcPr>
          <w:p w14:paraId="2DF6CADC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6FD1387B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مستوفى؛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راجع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فقط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دقة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التسميات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بين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الأبعاد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والفرضيات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4870A95D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مكتمل</w:t>
            </w:r>
          </w:p>
        </w:tc>
      </w:tr>
      <w:tr w:rsidR="002D106E" w:rsidRPr="008F1DDF" w14:paraId="2C5E4BE0" w14:textId="77777777" w:rsidTr="002D106E">
        <w:trPr>
          <w:jc w:val="center"/>
        </w:trPr>
        <w:tc>
          <w:tcPr>
            <w:tcW w:w="447" w:type="dxa"/>
            <w:vAlign w:val="center"/>
          </w:tcPr>
          <w:p w14:paraId="1337330F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eastAsia="Arial" w:hAnsi="Simplified Arabic" w:cs="Simplified Arabic"/>
                <w:bCs/>
                <w:sz w:val="20"/>
              </w:rPr>
              <w:t>12</w:t>
            </w:r>
          </w:p>
        </w:tc>
        <w:tc>
          <w:tcPr>
            <w:tcW w:w="1914" w:type="dxa"/>
            <w:vAlign w:val="center"/>
          </w:tcPr>
          <w:p w14:paraId="47AE7009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Cs/>
              </w:rPr>
            </w:pPr>
            <w:r w:rsidRPr="008F1DDF">
              <w:rPr>
                <w:rFonts w:ascii="Simplified Arabic" w:hAnsi="Simplified Arabic" w:cs="Simplified Arabic"/>
                <w:bCs/>
                <w:rtl/>
              </w:rPr>
              <w:t>لغة أكاديمية وتوثيق</w:t>
            </w:r>
            <w:r w:rsidRPr="008F1DDF">
              <w:rPr>
                <w:rFonts w:ascii="Simplified Arabic" w:hAnsi="Simplified Arabic" w:cs="Simplified Arabic"/>
                <w:bCs/>
              </w:rPr>
              <w:t xml:space="preserve"> APA</w:t>
            </w:r>
          </w:p>
        </w:tc>
        <w:tc>
          <w:tcPr>
            <w:tcW w:w="3201" w:type="dxa"/>
          </w:tcPr>
          <w:p w14:paraId="0A0CDBD8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اللغة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جيدة،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لكن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التوثيق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المختلط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عربي</w:t>
            </w:r>
            <w:r w:rsidRPr="008F1DDF">
              <w:rPr>
                <w:rFonts w:ascii="Simplified Arabic" w:hAnsi="Simplified Arabic" w:cs="Simplified Arabic"/>
              </w:rPr>
              <w:t>/</w:t>
            </w:r>
            <w:r w:rsidRPr="008F1DDF">
              <w:rPr>
                <w:rFonts w:ascii="Simplified Arabic" w:hAnsi="Simplified Arabic" w:cs="Simplified Arabic"/>
              </w:rPr>
              <w:t>أجنبي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وبعض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الصيغ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يحتاج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تدقيقًا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أخيرًا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2A5AA764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980" w:type="dxa"/>
          </w:tcPr>
          <w:p w14:paraId="72D46A76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متوسطة</w:t>
            </w:r>
          </w:p>
        </w:tc>
        <w:tc>
          <w:tcPr>
            <w:tcW w:w="1652" w:type="dxa"/>
          </w:tcPr>
          <w:p w14:paraId="5A05277A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نفّذ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مراجعة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نهائية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لأسلوب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التوثيق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والاتساق</w:t>
            </w:r>
            <w:r w:rsidRPr="008F1DDF">
              <w:rPr>
                <w:rFonts w:ascii="Simplified Arabic" w:hAnsi="Simplified Arabic" w:cs="Simplified Arabic"/>
              </w:rPr>
              <w:t xml:space="preserve"> </w:t>
            </w:r>
            <w:r w:rsidRPr="008F1DDF">
              <w:rPr>
                <w:rFonts w:ascii="Simplified Arabic" w:hAnsi="Simplified Arabic" w:cs="Simplified Arabic"/>
              </w:rPr>
              <w:t>الشكلي</w:t>
            </w:r>
            <w:r w:rsidRPr="008F1DDF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12C861D8" w14:textId="77777777" w:rsidR="00DE7547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hAnsi="Simplified Arabic" w:cs="Simplified Arabic"/>
              </w:rPr>
              <w:t>جزئي</w:t>
            </w:r>
          </w:p>
        </w:tc>
      </w:tr>
    </w:tbl>
    <w:p w14:paraId="389190E4" w14:textId="77777777" w:rsidR="001E4994" w:rsidRPr="008F1DDF" w:rsidRDefault="00B5241A" w:rsidP="008F1DDF">
      <w:pPr>
        <w:bidi/>
        <w:rPr>
          <w:rFonts w:ascii="Simplified Arabic" w:hAnsi="Simplified Arabic" w:cs="Simplified Arabic"/>
        </w:rPr>
      </w:pPr>
      <w:r w:rsidRPr="008F1DDF">
        <w:rPr>
          <w:rFonts w:ascii="Simplified Arabic" w:hAnsi="Simplified Arabic" w:cs="Simplified Arabic"/>
        </w:rPr>
        <w:br w:type="page"/>
      </w:r>
    </w:p>
    <w:p w14:paraId="43703D5D" w14:textId="77777777" w:rsidR="002D106E" w:rsidRPr="008F1DDF" w:rsidRDefault="002D106E" w:rsidP="008F1DDF">
      <w:pPr>
        <w:bidi/>
        <w:rPr>
          <w:rFonts w:ascii="Simplified Arabic" w:hAnsi="Simplified Arabic" w:cs="Simplified Arabic"/>
          <w:b/>
          <w:bCs/>
        </w:rPr>
      </w:pPr>
      <w:r w:rsidRPr="008F1DDF">
        <w:rPr>
          <w:rFonts w:ascii="Simplified Arabic" w:hAnsi="Simplified Arabic" w:cs="Simplified Arabic"/>
          <w:b/>
          <w:bCs/>
          <w:rtl/>
        </w:rPr>
        <w:lastRenderedPageBreak/>
        <w:t>5) قوالب مساعدة (للاستخدام من قبل الطالب)</w:t>
      </w:r>
    </w:p>
    <w:p w14:paraId="43EEFE03" w14:textId="77777777" w:rsidR="002D106E" w:rsidRPr="008F1DDF" w:rsidRDefault="002D106E" w:rsidP="008F1DDF">
      <w:pPr>
        <w:bidi/>
        <w:rPr>
          <w:rFonts w:ascii="Simplified Arabic" w:hAnsi="Simplified Arabic" w:cs="Simplified Arabic"/>
        </w:rPr>
      </w:pPr>
      <w:r w:rsidRPr="008F1DDF">
        <w:rPr>
          <w:rFonts w:ascii="Simplified Arabic" w:hAnsi="Simplified Arabic" w:cs="Simplified Arabic"/>
          <w:rtl/>
        </w:rPr>
        <w:t>5.1 مصفوفة توليف الأدبيات</w:t>
      </w:r>
    </w:p>
    <w:p w14:paraId="4293A224" w14:textId="77777777" w:rsidR="001E4994" w:rsidRPr="008F1DDF" w:rsidRDefault="002D106E" w:rsidP="008F1DDF">
      <w:pPr>
        <w:bidi/>
        <w:rPr>
          <w:rFonts w:ascii="Simplified Arabic" w:hAnsi="Simplified Arabic" w:cs="Simplified Arabic"/>
          <w:b/>
          <w:bCs/>
        </w:rPr>
      </w:pPr>
      <w:r w:rsidRPr="008F1DDF">
        <w:rPr>
          <w:rFonts w:ascii="Simplified Arabic" w:hAnsi="Simplified Arabic" w:cs="Simplified Arabic"/>
          <w:b/>
          <w:bCs/>
          <w:highlight w:val="yellow"/>
          <w:rtl/>
        </w:rPr>
        <w:t>يُفضّل تعبئة هذا الجدول ثم كتابة التوليف وفق محاور مفاهيمية.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334"/>
        <w:gridCol w:w="1693"/>
        <w:gridCol w:w="1390"/>
        <w:gridCol w:w="1448"/>
        <w:gridCol w:w="1328"/>
        <w:gridCol w:w="1412"/>
        <w:gridCol w:w="1357"/>
      </w:tblGrid>
      <w:tr w:rsidR="002D106E" w:rsidRPr="008F1DDF" w14:paraId="093B3511" w14:textId="77777777" w:rsidTr="00CE6C57">
        <w:trPr>
          <w:jc w:val="center"/>
        </w:trPr>
        <w:tc>
          <w:tcPr>
            <w:tcW w:w="1425" w:type="dxa"/>
            <w:shd w:val="clear" w:color="auto" w:fill="E2EFDA"/>
          </w:tcPr>
          <w:p w14:paraId="34C00BE1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الدراسة (سنة)</w:t>
            </w:r>
          </w:p>
        </w:tc>
        <w:tc>
          <w:tcPr>
            <w:tcW w:w="1425" w:type="dxa"/>
            <w:shd w:val="clear" w:color="auto" w:fill="E2EFDA"/>
          </w:tcPr>
          <w:p w14:paraId="4694978C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السياق/الدولة/القطاع</w:t>
            </w:r>
          </w:p>
        </w:tc>
        <w:tc>
          <w:tcPr>
            <w:tcW w:w="1425" w:type="dxa"/>
            <w:shd w:val="clear" w:color="auto" w:fill="E2EFDA"/>
          </w:tcPr>
          <w:p w14:paraId="4D86A369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المنهج/العينة</w:t>
            </w:r>
          </w:p>
        </w:tc>
        <w:tc>
          <w:tcPr>
            <w:tcW w:w="1425" w:type="dxa"/>
            <w:shd w:val="clear" w:color="auto" w:fill="E2EFDA"/>
          </w:tcPr>
          <w:p w14:paraId="4137CCE9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المتغيرات/النموذج</w:t>
            </w:r>
          </w:p>
        </w:tc>
        <w:tc>
          <w:tcPr>
            <w:tcW w:w="1425" w:type="dxa"/>
            <w:shd w:val="clear" w:color="auto" w:fill="E2EFDA"/>
          </w:tcPr>
          <w:p w14:paraId="14BCD15A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أهم النتائج</w:t>
            </w:r>
          </w:p>
        </w:tc>
        <w:tc>
          <w:tcPr>
            <w:tcW w:w="1425" w:type="dxa"/>
            <w:shd w:val="clear" w:color="auto" w:fill="E2EFDA"/>
          </w:tcPr>
          <w:p w14:paraId="2AB820D8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التعارض/الحدود</w:t>
            </w:r>
          </w:p>
        </w:tc>
        <w:tc>
          <w:tcPr>
            <w:tcW w:w="1425" w:type="dxa"/>
            <w:shd w:val="clear" w:color="auto" w:fill="E2EFDA"/>
          </w:tcPr>
          <w:p w14:paraId="74D0CC51" w14:textId="77777777" w:rsidR="002D106E" w:rsidRPr="008F1DDF" w:rsidRDefault="002D106E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كيف تخدم فرضياتي؟</w:t>
            </w:r>
          </w:p>
        </w:tc>
      </w:tr>
      <w:tr w:rsidR="001E4994" w:rsidRPr="008F1DDF" w14:paraId="02EB6909" w14:textId="77777777" w:rsidTr="00CE6C57">
        <w:trPr>
          <w:jc w:val="center"/>
        </w:trPr>
        <w:tc>
          <w:tcPr>
            <w:tcW w:w="1425" w:type="dxa"/>
          </w:tcPr>
          <w:p w14:paraId="3F6F878C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34AFCC71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5742E8EF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3CEF0984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394CEDFC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5752BF00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1C7656C4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8F1DDF" w14:paraId="2F2B4A6D" w14:textId="77777777" w:rsidTr="00CE6C57">
        <w:trPr>
          <w:jc w:val="center"/>
        </w:trPr>
        <w:tc>
          <w:tcPr>
            <w:tcW w:w="1425" w:type="dxa"/>
          </w:tcPr>
          <w:p w14:paraId="1C292ADB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725DC9F5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1319A7E7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5A4B11F9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0CFD5B1F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6E9D69AF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27EC4BF9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8F1DDF" w14:paraId="531A4884" w14:textId="77777777" w:rsidTr="00CE6C57">
        <w:trPr>
          <w:jc w:val="center"/>
        </w:trPr>
        <w:tc>
          <w:tcPr>
            <w:tcW w:w="1425" w:type="dxa"/>
          </w:tcPr>
          <w:p w14:paraId="2AD30F91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7E08EA97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371C968C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5EC83DB8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42F492E9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3BB4D108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22C3F853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8F1DDF" w14:paraId="6C3D81E7" w14:textId="77777777" w:rsidTr="00CE6C57">
        <w:trPr>
          <w:jc w:val="center"/>
        </w:trPr>
        <w:tc>
          <w:tcPr>
            <w:tcW w:w="1425" w:type="dxa"/>
          </w:tcPr>
          <w:p w14:paraId="325CCAEB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2CE1607B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5D3F109E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576D779B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1D9258F7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126BC58A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4B85EF63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8F1DDF" w14:paraId="248492B7" w14:textId="77777777" w:rsidTr="00CE6C57">
        <w:trPr>
          <w:jc w:val="center"/>
        </w:trPr>
        <w:tc>
          <w:tcPr>
            <w:tcW w:w="1425" w:type="dxa"/>
          </w:tcPr>
          <w:p w14:paraId="0EAD6C10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2E176014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51CDB6EE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5BEFB63B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162ED33F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1D6ADB40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2769E50B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</w:tbl>
    <w:p w14:paraId="0CFD4768" w14:textId="77777777" w:rsidR="001E4994" w:rsidRPr="008F1DDF" w:rsidRDefault="001E4994" w:rsidP="008F1DDF">
      <w:pPr>
        <w:bidi/>
        <w:rPr>
          <w:rFonts w:ascii="Simplified Arabic" w:hAnsi="Simplified Arabic" w:cs="Simplified Arabic"/>
        </w:rPr>
      </w:pPr>
    </w:p>
    <w:p w14:paraId="6BA91AD9" w14:textId="77777777" w:rsidR="001E4994" w:rsidRPr="008F1DDF" w:rsidRDefault="002D106E" w:rsidP="008F1DDF">
      <w:pPr>
        <w:pStyle w:val="Heading2"/>
        <w:bidi/>
        <w:rPr>
          <w:rFonts w:ascii="Simplified Arabic" w:hAnsi="Simplified Arabic" w:cs="Simplified Arabic"/>
        </w:rPr>
      </w:pPr>
      <w:r w:rsidRPr="008F1DDF">
        <w:rPr>
          <w:rFonts w:ascii="Simplified Arabic" w:hAnsi="Simplified Arabic" w:cs="Simplified Arabic"/>
          <w:rtl/>
        </w:rPr>
        <w:t>5.2 جدول تعريفات المتغيرات والقياس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661"/>
        <w:gridCol w:w="1660"/>
        <w:gridCol w:w="1660"/>
        <w:gridCol w:w="1660"/>
        <w:gridCol w:w="1661"/>
        <w:gridCol w:w="1660"/>
      </w:tblGrid>
      <w:tr w:rsidR="00FB5C4A" w:rsidRPr="008F1DDF" w14:paraId="31E148EB" w14:textId="77777777" w:rsidTr="00FB5C4A">
        <w:trPr>
          <w:jc w:val="center"/>
        </w:trPr>
        <w:tc>
          <w:tcPr>
            <w:tcW w:w="1662" w:type="dxa"/>
            <w:shd w:val="clear" w:color="auto" w:fill="FCE4D6"/>
            <w:vAlign w:val="center"/>
          </w:tcPr>
          <w:p w14:paraId="5177EE44" w14:textId="77777777" w:rsidR="00FB5C4A" w:rsidRPr="008F1DDF" w:rsidRDefault="00FB5C4A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المتغير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00FC953A" w14:textId="77777777" w:rsidR="00FB5C4A" w:rsidRPr="008F1DDF" w:rsidRDefault="00FB5C4A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التعريف المعتمد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74F58279" w14:textId="77777777" w:rsidR="00FB5C4A" w:rsidRPr="008F1DDF" w:rsidRDefault="00FB5C4A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الأبعاد (إن وجدت)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099B42D7" w14:textId="77777777" w:rsidR="00FB5C4A" w:rsidRPr="008F1DDF" w:rsidRDefault="00FB5C4A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التمييز عن مفهوم قريب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245FD9E5" w14:textId="77777777" w:rsidR="00FB5C4A" w:rsidRPr="008F1DDF" w:rsidRDefault="00FB5C4A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أداة القياس/المصدر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0C36EAFB" w14:textId="77777777" w:rsidR="00FB5C4A" w:rsidRPr="008F1DDF" w:rsidRDefault="00FB5C4A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ملاحظات تكييف</w:t>
            </w:r>
          </w:p>
        </w:tc>
      </w:tr>
      <w:tr w:rsidR="001E4994" w:rsidRPr="008F1DDF" w14:paraId="41784C44" w14:textId="77777777" w:rsidTr="00023F95">
        <w:trPr>
          <w:jc w:val="center"/>
        </w:trPr>
        <w:tc>
          <w:tcPr>
            <w:tcW w:w="1662" w:type="dxa"/>
          </w:tcPr>
          <w:p w14:paraId="2AB73FE1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531A72C7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38B2268B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257D6BB4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57999DA0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3B40D6AC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8F1DDF" w14:paraId="28A9CA9C" w14:textId="77777777" w:rsidTr="00023F95">
        <w:trPr>
          <w:jc w:val="center"/>
        </w:trPr>
        <w:tc>
          <w:tcPr>
            <w:tcW w:w="1662" w:type="dxa"/>
          </w:tcPr>
          <w:p w14:paraId="3F12A6FE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499D3364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2EC96A5B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0001F589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66353F64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23CDC921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8F1DDF" w14:paraId="1F3AAA2F" w14:textId="77777777" w:rsidTr="00023F95">
        <w:trPr>
          <w:jc w:val="center"/>
        </w:trPr>
        <w:tc>
          <w:tcPr>
            <w:tcW w:w="1662" w:type="dxa"/>
          </w:tcPr>
          <w:p w14:paraId="14CE916D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53ADB267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49A1EEE9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64574426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02DE480A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247E6021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8F1DDF" w14:paraId="095044E9" w14:textId="77777777" w:rsidTr="00023F95">
        <w:trPr>
          <w:jc w:val="center"/>
        </w:trPr>
        <w:tc>
          <w:tcPr>
            <w:tcW w:w="1662" w:type="dxa"/>
          </w:tcPr>
          <w:p w14:paraId="289F8F8A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0C525908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4E2E4EB7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618E8EE8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350D3E9C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5827C8D4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8F1DDF" w14:paraId="444C025F" w14:textId="77777777" w:rsidTr="00023F95">
        <w:trPr>
          <w:jc w:val="center"/>
        </w:trPr>
        <w:tc>
          <w:tcPr>
            <w:tcW w:w="1662" w:type="dxa"/>
          </w:tcPr>
          <w:p w14:paraId="67705497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5B6A1CAA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10DA909C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2BEA64E6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5A2D962F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21E75F9E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</w:tbl>
    <w:p w14:paraId="3303C56A" w14:textId="77777777" w:rsidR="001E4994" w:rsidRPr="008F1DDF" w:rsidRDefault="00FB5C4A" w:rsidP="008F1DDF">
      <w:pPr>
        <w:pStyle w:val="Heading2"/>
        <w:bidi/>
        <w:rPr>
          <w:rFonts w:ascii="Simplified Arabic" w:hAnsi="Simplified Arabic" w:cs="Simplified Arabic"/>
        </w:rPr>
      </w:pPr>
      <w:r w:rsidRPr="008F1DDF">
        <w:rPr>
          <w:rFonts w:ascii="Simplified Arabic" w:hAnsi="Simplified Arabic" w:cs="Simplified Arabic"/>
          <w:rtl/>
        </w:rPr>
        <w:t>5.3 جدول ربط النظرية بالفرضيات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491"/>
        <w:gridCol w:w="2490"/>
        <w:gridCol w:w="2490"/>
        <w:gridCol w:w="2491"/>
      </w:tblGrid>
      <w:tr w:rsidR="00FB5C4A" w:rsidRPr="008F1DDF" w14:paraId="11BFC7FD" w14:textId="77777777" w:rsidTr="00916CA1">
        <w:trPr>
          <w:jc w:val="center"/>
        </w:trPr>
        <w:tc>
          <w:tcPr>
            <w:tcW w:w="2493" w:type="dxa"/>
            <w:shd w:val="clear" w:color="auto" w:fill="FFF2CC"/>
          </w:tcPr>
          <w:p w14:paraId="32B93140" w14:textId="77777777" w:rsidR="00FB5C4A" w:rsidRPr="008F1DDF" w:rsidRDefault="00FB5C4A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الفرضية</w:t>
            </w:r>
          </w:p>
        </w:tc>
        <w:tc>
          <w:tcPr>
            <w:tcW w:w="2493" w:type="dxa"/>
            <w:shd w:val="clear" w:color="auto" w:fill="FFF2CC"/>
          </w:tcPr>
          <w:p w14:paraId="05A33181" w14:textId="77777777" w:rsidR="00FB5C4A" w:rsidRPr="008F1DDF" w:rsidRDefault="00FB5C4A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الآلية النظرية (لماذا نتوقع العلاقة؟)</w:t>
            </w:r>
          </w:p>
        </w:tc>
        <w:tc>
          <w:tcPr>
            <w:tcW w:w="2493" w:type="dxa"/>
            <w:shd w:val="clear" w:color="auto" w:fill="FFF2CC"/>
          </w:tcPr>
          <w:p w14:paraId="60AEDFC1" w14:textId="77777777" w:rsidR="00FB5C4A" w:rsidRPr="008F1DDF" w:rsidRDefault="00FB5C4A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أدلة داعمة (2–4 دراسات)</w:t>
            </w:r>
          </w:p>
        </w:tc>
        <w:tc>
          <w:tcPr>
            <w:tcW w:w="2493" w:type="dxa"/>
            <w:shd w:val="clear" w:color="auto" w:fill="FFF2CC"/>
          </w:tcPr>
          <w:p w14:paraId="2FCACA4D" w14:textId="77777777" w:rsidR="00FB5C4A" w:rsidRPr="008F1DDF" w:rsidRDefault="00FB5C4A" w:rsidP="008F1DD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8F1DDF">
              <w:rPr>
                <w:rFonts w:ascii="Simplified Arabic" w:hAnsi="Simplified Arabic" w:cs="Simplified Arabic"/>
                <w:b/>
                <w:bCs/>
                <w:rtl/>
              </w:rPr>
              <w:t>حدود/شروط (متى تضعف/تقوى؟)</w:t>
            </w:r>
          </w:p>
        </w:tc>
      </w:tr>
      <w:tr w:rsidR="001E4994" w:rsidRPr="008F1DDF" w14:paraId="18234ABA" w14:textId="77777777" w:rsidTr="00023F95">
        <w:trPr>
          <w:jc w:val="center"/>
        </w:trPr>
        <w:tc>
          <w:tcPr>
            <w:tcW w:w="2493" w:type="dxa"/>
          </w:tcPr>
          <w:p w14:paraId="0567EA7D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7E9B6C03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2B8BAE8B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28B3E34A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8F1DDF" w14:paraId="3C75B27B" w14:textId="77777777" w:rsidTr="00023F95">
        <w:trPr>
          <w:jc w:val="center"/>
        </w:trPr>
        <w:tc>
          <w:tcPr>
            <w:tcW w:w="2493" w:type="dxa"/>
          </w:tcPr>
          <w:p w14:paraId="1CF687EE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38C97E71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25048BBF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3A71D7EF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8F1DDF" w14:paraId="70D5E356" w14:textId="77777777" w:rsidTr="00023F95">
        <w:trPr>
          <w:jc w:val="center"/>
        </w:trPr>
        <w:tc>
          <w:tcPr>
            <w:tcW w:w="2493" w:type="dxa"/>
          </w:tcPr>
          <w:p w14:paraId="0A4CFD8A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46A75D57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1DB4B404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386AB606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8F1DDF" w14:paraId="26750A32" w14:textId="77777777" w:rsidTr="00023F95">
        <w:trPr>
          <w:jc w:val="center"/>
        </w:trPr>
        <w:tc>
          <w:tcPr>
            <w:tcW w:w="2493" w:type="dxa"/>
          </w:tcPr>
          <w:p w14:paraId="587F4E4E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26EBEE1D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441A97F7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4B44B8DE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8F1DDF" w14:paraId="03ACAF20" w14:textId="77777777" w:rsidTr="00023F95">
        <w:trPr>
          <w:jc w:val="center"/>
        </w:trPr>
        <w:tc>
          <w:tcPr>
            <w:tcW w:w="2493" w:type="dxa"/>
          </w:tcPr>
          <w:p w14:paraId="7314E911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043E2744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5F75195E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2A5B17CC" w14:textId="77777777" w:rsidR="001E4994" w:rsidRPr="008F1DDF" w:rsidRDefault="00B5241A" w:rsidP="008F1DDF">
            <w:pPr>
              <w:bidi/>
              <w:rPr>
                <w:rFonts w:ascii="Simplified Arabic" w:hAnsi="Simplified Arabic" w:cs="Simplified Arabic"/>
              </w:rPr>
            </w:pPr>
            <w:r w:rsidRPr="008F1DDF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</w:tbl>
    <w:p w14:paraId="12C71314" w14:textId="77777777" w:rsidR="001E4994" w:rsidRPr="008F1DDF" w:rsidRDefault="001E4994" w:rsidP="008F1DDF">
      <w:pPr>
        <w:bidi/>
        <w:rPr>
          <w:rFonts w:ascii="Simplified Arabic" w:hAnsi="Simplified Arabic" w:cs="Simplified Arabic"/>
        </w:rPr>
      </w:pPr>
    </w:p>
    <w:p w14:paraId="7A339F6F" w14:textId="77777777" w:rsidR="00DD3E8B" w:rsidRPr="008F1DDF" w:rsidRDefault="00DD3E8B" w:rsidP="008F1DDF">
      <w:pPr>
        <w:bidi/>
        <w:rPr>
          <w:rFonts w:ascii="Simplified Arabic" w:eastAsia="Arial" w:hAnsi="Simplified Arabic" w:cs="Simplified Arabic"/>
          <w:b/>
          <w:rtl/>
        </w:rPr>
      </w:pPr>
    </w:p>
    <w:p w14:paraId="297855DE" w14:textId="77777777" w:rsidR="00DD3E8B" w:rsidRPr="008F1DDF" w:rsidRDefault="00DD3E8B" w:rsidP="008F1DDF">
      <w:pPr>
        <w:bidi/>
        <w:rPr>
          <w:rFonts w:ascii="Simplified Arabic" w:eastAsia="Arial" w:hAnsi="Simplified Arabic" w:cs="Simplified Arabic"/>
          <w:b/>
          <w:rtl/>
        </w:rPr>
      </w:pPr>
    </w:p>
    <w:p w14:paraId="0882F8E6" w14:textId="77777777" w:rsidR="00DD3E8B" w:rsidRPr="008F1DDF" w:rsidRDefault="00DD3E8B" w:rsidP="008F1DDF">
      <w:pPr>
        <w:bidi/>
        <w:rPr>
          <w:rFonts w:ascii="Simplified Arabic" w:eastAsia="Arial" w:hAnsi="Simplified Arabic" w:cs="Simplified Arabic"/>
          <w:b/>
          <w:rtl/>
        </w:rPr>
      </w:pPr>
    </w:p>
    <w:p w14:paraId="23933B77" w14:textId="77777777" w:rsidR="00FB5C4A" w:rsidRPr="008F1DDF" w:rsidRDefault="00FB5C4A" w:rsidP="008F1DDF">
      <w:pPr>
        <w:bidi/>
        <w:rPr>
          <w:rFonts w:ascii="Simplified Arabic" w:eastAsia="Arial" w:hAnsi="Simplified Arabic" w:cs="Simplified Arabic"/>
          <w:b/>
          <w:bCs/>
        </w:rPr>
      </w:pPr>
      <w:r w:rsidRPr="008F1DDF">
        <w:rPr>
          <w:rFonts w:ascii="Simplified Arabic" w:eastAsia="Arial" w:hAnsi="Simplified Arabic" w:cs="Simplified Arabic"/>
          <w:b/>
          <w:bCs/>
          <w:rtl/>
        </w:rPr>
        <w:t>قالب بناء الفقرة (لتقليل السرد والتكرار)</w:t>
      </w:r>
    </w:p>
    <w:p w14:paraId="625D08A3" w14:textId="77777777" w:rsidR="00FB5C4A" w:rsidRPr="008F1DDF" w:rsidRDefault="00FB5C4A" w:rsidP="008F1DDF">
      <w:pPr>
        <w:bidi/>
        <w:rPr>
          <w:rFonts w:ascii="Simplified Arabic" w:eastAsia="Arial" w:hAnsi="Simplified Arabic" w:cs="Simplified Arabic"/>
          <w:bCs/>
        </w:rPr>
      </w:pPr>
      <w:r w:rsidRPr="008F1DDF">
        <w:rPr>
          <w:rFonts w:ascii="Simplified Arabic" w:eastAsia="Arial" w:hAnsi="Simplified Arabic" w:cs="Simplified Arabic"/>
          <w:bCs/>
          <w:rtl/>
        </w:rPr>
        <w:t>اكتب كل فقرة وفق التسلسل التالي:</w:t>
      </w:r>
    </w:p>
    <w:p w14:paraId="26214F33" w14:textId="77777777" w:rsidR="00FB5C4A" w:rsidRPr="008F1DDF" w:rsidRDefault="00FB5C4A" w:rsidP="008F1DDF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Cs/>
        </w:rPr>
      </w:pPr>
      <w:r w:rsidRPr="008F1DDF">
        <w:rPr>
          <w:rFonts w:ascii="Simplified Arabic" w:eastAsia="Arial" w:hAnsi="Simplified Arabic" w:cs="Simplified Arabic"/>
          <w:bCs/>
          <w:rtl/>
        </w:rPr>
        <w:t>(</w:t>
      </w:r>
      <w:r w:rsidRPr="008F1DDF">
        <w:rPr>
          <w:rFonts w:ascii="Simplified Arabic" w:eastAsia="Arial" w:hAnsi="Simplified Arabic" w:cs="Simplified Arabic"/>
          <w:bCs/>
        </w:rPr>
        <w:t>Claim</w:t>
      </w:r>
      <w:r w:rsidRPr="008F1DDF">
        <w:rPr>
          <w:rFonts w:ascii="Simplified Arabic" w:eastAsia="Arial" w:hAnsi="Simplified Arabic" w:cs="Simplified Arabic"/>
          <w:bCs/>
          <w:rtl/>
        </w:rPr>
        <w:t>) ادعاء: ماذا تقول الأدبيات؟</w:t>
      </w:r>
    </w:p>
    <w:p w14:paraId="66E82646" w14:textId="77777777" w:rsidR="00FB5C4A" w:rsidRPr="008F1DDF" w:rsidRDefault="00FB5C4A" w:rsidP="008F1DDF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</w:rPr>
      </w:pPr>
      <w:r w:rsidRPr="008F1DDF">
        <w:rPr>
          <w:rFonts w:ascii="Simplified Arabic" w:eastAsia="Arial" w:hAnsi="Simplified Arabic" w:cs="Simplified Arabic"/>
          <w:b/>
          <w:rtl/>
        </w:rPr>
        <w:t>(</w:t>
      </w:r>
      <w:r w:rsidRPr="008F1DDF">
        <w:rPr>
          <w:rFonts w:ascii="Simplified Arabic" w:eastAsia="Arial" w:hAnsi="Simplified Arabic" w:cs="Simplified Arabic"/>
          <w:b/>
        </w:rPr>
        <w:t>Evidence</w:t>
      </w:r>
      <w:r w:rsidRPr="008F1DDF">
        <w:rPr>
          <w:rFonts w:ascii="Simplified Arabic" w:eastAsia="Arial" w:hAnsi="Simplified Arabic" w:cs="Simplified Arabic"/>
          <w:b/>
          <w:rtl/>
        </w:rPr>
        <w:t>) دليل: ما الدراسات التي تدعم/تعارض؟ (مع توثيق)</w:t>
      </w:r>
    </w:p>
    <w:p w14:paraId="731147F5" w14:textId="77777777" w:rsidR="00FB5C4A" w:rsidRPr="008F1DDF" w:rsidRDefault="00FB5C4A" w:rsidP="008F1DDF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</w:rPr>
      </w:pPr>
      <w:r w:rsidRPr="008F1DDF">
        <w:rPr>
          <w:rFonts w:ascii="Simplified Arabic" w:eastAsia="Arial" w:hAnsi="Simplified Arabic" w:cs="Simplified Arabic"/>
          <w:b/>
          <w:rtl/>
        </w:rPr>
        <w:t>(</w:t>
      </w:r>
      <w:r w:rsidRPr="008F1DDF">
        <w:rPr>
          <w:rFonts w:ascii="Simplified Arabic" w:eastAsia="Arial" w:hAnsi="Simplified Arabic" w:cs="Simplified Arabic"/>
          <w:b/>
        </w:rPr>
        <w:t>Synthesis</w:t>
      </w:r>
      <w:r w:rsidRPr="008F1DDF">
        <w:rPr>
          <w:rFonts w:ascii="Simplified Arabic" w:eastAsia="Arial" w:hAnsi="Simplified Arabic" w:cs="Simplified Arabic"/>
          <w:b/>
          <w:rtl/>
        </w:rPr>
        <w:t>) توليف/تحليل: لماذا اتفقت/اختلفت النتائج؟ وما الحدود؟</w:t>
      </w:r>
    </w:p>
    <w:p w14:paraId="79027DDB" w14:textId="77777777" w:rsidR="001E4994" w:rsidRPr="008F1DDF" w:rsidRDefault="00FB5C4A" w:rsidP="008F1DDF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  <w:rtl/>
        </w:rPr>
      </w:pPr>
      <w:r w:rsidRPr="008F1DDF">
        <w:rPr>
          <w:rFonts w:ascii="Simplified Arabic" w:eastAsia="Arial" w:hAnsi="Simplified Arabic" w:cs="Simplified Arabic"/>
          <w:b/>
          <w:rtl/>
        </w:rPr>
        <w:t>(</w:t>
      </w:r>
      <w:r w:rsidRPr="008F1DDF">
        <w:rPr>
          <w:rFonts w:ascii="Simplified Arabic" w:eastAsia="Arial" w:hAnsi="Simplified Arabic" w:cs="Simplified Arabic"/>
          <w:b/>
        </w:rPr>
        <w:t>Link</w:t>
      </w:r>
      <w:r w:rsidRPr="008F1DDF">
        <w:rPr>
          <w:rFonts w:ascii="Simplified Arabic" w:eastAsia="Arial" w:hAnsi="Simplified Arabic" w:cs="Simplified Arabic"/>
          <w:b/>
          <w:rtl/>
        </w:rPr>
        <w:t>) ربط مباشر: كيف يخدم ذلك الفجوة/السؤال/الفرضية؟</w:t>
      </w:r>
    </w:p>
    <w:p w14:paraId="6FA34480" w14:textId="77777777" w:rsidR="00FB5C4A" w:rsidRPr="008F1DDF" w:rsidRDefault="00FB5C4A" w:rsidP="008F1DDF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8F1DDF">
        <w:rPr>
          <w:rFonts w:ascii="Simplified Arabic" w:eastAsia="Arial" w:hAnsi="Simplified Arabic" w:cs="Simplified Arabic"/>
          <w:b/>
          <w:bCs/>
          <w:rtl/>
        </w:rPr>
        <w:t>قائمة تدقيق نهائية قبل اعتماد الفصل</w:t>
      </w:r>
    </w:p>
    <w:p w14:paraId="6587CBC6" w14:textId="77777777" w:rsidR="00FB5C4A" w:rsidRPr="008F1DDF" w:rsidRDefault="00FB5C4A" w:rsidP="008F1DDF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 w:hint="cs"/>
          <w:rtl/>
        </w:rPr>
        <w:t>☐</w:t>
      </w:r>
      <w:r w:rsidRPr="008F1DDF">
        <w:rPr>
          <w:rFonts w:ascii="Simplified Arabic" w:hAnsi="Simplified Arabic" w:cs="Simplified Arabic"/>
          <w:rtl/>
        </w:rPr>
        <w:t xml:space="preserve"> تمهيد يوضح هدف الفصل وخريطة الأقسام ومنهج مراجعة الأدبيات.</w:t>
      </w:r>
    </w:p>
    <w:p w14:paraId="25A14CB7" w14:textId="77777777" w:rsidR="00FB5C4A" w:rsidRPr="008F1DDF" w:rsidRDefault="00FB5C4A" w:rsidP="008F1DDF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 w:hint="cs"/>
          <w:rtl/>
        </w:rPr>
        <w:t>☐</w:t>
      </w:r>
      <w:r w:rsidRPr="008F1DDF">
        <w:rPr>
          <w:rFonts w:ascii="Simplified Arabic" w:hAnsi="Simplified Arabic" w:cs="Simplified Arabic"/>
          <w:rtl/>
        </w:rPr>
        <w:t xml:space="preserve"> إطار/إطاران نظريان محوريان يقودان التفسير مع توضيح الآليات.</w:t>
      </w:r>
    </w:p>
    <w:p w14:paraId="3808BD88" w14:textId="77777777" w:rsidR="00FB5C4A" w:rsidRPr="008F1DDF" w:rsidRDefault="00FB5C4A" w:rsidP="008F1DDF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 w:hint="cs"/>
          <w:rtl/>
        </w:rPr>
        <w:t>☐</w:t>
      </w:r>
      <w:r w:rsidRPr="008F1DDF">
        <w:rPr>
          <w:rFonts w:ascii="Simplified Arabic" w:hAnsi="Simplified Arabic" w:cs="Simplified Arabic"/>
          <w:rtl/>
        </w:rPr>
        <w:t xml:space="preserve"> تنظيم الأدبيات في محاور موضوعية/مفهومية (</w:t>
      </w:r>
      <w:r w:rsidRPr="008F1DDF">
        <w:rPr>
          <w:rFonts w:ascii="Simplified Arabic" w:hAnsi="Simplified Arabic" w:cs="Simplified Arabic"/>
        </w:rPr>
        <w:t>Themes</w:t>
      </w:r>
      <w:r w:rsidRPr="008F1DDF">
        <w:rPr>
          <w:rFonts w:ascii="Simplified Arabic" w:hAnsi="Simplified Arabic" w:cs="Simplified Arabic"/>
          <w:rtl/>
        </w:rPr>
        <w:t>) وليس سردًا حسب المؤلفين.</w:t>
      </w:r>
    </w:p>
    <w:p w14:paraId="425BD4F6" w14:textId="77777777" w:rsidR="00FB5C4A" w:rsidRPr="008F1DDF" w:rsidRDefault="00FB5C4A" w:rsidP="008F1DDF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 w:hint="cs"/>
          <w:rtl/>
        </w:rPr>
        <w:t>☐</w:t>
      </w:r>
      <w:r w:rsidRPr="008F1DDF">
        <w:rPr>
          <w:rFonts w:ascii="Simplified Arabic" w:hAnsi="Simplified Arabic" w:cs="Simplified Arabic"/>
          <w:rtl/>
        </w:rPr>
        <w:t xml:space="preserve"> إبراز نتائج متسقة ومتعارضة وتفسير أسباب التعارض وحدود الأدلة.</w:t>
      </w:r>
    </w:p>
    <w:p w14:paraId="5805B0F1" w14:textId="77777777" w:rsidR="00FB5C4A" w:rsidRPr="008F1DDF" w:rsidRDefault="00FB5C4A" w:rsidP="008F1DDF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 w:hint="cs"/>
          <w:rtl/>
        </w:rPr>
        <w:t>☐</w:t>
      </w:r>
      <w:r w:rsidRPr="008F1DDF">
        <w:rPr>
          <w:rFonts w:ascii="Simplified Arabic" w:hAnsi="Simplified Arabic" w:cs="Simplified Arabic"/>
          <w:rtl/>
        </w:rPr>
        <w:t xml:space="preserve"> تعريفات ثابتة للمتغيرات + أبعاد + تمييز مفاهيمي + جدول قياس.</w:t>
      </w:r>
    </w:p>
    <w:p w14:paraId="6D61E3A4" w14:textId="77777777" w:rsidR="00FB5C4A" w:rsidRPr="008F1DDF" w:rsidRDefault="00FB5C4A" w:rsidP="008F1DDF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 w:hint="cs"/>
          <w:rtl/>
        </w:rPr>
        <w:t>☐</w:t>
      </w:r>
      <w:r w:rsidRPr="008F1DDF">
        <w:rPr>
          <w:rFonts w:ascii="Simplified Arabic" w:hAnsi="Simplified Arabic" w:cs="Simplified Arabic"/>
          <w:rtl/>
        </w:rPr>
        <w:t xml:space="preserve"> فجوة بحثية واضحة ومترجمة لأسئلة/فرضيات + نموذج مفاهيمي.</w:t>
      </w:r>
    </w:p>
    <w:p w14:paraId="5F66FF77" w14:textId="77777777" w:rsidR="001E4994" w:rsidRPr="008F1DDF" w:rsidRDefault="00FB5C4A" w:rsidP="008F1DDF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8F1DDF">
        <w:rPr>
          <w:rFonts w:ascii="Segoe UI Symbol" w:hAnsi="Segoe UI Symbol" w:cs="Segoe UI Symbol" w:hint="cs"/>
          <w:rtl/>
        </w:rPr>
        <w:t>☐</w:t>
      </w:r>
      <w:r w:rsidRPr="008F1DDF">
        <w:rPr>
          <w:rFonts w:ascii="Simplified Arabic" w:hAnsi="Simplified Arabic" w:cs="Simplified Arabic"/>
          <w:rtl/>
        </w:rPr>
        <w:t xml:space="preserve"> توثيق </w:t>
      </w:r>
      <w:r w:rsidRPr="008F1DDF">
        <w:rPr>
          <w:rFonts w:ascii="Simplified Arabic" w:hAnsi="Simplified Arabic" w:cs="Simplified Arabic"/>
        </w:rPr>
        <w:t>APA</w:t>
      </w:r>
      <w:r w:rsidRPr="008F1DDF">
        <w:rPr>
          <w:rFonts w:ascii="Simplified Arabic" w:hAnsi="Simplified Arabic" w:cs="Simplified Arabic"/>
          <w:rtl/>
        </w:rPr>
        <w:t xml:space="preserve"> متسق ولغة أكاديمية سليمة وتوحيد المصطلحات.</w:t>
      </w:r>
    </w:p>
    <w:p w14:paraId="0D635FDC" w14:textId="77777777" w:rsidR="00FB5C4A" w:rsidRPr="008F1DDF" w:rsidRDefault="00FB5C4A" w:rsidP="008F1DDF">
      <w:pPr>
        <w:bidi/>
        <w:rPr>
          <w:rFonts w:ascii="Simplified Arabic" w:eastAsia="Times New Roman" w:hAnsi="Simplified Arabic" w:cs="Simplified Arabic"/>
          <w:b/>
          <w:bCs/>
          <w:sz w:val="22"/>
          <w:rtl/>
        </w:rPr>
      </w:pPr>
    </w:p>
    <w:p w14:paraId="3861366A" w14:textId="77777777" w:rsidR="00FB5C4A" w:rsidRPr="008F1DDF" w:rsidRDefault="00FB5C4A" w:rsidP="008F1DDF">
      <w:pPr>
        <w:bidi/>
        <w:rPr>
          <w:rFonts w:ascii="Simplified Arabic" w:hAnsi="Simplified Arabic" w:cs="Simplified Arabic"/>
          <w:b/>
          <w:bCs/>
        </w:rPr>
      </w:pPr>
      <w:r w:rsidRPr="008F1DDF">
        <w:rPr>
          <w:rFonts w:ascii="Simplified Arabic" w:eastAsia="Times New Roman" w:hAnsi="Simplified Arabic" w:cs="Simplified Arabic"/>
          <w:b/>
          <w:bCs/>
          <w:sz w:val="22"/>
          <w:rtl/>
        </w:rPr>
        <w:t>مراجع إرشادية مختصرة (اختياري)</w:t>
      </w:r>
    </w:p>
    <w:p w14:paraId="047162E5" w14:textId="77777777" w:rsidR="001E4994" w:rsidRPr="008F1DDF" w:rsidRDefault="00B5241A" w:rsidP="008F1DDF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8F1DDF">
        <w:rPr>
          <w:rFonts w:ascii="Simplified Arabic" w:eastAsia="Times New Roman" w:hAnsi="Simplified Arabic" w:cs="Simplified Arabic"/>
          <w:sz w:val="22"/>
        </w:rPr>
        <w:t xml:space="preserve">Boote, D. N., &amp; Beile, P. (2005). </w:t>
      </w:r>
      <w:r w:rsidRPr="008F1DDF">
        <w:rPr>
          <w:rFonts w:ascii="Simplified Arabic" w:eastAsia="Times New Roman" w:hAnsi="Simplified Arabic" w:cs="Simplified Arabic"/>
          <w:sz w:val="22"/>
        </w:rPr>
        <w:t>Scholars before researchers: On the centrality of the dissertation literature review in research preparation. Educational Researcher, 34(6), 3–15.</w:t>
      </w:r>
    </w:p>
    <w:p w14:paraId="0CEB8B44" w14:textId="77777777" w:rsidR="001E4994" w:rsidRPr="008F1DDF" w:rsidRDefault="00B5241A" w:rsidP="008F1DDF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8F1DDF">
        <w:rPr>
          <w:rFonts w:ascii="Simplified Arabic" w:eastAsia="Times New Roman" w:hAnsi="Simplified Arabic" w:cs="Simplified Arabic"/>
          <w:sz w:val="22"/>
        </w:rPr>
        <w:t>Webster, J., &amp; Watson, R. T. (2002). Analyzing the past to prepare for the future: Writing a literature revie</w:t>
      </w:r>
      <w:r w:rsidRPr="008F1DDF">
        <w:rPr>
          <w:rFonts w:ascii="Simplified Arabic" w:eastAsia="Times New Roman" w:hAnsi="Simplified Arabic" w:cs="Simplified Arabic"/>
          <w:sz w:val="22"/>
        </w:rPr>
        <w:t>w. MIS Quarterly, 26(2), xiii–xxiii.</w:t>
      </w:r>
    </w:p>
    <w:p w14:paraId="434A594A" w14:textId="77777777" w:rsidR="001E4994" w:rsidRPr="008F1DDF" w:rsidRDefault="00B5241A" w:rsidP="008F1DDF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8F1DDF">
        <w:rPr>
          <w:rFonts w:ascii="Simplified Arabic" w:eastAsia="Times New Roman" w:hAnsi="Simplified Arabic" w:cs="Simplified Arabic"/>
          <w:sz w:val="22"/>
        </w:rPr>
        <w:t>Torraco, R. J. (2005). Writing integrative literature reviews: Guidelines and examples. Human Resource Development Review, 4(3), 356–367.</w:t>
      </w:r>
    </w:p>
    <w:p w14:paraId="16503E75" w14:textId="77777777" w:rsidR="001E4994" w:rsidRPr="008F1DDF" w:rsidRDefault="00B5241A" w:rsidP="008F1DDF">
      <w:pPr>
        <w:bidi/>
        <w:rPr>
          <w:rFonts w:ascii="Simplified Arabic" w:hAnsi="Simplified Arabic" w:cs="Simplified Arabic"/>
        </w:rPr>
      </w:pPr>
      <w:r w:rsidRPr="008F1DDF">
        <w:rPr>
          <w:rFonts w:ascii="Simplified Arabic" w:eastAsia="Times New Roman" w:hAnsi="Simplified Arabic" w:cs="Simplified Arabic"/>
          <w:sz w:val="22"/>
        </w:rPr>
        <w:t>Snyder, H. (2019). Literature review as a research methodology: An overview and g</w:t>
      </w:r>
      <w:r w:rsidRPr="008F1DDF">
        <w:rPr>
          <w:rFonts w:ascii="Simplified Arabic" w:eastAsia="Times New Roman" w:hAnsi="Simplified Arabic" w:cs="Simplified Arabic"/>
          <w:sz w:val="22"/>
        </w:rPr>
        <w:t>uidelines. Journal of Business Research, 104, 333–339.</w:t>
      </w:r>
    </w:p>
    <w:sectPr w:rsidR="001E4994" w:rsidRPr="008F1DDF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EF37AA0"/>
    <w:multiLevelType w:val="hybridMultilevel"/>
    <w:tmpl w:val="4140AFD0"/>
    <w:lvl w:ilvl="0" w:tplc="5434C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4783F"/>
    <w:multiLevelType w:val="hybridMultilevel"/>
    <w:tmpl w:val="9D402A90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9635647"/>
    <w:multiLevelType w:val="hybridMultilevel"/>
    <w:tmpl w:val="76F4F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770290"/>
    <w:multiLevelType w:val="hybridMultilevel"/>
    <w:tmpl w:val="156EA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84946"/>
    <w:multiLevelType w:val="hybridMultilevel"/>
    <w:tmpl w:val="7ED078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D018FE"/>
    <w:multiLevelType w:val="hybridMultilevel"/>
    <w:tmpl w:val="0FE668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9F047B"/>
    <w:multiLevelType w:val="hybridMultilevel"/>
    <w:tmpl w:val="80B07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E4C2FCC">
      <w:start w:val="7"/>
      <w:numFmt w:val="bullet"/>
      <w:lvlText w:val="•"/>
      <w:lvlJc w:val="left"/>
      <w:pPr>
        <w:ind w:left="1440" w:hanging="360"/>
      </w:pPr>
      <w:rPr>
        <w:rFonts w:ascii="Simplified Arabic" w:eastAsia="Arial" w:hAnsi="Simplified Arabic" w:cs="Simplified Arabic" w:hint="default"/>
        <w:sz w:val="22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814F03"/>
    <w:multiLevelType w:val="hybridMultilevel"/>
    <w:tmpl w:val="FB0A5F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BC6A8C"/>
    <w:multiLevelType w:val="hybridMultilevel"/>
    <w:tmpl w:val="9B84B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3"/>
  </w:num>
  <w:num w:numId="11">
    <w:abstractNumId w:val="16"/>
  </w:num>
  <w:num w:numId="12">
    <w:abstractNumId w:val="9"/>
  </w:num>
  <w:num w:numId="13">
    <w:abstractNumId w:val="15"/>
  </w:num>
  <w:num w:numId="14">
    <w:abstractNumId w:val="10"/>
  </w:num>
  <w:num w:numId="15">
    <w:abstractNumId w:val="12"/>
  </w:num>
  <w:num w:numId="16">
    <w:abstractNumId w:val="11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cwMTI2tjAzMDAEcpV0lIJTi4sz8/NACoxrAQCbRgMsAAAA"/>
  </w:docVars>
  <w:rsids>
    <w:rsidRoot w:val="00B47730"/>
    <w:rsid w:val="00023F95"/>
    <w:rsid w:val="00034616"/>
    <w:rsid w:val="0006063C"/>
    <w:rsid w:val="00066556"/>
    <w:rsid w:val="000F4AF7"/>
    <w:rsid w:val="0015074B"/>
    <w:rsid w:val="001E4994"/>
    <w:rsid w:val="0029639D"/>
    <w:rsid w:val="002C6210"/>
    <w:rsid w:val="002D106E"/>
    <w:rsid w:val="00326F90"/>
    <w:rsid w:val="008F1DDF"/>
    <w:rsid w:val="00AA1D8D"/>
    <w:rsid w:val="00B47730"/>
    <w:rsid w:val="00B5241A"/>
    <w:rsid w:val="00B957A4"/>
    <w:rsid w:val="00CB0664"/>
    <w:rsid w:val="00CE6C57"/>
    <w:rsid w:val="00DD3E8B"/>
    <w:rsid w:val="00DE7547"/>
    <w:rsid w:val="00E70F26"/>
    <w:rsid w:val="00F248D4"/>
    <w:rsid w:val="00FB5C4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990F05"/>
  <w14:defaultImageDpi w14:val="300"/>
  <w15:docId w15:val="{783DCC35-E0F6-4C69-8142-51AC5E3BB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1200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8026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dc:description>generated by python-docx</dc:description>
  <cp:lastModifiedBy>Reem Ward</cp:lastModifiedBy>
  <cp:revision>2</cp:revision>
  <dcterms:created xsi:type="dcterms:W3CDTF">2026-03-10T08:32:00Z</dcterms:created>
  <dcterms:modified xsi:type="dcterms:W3CDTF">2026-03-10T08:32:00Z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3fcf34bf-ec7b-40f4-8caa-a0ed0b30daf0</vt:lpwstr>
  </property>
</Properties>
</file>