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811D" w14:textId="77777777" w:rsidR="00660561" w:rsidRDefault="005B109C">
      <w:pPr>
        <w:bidi/>
        <w:jc w:val="center"/>
      </w:pPr>
      <w:r>
        <w:rPr>
          <w:noProof/>
        </w:rPr>
        <w:drawing>
          <wp:inline distT="0" distB="0" distL="0" distR="0" wp14:anchorId="46E05802" wp14:editId="279D1414">
            <wp:extent cx="1584000" cy="158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docean_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84000" cy="15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5F406" w14:textId="77777777" w:rsidR="00660561" w:rsidRDefault="005B109C">
      <w:pPr>
        <w:bidi/>
        <w:spacing w:after="80"/>
        <w:jc w:val="center"/>
      </w:pPr>
      <w:r>
        <w:rPr>
          <w:b/>
          <w:sz w:val="30"/>
        </w:rPr>
        <w:t>جامعة</w:t>
      </w:r>
      <w:r>
        <w:rPr>
          <w:b/>
          <w:sz w:val="30"/>
        </w:rPr>
        <w:t xml:space="preserve"> </w:t>
      </w:r>
      <w:r>
        <w:rPr>
          <w:b/>
          <w:sz w:val="30"/>
        </w:rPr>
        <w:t>ميدأوشن</w:t>
      </w:r>
    </w:p>
    <w:p w14:paraId="0E2F76C1" w14:textId="77777777" w:rsidR="00660561" w:rsidRDefault="005B109C">
      <w:pPr>
        <w:bidi/>
        <w:spacing w:after="80"/>
        <w:jc w:val="center"/>
      </w:pPr>
      <w:r>
        <w:rPr>
          <w:b/>
          <w:sz w:val="30"/>
        </w:rPr>
        <w:t>كلية</w:t>
      </w:r>
      <w:r>
        <w:rPr>
          <w:b/>
          <w:sz w:val="30"/>
        </w:rPr>
        <w:t xml:space="preserve"> </w:t>
      </w:r>
      <w:r>
        <w:rPr>
          <w:b/>
          <w:sz w:val="30"/>
        </w:rPr>
        <w:t>الإدارة</w:t>
      </w:r>
    </w:p>
    <w:p w14:paraId="4DEB8528" w14:textId="77777777" w:rsidR="00660561" w:rsidRDefault="005B109C">
      <w:pPr>
        <w:bidi/>
        <w:spacing w:after="600"/>
        <w:jc w:val="center"/>
      </w:pPr>
      <w:r>
        <w:rPr>
          <w:b/>
          <w:sz w:val="30"/>
        </w:rPr>
        <w:t>ماجستير</w:t>
      </w:r>
      <w:r>
        <w:rPr>
          <w:b/>
          <w:sz w:val="30"/>
        </w:rPr>
        <w:t xml:space="preserve"> </w:t>
      </w:r>
      <w:r>
        <w:rPr>
          <w:b/>
          <w:sz w:val="30"/>
        </w:rPr>
        <w:t>إدارة</w:t>
      </w:r>
      <w:r>
        <w:rPr>
          <w:b/>
          <w:sz w:val="30"/>
        </w:rPr>
        <w:t xml:space="preserve"> </w:t>
      </w:r>
      <w:r>
        <w:rPr>
          <w:b/>
          <w:sz w:val="30"/>
        </w:rPr>
        <w:t>المخاطر</w:t>
      </w:r>
    </w:p>
    <w:p w14:paraId="5F602E77" w14:textId="77777777" w:rsidR="00660561" w:rsidRDefault="005B109C">
      <w:pPr>
        <w:bidi/>
        <w:spacing w:after="80"/>
        <w:jc w:val="center"/>
      </w:pPr>
      <w:r>
        <w:rPr>
          <w:b/>
          <w:sz w:val="40"/>
        </w:rPr>
        <w:t>أثر</w:t>
      </w:r>
      <w:r>
        <w:rPr>
          <w:b/>
          <w:sz w:val="40"/>
        </w:rPr>
        <w:t xml:space="preserve"> </w:t>
      </w:r>
      <w:r>
        <w:rPr>
          <w:b/>
          <w:sz w:val="40"/>
        </w:rPr>
        <w:t>إدارة</w:t>
      </w:r>
      <w:r>
        <w:rPr>
          <w:b/>
          <w:sz w:val="40"/>
        </w:rPr>
        <w:t xml:space="preserve"> </w:t>
      </w:r>
      <w:r>
        <w:rPr>
          <w:b/>
          <w:sz w:val="40"/>
        </w:rPr>
        <w:t>المخاطر</w:t>
      </w:r>
      <w:r>
        <w:rPr>
          <w:b/>
          <w:sz w:val="40"/>
        </w:rPr>
        <w:t xml:space="preserve"> </w:t>
      </w:r>
      <w:r>
        <w:rPr>
          <w:b/>
          <w:sz w:val="40"/>
        </w:rPr>
        <w:t>على</w:t>
      </w:r>
      <w:r>
        <w:rPr>
          <w:b/>
          <w:sz w:val="40"/>
        </w:rPr>
        <w:t xml:space="preserve"> </w:t>
      </w:r>
      <w:r>
        <w:rPr>
          <w:b/>
          <w:sz w:val="40"/>
        </w:rPr>
        <w:t>استمرارية</w:t>
      </w:r>
      <w:r>
        <w:rPr>
          <w:b/>
          <w:sz w:val="40"/>
        </w:rPr>
        <w:t xml:space="preserve"> </w:t>
      </w:r>
      <w:r>
        <w:rPr>
          <w:b/>
          <w:sz w:val="40"/>
        </w:rPr>
        <w:t>الأعمال</w:t>
      </w:r>
    </w:p>
    <w:p w14:paraId="07E36A65" w14:textId="77777777" w:rsidR="00660561" w:rsidRDefault="005B109C">
      <w:pPr>
        <w:bidi/>
        <w:spacing w:after="680"/>
        <w:jc w:val="center"/>
      </w:pPr>
      <w:r>
        <w:rPr>
          <w:b/>
          <w:sz w:val="36"/>
        </w:rPr>
        <w:t>في</w:t>
      </w:r>
      <w:r>
        <w:rPr>
          <w:b/>
          <w:sz w:val="36"/>
        </w:rPr>
        <w:t xml:space="preserve"> </w:t>
      </w:r>
      <w:r>
        <w:rPr>
          <w:b/>
          <w:sz w:val="36"/>
        </w:rPr>
        <w:t>المنشآت</w:t>
      </w:r>
      <w:r>
        <w:rPr>
          <w:b/>
          <w:sz w:val="36"/>
        </w:rPr>
        <w:t xml:space="preserve"> </w:t>
      </w:r>
      <w:r>
        <w:rPr>
          <w:b/>
          <w:sz w:val="36"/>
        </w:rPr>
        <w:t>الصغيرة</w:t>
      </w:r>
      <w:r>
        <w:rPr>
          <w:b/>
          <w:sz w:val="36"/>
        </w:rPr>
        <w:t xml:space="preserve"> </w:t>
      </w:r>
      <w:r>
        <w:rPr>
          <w:b/>
          <w:sz w:val="36"/>
        </w:rPr>
        <w:t>والمتوسطة</w:t>
      </w:r>
      <w:r>
        <w:rPr>
          <w:b/>
          <w:sz w:val="36"/>
        </w:rPr>
        <w:t xml:space="preserve"> </w:t>
      </w:r>
      <w:r>
        <w:rPr>
          <w:b/>
          <w:sz w:val="36"/>
        </w:rPr>
        <w:t>في</w:t>
      </w:r>
      <w:r>
        <w:rPr>
          <w:b/>
          <w:sz w:val="36"/>
        </w:rPr>
        <w:t xml:space="preserve"> </w:t>
      </w:r>
      <w:r>
        <w:rPr>
          <w:b/>
          <w:sz w:val="36"/>
        </w:rPr>
        <w:t>المملكة</w:t>
      </w:r>
      <w:r>
        <w:rPr>
          <w:b/>
          <w:sz w:val="36"/>
        </w:rPr>
        <w:t xml:space="preserve"> </w:t>
      </w:r>
      <w:r>
        <w:rPr>
          <w:b/>
          <w:sz w:val="36"/>
        </w:rPr>
        <w:t>العربية</w:t>
      </w:r>
      <w:r>
        <w:rPr>
          <w:b/>
          <w:sz w:val="36"/>
        </w:rPr>
        <w:t xml:space="preserve"> </w:t>
      </w:r>
      <w:r>
        <w:rPr>
          <w:b/>
          <w:sz w:val="36"/>
        </w:rPr>
        <w:t>السعودية</w:t>
      </w:r>
    </w:p>
    <w:p w14:paraId="3A754C08" w14:textId="77777777" w:rsidR="00660561" w:rsidRDefault="005B109C">
      <w:pPr>
        <w:bidi/>
        <w:spacing w:after="160"/>
        <w:jc w:val="center"/>
      </w:pPr>
      <w:r>
        <w:rPr>
          <w:b/>
          <w:sz w:val="30"/>
        </w:rPr>
        <w:t>إعداد</w:t>
      </w:r>
      <w:r>
        <w:rPr>
          <w:b/>
          <w:sz w:val="30"/>
        </w:rPr>
        <w:t xml:space="preserve"> </w:t>
      </w:r>
      <w:r>
        <w:rPr>
          <w:b/>
          <w:sz w:val="30"/>
        </w:rPr>
        <w:t>الطالب</w:t>
      </w:r>
      <w:r>
        <w:rPr>
          <w:b/>
          <w:sz w:val="30"/>
        </w:rPr>
        <w:t xml:space="preserve">: </w:t>
      </w:r>
      <w:r>
        <w:rPr>
          <w:b/>
          <w:sz w:val="30"/>
        </w:rPr>
        <w:t>أحمد</w:t>
      </w:r>
      <w:r>
        <w:rPr>
          <w:b/>
          <w:sz w:val="30"/>
        </w:rPr>
        <w:t xml:space="preserve"> </w:t>
      </w:r>
      <w:r>
        <w:rPr>
          <w:b/>
          <w:sz w:val="30"/>
        </w:rPr>
        <w:t>سليمان</w:t>
      </w:r>
      <w:r>
        <w:rPr>
          <w:b/>
          <w:sz w:val="30"/>
        </w:rPr>
        <w:t xml:space="preserve"> </w:t>
      </w:r>
      <w:r>
        <w:rPr>
          <w:b/>
          <w:sz w:val="30"/>
        </w:rPr>
        <w:t>علي</w:t>
      </w:r>
      <w:r>
        <w:rPr>
          <w:b/>
          <w:sz w:val="30"/>
        </w:rPr>
        <w:t xml:space="preserve"> </w:t>
      </w:r>
      <w:r>
        <w:rPr>
          <w:b/>
          <w:sz w:val="30"/>
        </w:rPr>
        <w:t>الفارسي</w:t>
      </w:r>
    </w:p>
    <w:p w14:paraId="40F2903E" w14:textId="77777777" w:rsidR="00660561" w:rsidRDefault="005B109C">
      <w:pPr>
        <w:bidi/>
        <w:spacing w:after="480"/>
        <w:jc w:val="center"/>
      </w:pPr>
      <w:r>
        <w:rPr>
          <w:b/>
          <w:sz w:val="30"/>
        </w:rPr>
        <w:t>الرقم</w:t>
      </w:r>
      <w:r>
        <w:rPr>
          <w:b/>
          <w:sz w:val="30"/>
        </w:rPr>
        <w:t xml:space="preserve"> </w:t>
      </w:r>
      <w:r>
        <w:rPr>
          <w:b/>
          <w:sz w:val="30"/>
        </w:rPr>
        <w:t>الأكاديمي</w:t>
      </w:r>
      <w:r>
        <w:rPr>
          <w:b/>
          <w:sz w:val="30"/>
        </w:rPr>
        <w:t>: 253001371</w:t>
      </w:r>
    </w:p>
    <w:p w14:paraId="34948359" w14:textId="77777777" w:rsidR="00660561" w:rsidRDefault="005B109C">
      <w:pPr>
        <w:bidi/>
        <w:spacing w:after="80"/>
        <w:jc w:val="center"/>
      </w:pPr>
      <w:r>
        <w:t>إشراف</w:t>
      </w:r>
      <w:r>
        <w:t xml:space="preserve">: </w:t>
      </w:r>
      <w:r>
        <w:t>د</w:t>
      </w:r>
      <w:r>
        <w:t xml:space="preserve">. </w:t>
      </w:r>
      <w:r>
        <w:t>الفيصل</w:t>
      </w:r>
      <w:r>
        <w:t xml:space="preserve"> </w:t>
      </w:r>
      <w:r>
        <w:t>عبدالحميد</w:t>
      </w:r>
      <w:r>
        <w:t xml:space="preserve"> (</w:t>
      </w:r>
      <w:r>
        <w:t>المشرف</w:t>
      </w:r>
      <w:r>
        <w:t xml:space="preserve"> </w:t>
      </w:r>
      <w:r>
        <w:t>الرئيسي</w:t>
      </w:r>
      <w:r>
        <w:t>)</w:t>
      </w:r>
    </w:p>
    <w:p w14:paraId="407FCB98" w14:textId="77777777" w:rsidR="00660561" w:rsidRDefault="005B109C">
      <w:pPr>
        <w:bidi/>
        <w:spacing w:after="560"/>
        <w:jc w:val="center"/>
      </w:pPr>
      <w:r>
        <w:t>د</w:t>
      </w:r>
      <w:r>
        <w:t xml:space="preserve">. </w:t>
      </w:r>
      <w:r>
        <w:t>فايز</w:t>
      </w:r>
      <w:r>
        <w:t xml:space="preserve"> </w:t>
      </w:r>
      <w:r>
        <w:t>جراد</w:t>
      </w:r>
      <w:r>
        <w:t xml:space="preserve"> (</w:t>
      </w:r>
      <w:r>
        <w:t>المشرف</w:t>
      </w:r>
      <w:r>
        <w:t xml:space="preserve"> </w:t>
      </w:r>
      <w:r>
        <w:t>الثاني</w:t>
      </w:r>
      <w:r>
        <w:t>)</w:t>
      </w:r>
    </w:p>
    <w:p w14:paraId="01B24D08" w14:textId="77777777" w:rsidR="00660561" w:rsidRDefault="005B109C">
      <w:pPr>
        <w:bidi/>
        <w:spacing w:after="0"/>
        <w:jc w:val="center"/>
      </w:pPr>
      <w:r>
        <w:rPr>
          <w:b/>
        </w:rPr>
        <w:t>العام</w:t>
      </w:r>
      <w:r>
        <w:rPr>
          <w:b/>
        </w:rPr>
        <w:t xml:space="preserve"> </w:t>
      </w:r>
      <w:r>
        <w:rPr>
          <w:b/>
        </w:rPr>
        <w:t>الجامعي</w:t>
      </w:r>
      <w:r>
        <w:rPr>
          <w:b/>
        </w:rPr>
        <w:t>: 1447</w:t>
      </w:r>
      <w:r>
        <w:rPr>
          <w:b/>
        </w:rPr>
        <w:t>هـ</w:t>
      </w:r>
      <w:r>
        <w:rPr>
          <w:b/>
        </w:rPr>
        <w:t xml:space="preserve"> / 2026</w:t>
      </w:r>
      <w:r>
        <w:rPr>
          <w:b/>
        </w:rPr>
        <w:t>م</w:t>
      </w:r>
    </w:p>
    <w:p w14:paraId="3041D1F9" w14:textId="77777777" w:rsidR="00660561" w:rsidRDefault="005B109C">
      <w:pPr>
        <w:bidi/>
      </w:pPr>
      <w:r>
        <w:br w:type="page"/>
      </w:r>
    </w:p>
    <w:p w14:paraId="6820FB6C" w14:textId="77777777" w:rsidR="00660561" w:rsidRDefault="005B109C">
      <w:pPr>
        <w:pStyle w:val="1"/>
        <w:bidi/>
      </w:pPr>
      <w:r>
        <w:rPr>
          <w:rFonts w:ascii="Arial" w:hAnsi="Arial" w:cs="Arial"/>
        </w:rPr>
        <w:lastRenderedPageBreak/>
        <w:t>الفصل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الأول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المقدمة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والإطار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النظري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للدراسة</w:t>
      </w:r>
    </w:p>
    <w:p w14:paraId="545A5764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 </w:t>
      </w:r>
      <w:r>
        <w:rPr>
          <w:rFonts w:ascii="Arial" w:hAnsi="Arial" w:cs="Arial"/>
        </w:rPr>
        <w:t>مقدمة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الفصل</w:t>
      </w:r>
    </w:p>
    <w:p w14:paraId="28D78C85" w14:textId="77777777" w:rsidR="00660561" w:rsidRDefault="005B109C">
      <w:pPr>
        <w:bidi/>
      </w:pPr>
      <w:r>
        <w:t>أصبحت</w:t>
      </w:r>
      <w:r>
        <w:t xml:space="preserve"> </w:t>
      </w:r>
      <w:r>
        <w:t>المخاطر</w:t>
      </w:r>
      <w:r>
        <w:t xml:space="preserve"> </w:t>
      </w:r>
      <w:r>
        <w:t>عنصرًا</w:t>
      </w:r>
      <w:r>
        <w:t xml:space="preserve"> </w:t>
      </w:r>
      <w:r>
        <w:t>ملازمًا</w:t>
      </w:r>
      <w:r>
        <w:t xml:space="preserve"> </w:t>
      </w:r>
      <w:r>
        <w:t>لعمل</w:t>
      </w:r>
      <w:r>
        <w:t xml:space="preserve"> </w:t>
      </w:r>
      <w:r>
        <w:t>المنشآت</w:t>
      </w:r>
      <w:r>
        <w:t xml:space="preserve"> </w:t>
      </w:r>
      <w:r>
        <w:t>في</w:t>
      </w:r>
      <w:r>
        <w:t xml:space="preserve"> </w:t>
      </w:r>
      <w:r>
        <w:t>البيئة</w:t>
      </w:r>
      <w:r>
        <w:t xml:space="preserve"> </w:t>
      </w:r>
      <w:r>
        <w:t>المعاصرة،</w:t>
      </w:r>
      <w:r>
        <w:t xml:space="preserve"> </w:t>
      </w:r>
      <w:r>
        <w:t>ولم</w:t>
      </w:r>
      <w:r>
        <w:t xml:space="preserve"> </w:t>
      </w:r>
      <w:r>
        <w:t>تعد</w:t>
      </w:r>
      <w:r>
        <w:t xml:space="preserve"> </w:t>
      </w:r>
      <w:r>
        <w:t>تقتصر</w:t>
      </w:r>
      <w:r>
        <w:t xml:space="preserve"> </w:t>
      </w:r>
      <w:r>
        <w:t>على</w:t>
      </w:r>
      <w:r>
        <w:t xml:space="preserve"> </w:t>
      </w:r>
      <w:r>
        <w:t>الحوادث</w:t>
      </w:r>
      <w:r>
        <w:t xml:space="preserve"> </w:t>
      </w:r>
      <w:r>
        <w:t>الاستثنائية</w:t>
      </w:r>
      <w:r>
        <w:t xml:space="preserve"> </w:t>
      </w:r>
      <w:r>
        <w:t>أو</w:t>
      </w:r>
      <w:r>
        <w:t xml:space="preserve"> </w:t>
      </w:r>
      <w:r>
        <w:t>الخسائر</w:t>
      </w:r>
      <w:r>
        <w:t xml:space="preserve"> </w:t>
      </w:r>
      <w:r>
        <w:t>المالية</w:t>
      </w:r>
      <w:r>
        <w:t xml:space="preserve"> </w:t>
      </w:r>
      <w:r>
        <w:t>المباشرة،</w:t>
      </w:r>
      <w:r>
        <w:t xml:space="preserve"> </w:t>
      </w:r>
      <w:r>
        <w:t>بل</w:t>
      </w:r>
      <w:r>
        <w:t xml:space="preserve"> </w:t>
      </w:r>
      <w:r>
        <w:t>تشمل</w:t>
      </w:r>
      <w:r>
        <w:t xml:space="preserve"> </w:t>
      </w:r>
      <w:r>
        <w:t>كل</w:t>
      </w:r>
      <w:r>
        <w:t xml:space="preserve"> </w:t>
      </w:r>
      <w:r>
        <w:t>حالة</w:t>
      </w:r>
      <w:r>
        <w:t xml:space="preserve"> </w:t>
      </w:r>
      <w:r>
        <w:t>من</w:t>
      </w:r>
      <w:r>
        <w:t xml:space="preserve"> </w:t>
      </w:r>
      <w:r>
        <w:t>عدم</w:t>
      </w:r>
      <w:r>
        <w:t xml:space="preserve"> </w:t>
      </w:r>
      <w:r>
        <w:t>اليقين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تؤثر</w:t>
      </w:r>
      <w:r>
        <w:t xml:space="preserve"> </w:t>
      </w:r>
      <w:r>
        <w:t>في</w:t>
      </w:r>
      <w:r>
        <w:t xml:space="preserve"> </w:t>
      </w:r>
      <w:r>
        <w:t>تحقيق</w:t>
      </w:r>
      <w:r>
        <w:t xml:space="preserve"> </w:t>
      </w:r>
      <w:r>
        <w:t>الأهداف</w:t>
      </w:r>
      <w:r>
        <w:t xml:space="preserve"> </w:t>
      </w:r>
      <w:r>
        <w:t>أو</w:t>
      </w:r>
      <w:r>
        <w:t xml:space="preserve"> </w:t>
      </w:r>
      <w:r>
        <w:t>انتظام</w:t>
      </w:r>
      <w:r>
        <w:t xml:space="preserve"> </w:t>
      </w:r>
      <w:r>
        <w:t>العمليات</w:t>
      </w:r>
      <w:r>
        <w:t xml:space="preserve">. </w:t>
      </w:r>
      <w:r>
        <w:t>وقد</w:t>
      </w:r>
      <w:r>
        <w:t xml:space="preserve"> </w:t>
      </w:r>
      <w:r>
        <w:t>ساهمت</w:t>
      </w:r>
      <w:r>
        <w:t xml:space="preserve"> </w:t>
      </w:r>
      <w:r>
        <w:t>سرعة</w:t>
      </w:r>
      <w:r>
        <w:t xml:space="preserve"> </w:t>
      </w:r>
      <w:r>
        <w:t>التحولات</w:t>
      </w:r>
      <w:r>
        <w:t xml:space="preserve"> </w:t>
      </w:r>
      <w:r>
        <w:t>الاقتصادية</w:t>
      </w:r>
      <w:r>
        <w:t xml:space="preserve"> </w:t>
      </w:r>
      <w:r>
        <w:t>والتقنية،</w:t>
      </w:r>
      <w:r>
        <w:t xml:space="preserve"> </w:t>
      </w:r>
      <w:r>
        <w:t>وتشابك</w:t>
      </w:r>
      <w:r>
        <w:t xml:space="preserve"> </w:t>
      </w:r>
      <w:r>
        <w:t>سلاسل</w:t>
      </w:r>
      <w:r>
        <w:t xml:space="preserve"> </w:t>
      </w:r>
      <w:r>
        <w:t>الإمداد،</w:t>
      </w:r>
      <w:r>
        <w:t xml:space="preserve"> </w:t>
      </w:r>
      <w:r>
        <w:t>وتغير</w:t>
      </w:r>
      <w:r>
        <w:t xml:space="preserve"> </w:t>
      </w:r>
      <w:r>
        <w:t>توقعات</w:t>
      </w:r>
      <w:r>
        <w:t xml:space="preserve"> </w:t>
      </w:r>
      <w:r>
        <w:t>العملاء،</w:t>
      </w:r>
      <w:r>
        <w:t xml:space="preserve"> </w:t>
      </w:r>
      <w:r>
        <w:t>وتطور</w:t>
      </w:r>
      <w:r>
        <w:t xml:space="preserve"> </w:t>
      </w:r>
      <w:r>
        <w:t>المتطلبات</w:t>
      </w:r>
      <w:r>
        <w:t xml:space="preserve"> </w:t>
      </w:r>
      <w:r>
        <w:t>النظامية،</w:t>
      </w:r>
      <w:r>
        <w:t xml:space="preserve"> </w:t>
      </w:r>
      <w:r>
        <w:t>وتزايد</w:t>
      </w:r>
      <w:r>
        <w:t xml:space="preserve"> </w:t>
      </w:r>
      <w:r>
        <w:t>الاعتماد</w:t>
      </w:r>
      <w:r>
        <w:t xml:space="preserve"> </w:t>
      </w:r>
      <w:r>
        <w:t>على</w:t>
      </w:r>
      <w:r>
        <w:t xml:space="preserve"> </w:t>
      </w:r>
      <w:r>
        <w:t>البيانات</w:t>
      </w:r>
      <w:r>
        <w:t xml:space="preserve"> </w:t>
      </w:r>
      <w:r>
        <w:t>والمنصات</w:t>
      </w:r>
      <w:r>
        <w:t xml:space="preserve"> </w:t>
      </w:r>
      <w:r>
        <w:t>الرقمية،</w:t>
      </w:r>
      <w:r>
        <w:t xml:space="preserve"> </w:t>
      </w:r>
      <w:r>
        <w:t>في</w:t>
      </w:r>
      <w:r>
        <w:t xml:space="preserve"> </w:t>
      </w:r>
      <w:r>
        <w:t>رفع</w:t>
      </w:r>
      <w:r>
        <w:t xml:space="preserve"> </w:t>
      </w:r>
      <w:r>
        <w:t>درجة</w:t>
      </w:r>
      <w:r>
        <w:t xml:space="preserve"> </w:t>
      </w:r>
      <w:r>
        <w:t>تعرض</w:t>
      </w:r>
      <w:r>
        <w:t xml:space="preserve"> </w:t>
      </w:r>
      <w:r>
        <w:t>المنشآت</w:t>
      </w:r>
      <w:r>
        <w:t xml:space="preserve"> </w:t>
      </w:r>
      <w:r>
        <w:t>للاضطرابات</w:t>
      </w:r>
      <w:r>
        <w:t xml:space="preserve">. </w:t>
      </w:r>
      <w:r>
        <w:t>ومن</w:t>
      </w:r>
      <w:r>
        <w:t xml:space="preserve"> </w:t>
      </w:r>
      <w:r>
        <w:t>ثم</w:t>
      </w:r>
      <w:r>
        <w:t xml:space="preserve"> </w:t>
      </w:r>
      <w:r>
        <w:t>أصبحت</w:t>
      </w:r>
      <w:r>
        <w:t xml:space="preserve"> </w:t>
      </w:r>
      <w:r>
        <w:t>القدرة</w:t>
      </w:r>
      <w:r>
        <w:t xml:space="preserve"> </w:t>
      </w:r>
      <w:r>
        <w:t>على</w:t>
      </w:r>
      <w:r>
        <w:t xml:space="preserve"> </w:t>
      </w:r>
      <w:r>
        <w:t>التعرف</w:t>
      </w:r>
      <w:r>
        <w:t xml:space="preserve"> </w:t>
      </w:r>
      <w:r>
        <w:t>المبكر</w:t>
      </w:r>
      <w:r>
        <w:t xml:space="preserve"> </w:t>
      </w:r>
      <w:r>
        <w:t>على</w:t>
      </w:r>
      <w:r>
        <w:t xml:space="preserve"> </w:t>
      </w:r>
      <w:r>
        <w:t>المخاطر</w:t>
      </w:r>
      <w:r>
        <w:t xml:space="preserve"> </w:t>
      </w:r>
      <w:r>
        <w:t>وفهمها</w:t>
      </w:r>
      <w:r>
        <w:t xml:space="preserve"> </w:t>
      </w:r>
      <w:r>
        <w:t>والتعامل</w:t>
      </w:r>
      <w:r>
        <w:t xml:space="preserve"> </w:t>
      </w:r>
      <w:r>
        <w:t>معها</w:t>
      </w:r>
      <w:r>
        <w:t xml:space="preserve"> </w:t>
      </w:r>
      <w:r>
        <w:t>شرطًا</w:t>
      </w:r>
      <w:r>
        <w:t xml:space="preserve"> </w:t>
      </w:r>
      <w:r>
        <w:t>أساسيًا</w:t>
      </w:r>
      <w:r>
        <w:t xml:space="preserve"> </w:t>
      </w:r>
      <w:r>
        <w:t>لحماية</w:t>
      </w:r>
      <w:r>
        <w:t xml:space="preserve"> </w:t>
      </w:r>
      <w:r>
        <w:t>الموارد</w:t>
      </w:r>
      <w:r>
        <w:t xml:space="preserve"> </w:t>
      </w:r>
      <w:r>
        <w:t>والمحافظة</w:t>
      </w:r>
      <w:r>
        <w:t xml:space="preserve"> </w:t>
      </w:r>
      <w:r>
        <w:t>على</w:t>
      </w:r>
      <w:r>
        <w:t xml:space="preserve"> </w:t>
      </w:r>
      <w:r>
        <w:t>تقديم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>.</w:t>
      </w:r>
    </w:p>
    <w:p w14:paraId="70368116" w14:textId="77777777" w:rsidR="00660561" w:rsidRDefault="005B109C">
      <w:pPr>
        <w:bidi/>
      </w:pPr>
      <w:r>
        <w:t>تكتسب</w:t>
      </w:r>
      <w:r>
        <w:t xml:space="preserve"> </w:t>
      </w:r>
      <w:r>
        <w:t>هذه</w:t>
      </w:r>
      <w:r>
        <w:t xml:space="preserve"> </w:t>
      </w:r>
      <w:r>
        <w:t>القضية</w:t>
      </w:r>
      <w:r>
        <w:t xml:space="preserve"> </w:t>
      </w:r>
      <w:r>
        <w:t>أهمية</w:t>
      </w:r>
      <w:r>
        <w:t xml:space="preserve"> </w:t>
      </w:r>
      <w:r>
        <w:t>أكبر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والمتوسطة؛</w:t>
      </w:r>
      <w:r>
        <w:t xml:space="preserve"> </w:t>
      </w:r>
      <w:r>
        <w:t>لأن</w:t>
      </w:r>
      <w:r>
        <w:t xml:space="preserve"> </w:t>
      </w:r>
      <w:r>
        <w:t>محدودية</w:t>
      </w:r>
      <w:r>
        <w:t xml:space="preserve"> </w:t>
      </w:r>
      <w:r>
        <w:t>الموارد</w:t>
      </w:r>
      <w:r>
        <w:t xml:space="preserve"> </w:t>
      </w:r>
      <w:r>
        <w:t>المالية</w:t>
      </w:r>
      <w:r>
        <w:t xml:space="preserve"> </w:t>
      </w:r>
      <w:r>
        <w:t>والبشرية،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عدد</w:t>
      </w:r>
      <w:r>
        <w:t xml:space="preserve"> </w:t>
      </w:r>
      <w:r>
        <w:t>محدود</w:t>
      </w:r>
      <w:r>
        <w:t xml:space="preserve"> </w:t>
      </w:r>
      <w:r>
        <w:t>من</w:t>
      </w:r>
      <w:r>
        <w:t xml:space="preserve"> </w:t>
      </w:r>
      <w:r>
        <w:t>العملاء</w:t>
      </w:r>
      <w:r>
        <w:t xml:space="preserve"> </w:t>
      </w:r>
      <w:r>
        <w:t>أو</w:t>
      </w:r>
      <w:r>
        <w:t xml:space="preserve"> </w:t>
      </w:r>
      <w:r>
        <w:t>الموردين</w:t>
      </w:r>
      <w:r>
        <w:t xml:space="preserve"> </w:t>
      </w:r>
      <w:r>
        <w:t>أو</w:t>
      </w:r>
      <w:r>
        <w:t xml:space="preserve"> </w:t>
      </w:r>
      <w:r>
        <w:t>الموظفين</w:t>
      </w:r>
      <w:r>
        <w:t xml:space="preserve"> </w:t>
      </w:r>
      <w:r>
        <w:t>الرئيسيين،</w:t>
      </w:r>
      <w:r>
        <w:t xml:space="preserve"> </w:t>
      </w:r>
      <w:r>
        <w:t>قد</w:t>
      </w:r>
      <w:r>
        <w:t xml:space="preserve"> </w:t>
      </w:r>
      <w:r>
        <w:t>تجعل</w:t>
      </w:r>
      <w:r>
        <w:t xml:space="preserve"> </w:t>
      </w:r>
      <w:r>
        <w:t>أثر</w:t>
      </w:r>
      <w:r>
        <w:t xml:space="preserve"> </w:t>
      </w:r>
      <w:r>
        <w:t>التعطل</w:t>
      </w:r>
      <w:r>
        <w:t xml:space="preserve"> </w:t>
      </w:r>
      <w:r>
        <w:t>فيها</w:t>
      </w:r>
      <w:r>
        <w:t xml:space="preserve"> </w:t>
      </w:r>
      <w:r>
        <w:t>أسرع</w:t>
      </w:r>
      <w:r>
        <w:t xml:space="preserve"> </w:t>
      </w:r>
      <w:r>
        <w:t>وأشد</w:t>
      </w:r>
      <w:r>
        <w:t xml:space="preserve"> </w:t>
      </w:r>
      <w:r>
        <w:t>من</w:t>
      </w:r>
      <w:r>
        <w:t xml:space="preserve"> </w:t>
      </w:r>
      <w:r>
        <w:t>أثره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الكبيرة</w:t>
      </w:r>
      <w:r>
        <w:t xml:space="preserve">. </w:t>
      </w:r>
      <w:r>
        <w:t>فقد</w:t>
      </w:r>
      <w:r>
        <w:t xml:space="preserve"> </w:t>
      </w:r>
      <w:r>
        <w:t>يؤدي</w:t>
      </w:r>
      <w:r>
        <w:t xml:space="preserve"> </w:t>
      </w:r>
      <w:r>
        <w:t>توقف</w:t>
      </w:r>
      <w:r>
        <w:t xml:space="preserve"> </w:t>
      </w:r>
      <w:r>
        <w:t>نظام</w:t>
      </w:r>
      <w:r>
        <w:t xml:space="preserve"> </w:t>
      </w:r>
      <w:r>
        <w:t>تقني،</w:t>
      </w:r>
      <w:r>
        <w:t xml:space="preserve"> </w:t>
      </w:r>
      <w:r>
        <w:t>أو</w:t>
      </w:r>
      <w:r>
        <w:t xml:space="preserve"> </w:t>
      </w:r>
      <w:r>
        <w:t>فقدان</w:t>
      </w:r>
      <w:r>
        <w:t xml:space="preserve"> </w:t>
      </w:r>
      <w:r>
        <w:t>مورد</w:t>
      </w:r>
      <w:r>
        <w:t xml:space="preserve"> </w:t>
      </w:r>
      <w:r>
        <w:t>رئيسي،</w:t>
      </w:r>
      <w:r>
        <w:t xml:space="preserve"> </w:t>
      </w:r>
      <w:r>
        <w:t>أو</w:t>
      </w:r>
      <w:r>
        <w:t xml:space="preserve"> </w:t>
      </w:r>
      <w:r>
        <w:t>تعثر</w:t>
      </w:r>
      <w:r>
        <w:t xml:space="preserve"> </w:t>
      </w:r>
      <w:r>
        <w:t>التدفقات</w:t>
      </w:r>
      <w:r>
        <w:t xml:space="preserve"> </w:t>
      </w:r>
      <w:r>
        <w:t>النقدية،</w:t>
      </w:r>
      <w:r>
        <w:t xml:space="preserve"> </w:t>
      </w:r>
      <w:r>
        <w:t>أو</w:t>
      </w:r>
      <w:r>
        <w:t xml:space="preserve"> </w:t>
      </w:r>
      <w:r>
        <w:t>غياب</w:t>
      </w:r>
      <w:r>
        <w:t xml:space="preserve"> </w:t>
      </w:r>
      <w:r>
        <w:t>موظف</w:t>
      </w:r>
      <w:r>
        <w:t xml:space="preserve"> </w:t>
      </w:r>
      <w:r>
        <w:t>يمتلك</w:t>
      </w:r>
      <w:r>
        <w:t xml:space="preserve"> </w:t>
      </w:r>
      <w:r>
        <w:t>معرفة</w:t>
      </w:r>
      <w:r>
        <w:t xml:space="preserve"> </w:t>
      </w:r>
      <w:r>
        <w:t>حرجة،</w:t>
      </w:r>
      <w:r>
        <w:t xml:space="preserve"> </w:t>
      </w:r>
      <w:r>
        <w:t>إلى</w:t>
      </w:r>
      <w:r>
        <w:t xml:space="preserve"> </w:t>
      </w:r>
      <w:r>
        <w:t>تعطيل</w:t>
      </w:r>
      <w:r>
        <w:t xml:space="preserve"> </w:t>
      </w:r>
      <w:r>
        <w:t>جانب</w:t>
      </w:r>
      <w:r>
        <w:t xml:space="preserve"> </w:t>
      </w:r>
      <w:r>
        <w:t>كبير</w:t>
      </w:r>
      <w:r>
        <w:t xml:space="preserve"> </w:t>
      </w:r>
      <w:r>
        <w:t>من</w:t>
      </w:r>
      <w:r>
        <w:t xml:space="preserve"> </w:t>
      </w:r>
      <w:r>
        <w:t>نشاط</w:t>
      </w:r>
      <w:r>
        <w:t xml:space="preserve"> </w:t>
      </w:r>
      <w:r>
        <w:t>المنشأة</w:t>
      </w:r>
      <w:r>
        <w:t xml:space="preserve">. </w:t>
      </w:r>
      <w:r>
        <w:t>وفي</w:t>
      </w:r>
      <w:r>
        <w:t xml:space="preserve"> </w:t>
      </w:r>
      <w:r>
        <w:t>المقابل</w:t>
      </w:r>
      <w:r>
        <w:t xml:space="preserve"> </w:t>
      </w:r>
      <w:r>
        <w:t>تتميز</w:t>
      </w:r>
      <w:r>
        <w:t xml:space="preserve"> </w:t>
      </w:r>
      <w:r>
        <w:t>هذه</w:t>
      </w:r>
      <w:r>
        <w:t xml:space="preserve"> </w:t>
      </w:r>
      <w:r>
        <w:t>المنشآت</w:t>
      </w:r>
      <w:r>
        <w:t xml:space="preserve"> </w:t>
      </w:r>
      <w:r>
        <w:t>بقرب</w:t>
      </w:r>
      <w:r>
        <w:t xml:space="preserve"> </w:t>
      </w:r>
      <w:r>
        <w:t>الإدارة</w:t>
      </w:r>
      <w:r>
        <w:t xml:space="preserve"> </w:t>
      </w:r>
      <w:r>
        <w:t>من</w:t>
      </w:r>
      <w:r>
        <w:t xml:space="preserve"> </w:t>
      </w:r>
      <w:r>
        <w:t>العمليات</w:t>
      </w:r>
      <w:r>
        <w:t xml:space="preserve"> </w:t>
      </w:r>
      <w:r>
        <w:t>وسرعة</w:t>
      </w:r>
      <w:r>
        <w:t xml:space="preserve"> </w:t>
      </w:r>
      <w:r>
        <w:t>اتخاذ</w:t>
      </w:r>
      <w:r>
        <w:t xml:space="preserve"> </w:t>
      </w:r>
      <w:r>
        <w:t>القرار</w:t>
      </w:r>
      <w:r>
        <w:t xml:space="preserve"> </w:t>
      </w:r>
      <w:r>
        <w:t>والمرونة</w:t>
      </w:r>
      <w:r>
        <w:t xml:space="preserve"> </w:t>
      </w:r>
      <w:r>
        <w:t>في</w:t>
      </w:r>
      <w:r>
        <w:t xml:space="preserve"> </w:t>
      </w:r>
      <w:r>
        <w:t>تعديل</w:t>
      </w:r>
      <w:r>
        <w:t xml:space="preserve"> </w:t>
      </w:r>
      <w:r>
        <w:t>أساليب</w:t>
      </w:r>
      <w:r>
        <w:t xml:space="preserve"> </w:t>
      </w:r>
      <w:r>
        <w:t>العمل،</w:t>
      </w:r>
      <w:r>
        <w:t xml:space="preserve"> </w:t>
      </w:r>
      <w:r>
        <w:t>وهي</w:t>
      </w:r>
      <w:r>
        <w:t xml:space="preserve"> </w:t>
      </w:r>
      <w:r>
        <w:t>خصائص</w:t>
      </w:r>
      <w:r>
        <w:t xml:space="preserve"> </w:t>
      </w:r>
      <w:r>
        <w:t>يمكن</w:t>
      </w:r>
      <w:r>
        <w:t xml:space="preserve"> </w:t>
      </w:r>
      <w:r>
        <w:t>توظيفها</w:t>
      </w:r>
      <w:r>
        <w:t xml:space="preserve"> </w:t>
      </w:r>
      <w:r>
        <w:t>لبناء</w:t>
      </w:r>
      <w:r>
        <w:t xml:space="preserve"> </w:t>
      </w:r>
      <w:r>
        <w:t>استجابة</w:t>
      </w:r>
      <w:r>
        <w:t xml:space="preserve"> </w:t>
      </w:r>
      <w:r>
        <w:t>فعالة</w:t>
      </w:r>
      <w:r>
        <w:t xml:space="preserve"> </w:t>
      </w:r>
      <w:r>
        <w:t>متى</w:t>
      </w:r>
      <w:r>
        <w:t xml:space="preserve"> </w:t>
      </w:r>
      <w:r>
        <w:t>ما</w:t>
      </w:r>
      <w:r>
        <w:t xml:space="preserve"> </w:t>
      </w:r>
      <w:r>
        <w:t>استندت</w:t>
      </w:r>
      <w:r>
        <w:t xml:space="preserve"> </w:t>
      </w:r>
      <w:r>
        <w:t>إلى</w:t>
      </w:r>
      <w:r>
        <w:t xml:space="preserve"> </w:t>
      </w:r>
      <w:r>
        <w:t>إدارة</w:t>
      </w:r>
      <w:r>
        <w:t xml:space="preserve"> </w:t>
      </w:r>
      <w:r>
        <w:t>منظمة</w:t>
      </w:r>
      <w:r>
        <w:t xml:space="preserve"> </w:t>
      </w:r>
      <w:r>
        <w:t>للمخاطر</w:t>
      </w:r>
      <w:r>
        <w:t>.</w:t>
      </w:r>
    </w:p>
    <w:p w14:paraId="760320BA" w14:textId="77777777" w:rsidR="00660561" w:rsidRDefault="005B109C">
      <w:pPr>
        <w:bidi/>
      </w:pPr>
      <w:r>
        <w:t>يرتبط</w:t>
      </w:r>
      <w:r>
        <w:t xml:space="preserve"> </w:t>
      </w:r>
      <w:r>
        <w:t>مفهوم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ارتباطًا</w:t>
      </w:r>
      <w:r>
        <w:t xml:space="preserve"> </w:t>
      </w:r>
      <w:r>
        <w:t>وثيقًا</w:t>
      </w:r>
      <w:r>
        <w:t xml:space="preserve"> </w:t>
      </w:r>
      <w:r>
        <w:t>باستمرارية</w:t>
      </w:r>
      <w:r>
        <w:t xml:space="preserve"> </w:t>
      </w:r>
      <w:r>
        <w:t>الأعمال</w:t>
      </w:r>
      <w:r>
        <w:t xml:space="preserve">. </w:t>
      </w:r>
      <w:r>
        <w:t>فإدارة</w:t>
      </w:r>
      <w:r>
        <w:t xml:space="preserve"> </w:t>
      </w:r>
      <w:r>
        <w:t>المخاطر</w:t>
      </w:r>
      <w:r>
        <w:t xml:space="preserve"> </w:t>
      </w:r>
      <w:r>
        <w:t>تساعد</w:t>
      </w:r>
      <w:r>
        <w:t xml:space="preserve"> </w:t>
      </w:r>
      <w:r>
        <w:t>المنشأة</w:t>
      </w:r>
      <w:r>
        <w:t xml:space="preserve"> </w:t>
      </w:r>
      <w:r>
        <w:t>على</w:t>
      </w:r>
      <w:r>
        <w:t xml:space="preserve"> </w:t>
      </w:r>
      <w:r>
        <w:t>استشعار</w:t>
      </w:r>
      <w:r>
        <w:t xml:space="preserve"> </w:t>
      </w:r>
      <w:r>
        <w:t>مصادر</w:t>
      </w:r>
      <w:r>
        <w:t xml:space="preserve"> </w:t>
      </w:r>
      <w:r>
        <w:t>التهديد</w:t>
      </w:r>
      <w:r>
        <w:t xml:space="preserve"> </w:t>
      </w:r>
      <w:r>
        <w:t>وتقدير</w:t>
      </w:r>
      <w:r>
        <w:t xml:space="preserve"> </w:t>
      </w:r>
      <w:r>
        <w:t>احتمالاتها</w:t>
      </w:r>
      <w:r>
        <w:t xml:space="preserve"> </w:t>
      </w:r>
      <w:r>
        <w:t>وآثارها</w:t>
      </w:r>
      <w:r>
        <w:t xml:space="preserve"> </w:t>
      </w:r>
      <w:r>
        <w:t>وترتيبها</w:t>
      </w:r>
      <w:r>
        <w:t xml:space="preserve"> </w:t>
      </w:r>
      <w:r>
        <w:t>ووضع</w:t>
      </w:r>
      <w:r>
        <w:t xml:space="preserve"> </w:t>
      </w:r>
      <w:r>
        <w:t>الاستجابات</w:t>
      </w:r>
      <w:r>
        <w:t xml:space="preserve"> </w:t>
      </w:r>
      <w:r>
        <w:t>المناسبة،</w:t>
      </w:r>
      <w:r>
        <w:t xml:space="preserve"> </w:t>
      </w:r>
      <w:r>
        <w:t>بينما</w:t>
      </w:r>
      <w:r>
        <w:t xml:space="preserve"> </w:t>
      </w:r>
      <w:r>
        <w:t>تركز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على</w:t>
      </w:r>
      <w:r>
        <w:t xml:space="preserve"> </w:t>
      </w:r>
      <w:r>
        <w:t>ضمان</w:t>
      </w:r>
      <w:r>
        <w:t xml:space="preserve"> </w:t>
      </w:r>
      <w:r>
        <w:t>استمرار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 xml:space="preserve"> </w:t>
      </w:r>
      <w:r>
        <w:t>ذات</w:t>
      </w:r>
      <w:r>
        <w:t xml:space="preserve"> </w:t>
      </w:r>
      <w:r>
        <w:t>الأولوية</w:t>
      </w:r>
      <w:r>
        <w:t xml:space="preserve"> </w:t>
      </w:r>
      <w:r>
        <w:t>ضمن</w:t>
      </w:r>
      <w:r>
        <w:t xml:space="preserve"> </w:t>
      </w:r>
      <w:r>
        <w:t>مستوى</w:t>
      </w:r>
      <w:r>
        <w:t xml:space="preserve"> </w:t>
      </w:r>
      <w:r>
        <w:t>مقبول</w:t>
      </w:r>
      <w:r>
        <w:t xml:space="preserve"> </w:t>
      </w:r>
      <w:r>
        <w:t>عند</w:t>
      </w:r>
      <w:r>
        <w:t xml:space="preserve"> </w:t>
      </w:r>
      <w:r>
        <w:t>وقوع</w:t>
      </w:r>
      <w:r>
        <w:t xml:space="preserve"> </w:t>
      </w:r>
      <w:r>
        <w:t>الاضطراب،</w:t>
      </w:r>
      <w:r>
        <w:t xml:space="preserve"> </w:t>
      </w:r>
      <w:r>
        <w:t>ثم</w:t>
      </w:r>
      <w:r>
        <w:t xml:space="preserve"> </w:t>
      </w:r>
      <w:r>
        <w:t>استعادة</w:t>
      </w:r>
      <w:r>
        <w:t xml:space="preserve"> </w:t>
      </w:r>
      <w:r>
        <w:t>النشاط</w:t>
      </w:r>
      <w:r>
        <w:t xml:space="preserve"> </w:t>
      </w:r>
      <w:r>
        <w:t>خلال</w:t>
      </w:r>
      <w:r>
        <w:t xml:space="preserve"> </w:t>
      </w:r>
      <w:r>
        <w:t>مدة</w:t>
      </w:r>
      <w:r>
        <w:t xml:space="preserve"> </w:t>
      </w:r>
      <w:r>
        <w:t>زمنية</w:t>
      </w:r>
      <w:r>
        <w:t xml:space="preserve"> </w:t>
      </w:r>
      <w:r>
        <w:t>محددة</w:t>
      </w:r>
      <w:r>
        <w:t xml:space="preserve">. </w:t>
      </w:r>
      <w:r>
        <w:t>وبذلك</w:t>
      </w:r>
      <w:r>
        <w:t xml:space="preserve"> </w:t>
      </w:r>
      <w:r>
        <w:t>فإن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تعمل</w:t>
      </w:r>
      <w:r>
        <w:t xml:space="preserve"> </w:t>
      </w:r>
      <w:r>
        <w:t>قبل</w:t>
      </w:r>
      <w:r>
        <w:t xml:space="preserve"> </w:t>
      </w:r>
      <w:r>
        <w:t>الاضطراب</w:t>
      </w:r>
      <w:r>
        <w:t xml:space="preserve"> </w:t>
      </w:r>
      <w:r>
        <w:t>وأثناءه</w:t>
      </w:r>
      <w:r>
        <w:t xml:space="preserve"> </w:t>
      </w:r>
      <w:r>
        <w:t>وبعده،</w:t>
      </w:r>
      <w:r>
        <w:t xml:space="preserve"> </w:t>
      </w:r>
      <w:r>
        <w:t>في</w:t>
      </w:r>
      <w:r>
        <w:t xml:space="preserve"> </w:t>
      </w:r>
      <w:r>
        <w:t>حين</w:t>
      </w:r>
      <w:r>
        <w:t xml:space="preserve"> </w:t>
      </w:r>
      <w:r>
        <w:t>تحول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نتائج</w:t>
      </w:r>
      <w:r>
        <w:t xml:space="preserve"> </w:t>
      </w:r>
      <w:r>
        <w:t>تقييم</w:t>
      </w:r>
      <w:r>
        <w:t xml:space="preserve"> </w:t>
      </w:r>
      <w:r>
        <w:t>المخاطر</w:t>
      </w:r>
      <w:r>
        <w:t xml:space="preserve"> </w:t>
      </w:r>
      <w:r>
        <w:t>إلى</w:t>
      </w:r>
      <w:r>
        <w:t xml:space="preserve"> </w:t>
      </w:r>
      <w:r>
        <w:t>ترتيبات</w:t>
      </w:r>
      <w:r>
        <w:t xml:space="preserve"> </w:t>
      </w:r>
      <w:r>
        <w:t>عملية</w:t>
      </w:r>
      <w:r>
        <w:t xml:space="preserve"> </w:t>
      </w:r>
      <w:r>
        <w:t>للاستعداد</w:t>
      </w:r>
      <w:r>
        <w:t xml:space="preserve"> </w:t>
      </w:r>
      <w:r>
        <w:t>والاستجابة</w:t>
      </w:r>
      <w:r>
        <w:t xml:space="preserve"> </w:t>
      </w:r>
      <w:r>
        <w:t>والتعافي</w:t>
      </w:r>
      <w:r>
        <w:t>.</w:t>
      </w:r>
    </w:p>
    <w:p w14:paraId="710B6399" w14:textId="77777777" w:rsidR="00660561" w:rsidRDefault="005B109C">
      <w:pPr>
        <w:bidi/>
      </w:pPr>
      <w:r>
        <w:t>يعرض</w:t>
      </w:r>
      <w:r>
        <w:t xml:space="preserve"> </w:t>
      </w:r>
      <w:r>
        <w:t>هذا</w:t>
      </w:r>
      <w:r>
        <w:t xml:space="preserve"> </w:t>
      </w:r>
      <w:r>
        <w:t>الفصل</w:t>
      </w:r>
      <w:r>
        <w:t xml:space="preserve"> </w:t>
      </w:r>
      <w:r>
        <w:t>الأسس</w:t>
      </w:r>
      <w:r>
        <w:t xml:space="preserve"> </w:t>
      </w:r>
      <w:r>
        <w:t>النظرية</w:t>
      </w:r>
      <w:r>
        <w:t xml:space="preserve"> </w:t>
      </w:r>
      <w:r>
        <w:t>المرتبطة</w:t>
      </w:r>
      <w:r>
        <w:t xml:space="preserve"> </w:t>
      </w:r>
      <w:r>
        <w:t>بموضوع</w:t>
      </w:r>
      <w:r>
        <w:t xml:space="preserve"> </w:t>
      </w:r>
      <w:r>
        <w:t>الدراسة،</w:t>
      </w:r>
      <w:r>
        <w:t xml:space="preserve"> </w:t>
      </w:r>
      <w:r>
        <w:t>بدءًا</w:t>
      </w:r>
      <w:r>
        <w:t xml:space="preserve"> </w:t>
      </w:r>
      <w:r>
        <w:t>من</w:t>
      </w:r>
      <w:r>
        <w:t xml:space="preserve"> </w:t>
      </w:r>
      <w:r>
        <w:t>تعريف</w:t>
      </w:r>
      <w:r>
        <w:t xml:space="preserve"> </w:t>
      </w:r>
      <w:r>
        <w:t>المخاطر</w:t>
      </w:r>
      <w:r>
        <w:t xml:space="preserve"> </w:t>
      </w:r>
      <w:r>
        <w:t>وخصائصها</w:t>
      </w:r>
      <w:r>
        <w:t xml:space="preserve"> </w:t>
      </w:r>
      <w:r>
        <w:t>ومصادرها</w:t>
      </w:r>
      <w:r>
        <w:t xml:space="preserve"> </w:t>
      </w:r>
      <w:r>
        <w:t>وتصنيفاتها،</w:t>
      </w:r>
      <w:r>
        <w:t xml:space="preserve"> </w:t>
      </w:r>
      <w:r>
        <w:t>ثم</w:t>
      </w:r>
      <w:r>
        <w:t xml:space="preserve"> </w:t>
      </w:r>
      <w:r>
        <w:t>توضيح</w:t>
      </w:r>
      <w:r>
        <w:t xml:space="preserve"> </w:t>
      </w:r>
      <w:r>
        <w:t>مفهوم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ومبادئها</w:t>
      </w:r>
      <w:r>
        <w:t xml:space="preserve"> </w:t>
      </w:r>
      <w:r>
        <w:t>وأهدافها</w:t>
      </w:r>
      <w:r>
        <w:t xml:space="preserve"> </w:t>
      </w:r>
      <w:r>
        <w:t>ومراحلها</w:t>
      </w:r>
      <w:r>
        <w:t xml:space="preserve"> </w:t>
      </w:r>
      <w:r>
        <w:t>وأدواتها،</w:t>
      </w:r>
      <w:r>
        <w:t xml:space="preserve"> </w:t>
      </w:r>
      <w:r>
        <w:t>وبعد</w:t>
      </w:r>
      <w:r>
        <w:t xml:space="preserve"> </w:t>
      </w:r>
      <w:r>
        <w:t>ذلك</w:t>
      </w:r>
      <w:r>
        <w:t xml:space="preserve"> </w:t>
      </w:r>
      <w:r>
        <w:t>عرض</w:t>
      </w:r>
      <w:r>
        <w:t xml:space="preserve"> </w:t>
      </w:r>
      <w:r>
        <w:t>مفهوم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وعناصره</w:t>
      </w:r>
      <w:r>
        <w:t xml:space="preserve"> </w:t>
      </w:r>
      <w:r>
        <w:t>وتحليل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واستراتيجيات</w:t>
      </w:r>
      <w:r>
        <w:t xml:space="preserve"> </w:t>
      </w:r>
      <w:r>
        <w:t>الاستمرارية</w:t>
      </w:r>
      <w:r>
        <w:t xml:space="preserve">. </w:t>
      </w:r>
      <w:r>
        <w:t>كما</w:t>
      </w:r>
      <w:r>
        <w:t xml:space="preserve"> </w:t>
      </w:r>
      <w:r>
        <w:t>يتناول</w:t>
      </w:r>
      <w:r>
        <w:t xml:space="preserve"> </w:t>
      </w:r>
      <w:r>
        <w:t>خصائص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في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</w:t>
      </w:r>
      <w:r>
        <w:t xml:space="preserve"> </w:t>
      </w:r>
      <w:r>
        <w:t>والمخاطر</w:t>
      </w:r>
      <w:r>
        <w:t xml:space="preserve"> </w:t>
      </w:r>
      <w:r>
        <w:t>التي</w:t>
      </w:r>
      <w:r>
        <w:t xml:space="preserve"> </w:t>
      </w:r>
      <w:r>
        <w:t>تواجهها،</w:t>
      </w:r>
      <w:r>
        <w:t xml:space="preserve"> </w:t>
      </w:r>
      <w:r>
        <w:t>وينتهي</w:t>
      </w:r>
      <w:r>
        <w:t xml:space="preserve"> </w:t>
      </w:r>
      <w:r>
        <w:t>بشرح</w:t>
      </w:r>
      <w:r>
        <w:t xml:space="preserve"> </w:t>
      </w:r>
      <w:r>
        <w:t>العلاقة</w:t>
      </w:r>
      <w:r>
        <w:t xml:space="preserve"> </w:t>
      </w:r>
      <w:r>
        <w:t>التكاملية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 xml:space="preserve"> </w:t>
      </w:r>
      <w:r>
        <w:t>والأسس</w:t>
      </w:r>
      <w:r>
        <w:t xml:space="preserve"> </w:t>
      </w:r>
      <w:r>
        <w:t>النظرية</w:t>
      </w:r>
      <w:r>
        <w:t xml:space="preserve"> </w:t>
      </w:r>
      <w:r>
        <w:t>المفسرة</w:t>
      </w:r>
      <w:r>
        <w:t xml:space="preserve"> </w:t>
      </w:r>
      <w:r>
        <w:t>لها</w:t>
      </w:r>
      <w:r>
        <w:t>.</w:t>
      </w:r>
    </w:p>
    <w:p w14:paraId="5CF8D14D" w14:textId="77777777" w:rsidR="00660561" w:rsidRDefault="005B109C">
      <w:pPr>
        <w:pStyle w:val="21"/>
        <w:bidi/>
      </w:pPr>
      <w:r>
        <w:rPr>
          <w:rFonts w:ascii="Arial" w:hAnsi="Arial" w:cs="Arial"/>
        </w:rPr>
        <w:lastRenderedPageBreak/>
        <w:t xml:space="preserve">1-2 </w:t>
      </w:r>
      <w:r>
        <w:rPr>
          <w:rFonts w:ascii="Arial" w:hAnsi="Arial" w:cs="Arial"/>
        </w:rPr>
        <w:t>مفهوم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50826664" w14:textId="77777777" w:rsidR="00660561" w:rsidRDefault="005B109C">
      <w:pPr>
        <w:bidi/>
      </w:pPr>
      <w:r>
        <w:t>يرتبط</w:t>
      </w:r>
      <w:r>
        <w:t xml:space="preserve"> </w:t>
      </w:r>
      <w:r>
        <w:t>مفهوم</w:t>
      </w:r>
      <w:r>
        <w:t xml:space="preserve"> </w:t>
      </w:r>
      <w:r>
        <w:t>المخاطر</w:t>
      </w:r>
      <w:r>
        <w:t xml:space="preserve"> </w:t>
      </w:r>
      <w:r>
        <w:t>بحالة</w:t>
      </w:r>
      <w:r>
        <w:t xml:space="preserve"> </w:t>
      </w:r>
      <w:r>
        <w:t>عدم</w:t>
      </w:r>
      <w:r>
        <w:t xml:space="preserve"> </w:t>
      </w:r>
      <w:r>
        <w:t>اليقين</w:t>
      </w:r>
      <w:r>
        <w:t xml:space="preserve"> </w:t>
      </w:r>
      <w:r>
        <w:t>التي</w:t>
      </w:r>
      <w:r>
        <w:t xml:space="preserve"> </w:t>
      </w:r>
      <w:r>
        <w:t>تحيط</w:t>
      </w:r>
      <w:r>
        <w:t xml:space="preserve"> </w:t>
      </w:r>
      <w:r>
        <w:t>بالقرارات</w:t>
      </w:r>
      <w:r>
        <w:t xml:space="preserve"> </w:t>
      </w:r>
      <w:r>
        <w:t>والأهداف</w:t>
      </w:r>
      <w:r>
        <w:t xml:space="preserve">. </w:t>
      </w:r>
      <w:r>
        <w:t>وتعرّف</w:t>
      </w:r>
      <w:r>
        <w:t xml:space="preserve"> </w:t>
      </w:r>
      <w:r>
        <w:t>المواصفة</w:t>
      </w:r>
      <w:r>
        <w:t xml:space="preserve"> </w:t>
      </w:r>
      <w:r>
        <w:t>الدولية</w:t>
      </w:r>
      <w:r>
        <w:t xml:space="preserve"> ISO 31000 </w:t>
      </w:r>
      <w:r>
        <w:t>المخاطر</w:t>
      </w:r>
      <w:r>
        <w:t xml:space="preserve"> </w:t>
      </w:r>
      <w:r>
        <w:t>بأنها</w:t>
      </w:r>
      <w:r>
        <w:t xml:space="preserve"> </w:t>
      </w:r>
      <w:r>
        <w:t>أثر</w:t>
      </w:r>
      <w:r>
        <w:t xml:space="preserve"> </w:t>
      </w:r>
      <w:r>
        <w:t>عدم</w:t>
      </w:r>
      <w:r>
        <w:t xml:space="preserve"> </w:t>
      </w:r>
      <w:r>
        <w:t>اليقين</w:t>
      </w:r>
      <w:r>
        <w:t xml:space="preserve"> </w:t>
      </w:r>
      <w:r>
        <w:t>في</w:t>
      </w:r>
      <w:r>
        <w:t xml:space="preserve"> </w:t>
      </w:r>
      <w:r>
        <w:t>الأهداف،</w:t>
      </w:r>
      <w:r>
        <w:t xml:space="preserve"> </w:t>
      </w:r>
      <w:r>
        <w:t>وقد</w:t>
      </w:r>
      <w:r>
        <w:t xml:space="preserve"> </w:t>
      </w:r>
      <w:r>
        <w:t>يكون</w:t>
      </w:r>
      <w:r>
        <w:t xml:space="preserve"> </w:t>
      </w:r>
      <w:r>
        <w:t>الأثر</w:t>
      </w:r>
      <w:r>
        <w:t xml:space="preserve"> </w:t>
      </w:r>
      <w:r>
        <w:t>انحرافًا</w:t>
      </w:r>
      <w:r>
        <w:t xml:space="preserve"> </w:t>
      </w:r>
      <w:r>
        <w:t>سلبيًا</w:t>
      </w:r>
      <w:r>
        <w:t xml:space="preserve"> </w:t>
      </w:r>
      <w:r>
        <w:t>أو</w:t>
      </w:r>
      <w:r>
        <w:t xml:space="preserve"> </w:t>
      </w:r>
      <w:r>
        <w:t>إيجابيًا</w:t>
      </w:r>
      <w:r>
        <w:t xml:space="preserve"> </w:t>
      </w:r>
      <w:r>
        <w:t>عما</w:t>
      </w:r>
      <w:r>
        <w:t xml:space="preserve"> </w:t>
      </w:r>
      <w:r>
        <w:t>هو</w:t>
      </w:r>
      <w:r>
        <w:t xml:space="preserve"> </w:t>
      </w:r>
      <w:r>
        <w:t>متوقع</w:t>
      </w:r>
      <w:r>
        <w:t xml:space="preserve"> (ISO, 2018). </w:t>
      </w:r>
      <w:r>
        <w:t>ويكشف</w:t>
      </w:r>
      <w:r>
        <w:t xml:space="preserve"> </w:t>
      </w:r>
      <w:r>
        <w:t>هذا</w:t>
      </w:r>
      <w:r>
        <w:t xml:space="preserve"> </w:t>
      </w:r>
      <w:r>
        <w:t>التعريف</w:t>
      </w:r>
      <w:r>
        <w:t xml:space="preserve"> </w:t>
      </w:r>
      <w:r>
        <w:t>أن</w:t>
      </w:r>
      <w:r>
        <w:t xml:space="preserve"> </w:t>
      </w:r>
      <w:r>
        <w:t>الخطر</w:t>
      </w:r>
      <w:r>
        <w:t xml:space="preserve"> </w:t>
      </w:r>
      <w:r>
        <w:t>لا</w:t>
      </w:r>
      <w:r>
        <w:t xml:space="preserve"> </w:t>
      </w:r>
      <w:r>
        <w:t>يُفهم</w:t>
      </w:r>
      <w:r>
        <w:t xml:space="preserve"> </w:t>
      </w:r>
      <w:r>
        <w:t>بمعزل</w:t>
      </w:r>
      <w:r>
        <w:t xml:space="preserve"> </w:t>
      </w:r>
      <w:r>
        <w:t>عن</w:t>
      </w:r>
      <w:r>
        <w:t xml:space="preserve"> </w:t>
      </w:r>
      <w:r>
        <w:t>الهدف؛</w:t>
      </w:r>
      <w:r>
        <w:t xml:space="preserve"> </w:t>
      </w:r>
      <w:r>
        <w:t>فالحدث</w:t>
      </w:r>
      <w:r>
        <w:t xml:space="preserve"> </w:t>
      </w:r>
      <w:r>
        <w:t>نفسه</w:t>
      </w:r>
      <w:r>
        <w:t xml:space="preserve"> </w:t>
      </w:r>
      <w:r>
        <w:t>قد</w:t>
      </w:r>
      <w:r>
        <w:t xml:space="preserve"> </w:t>
      </w:r>
      <w:r>
        <w:t>يكون</w:t>
      </w:r>
      <w:r>
        <w:t xml:space="preserve"> </w:t>
      </w:r>
      <w:r>
        <w:t>بالغ</w:t>
      </w:r>
      <w:r>
        <w:t xml:space="preserve"> </w:t>
      </w:r>
      <w:r>
        <w:t>الأهمية</w:t>
      </w:r>
      <w:r>
        <w:t xml:space="preserve"> </w:t>
      </w:r>
      <w:r>
        <w:t>بالنسبة</w:t>
      </w:r>
      <w:r>
        <w:t xml:space="preserve"> </w:t>
      </w:r>
      <w:r>
        <w:t>إلى</w:t>
      </w:r>
      <w:r>
        <w:t xml:space="preserve"> </w:t>
      </w:r>
      <w:r>
        <w:t>منشأة</w:t>
      </w:r>
      <w:r>
        <w:t xml:space="preserve"> </w:t>
      </w:r>
      <w:r>
        <w:t>تعتمد</w:t>
      </w:r>
      <w:r>
        <w:t xml:space="preserve"> </w:t>
      </w:r>
      <w:r>
        <w:t>على</w:t>
      </w:r>
      <w:r>
        <w:t xml:space="preserve"> </w:t>
      </w:r>
      <w:r>
        <w:t>مورد</w:t>
      </w:r>
      <w:r>
        <w:t xml:space="preserve"> </w:t>
      </w:r>
      <w:r>
        <w:t>واحد،</w:t>
      </w:r>
      <w:r>
        <w:t xml:space="preserve"> </w:t>
      </w:r>
      <w:r>
        <w:t>بينما</w:t>
      </w:r>
      <w:r>
        <w:t xml:space="preserve"> </w:t>
      </w:r>
      <w:r>
        <w:t>يكون</w:t>
      </w:r>
      <w:r>
        <w:t xml:space="preserve"> </w:t>
      </w:r>
      <w:r>
        <w:t>محدود</w:t>
      </w:r>
      <w:r>
        <w:t xml:space="preserve"> </w:t>
      </w:r>
      <w:r>
        <w:t>الأثر</w:t>
      </w:r>
      <w:r>
        <w:t xml:space="preserve"> </w:t>
      </w:r>
      <w:r>
        <w:t>بالنسبة</w:t>
      </w:r>
      <w:r>
        <w:t xml:space="preserve"> </w:t>
      </w:r>
      <w:r>
        <w:t>إلى</w:t>
      </w:r>
      <w:r>
        <w:t xml:space="preserve"> </w:t>
      </w:r>
      <w:r>
        <w:t>منشأة</w:t>
      </w:r>
      <w:r>
        <w:t xml:space="preserve"> </w:t>
      </w:r>
      <w:r>
        <w:t>تمتلك</w:t>
      </w:r>
      <w:r>
        <w:t xml:space="preserve"> </w:t>
      </w:r>
      <w:r>
        <w:t>عدة</w:t>
      </w:r>
      <w:r>
        <w:t xml:space="preserve"> </w:t>
      </w:r>
      <w:r>
        <w:t>بدائل</w:t>
      </w:r>
      <w:r>
        <w:t xml:space="preserve">. </w:t>
      </w:r>
      <w:r>
        <w:t>كما</w:t>
      </w:r>
      <w:r>
        <w:t xml:space="preserve"> </w:t>
      </w:r>
      <w:r>
        <w:t>أن</w:t>
      </w:r>
      <w:r>
        <w:t xml:space="preserve"> </w:t>
      </w:r>
      <w:r>
        <w:t>مستوى</w:t>
      </w:r>
      <w:r>
        <w:t xml:space="preserve"> </w:t>
      </w:r>
      <w:r>
        <w:t>المخاطر</w:t>
      </w:r>
      <w:r>
        <w:t xml:space="preserve"> </w:t>
      </w:r>
      <w:r>
        <w:t>لا</w:t>
      </w:r>
      <w:r>
        <w:t xml:space="preserve"> </w:t>
      </w:r>
      <w:r>
        <w:t>يتحدد</w:t>
      </w:r>
      <w:r>
        <w:t xml:space="preserve"> </w:t>
      </w:r>
      <w:r>
        <w:t>بوقوع</w:t>
      </w:r>
      <w:r>
        <w:t xml:space="preserve"> </w:t>
      </w:r>
      <w:r>
        <w:t>الحدث</w:t>
      </w:r>
      <w:r>
        <w:t xml:space="preserve"> </w:t>
      </w:r>
      <w:r>
        <w:t>وحده،</w:t>
      </w:r>
      <w:r>
        <w:t xml:space="preserve"> </w:t>
      </w:r>
      <w:r>
        <w:t>بل</w:t>
      </w:r>
      <w:r>
        <w:t xml:space="preserve"> </w:t>
      </w:r>
      <w:r>
        <w:t>يتأثر</w:t>
      </w:r>
      <w:r>
        <w:t xml:space="preserve"> </w:t>
      </w:r>
      <w:r>
        <w:t>باحتمال</w:t>
      </w:r>
      <w:r>
        <w:t xml:space="preserve"> </w:t>
      </w:r>
      <w:r>
        <w:t>وقوعه،</w:t>
      </w:r>
      <w:r>
        <w:t xml:space="preserve"> </w:t>
      </w:r>
      <w:r>
        <w:t>وحجم</w:t>
      </w:r>
      <w:r>
        <w:t xml:space="preserve"> </w:t>
      </w:r>
      <w:r>
        <w:t>عواقبه،</w:t>
      </w:r>
      <w:r>
        <w:t xml:space="preserve"> </w:t>
      </w:r>
      <w:r>
        <w:t>وسرعة</w:t>
      </w:r>
      <w:r>
        <w:t xml:space="preserve"> </w:t>
      </w:r>
      <w:r>
        <w:t>ظهوره،</w:t>
      </w:r>
      <w:r>
        <w:t xml:space="preserve"> </w:t>
      </w:r>
      <w:r>
        <w:t>ومدة</w:t>
      </w:r>
      <w:r>
        <w:t xml:space="preserve"> </w:t>
      </w:r>
      <w:r>
        <w:t>أثره،</w:t>
      </w:r>
      <w:r>
        <w:t xml:space="preserve"> </w:t>
      </w:r>
      <w:r>
        <w:t>وفاعلية</w:t>
      </w:r>
      <w:r>
        <w:t xml:space="preserve"> </w:t>
      </w:r>
      <w:r>
        <w:t>الضوابط</w:t>
      </w:r>
      <w:r>
        <w:t xml:space="preserve"> </w:t>
      </w:r>
      <w:r>
        <w:t>القائمة</w:t>
      </w:r>
      <w:r>
        <w:t>.</w:t>
      </w:r>
    </w:p>
    <w:p w14:paraId="359EE7FD" w14:textId="77777777" w:rsidR="00660561" w:rsidRDefault="005B109C">
      <w:pPr>
        <w:bidi/>
      </w:pPr>
      <w:r>
        <w:t>تستخدم</w:t>
      </w:r>
      <w:r>
        <w:t xml:space="preserve"> </w:t>
      </w:r>
      <w:r>
        <w:t>الأدبيات</w:t>
      </w:r>
      <w:r>
        <w:t xml:space="preserve"> </w:t>
      </w:r>
      <w:r>
        <w:t>أحيانًا</w:t>
      </w:r>
      <w:r>
        <w:t xml:space="preserve"> </w:t>
      </w:r>
      <w:r>
        <w:t>مصطلحي</w:t>
      </w:r>
      <w:r>
        <w:t xml:space="preserve"> </w:t>
      </w:r>
      <w:r>
        <w:t>الخطر</w:t>
      </w:r>
      <w:r>
        <w:t xml:space="preserve"> </w:t>
      </w:r>
      <w:r>
        <w:t>وعدم</w:t>
      </w:r>
      <w:r>
        <w:t xml:space="preserve"> </w:t>
      </w:r>
      <w:r>
        <w:t>اليقين</w:t>
      </w:r>
      <w:r>
        <w:t xml:space="preserve"> </w:t>
      </w:r>
      <w:r>
        <w:t>بصورة</w:t>
      </w:r>
      <w:r>
        <w:t xml:space="preserve"> </w:t>
      </w:r>
      <w:r>
        <w:t>متقاربة،</w:t>
      </w:r>
      <w:r>
        <w:t xml:space="preserve"> </w:t>
      </w:r>
      <w:r>
        <w:t>إلا</w:t>
      </w:r>
      <w:r>
        <w:t xml:space="preserve"> </w:t>
      </w:r>
      <w:r>
        <w:t>أن</w:t>
      </w:r>
      <w:r>
        <w:t xml:space="preserve"> </w:t>
      </w:r>
      <w:r>
        <w:t>بينهما</w:t>
      </w:r>
      <w:r>
        <w:t xml:space="preserve"> </w:t>
      </w:r>
      <w:r>
        <w:t>فرقًا</w:t>
      </w:r>
      <w:r>
        <w:t xml:space="preserve"> </w:t>
      </w:r>
      <w:r>
        <w:t>تحليليًا</w:t>
      </w:r>
      <w:r>
        <w:t xml:space="preserve">. </w:t>
      </w:r>
      <w:r>
        <w:t>فالخطر</w:t>
      </w:r>
      <w:r>
        <w:t xml:space="preserve"> </w:t>
      </w:r>
      <w:r>
        <w:t>يشير</w:t>
      </w:r>
      <w:r>
        <w:t xml:space="preserve"> </w:t>
      </w:r>
      <w:r>
        <w:t>عادة</w:t>
      </w:r>
      <w:r>
        <w:t xml:space="preserve"> </w:t>
      </w:r>
      <w:r>
        <w:t>إلى</w:t>
      </w:r>
      <w:r>
        <w:t xml:space="preserve"> </w:t>
      </w:r>
      <w:r>
        <w:t>حالة</w:t>
      </w:r>
      <w:r>
        <w:t xml:space="preserve"> </w:t>
      </w:r>
      <w:r>
        <w:t>يمكن</w:t>
      </w:r>
      <w:r>
        <w:t xml:space="preserve"> </w:t>
      </w:r>
      <w:r>
        <w:t>تحديد</w:t>
      </w:r>
      <w:r>
        <w:t xml:space="preserve"> </w:t>
      </w:r>
      <w:r>
        <w:t>أحداثها</w:t>
      </w:r>
      <w:r>
        <w:t xml:space="preserve"> </w:t>
      </w:r>
      <w:r>
        <w:t>المحتملة</w:t>
      </w:r>
      <w:r>
        <w:t xml:space="preserve"> </w:t>
      </w:r>
      <w:r>
        <w:t>وتقدير</w:t>
      </w:r>
      <w:r>
        <w:t xml:space="preserve"> </w:t>
      </w:r>
      <w:r>
        <w:t>احتمالاتها</w:t>
      </w:r>
      <w:r>
        <w:t xml:space="preserve"> </w:t>
      </w:r>
      <w:r>
        <w:t>وآثارها</w:t>
      </w:r>
      <w:r>
        <w:t xml:space="preserve"> </w:t>
      </w:r>
      <w:r>
        <w:t>بدرجة</w:t>
      </w:r>
      <w:r>
        <w:t xml:space="preserve"> </w:t>
      </w:r>
      <w:r>
        <w:t>معقولة،</w:t>
      </w:r>
      <w:r>
        <w:t xml:space="preserve"> </w:t>
      </w:r>
      <w:r>
        <w:t>أما</w:t>
      </w:r>
      <w:r>
        <w:t xml:space="preserve"> </w:t>
      </w:r>
      <w:r>
        <w:t>عدم</w:t>
      </w:r>
      <w:r>
        <w:t xml:space="preserve"> </w:t>
      </w:r>
      <w:r>
        <w:t>اليقين</w:t>
      </w:r>
      <w:r>
        <w:t xml:space="preserve"> </w:t>
      </w:r>
      <w:r>
        <w:t>فيشير</w:t>
      </w:r>
      <w:r>
        <w:t xml:space="preserve"> </w:t>
      </w:r>
      <w:r>
        <w:t>إلى</w:t>
      </w:r>
      <w:r>
        <w:t xml:space="preserve"> </w:t>
      </w:r>
      <w:r>
        <w:t>نقص</w:t>
      </w:r>
      <w:r>
        <w:t xml:space="preserve"> </w:t>
      </w:r>
      <w:r>
        <w:t>المعرفة</w:t>
      </w:r>
      <w:r>
        <w:t xml:space="preserve"> </w:t>
      </w:r>
      <w:r>
        <w:t>أو</w:t>
      </w:r>
      <w:r>
        <w:t xml:space="preserve"> </w:t>
      </w:r>
      <w:r>
        <w:t>صعوبة</w:t>
      </w:r>
      <w:r>
        <w:t xml:space="preserve"> </w:t>
      </w:r>
      <w:r>
        <w:t>التنبؤ</w:t>
      </w:r>
      <w:r>
        <w:t xml:space="preserve"> </w:t>
      </w:r>
      <w:r>
        <w:t>بالنتائج</w:t>
      </w:r>
      <w:r>
        <w:t xml:space="preserve"> </w:t>
      </w:r>
      <w:r>
        <w:t>والاحتمالات</w:t>
      </w:r>
      <w:r>
        <w:t xml:space="preserve">. </w:t>
      </w:r>
      <w:r>
        <w:t>ومع</w:t>
      </w:r>
      <w:r>
        <w:t xml:space="preserve"> </w:t>
      </w:r>
      <w:r>
        <w:t>ذلك</w:t>
      </w:r>
      <w:r>
        <w:t xml:space="preserve"> </w:t>
      </w:r>
      <w:r>
        <w:t>فإن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لا</w:t>
      </w:r>
      <w:r>
        <w:t xml:space="preserve"> </w:t>
      </w:r>
      <w:r>
        <w:t>تتطلب</w:t>
      </w:r>
      <w:r>
        <w:t xml:space="preserve"> </w:t>
      </w:r>
      <w:r>
        <w:t>معرفة</w:t>
      </w:r>
      <w:r>
        <w:t xml:space="preserve"> </w:t>
      </w:r>
      <w:r>
        <w:t>كاملة،</w:t>
      </w:r>
      <w:r>
        <w:t xml:space="preserve"> </w:t>
      </w:r>
      <w:r>
        <w:t>بل</w:t>
      </w:r>
      <w:r>
        <w:t xml:space="preserve"> </w:t>
      </w:r>
      <w:r>
        <w:t>تهدف</w:t>
      </w:r>
      <w:r>
        <w:t xml:space="preserve"> </w:t>
      </w:r>
      <w:r>
        <w:t>إلى</w:t>
      </w:r>
      <w:r>
        <w:t xml:space="preserve"> </w:t>
      </w:r>
      <w:r>
        <w:t>تنظيم</w:t>
      </w:r>
      <w:r>
        <w:t xml:space="preserve"> </w:t>
      </w:r>
      <w:r>
        <w:t>المعلومات</w:t>
      </w:r>
      <w:r>
        <w:t xml:space="preserve"> </w:t>
      </w:r>
      <w:r>
        <w:t>المتاحة،</w:t>
      </w:r>
      <w:r>
        <w:t xml:space="preserve"> </w:t>
      </w:r>
      <w:r>
        <w:t>وتوضيح</w:t>
      </w:r>
      <w:r>
        <w:t xml:space="preserve"> </w:t>
      </w:r>
      <w:r>
        <w:t>الافتراضات،</w:t>
      </w:r>
      <w:r>
        <w:t xml:space="preserve"> </w:t>
      </w:r>
      <w:r>
        <w:t>وتحديد</w:t>
      </w:r>
      <w:r>
        <w:t xml:space="preserve"> </w:t>
      </w:r>
      <w:r>
        <w:t>نطاقات</w:t>
      </w:r>
      <w:r>
        <w:t xml:space="preserve"> </w:t>
      </w:r>
      <w:r>
        <w:t>محتملة</w:t>
      </w:r>
      <w:r>
        <w:t xml:space="preserve"> </w:t>
      </w:r>
      <w:r>
        <w:t>للنتائج،</w:t>
      </w:r>
      <w:r>
        <w:t xml:space="preserve"> </w:t>
      </w:r>
      <w:r>
        <w:t>ودعم</w:t>
      </w:r>
      <w:r>
        <w:t xml:space="preserve"> </w:t>
      </w:r>
      <w:r>
        <w:t>القرار</w:t>
      </w:r>
      <w:r>
        <w:t xml:space="preserve"> </w:t>
      </w:r>
      <w:r>
        <w:t>في</w:t>
      </w:r>
      <w:r>
        <w:t xml:space="preserve"> </w:t>
      </w:r>
      <w:r>
        <w:t>ظل</w:t>
      </w:r>
      <w:r>
        <w:t xml:space="preserve"> </w:t>
      </w:r>
      <w:r>
        <w:t>النقص</w:t>
      </w:r>
      <w:r>
        <w:t xml:space="preserve"> </w:t>
      </w:r>
      <w:r>
        <w:t>الطبيعي</w:t>
      </w:r>
      <w:r>
        <w:t xml:space="preserve"> </w:t>
      </w:r>
      <w:r>
        <w:t>في</w:t>
      </w:r>
      <w:r>
        <w:t xml:space="preserve"> </w:t>
      </w:r>
      <w:r>
        <w:t>المعلومات</w:t>
      </w:r>
      <w:r>
        <w:t>.</w:t>
      </w:r>
    </w:p>
    <w:p w14:paraId="2C36B0B3" w14:textId="77777777" w:rsidR="00660561" w:rsidRDefault="005B109C">
      <w:pPr>
        <w:bidi/>
      </w:pPr>
      <w:r>
        <w:t>وتتكون</w:t>
      </w:r>
      <w:r>
        <w:t xml:space="preserve"> </w:t>
      </w:r>
      <w:r>
        <w:t>صياغة</w:t>
      </w:r>
      <w:r>
        <w:t xml:space="preserve"> </w:t>
      </w:r>
      <w:r>
        <w:t>الخطر</w:t>
      </w:r>
      <w:r>
        <w:t xml:space="preserve"> </w:t>
      </w:r>
      <w:r>
        <w:t>الجيدة</w:t>
      </w:r>
      <w:r>
        <w:t xml:space="preserve"> </w:t>
      </w:r>
      <w:r>
        <w:t>من</w:t>
      </w:r>
      <w:r>
        <w:t xml:space="preserve"> </w:t>
      </w:r>
      <w:r>
        <w:t>ثلاثة</w:t>
      </w:r>
      <w:r>
        <w:t xml:space="preserve"> </w:t>
      </w:r>
      <w:r>
        <w:t>عناصر</w:t>
      </w:r>
      <w:r>
        <w:t xml:space="preserve"> </w:t>
      </w:r>
      <w:r>
        <w:t>مترابطة</w:t>
      </w:r>
      <w:r>
        <w:t xml:space="preserve">: </w:t>
      </w:r>
      <w:r>
        <w:t>مصدر</w:t>
      </w:r>
      <w:r>
        <w:t xml:space="preserve"> </w:t>
      </w:r>
      <w:r>
        <w:t>أو</w:t>
      </w:r>
      <w:r>
        <w:t xml:space="preserve"> </w:t>
      </w:r>
      <w:r>
        <w:t>سبب</w:t>
      </w:r>
      <w:r>
        <w:t xml:space="preserve"> </w:t>
      </w:r>
      <w:r>
        <w:t>الخطر،</w:t>
      </w:r>
      <w:r>
        <w:t xml:space="preserve"> </w:t>
      </w:r>
      <w:r>
        <w:t>والحدث</w:t>
      </w:r>
      <w:r>
        <w:t xml:space="preserve"> </w:t>
      </w:r>
      <w:r>
        <w:t>المحتمل،</w:t>
      </w:r>
      <w:r>
        <w:t xml:space="preserve"> </w:t>
      </w:r>
      <w:r>
        <w:t>والنتيجة</w:t>
      </w:r>
      <w:r>
        <w:t xml:space="preserve"> </w:t>
      </w:r>
      <w:r>
        <w:t>أو</w:t>
      </w:r>
      <w:r>
        <w:t xml:space="preserve"> </w:t>
      </w:r>
      <w:r>
        <w:t>الأثر</w:t>
      </w:r>
      <w:r>
        <w:t xml:space="preserve"> </w:t>
      </w:r>
      <w:r>
        <w:t>على</w:t>
      </w:r>
      <w:r>
        <w:t xml:space="preserve"> </w:t>
      </w:r>
      <w:r>
        <w:t>الأهداف</w:t>
      </w:r>
      <w:r>
        <w:t xml:space="preserve">. </w:t>
      </w:r>
      <w:r>
        <w:t>فبدلًا</w:t>
      </w:r>
      <w:r>
        <w:t xml:space="preserve"> </w:t>
      </w:r>
      <w:r>
        <w:t>من</w:t>
      </w:r>
      <w:r>
        <w:t xml:space="preserve"> </w:t>
      </w:r>
      <w:r>
        <w:t>تسجيل</w:t>
      </w:r>
      <w:r>
        <w:t xml:space="preserve"> </w:t>
      </w:r>
      <w:r>
        <w:t>عبارة</w:t>
      </w:r>
      <w:r>
        <w:t xml:space="preserve"> </w:t>
      </w:r>
      <w:r>
        <w:t>عامة</w:t>
      </w:r>
      <w:r>
        <w:t xml:space="preserve"> </w:t>
      </w:r>
      <w:r>
        <w:t>مثل</w:t>
      </w:r>
      <w:r>
        <w:t xml:space="preserve"> «</w:t>
      </w:r>
      <w:r>
        <w:t>مخاطر</w:t>
      </w:r>
      <w:r>
        <w:t xml:space="preserve"> </w:t>
      </w:r>
      <w:r>
        <w:t>تقنية</w:t>
      </w:r>
      <w:r>
        <w:t>»</w:t>
      </w:r>
      <w:r>
        <w:t>،</w:t>
      </w:r>
      <w:r>
        <w:t xml:space="preserve"> </w:t>
      </w:r>
      <w:r>
        <w:t>يمكن</w:t>
      </w:r>
      <w:r>
        <w:t xml:space="preserve"> </w:t>
      </w:r>
      <w:r>
        <w:t>صياغة</w:t>
      </w:r>
      <w:r>
        <w:t xml:space="preserve"> </w:t>
      </w:r>
      <w:r>
        <w:t>الخطر</w:t>
      </w:r>
      <w:r>
        <w:t xml:space="preserve"> </w:t>
      </w:r>
      <w:r>
        <w:t>على</w:t>
      </w:r>
      <w:r>
        <w:t xml:space="preserve"> </w:t>
      </w:r>
      <w:r>
        <w:t>النحو</w:t>
      </w:r>
      <w:r>
        <w:t xml:space="preserve"> </w:t>
      </w:r>
      <w:r>
        <w:t>الآتي</w:t>
      </w:r>
      <w:r>
        <w:t xml:space="preserve">: </w:t>
      </w:r>
      <w:r>
        <w:t>قد</w:t>
      </w:r>
      <w:r>
        <w:t xml:space="preserve"> </w:t>
      </w:r>
      <w:r>
        <w:t>يؤدي</w:t>
      </w:r>
      <w:r>
        <w:t xml:space="preserve"> </w:t>
      </w:r>
      <w:r>
        <w:t>الاعتماد</w:t>
      </w:r>
      <w:r>
        <w:t xml:space="preserve"> </w:t>
      </w:r>
      <w:r>
        <w:t>على</w:t>
      </w:r>
      <w:r>
        <w:t xml:space="preserve"> </w:t>
      </w:r>
      <w:r>
        <w:t>مزود</w:t>
      </w:r>
      <w:r>
        <w:t xml:space="preserve"> </w:t>
      </w:r>
      <w:r>
        <w:t>تقني</w:t>
      </w:r>
      <w:r>
        <w:t xml:space="preserve"> </w:t>
      </w:r>
      <w:r>
        <w:t>واحد</w:t>
      </w:r>
      <w:r>
        <w:t xml:space="preserve"> </w:t>
      </w:r>
      <w:r>
        <w:t>إلى</w:t>
      </w:r>
      <w:r>
        <w:t xml:space="preserve"> </w:t>
      </w:r>
      <w:r>
        <w:t>توقف</w:t>
      </w:r>
      <w:r>
        <w:t xml:space="preserve"> </w:t>
      </w:r>
      <w:r>
        <w:t>منصة</w:t>
      </w:r>
      <w:r>
        <w:t xml:space="preserve"> </w:t>
      </w:r>
      <w:r>
        <w:t>البيع،</w:t>
      </w:r>
      <w:r>
        <w:t xml:space="preserve"> </w:t>
      </w:r>
      <w:r>
        <w:t>مما</w:t>
      </w:r>
      <w:r>
        <w:t xml:space="preserve"> </w:t>
      </w:r>
      <w:r>
        <w:t>يسبب</w:t>
      </w:r>
      <w:r>
        <w:t xml:space="preserve"> </w:t>
      </w:r>
      <w:r>
        <w:t>انقطاع</w:t>
      </w:r>
      <w:r>
        <w:t xml:space="preserve"> </w:t>
      </w:r>
      <w:r>
        <w:t>الطلبات</w:t>
      </w:r>
      <w:r>
        <w:t xml:space="preserve"> </w:t>
      </w:r>
      <w:r>
        <w:t>وفقد</w:t>
      </w:r>
      <w:r>
        <w:t xml:space="preserve"> </w:t>
      </w:r>
      <w:r>
        <w:t>الإيرادات</w:t>
      </w:r>
      <w:r>
        <w:t xml:space="preserve"> </w:t>
      </w:r>
      <w:r>
        <w:t>وتراجع</w:t>
      </w:r>
      <w:r>
        <w:t xml:space="preserve"> </w:t>
      </w:r>
      <w:r>
        <w:t>رضا</w:t>
      </w:r>
      <w:r>
        <w:t xml:space="preserve"> </w:t>
      </w:r>
      <w:r>
        <w:t>العملاء</w:t>
      </w:r>
      <w:r>
        <w:t xml:space="preserve">. </w:t>
      </w:r>
      <w:r>
        <w:t>وتساعد</w:t>
      </w:r>
      <w:r>
        <w:t xml:space="preserve"> </w:t>
      </w:r>
      <w:r>
        <w:t>هذه</w:t>
      </w:r>
      <w:r>
        <w:t xml:space="preserve"> </w:t>
      </w:r>
      <w:r>
        <w:t>الصياغة</w:t>
      </w:r>
      <w:r>
        <w:t xml:space="preserve"> </w:t>
      </w:r>
      <w:r>
        <w:t>على</w:t>
      </w:r>
      <w:r>
        <w:t xml:space="preserve"> </w:t>
      </w:r>
      <w:r>
        <w:t>اختيار</w:t>
      </w:r>
      <w:r>
        <w:t xml:space="preserve"> </w:t>
      </w:r>
      <w:r>
        <w:t>ضوابط</w:t>
      </w:r>
      <w:r>
        <w:t xml:space="preserve"> </w:t>
      </w:r>
      <w:r>
        <w:t>واستجابات</w:t>
      </w:r>
      <w:r>
        <w:t xml:space="preserve"> </w:t>
      </w:r>
      <w:r>
        <w:t>أكثر</w:t>
      </w:r>
      <w:r>
        <w:t xml:space="preserve"> </w:t>
      </w:r>
      <w:r>
        <w:t>دقة</w:t>
      </w:r>
      <w:r>
        <w:t>.</w:t>
      </w:r>
    </w:p>
    <w:p w14:paraId="49258A0F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1-3 </w:t>
      </w:r>
      <w:r>
        <w:rPr>
          <w:rFonts w:ascii="Arial" w:hAnsi="Arial" w:cs="Arial"/>
        </w:rPr>
        <w:t>خصائص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402E42C8" w14:textId="77777777" w:rsidR="00660561" w:rsidRDefault="005B109C">
      <w:pPr>
        <w:bidi/>
      </w:pPr>
      <w:r>
        <w:t>تتصف</w:t>
      </w:r>
      <w:r>
        <w:t xml:space="preserve"> </w:t>
      </w:r>
      <w:r>
        <w:t>المخاطر</w:t>
      </w:r>
      <w:r>
        <w:t xml:space="preserve"> </w:t>
      </w:r>
      <w:r>
        <w:t>بالديناميكية؛</w:t>
      </w:r>
      <w:r>
        <w:t xml:space="preserve"> </w:t>
      </w:r>
      <w:r>
        <w:t>فهي</w:t>
      </w:r>
      <w:r>
        <w:t xml:space="preserve"> </w:t>
      </w:r>
      <w:r>
        <w:t>تتغير</w:t>
      </w:r>
      <w:r>
        <w:t xml:space="preserve"> </w:t>
      </w:r>
      <w:r>
        <w:t>بتغير</w:t>
      </w:r>
      <w:r>
        <w:t xml:space="preserve"> </w:t>
      </w:r>
      <w:r>
        <w:t>البيئة</w:t>
      </w:r>
      <w:r>
        <w:t xml:space="preserve"> </w:t>
      </w:r>
      <w:r>
        <w:t>الداخلية</w:t>
      </w:r>
      <w:r>
        <w:t xml:space="preserve"> </w:t>
      </w:r>
      <w:r>
        <w:t>والخارجية،</w:t>
      </w:r>
      <w:r>
        <w:t xml:space="preserve"> </w:t>
      </w:r>
      <w:r>
        <w:t>وقد</w:t>
      </w:r>
      <w:r>
        <w:t xml:space="preserve"> </w:t>
      </w:r>
      <w:r>
        <w:t>يظهر</w:t>
      </w:r>
      <w:r>
        <w:t xml:space="preserve"> </w:t>
      </w:r>
      <w:r>
        <w:t>خطر</w:t>
      </w:r>
      <w:r>
        <w:t xml:space="preserve"> </w:t>
      </w:r>
      <w:r>
        <w:t>جديد</w:t>
      </w:r>
      <w:r>
        <w:t xml:space="preserve"> </w:t>
      </w:r>
      <w:r>
        <w:t>أو</w:t>
      </w:r>
      <w:r>
        <w:t xml:space="preserve"> </w:t>
      </w:r>
      <w:r>
        <w:t>يتغير</w:t>
      </w:r>
      <w:r>
        <w:t xml:space="preserve"> </w:t>
      </w:r>
      <w:r>
        <w:t>احتمال</w:t>
      </w:r>
      <w:r>
        <w:t xml:space="preserve"> </w:t>
      </w:r>
      <w:r>
        <w:t>خطر</w:t>
      </w:r>
      <w:r>
        <w:t xml:space="preserve"> </w:t>
      </w:r>
      <w:r>
        <w:t>قائم</w:t>
      </w:r>
      <w:r>
        <w:t xml:space="preserve"> </w:t>
      </w:r>
      <w:r>
        <w:t>أو</w:t>
      </w:r>
      <w:r>
        <w:t xml:space="preserve"> </w:t>
      </w:r>
      <w:r>
        <w:t>أثره</w:t>
      </w:r>
      <w:r>
        <w:t xml:space="preserve"> </w:t>
      </w:r>
      <w:r>
        <w:t>نتيجة</w:t>
      </w:r>
      <w:r>
        <w:t xml:space="preserve"> </w:t>
      </w:r>
      <w:r>
        <w:t>توسع</w:t>
      </w:r>
      <w:r>
        <w:t xml:space="preserve"> </w:t>
      </w:r>
      <w:r>
        <w:t>المنشأة</w:t>
      </w:r>
      <w:r>
        <w:t xml:space="preserve"> </w:t>
      </w:r>
      <w:r>
        <w:t>أو</w:t>
      </w:r>
      <w:r>
        <w:t xml:space="preserve"> </w:t>
      </w:r>
      <w:r>
        <w:t>دخولها</w:t>
      </w:r>
      <w:r>
        <w:t xml:space="preserve"> </w:t>
      </w:r>
      <w:r>
        <w:t>سوقًا</w:t>
      </w:r>
      <w:r>
        <w:t xml:space="preserve"> </w:t>
      </w:r>
      <w:r>
        <w:t>جديدًا</w:t>
      </w:r>
      <w:r>
        <w:t xml:space="preserve"> </w:t>
      </w:r>
      <w:r>
        <w:t>أو</w:t>
      </w:r>
      <w:r>
        <w:t xml:space="preserve"> </w:t>
      </w:r>
      <w:r>
        <w:t>اعتماد</w:t>
      </w:r>
      <w:r>
        <w:t xml:space="preserve"> </w:t>
      </w:r>
      <w:r>
        <w:t>تقنية</w:t>
      </w:r>
      <w:r>
        <w:t xml:space="preserve"> </w:t>
      </w:r>
      <w:r>
        <w:t>أو</w:t>
      </w:r>
      <w:r>
        <w:t xml:space="preserve"> </w:t>
      </w:r>
      <w:r>
        <w:t>مورد</w:t>
      </w:r>
      <w:r>
        <w:t xml:space="preserve"> </w:t>
      </w:r>
      <w:r>
        <w:t>جديد</w:t>
      </w:r>
      <w:r>
        <w:t xml:space="preserve">. </w:t>
      </w:r>
      <w:r>
        <w:t>كما</w:t>
      </w:r>
      <w:r>
        <w:t xml:space="preserve"> </w:t>
      </w:r>
      <w:r>
        <w:t>تتسم</w:t>
      </w:r>
      <w:r>
        <w:t xml:space="preserve"> </w:t>
      </w:r>
      <w:r>
        <w:t>المخاطر</w:t>
      </w:r>
      <w:r>
        <w:t xml:space="preserve"> </w:t>
      </w:r>
      <w:r>
        <w:t>بالترابط،</w:t>
      </w:r>
      <w:r>
        <w:t xml:space="preserve"> </w:t>
      </w:r>
      <w:r>
        <w:t>إذ</w:t>
      </w:r>
      <w:r>
        <w:t xml:space="preserve"> </w:t>
      </w:r>
      <w:r>
        <w:t>قد</w:t>
      </w:r>
      <w:r>
        <w:t xml:space="preserve"> </w:t>
      </w:r>
      <w:r>
        <w:t>يبدأ</w:t>
      </w:r>
      <w:r>
        <w:t xml:space="preserve"> </w:t>
      </w:r>
      <w:r>
        <w:t>الاضطراب</w:t>
      </w:r>
      <w:r>
        <w:t xml:space="preserve"> </w:t>
      </w:r>
      <w:r>
        <w:t>في</w:t>
      </w:r>
      <w:r>
        <w:t xml:space="preserve"> </w:t>
      </w:r>
      <w:r>
        <w:t>مجال</w:t>
      </w:r>
      <w:r>
        <w:t xml:space="preserve"> </w:t>
      </w:r>
      <w:r>
        <w:t>محدد</w:t>
      </w:r>
      <w:r>
        <w:t xml:space="preserve"> </w:t>
      </w:r>
      <w:r>
        <w:t>ثم</w:t>
      </w:r>
      <w:r>
        <w:t xml:space="preserve"> </w:t>
      </w:r>
      <w:r>
        <w:t>ينتقل</w:t>
      </w:r>
      <w:r>
        <w:t xml:space="preserve"> </w:t>
      </w:r>
      <w:r>
        <w:t>إلى</w:t>
      </w:r>
      <w:r>
        <w:t xml:space="preserve"> </w:t>
      </w:r>
      <w:r>
        <w:t>مجالات</w:t>
      </w:r>
      <w:r>
        <w:t xml:space="preserve"> </w:t>
      </w:r>
      <w:r>
        <w:t>أخرى؛</w:t>
      </w:r>
      <w:r>
        <w:t xml:space="preserve"> </w:t>
      </w:r>
      <w:r>
        <w:t>فتوقف</w:t>
      </w:r>
      <w:r>
        <w:t xml:space="preserve"> </w:t>
      </w:r>
      <w:r>
        <w:t>نظام</w:t>
      </w:r>
      <w:r>
        <w:t xml:space="preserve"> </w:t>
      </w:r>
      <w:r>
        <w:t>معلوماتي</w:t>
      </w:r>
      <w:r>
        <w:t xml:space="preserve"> </w:t>
      </w:r>
      <w:r>
        <w:t>قد</w:t>
      </w:r>
      <w:r>
        <w:t xml:space="preserve"> </w:t>
      </w:r>
      <w:r>
        <w:t>يؤدي</w:t>
      </w:r>
      <w:r>
        <w:t xml:space="preserve"> </w:t>
      </w:r>
      <w:r>
        <w:t>إلى</w:t>
      </w:r>
      <w:r>
        <w:t xml:space="preserve"> </w:t>
      </w:r>
      <w:r>
        <w:t>تعطل</w:t>
      </w:r>
      <w:r>
        <w:t xml:space="preserve"> </w:t>
      </w:r>
      <w:r>
        <w:t>العمليات،</w:t>
      </w:r>
      <w:r>
        <w:t xml:space="preserve"> </w:t>
      </w:r>
      <w:r>
        <w:t>وتأخر</w:t>
      </w:r>
      <w:r>
        <w:t xml:space="preserve"> </w:t>
      </w:r>
      <w:r>
        <w:t>خدمة</w:t>
      </w:r>
      <w:r>
        <w:t xml:space="preserve"> </w:t>
      </w:r>
      <w:r>
        <w:t>العملاء،</w:t>
      </w:r>
      <w:r>
        <w:t xml:space="preserve"> </w:t>
      </w:r>
      <w:r>
        <w:t>وخسائر</w:t>
      </w:r>
      <w:r>
        <w:t xml:space="preserve"> </w:t>
      </w:r>
      <w:r>
        <w:t>مالية،</w:t>
      </w:r>
      <w:r>
        <w:t xml:space="preserve"> </w:t>
      </w:r>
      <w:r>
        <w:t>ثم</w:t>
      </w:r>
      <w:r>
        <w:t xml:space="preserve"> </w:t>
      </w:r>
      <w:r>
        <w:t>ضرر</w:t>
      </w:r>
      <w:r>
        <w:t xml:space="preserve"> </w:t>
      </w:r>
      <w:r>
        <w:t>في</w:t>
      </w:r>
      <w:r>
        <w:t xml:space="preserve"> </w:t>
      </w:r>
      <w:r>
        <w:t>السمعة</w:t>
      </w:r>
      <w:r>
        <w:t>.</w:t>
      </w:r>
    </w:p>
    <w:p w14:paraId="49C4CA9F" w14:textId="77777777" w:rsidR="00660561" w:rsidRDefault="005B109C">
      <w:pPr>
        <w:bidi/>
      </w:pPr>
      <w:r>
        <w:t>وتختلف</w:t>
      </w:r>
      <w:r>
        <w:t xml:space="preserve"> </w:t>
      </w:r>
      <w:r>
        <w:t>المخاطر</w:t>
      </w:r>
      <w:r>
        <w:t xml:space="preserve"> </w:t>
      </w:r>
      <w:r>
        <w:t>من</w:t>
      </w:r>
      <w:r>
        <w:t xml:space="preserve"> </w:t>
      </w:r>
      <w:r>
        <w:t>حيث</w:t>
      </w:r>
      <w:r>
        <w:t xml:space="preserve"> </w:t>
      </w:r>
      <w:r>
        <w:t>قابليتها</w:t>
      </w:r>
      <w:r>
        <w:t xml:space="preserve"> </w:t>
      </w:r>
      <w:r>
        <w:t>للقياس</w:t>
      </w:r>
      <w:r>
        <w:t xml:space="preserve">. </w:t>
      </w:r>
      <w:r>
        <w:t>فبعضها</w:t>
      </w:r>
      <w:r>
        <w:t xml:space="preserve"> </w:t>
      </w:r>
      <w:r>
        <w:t>يمكن</w:t>
      </w:r>
      <w:r>
        <w:t xml:space="preserve"> </w:t>
      </w:r>
      <w:r>
        <w:t>تقديره</w:t>
      </w:r>
      <w:r>
        <w:t xml:space="preserve"> </w:t>
      </w:r>
      <w:r>
        <w:t>ببيانات</w:t>
      </w:r>
      <w:r>
        <w:t xml:space="preserve"> </w:t>
      </w:r>
      <w:r>
        <w:t>كمية،</w:t>
      </w:r>
      <w:r>
        <w:t xml:space="preserve"> </w:t>
      </w:r>
      <w:r>
        <w:t>مثل</w:t>
      </w:r>
      <w:r>
        <w:t xml:space="preserve"> </w:t>
      </w:r>
      <w:r>
        <w:t>احتمال</w:t>
      </w:r>
      <w:r>
        <w:t xml:space="preserve"> </w:t>
      </w:r>
      <w:r>
        <w:t>التعثر</w:t>
      </w:r>
      <w:r>
        <w:t xml:space="preserve"> </w:t>
      </w:r>
      <w:r>
        <w:t>أو</w:t>
      </w:r>
      <w:r>
        <w:t xml:space="preserve"> </w:t>
      </w:r>
      <w:r>
        <w:t>مقدار</w:t>
      </w:r>
      <w:r>
        <w:t xml:space="preserve"> </w:t>
      </w:r>
      <w:r>
        <w:t>الخسارة</w:t>
      </w:r>
      <w:r>
        <w:t xml:space="preserve"> </w:t>
      </w:r>
      <w:r>
        <w:t>المالية،</w:t>
      </w:r>
      <w:r>
        <w:t xml:space="preserve"> </w:t>
      </w:r>
      <w:r>
        <w:t>بينما</w:t>
      </w:r>
      <w:r>
        <w:t xml:space="preserve"> </w:t>
      </w:r>
      <w:r>
        <w:t>يحتاج</w:t>
      </w:r>
      <w:r>
        <w:t xml:space="preserve"> </w:t>
      </w:r>
      <w:r>
        <w:t>بعضها</w:t>
      </w:r>
      <w:r>
        <w:t xml:space="preserve"> </w:t>
      </w:r>
      <w:r>
        <w:t>إلى</w:t>
      </w:r>
      <w:r>
        <w:t xml:space="preserve"> </w:t>
      </w:r>
      <w:r>
        <w:t>تقدير</w:t>
      </w:r>
      <w:r>
        <w:t xml:space="preserve"> </w:t>
      </w:r>
      <w:r>
        <w:t>نوعي</w:t>
      </w:r>
      <w:r>
        <w:t xml:space="preserve"> </w:t>
      </w:r>
      <w:r>
        <w:t>يستند</w:t>
      </w:r>
      <w:r>
        <w:t xml:space="preserve"> </w:t>
      </w:r>
      <w:r>
        <w:t>إلى</w:t>
      </w:r>
      <w:r>
        <w:t xml:space="preserve"> </w:t>
      </w:r>
      <w:r>
        <w:t>الخبرة</w:t>
      </w:r>
      <w:r>
        <w:t xml:space="preserve"> </w:t>
      </w:r>
      <w:r>
        <w:t>والسيناريوهات،</w:t>
      </w:r>
      <w:r>
        <w:t xml:space="preserve"> </w:t>
      </w:r>
      <w:r>
        <w:t>مثل</w:t>
      </w:r>
      <w:r>
        <w:t xml:space="preserve"> </w:t>
      </w:r>
      <w:r>
        <w:t>أثر</w:t>
      </w:r>
      <w:r>
        <w:t xml:space="preserve"> </w:t>
      </w:r>
      <w:r>
        <w:t>فقد</w:t>
      </w:r>
      <w:r>
        <w:t xml:space="preserve"> </w:t>
      </w:r>
      <w:r>
        <w:t>السمعة</w:t>
      </w:r>
      <w:r>
        <w:t xml:space="preserve"> </w:t>
      </w:r>
      <w:r>
        <w:t>أو</w:t>
      </w:r>
      <w:r>
        <w:t xml:space="preserve"> </w:t>
      </w:r>
      <w:r>
        <w:t>مغادرة</w:t>
      </w:r>
      <w:r>
        <w:t xml:space="preserve"> </w:t>
      </w:r>
      <w:r>
        <w:t>موظف</w:t>
      </w:r>
      <w:r>
        <w:t xml:space="preserve"> </w:t>
      </w:r>
      <w:r>
        <w:t>رئيسي</w:t>
      </w:r>
      <w:r>
        <w:t xml:space="preserve">. </w:t>
      </w:r>
      <w:r>
        <w:t>كذلك</w:t>
      </w:r>
      <w:r>
        <w:t xml:space="preserve"> </w:t>
      </w:r>
      <w:r>
        <w:t>تختلف</w:t>
      </w:r>
      <w:r>
        <w:t xml:space="preserve"> </w:t>
      </w:r>
      <w:r>
        <w:t>المخاطر</w:t>
      </w:r>
      <w:r>
        <w:t xml:space="preserve"> </w:t>
      </w:r>
      <w:r>
        <w:t>في</w:t>
      </w:r>
      <w:r>
        <w:t xml:space="preserve"> </w:t>
      </w:r>
      <w:r>
        <w:t>سرعة</w:t>
      </w:r>
      <w:r>
        <w:t xml:space="preserve"> </w:t>
      </w:r>
      <w:r>
        <w:t>ظهورها؛</w:t>
      </w:r>
      <w:r>
        <w:t xml:space="preserve"> </w:t>
      </w:r>
      <w:r>
        <w:t>فقد</w:t>
      </w:r>
      <w:r>
        <w:t xml:space="preserve"> </w:t>
      </w:r>
      <w:r>
        <w:t>تكون</w:t>
      </w:r>
      <w:r>
        <w:t xml:space="preserve"> </w:t>
      </w:r>
      <w:r>
        <w:t>تدريجية</w:t>
      </w:r>
      <w:r>
        <w:t xml:space="preserve"> </w:t>
      </w:r>
      <w:r>
        <w:t>مثل</w:t>
      </w:r>
      <w:r>
        <w:t xml:space="preserve"> </w:t>
      </w:r>
      <w:r>
        <w:t>تراجع</w:t>
      </w:r>
      <w:r>
        <w:t xml:space="preserve"> </w:t>
      </w:r>
      <w:r>
        <w:t>السيولة،</w:t>
      </w:r>
      <w:r>
        <w:t xml:space="preserve"> </w:t>
      </w:r>
      <w:r>
        <w:t>أو</w:t>
      </w:r>
      <w:r>
        <w:t xml:space="preserve"> </w:t>
      </w:r>
      <w:r>
        <w:t>مفاجئة</w:t>
      </w:r>
      <w:r>
        <w:t xml:space="preserve"> </w:t>
      </w:r>
      <w:r>
        <w:t>مثل</w:t>
      </w:r>
      <w:r>
        <w:t xml:space="preserve"> </w:t>
      </w:r>
      <w:r>
        <w:t>هجوم</w:t>
      </w:r>
      <w:r>
        <w:t xml:space="preserve"> </w:t>
      </w:r>
      <w:r>
        <w:t>سيبراني</w:t>
      </w:r>
      <w:r>
        <w:t xml:space="preserve"> </w:t>
      </w:r>
      <w:r>
        <w:t>أو</w:t>
      </w:r>
      <w:r>
        <w:t xml:space="preserve"> </w:t>
      </w:r>
      <w:r>
        <w:t>انقطاع</w:t>
      </w:r>
      <w:r>
        <w:t xml:space="preserve"> </w:t>
      </w:r>
      <w:r>
        <w:t>كهربائي،</w:t>
      </w:r>
      <w:r>
        <w:t xml:space="preserve"> </w:t>
      </w:r>
      <w:r>
        <w:t>كما</w:t>
      </w:r>
      <w:r>
        <w:t xml:space="preserve"> </w:t>
      </w:r>
      <w:r>
        <w:t>تختلف</w:t>
      </w:r>
      <w:r>
        <w:t xml:space="preserve"> </w:t>
      </w:r>
      <w:r>
        <w:t>في</w:t>
      </w:r>
      <w:r>
        <w:t xml:space="preserve"> </w:t>
      </w:r>
      <w:r>
        <w:t>مدة</w:t>
      </w:r>
      <w:r>
        <w:t xml:space="preserve"> </w:t>
      </w:r>
      <w:r>
        <w:t>الأثر</w:t>
      </w:r>
      <w:r>
        <w:t xml:space="preserve"> </w:t>
      </w:r>
      <w:r>
        <w:t>وقابلية</w:t>
      </w:r>
      <w:r>
        <w:t xml:space="preserve"> </w:t>
      </w:r>
      <w:r>
        <w:t>التعافي</w:t>
      </w:r>
      <w:r>
        <w:t>.</w:t>
      </w:r>
    </w:p>
    <w:p w14:paraId="1D9E190B" w14:textId="77777777" w:rsidR="00660561" w:rsidRDefault="005B109C">
      <w:pPr>
        <w:bidi/>
      </w:pPr>
      <w:r>
        <w:lastRenderedPageBreak/>
        <w:t>ومن</w:t>
      </w:r>
      <w:r>
        <w:t xml:space="preserve"> </w:t>
      </w:r>
      <w:r>
        <w:t>خصائص</w:t>
      </w:r>
      <w:r>
        <w:t xml:space="preserve"> </w:t>
      </w:r>
      <w:r>
        <w:t>المخاطر</w:t>
      </w:r>
      <w:r>
        <w:t xml:space="preserve"> </w:t>
      </w:r>
      <w:r>
        <w:t>أيضًا</w:t>
      </w:r>
      <w:r>
        <w:t xml:space="preserve"> </w:t>
      </w:r>
      <w:r>
        <w:t>ارتباطها</w:t>
      </w:r>
      <w:r>
        <w:t xml:space="preserve"> </w:t>
      </w:r>
      <w:r>
        <w:t>بقدرة</w:t>
      </w:r>
      <w:r>
        <w:t xml:space="preserve"> </w:t>
      </w:r>
      <w:r>
        <w:t>المنشأة</w:t>
      </w:r>
      <w:r>
        <w:t xml:space="preserve"> </w:t>
      </w:r>
      <w:r>
        <w:t>على</w:t>
      </w:r>
      <w:r>
        <w:t xml:space="preserve"> </w:t>
      </w:r>
      <w:r>
        <w:t>التحمل</w:t>
      </w:r>
      <w:r>
        <w:t xml:space="preserve">. </w:t>
      </w:r>
      <w:r>
        <w:t>فقد</w:t>
      </w:r>
      <w:r>
        <w:t xml:space="preserve"> </w:t>
      </w:r>
      <w:r>
        <w:t>يكون</w:t>
      </w:r>
      <w:r>
        <w:t xml:space="preserve"> </w:t>
      </w:r>
      <w:r>
        <w:t>الخطر</w:t>
      </w:r>
      <w:r>
        <w:t xml:space="preserve"> </w:t>
      </w:r>
      <w:r>
        <w:t>مقبولًا</w:t>
      </w:r>
      <w:r>
        <w:t xml:space="preserve"> </w:t>
      </w:r>
      <w:r>
        <w:t>إذا</w:t>
      </w:r>
      <w:r>
        <w:t xml:space="preserve"> </w:t>
      </w:r>
      <w:r>
        <w:t>كان</w:t>
      </w:r>
      <w:r>
        <w:t xml:space="preserve"> </w:t>
      </w:r>
      <w:r>
        <w:t>أثره</w:t>
      </w:r>
      <w:r>
        <w:t xml:space="preserve"> </w:t>
      </w:r>
      <w:r>
        <w:t>ضمن</w:t>
      </w:r>
      <w:r>
        <w:t xml:space="preserve"> </w:t>
      </w:r>
      <w:r>
        <w:t>الحدود</w:t>
      </w:r>
      <w:r>
        <w:t xml:space="preserve"> </w:t>
      </w:r>
      <w:r>
        <w:t>التي</w:t>
      </w:r>
      <w:r>
        <w:t xml:space="preserve"> </w:t>
      </w:r>
      <w:r>
        <w:t>تستطيع</w:t>
      </w:r>
      <w:r>
        <w:t xml:space="preserve"> </w:t>
      </w:r>
      <w:r>
        <w:t>المنشأة</w:t>
      </w:r>
      <w:r>
        <w:t xml:space="preserve"> </w:t>
      </w:r>
      <w:r>
        <w:t>استيعابها،</w:t>
      </w:r>
      <w:r>
        <w:t xml:space="preserve"> </w:t>
      </w:r>
      <w:r>
        <w:t>ويصبح</w:t>
      </w:r>
      <w:r>
        <w:t xml:space="preserve"> </w:t>
      </w:r>
      <w:r>
        <w:t>غير</w:t>
      </w:r>
      <w:r>
        <w:t xml:space="preserve"> </w:t>
      </w:r>
      <w:r>
        <w:t>مقبول</w:t>
      </w:r>
      <w:r>
        <w:t xml:space="preserve"> </w:t>
      </w:r>
      <w:r>
        <w:t>عندما</w:t>
      </w:r>
      <w:r>
        <w:t xml:space="preserve"> </w:t>
      </w:r>
      <w:r>
        <w:t>يهدد</w:t>
      </w:r>
      <w:r>
        <w:t xml:space="preserve"> </w:t>
      </w:r>
      <w:r>
        <w:t>أهدافًا</w:t>
      </w:r>
      <w:r>
        <w:t xml:space="preserve"> </w:t>
      </w:r>
      <w:r>
        <w:t>أو</w:t>
      </w:r>
      <w:r>
        <w:t xml:space="preserve"> </w:t>
      </w:r>
      <w:r>
        <w:t>خدمات</w:t>
      </w:r>
      <w:r>
        <w:t xml:space="preserve"> </w:t>
      </w:r>
      <w:r>
        <w:t>حرجة</w:t>
      </w:r>
      <w:r>
        <w:t xml:space="preserve"> </w:t>
      </w:r>
      <w:r>
        <w:t>أو</w:t>
      </w:r>
      <w:r>
        <w:t xml:space="preserve"> </w:t>
      </w:r>
      <w:r>
        <w:t>يتجاوز</w:t>
      </w:r>
      <w:r>
        <w:t xml:space="preserve"> </w:t>
      </w:r>
      <w:r>
        <w:t>شهية</w:t>
      </w:r>
      <w:r>
        <w:t xml:space="preserve"> </w:t>
      </w:r>
      <w:r>
        <w:t>المخاطر</w:t>
      </w:r>
      <w:r>
        <w:t xml:space="preserve">. </w:t>
      </w:r>
      <w:r>
        <w:t>لذلك</w:t>
      </w:r>
      <w:r>
        <w:t xml:space="preserve"> </w:t>
      </w:r>
      <w:r>
        <w:t>لا</w:t>
      </w:r>
      <w:r>
        <w:t xml:space="preserve"> </w:t>
      </w:r>
      <w:r>
        <w:t>توجد</w:t>
      </w:r>
      <w:r>
        <w:t xml:space="preserve"> </w:t>
      </w:r>
      <w:r>
        <w:t>درجة</w:t>
      </w:r>
      <w:r>
        <w:t xml:space="preserve"> </w:t>
      </w:r>
      <w:r>
        <w:t>خطر</w:t>
      </w:r>
      <w:r>
        <w:t xml:space="preserve"> </w:t>
      </w:r>
      <w:r>
        <w:t>مطلقة</w:t>
      </w:r>
      <w:r>
        <w:t xml:space="preserve"> </w:t>
      </w:r>
      <w:r>
        <w:t>تصلح</w:t>
      </w:r>
      <w:r>
        <w:t xml:space="preserve"> </w:t>
      </w:r>
      <w:r>
        <w:t>لكل</w:t>
      </w:r>
      <w:r>
        <w:t xml:space="preserve"> </w:t>
      </w:r>
      <w:r>
        <w:t>المنشآت،</w:t>
      </w:r>
      <w:r>
        <w:t xml:space="preserve"> </w:t>
      </w:r>
      <w:r>
        <w:t>بل</w:t>
      </w:r>
      <w:r>
        <w:t xml:space="preserve"> </w:t>
      </w:r>
      <w:r>
        <w:t>يجب</w:t>
      </w:r>
      <w:r>
        <w:t xml:space="preserve"> </w:t>
      </w:r>
      <w:r>
        <w:t>تفسيرها</w:t>
      </w:r>
      <w:r>
        <w:t xml:space="preserve"> </w:t>
      </w:r>
      <w:r>
        <w:t>في</w:t>
      </w:r>
      <w:r>
        <w:t xml:space="preserve"> </w:t>
      </w:r>
      <w:r>
        <w:t>ضوء</w:t>
      </w:r>
      <w:r>
        <w:t xml:space="preserve"> </w:t>
      </w:r>
      <w:r>
        <w:t>حجم</w:t>
      </w:r>
      <w:r>
        <w:t xml:space="preserve"> </w:t>
      </w:r>
      <w:r>
        <w:t>المنشأة</w:t>
      </w:r>
      <w:r>
        <w:t xml:space="preserve"> </w:t>
      </w:r>
      <w:r>
        <w:t>ومواردها</w:t>
      </w:r>
      <w:r>
        <w:t xml:space="preserve"> </w:t>
      </w:r>
      <w:r>
        <w:t>والتزاماتها</w:t>
      </w:r>
      <w:r>
        <w:t xml:space="preserve"> </w:t>
      </w:r>
      <w:r>
        <w:t>وطبيعة</w:t>
      </w:r>
      <w:r>
        <w:t xml:space="preserve"> </w:t>
      </w:r>
      <w:r>
        <w:t>عملياتها</w:t>
      </w:r>
      <w:r>
        <w:t xml:space="preserve"> </w:t>
      </w:r>
      <w:r>
        <w:t>وأصحاب</w:t>
      </w:r>
      <w:r>
        <w:t xml:space="preserve"> </w:t>
      </w:r>
      <w:r>
        <w:t>المصلحة</w:t>
      </w:r>
      <w:r>
        <w:t xml:space="preserve"> </w:t>
      </w:r>
      <w:r>
        <w:t>المرتبطين</w:t>
      </w:r>
      <w:r>
        <w:t xml:space="preserve"> </w:t>
      </w:r>
      <w:r>
        <w:t>بها</w:t>
      </w:r>
      <w:r>
        <w:t>.</w:t>
      </w:r>
    </w:p>
    <w:p w14:paraId="55338852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1-4 </w:t>
      </w:r>
      <w:r>
        <w:rPr>
          <w:rFonts w:ascii="Arial" w:hAnsi="Arial" w:cs="Arial"/>
        </w:rPr>
        <w:t>مصادر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35019D03" w14:textId="77777777" w:rsidR="00660561" w:rsidRDefault="005B109C">
      <w:pPr>
        <w:bidi/>
      </w:pPr>
      <w:r>
        <w:t>تنشأ</w:t>
      </w:r>
      <w:r>
        <w:t xml:space="preserve"> </w:t>
      </w:r>
      <w:r>
        <w:t>المخاطر</w:t>
      </w:r>
      <w:r>
        <w:t xml:space="preserve"> </w:t>
      </w:r>
      <w:r>
        <w:t>من</w:t>
      </w:r>
      <w:r>
        <w:t xml:space="preserve"> </w:t>
      </w:r>
      <w:r>
        <w:t>مصادر</w:t>
      </w:r>
      <w:r>
        <w:t xml:space="preserve"> </w:t>
      </w:r>
      <w:r>
        <w:t>داخلية</w:t>
      </w:r>
      <w:r>
        <w:t xml:space="preserve"> </w:t>
      </w:r>
      <w:r>
        <w:t>وخارجية</w:t>
      </w:r>
      <w:r>
        <w:t xml:space="preserve">. </w:t>
      </w:r>
      <w:r>
        <w:t>وتشمل</w:t>
      </w:r>
      <w:r>
        <w:t xml:space="preserve"> </w:t>
      </w:r>
      <w:r>
        <w:t>المصادر</w:t>
      </w:r>
      <w:r>
        <w:t xml:space="preserve"> </w:t>
      </w:r>
      <w:r>
        <w:t>الداخلية</w:t>
      </w:r>
      <w:r>
        <w:t xml:space="preserve"> </w:t>
      </w:r>
      <w:r>
        <w:t>القرارات</w:t>
      </w:r>
      <w:r>
        <w:t xml:space="preserve"> </w:t>
      </w:r>
      <w:r>
        <w:t>الإدارية</w:t>
      </w:r>
      <w:r>
        <w:t xml:space="preserve"> </w:t>
      </w:r>
      <w:r>
        <w:t>غير</w:t>
      </w:r>
      <w:r>
        <w:t xml:space="preserve"> </w:t>
      </w:r>
      <w:r>
        <w:t>الملائمة،</w:t>
      </w:r>
      <w:r>
        <w:t xml:space="preserve"> </w:t>
      </w:r>
      <w:r>
        <w:t>وضعف</w:t>
      </w:r>
      <w:r>
        <w:t xml:space="preserve"> </w:t>
      </w:r>
      <w:r>
        <w:t>السياسات</w:t>
      </w:r>
      <w:r>
        <w:t xml:space="preserve"> </w:t>
      </w:r>
      <w:r>
        <w:t>والإجراءات،</w:t>
      </w:r>
      <w:r>
        <w:t xml:space="preserve"> </w:t>
      </w:r>
      <w:r>
        <w:t>ونقص</w:t>
      </w:r>
      <w:r>
        <w:t xml:space="preserve"> </w:t>
      </w:r>
      <w:r>
        <w:t>الكفاءات،</w:t>
      </w:r>
      <w:r>
        <w:t xml:space="preserve"> </w:t>
      </w:r>
      <w:r>
        <w:t>والأخطاء</w:t>
      </w:r>
      <w:r>
        <w:t xml:space="preserve"> </w:t>
      </w:r>
      <w:r>
        <w:t>البشرية،</w:t>
      </w:r>
      <w:r>
        <w:t xml:space="preserve"> </w:t>
      </w:r>
      <w:r>
        <w:t>وضعف</w:t>
      </w:r>
      <w:r>
        <w:t xml:space="preserve"> </w:t>
      </w:r>
      <w:r>
        <w:t>الفصل</w:t>
      </w:r>
      <w:r>
        <w:t xml:space="preserve"> </w:t>
      </w:r>
      <w:r>
        <w:t>بين</w:t>
      </w:r>
      <w:r>
        <w:t xml:space="preserve"> </w:t>
      </w:r>
      <w:r>
        <w:t>الصلاحيات،</w:t>
      </w:r>
      <w:r>
        <w:t xml:space="preserve"> </w:t>
      </w:r>
      <w:r>
        <w:t>وتعطل</w:t>
      </w:r>
      <w:r>
        <w:t xml:space="preserve"> </w:t>
      </w:r>
      <w:r>
        <w:t>المعدات</w:t>
      </w:r>
      <w:r>
        <w:t xml:space="preserve"> </w:t>
      </w:r>
      <w:r>
        <w:t>والأنظمة،</w:t>
      </w:r>
      <w:r>
        <w:t xml:space="preserve"> </w:t>
      </w:r>
      <w:r>
        <w:t>وعدم</w:t>
      </w:r>
      <w:r>
        <w:t xml:space="preserve"> </w:t>
      </w:r>
      <w:r>
        <w:t>كفاية</w:t>
      </w:r>
      <w:r>
        <w:t xml:space="preserve"> </w:t>
      </w:r>
      <w:r>
        <w:t>أمن</w:t>
      </w:r>
      <w:r>
        <w:t xml:space="preserve"> </w:t>
      </w:r>
      <w:r>
        <w:t>المعلومات،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شخص</w:t>
      </w:r>
      <w:r>
        <w:t xml:space="preserve"> </w:t>
      </w:r>
      <w:r>
        <w:t>واحد،</w:t>
      </w:r>
      <w:r>
        <w:t xml:space="preserve"> </w:t>
      </w:r>
      <w:r>
        <w:t>وضعف</w:t>
      </w:r>
      <w:r>
        <w:t xml:space="preserve"> </w:t>
      </w:r>
      <w:r>
        <w:t>إدارة</w:t>
      </w:r>
      <w:r>
        <w:t xml:space="preserve"> </w:t>
      </w:r>
      <w:r>
        <w:t>السيولة</w:t>
      </w:r>
      <w:r>
        <w:t xml:space="preserve"> </w:t>
      </w:r>
      <w:r>
        <w:t>أو</w:t>
      </w:r>
      <w:r>
        <w:t xml:space="preserve"> </w:t>
      </w:r>
      <w:r>
        <w:t>التوسع</w:t>
      </w:r>
      <w:r>
        <w:t xml:space="preserve"> </w:t>
      </w:r>
      <w:r>
        <w:t>غير</w:t>
      </w:r>
      <w:r>
        <w:t xml:space="preserve"> </w:t>
      </w:r>
      <w:r>
        <w:t>المدروس</w:t>
      </w:r>
      <w:r>
        <w:t xml:space="preserve">. </w:t>
      </w:r>
      <w:r>
        <w:t>ويمكن</w:t>
      </w:r>
      <w:r>
        <w:t xml:space="preserve"> </w:t>
      </w:r>
      <w:r>
        <w:t>للمنشأة</w:t>
      </w:r>
      <w:r>
        <w:t xml:space="preserve"> </w:t>
      </w:r>
      <w:r>
        <w:t>التأثير</w:t>
      </w:r>
      <w:r>
        <w:t xml:space="preserve"> </w:t>
      </w:r>
      <w:r>
        <w:t>بدرجة</w:t>
      </w:r>
      <w:r>
        <w:t xml:space="preserve"> </w:t>
      </w:r>
      <w:r>
        <w:t>أكبر</w:t>
      </w:r>
      <w:r>
        <w:t xml:space="preserve"> </w:t>
      </w:r>
      <w:r>
        <w:t>في</w:t>
      </w:r>
      <w:r>
        <w:t xml:space="preserve"> </w:t>
      </w:r>
      <w:r>
        <w:t>هذه</w:t>
      </w:r>
      <w:r>
        <w:t xml:space="preserve"> </w:t>
      </w:r>
      <w:r>
        <w:t>المصادر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تطوير</w:t>
      </w:r>
      <w:r>
        <w:t xml:space="preserve"> </w:t>
      </w:r>
      <w:r>
        <w:t>الضوابط</w:t>
      </w:r>
      <w:r>
        <w:t xml:space="preserve"> </w:t>
      </w:r>
      <w:r>
        <w:t>والمسؤوليات</w:t>
      </w:r>
      <w:r>
        <w:t xml:space="preserve"> </w:t>
      </w:r>
      <w:r>
        <w:t>والتدريب</w:t>
      </w:r>
      <w:r>
        <w:t xml:space="preserve"> </w:t>
      </w:r>
      <w:r>
        <w:t>والمتابعة</w:t>
      </w:r>
      <w:r>
        <w:t>.</w:t>
      </w:r>
    </w:p>
    <w:p w14:paraId="19F15329" w14:textId="77777777" w:rsidR="00660561" w:rsidRDefault="005B109C">
      <w:pPr>
        <w:bidi/>
      </w:pPr>
      <w:r>
        <w:t>أما</w:t>
      </w:r>
      <w:r>
        <w:t xml:space="preserve"> </w:t>
      </w:r>
      <w:r>
        <w:t>المصادر</w:t>
      </w:r>
      <w:r>
        <w:t xml:space="preserve"> </w:t>
      </w:r>
      <w:r>
        <w:t>الخارجية</w:t>
      </w:r>
      <w:r>
        <w:t xml:space="preserve"> </w:t>
      </w:r>
      <w:r>
        <w:t>فتشمل</w:t>
      </w:r>
      <w:r>
        <w:t xml:space="preserve"> </w:t>
      </w:r>
      <w:r>
        <w:t>التغيرات</w:t>
      </w:r>
      <w:r>
        <w:t xml:space="preserve"> </w:t>
      </w:r>
      <w:r>
        <w:t>الاقتصادية،</w:t>
      </w:r>
      <w:r>
        <w:t xml:space="preserve"> </w:t>
      </w:r>
      <w:r>
        <w:t>والتضخم</w:t>
      </w:r>
      <w:r>
        <w:t xml:space="preserve"> </w:t>
      </w:r>
      <w:r>
        <w:t>وتقلب</w:t>
      </w:r>
      <w:r>
        <w:t xml:space="preserve"> </w:t>
      </w:r>
      <w:r>
        <w:t>الأسعار،</w:t>
      </w:r>
      <w:r>
        <w:t xml:space="preserve"> </w:t>
      </w:r>
      <w:r>
        <w:t>وتغير</w:t>
      </w:r>
      <w:r>
        <w:t xml:space="preserve"> </w:t>
      </w:r>
      <w:r>
        <w:t>الأنظمة</w:t>
      </w:r>
      <w:r>
        <w:t xml:space="preserve"> </w:t>
      </w:r>
      <w:r>
        <w:t>والتعليمات،</w:t>
      </w:r>
      <w:r>
        <w:t xml:space="preserve"> </w:t>
      </w:r>
      <w:r>
        <w:t>وتطور</w:t>
      </w:r>
      <w:r>
        <w:t xml:space="preserve"> </w:t>
      </w:r>
      <w:r>
        <w:t>المنافسة،</w:t>
      </w:r>
      <w:r>
        <w:t xml:space="preserve"> </w:t>
      </w:r>
      <w:r>
        <w:t>والتحولات</w:t>
      </w:r>
      <w:r>
        <w:t xml:space="preserve"> </w:t>
      </w:r>
      <w:r>
        <w:t>التقنية،</w:t>
      </w:r>
      <w:r>
        <w:t xml:space="preserve"> </w:t>
      </w:r>
      <w:r>
        <w:t>والكوارث</w:t>
      </w:r>
      <w:r>
        <w:t xml:space="preserve"> </w:t>
      </w:r>
      <w:r>
        <w:t>الطبيعية</w:t>
      </w:r>
      <w:r>
        <w:t xml:space="preserve"> </w:t>
      </w:r>
      <w:r>
        <w:t>والأزمات</w:t>
      </w:r>
      <w:r>
        <w:t xml:space="preserve"> </w:t>
      </w:r>
      <w:r>
        <w:t>الصحية،</w:t>
      </w:r>
      <w:r>
        <w:t xml:space="preserve"> </w:t>
      </w:r>
      <w:r>
        <w:t>والهجمات</w:t>
      </w:r>
      <w:r>
        <w:t xml:space="preserve"> </w:t>
      </w:r>
      <w:r>
        <w:t>السيبرانية</w:t>
      </w:r>
      <w:r>
        <w:t xml:space="preserve"> </w:t>
      </w:r>
      <w:r>
        <w:t>الخارجية،</w:t>
      </w:r>
      <w:r>
        <w:t xml:space="preserve"> </w:t>
      </w:r>
      <w:r>
        <w:t>واضطرابات</w:t>
      </w:r>
      <w:r>
        <w:t xml:space="preserve"> </w:t>
      </w:r>
      <w:r>
        <w:t>الموردين</w:t>
      </w:r>
      <w:r>
        <w:t xml:space="preserve"> </w:t>
      </w:r>
      <w:r>
        <w:t>والنقل،</w:t>
      </w:r>
      <w:r>
        <w:t xml:space="preserve"> </w:t>
      </w:r>
      <w:r>
        <w:t>وتغير</w:t>
      </w:r>
      <w:r>
        <w:t xml:space="preserve"> </w:t>
      </w:r>
      <w:r>
        <w:t>الطلب</w:t>
      </w:r>
      <w:r>
        <w:t xml:space="preserve"> </w:t>
      </w:r>
      <w:r>
        <w:t>وسلوك</w:t>
      </w:r>
      <w:r>
        <w:t xml:space="preserve"> </w:t>
      </w:r>
      <w:r>
        <w:t>المستهلكين</w:t>
      </w:r>
      <w:r>
        <w:t xml:space="preserve">. </w:t>
      </w:r>
      <w:r>
        <w:t>ولا</w:t>
      </w:r>
      <w:r>
        <w:t xml:space="preserve"> </w:t>
      </w:r>
      <w:r>
        <w:t>تستطيع</w:t>
      </w:r>
      <w:r>
        <w:t xml:space="preserve"> </w:t>
      </w:r>
      <w:r>
        <w:t>المنشأة</w:t>
      </w:r>
      <w:r>
        <w:t xml:space="preserve"> </w:t>
      </w:r>
      <w:r>
        <w:t>منع</w:t>
      </w:r>
      <w:r>
        <w:t xml:space="preserve"> </w:t>
      </w:r>
      <w:r>
        <w:t>كثير</w:t>
      </w:r>
      <w:r>
        <w:t xml:space="preserve"> </w:t>
      </w:r>
      <w:r>
        <w:t>من</w:t>
      </w:r>
      <w:r>
        <w:t xml:space="preserve"> </w:t>
      </w:r>
      <w:r>
        <w:t>هذه</w:t>
      </w:r>
      <w:r>
        <w:t xml:space="preserve"> </w:t>
      </w:r>
      <w:r>
        <w:t>الأحداث،</w:t>
      </w:r>
      <w:r>
        <w:t xml:space="preserve"> </w:t>
      </w:r>
      <w:r>
        <w:t>لكنها</w:t>
      </w:r>
      <w:r>
        <w:t xml:space="preserve"> </w:t>
      </w:r>
      <w:r>
        <w:t>تستطيع</w:t>
      </w:r>
      <w:r>
        <w:t xml:space="preserve"> </w:t>
      </w:r>
      <w:r>
        <w:t>مراقبتها،</w:t>
      </w:r>
      <w:r>
        <w:t xml:space="preserve"> </w:t>
      </w:r>
      <w:r>
        <w:t>وبناء</w:t>
      </w:r>
      <w:r>
        <w:t xml:space="preserve"> </w:t>
      </w:r>
      <w:r>
        <w:t>سيناريوهات</w:t>
      </w:r>
      <w:r>
        <w:t xml:space="preserve"> </w:t>
      </w:r>
      <w:r>
        <w:t>لها،</w:t>
      </w:r>
      <w:r>
        <w:t xml:space="preserve"> </w:t>
      </w:r>
      <w:r>
        <w:t>وتنويع</w:t>
      </w:r>
      <w:r>
        <w:t xml:space="preserve"> </w:t>
      </w:r>
      <w:r>
        <w:t>البدائل،</w:t>
      </w:r>
      <w:r>
        <w:t xml:space="preserve"> </w:t>
      </w:r>
      <w:r>
        <w:t>وتحديد</w:t>
      </w:r>
      <w:r>
        <w:t xml:space="preserve"> </w:t>
      </w:r>
      <w:r>
        <w:t>خطط</w:t>
      </w:r>
      <w:r>
        <w:t xml:space="preserve"> </w:t>
      </w:r>
      <w:r>
        <w:t>للاستجابة</w:t>
      </w:r>
      <w:r>
        <w:t xml:space="preserve"> </w:t>
      </w:r>
      <w:r>
        <w:t>والتعافي</w:t>
      </w:r>
      <w:r>
        <w:t>.</w:t>
      </w:r>
    </w:p>
    <w:p w14:paraId="5A1001EB" w14:textId="77777777" w:rsidR="00660561" w:rsidRDefault="005B109C">
      <w:pPr>
        <w:bidi/>
      </w:pPr>
      <w:r>
        <w:t>وقد</w:t>
      </w:r>
      <w:r>
        <w:t xml:space="preserve"> </w:t>
      </w:r>
      <w:r>
        <w:t>يكون</w:t>
      </w:r>
      <w:r>
        <w:t xml:space="preserve"> </w:t>
      </w:r>
      <w:r>
        <w:t>مصدر</w:t>
      </w:r>
      <w:r>
        <w:t xml:space="preserve"> </w:t>
      </w:r>
      <w:r>
        <w:t>الخطر</w:t>
      </w:r>
      <w:r>
        <w:t xml:space="preserve"> </w:t>
      </w:r>
      <w:r>
        <w:t>مباشرًا</w:t>
      </w:r>
      <w:r>
        <w:t xml:space="preserve"> </w:t>
      </w:r>
      <w:r>
        <w:t>أو</w:t>
      </w:r>
      <w:r>
        <w:t xml:space="preserve"> </w:t>
      </w:r>
      <w:r>
        <w:t>غير</w:t>
      </w:r>
      <w:r>
        <w:t xml:space="preserve"> </w:t>
      </w:r>
      <w:r>
        <w:t>مباشر</w:t>
      </w:r>
      <w:r>
        <w:t xml:space="preserve">. </w:t>
      </w:r>
      <w:r>
        <w:t>فتعطل</w:t>
      </w:r>
      <w:r>
        <w:t xml:space="preserve"> </w:t>
      </w:r>
      <w:r>
        <w:t>مورد</w:t>
      </w:r>
      <w:r>
        <w:t xml:space="preserve"> </w:t>
      </w:r>
      <w:r>
        <w:t>رئيسي</w:t>
      </w:r>
      <w:r>
        <w:t xml:space="preserve"> </w:t>
      </w:r>
      <w:r>
        <w:t>مصدر</w:t>
      </w:r>
      <w:r>
        <w:t xml:space="preserve"> </w:t>
      </w:r>
      <w:r>
        <w:t>مباشر</w:t>
      </w:r>
      <w:r>
        <w:t xml:space="preserve"> </w:t>
      </w:r>
      <w:r>
        <w:t>لانقطاع</w:t>
      </w:r>
      <w:r>
        <w:t xml:space="preserve"> </w:t>
      </w:r>
      <w:r>
        <w:t>المواد،</w:t>
      </w:r>
      <w:r>
        <w:t xml:space="preserve"> </w:t>
      </w:r>
      <w:r>
        <w:t>بينما</w:t>
      </w:r>
      <w:r>
        <w:t xml:space="preserve"> </w:t>
      </w:r>
      <w:r>
        <w:t>الاعتماد</w:t>
      </w:r>
      <w:r>
        <w:t xml:space="preserve"> </w:t>
      </w:r>
      <w:r>
        <w:t>المفرط</w:t>
      </w:r>
      <w:r>
        <w:t xml:space="preserve"> </w:t>
      </w:r>
      <w:r>
        <w:t>على</w:t>
      </w:r>
      <w:r>
        <w:t xml:space="preserve"> </w:t>
      </w:r>
      <w:r>
        <w:t>هذا</w:t>
      </w:r>
      <w:r>
        <w:t xml:space="preserve"> </w:t>
      </w:r>
      <w:r>
        <w:t>المورد</w:t>
      </w:r>
      <w:r>
        <w:t xml:space="preserve"> </w:t>
      </w:r>
      <w:r>
        <w:t>يمثل</w:t>
      </w:r>
      <w:r>
        <w:t xml:space="preserve"> </w:t>
      </w:r>
      <w:r>
        <w:t>مصدرًا</w:t>
      </w:r>
      <w:r>
        <w:t xml:space="preserve"> </w:t>
      </w:r>
      <w:r>
        <w:t>هيكليًا</w:t>
      </w:r>
      <w:r>
        <w:t xml:space="preserve"> </w:t>
      </w:r>
      <w:r>
        <w:t>يزيد</w:t>
      </w:r>
      <w:r>
        <w:t xml:space="preserve"> </w:t>
      </w:r>
      <w:r>
        <w:t>شدة</w:t>
      </w:r>
      <w:r>
        <w:t xml:space="preserve"> </w:t>
      </w:r>
      <w:r>
        <w:t>الخطر</w:t>
      </w:r>
      <w:r>
        <w:t xml:space="preserve">. </w:t>
      </w:r>
      <w:r>
        <w:t>ويساعد</w:t>
      </w:r>
      <w:r>
        <w:t xml:space="preserve"> </w:t>
      </w:r>
      <w:r>
        <w:t>تحليل</w:t>
      </w:r>
      <w:r>
        <w:t xml:space="preserve"> </w:t>
      </w:r>
      <w:r>
        <w:t>الأسباب</w:t>
      </w:r>
      <w:r>
        <w:t xml:space="preserve"> </w:t>
      </w:r>
      <w:r>
        <w:t>الجذرية</w:t>
      </w:r>
      <w:r>
        <w:t xml:space="preserve"> </w:t>
      </w:r>
      <w:r>
        <w:t>على</w:t>
      </w:r>
      <w:r>
        <w:t xml:space="preserve"> </w:t>
      </w:r>
      <w:r>
        <w:t>عدم</w:t>
      </w:r>
      <w:r>
        <w:t xml:space="preserve"> </w:t>
      </w:r>
      <w:r>
        <w:t>الاكتفاء</w:t>
      </w:r>
      <w:r>
        <w:t xml:space="preserve"> </w:t>
      </w:r>
      <w:r>
        <w:t>بمعالجة</w:t>
      </w:r>
      <w:r>
        <w:t xml:space="preserve"> </w:t>
      </w:r>
      <w:r>
        <w:t>النتائج</w:t>
      </w:r>
      <w:r>
        <w:t xml:space="preserve"> </w:t>
      </w:r>
      <w:r>
        <w:t>الظاهرة،</w:t>
      </w:r>
      <w:r>
        <w:t xml:space="preserve"> </w:t>
      </w:r>
      <w:r>
        <w:t>بل</w:t>
      </w:r>
      <w:r>
        <w:t xml:space="preserve"> </w:t>
      </w:r>
      <w:r>
        <w:t>الوصول</w:t>
      </w:r>
      <w:r>
        <w:t xml:space="preserve"> </w:t>
      </w:r>
      <w:r>
        <w:t>إلى</w:t>
      </w:r>
      <w:r>
        <w:t xml:space="preserve"> </w:t>
      </w:r>
      <w:r>
        <w:t>الأسباب</w:t>
      </w:r>
      <w:r>
        <w:t xml:space="preserve"> </w:t>
      </w:r>
      <w:r>
        <w:t>التي</w:t>
      </w:r>
      <w:r>
        <w:t xml:space="preserve"> </w:t>
      </w:r>
      <w:r>
        <w:t>تسمح</w:t>
      </w:r>
      <w:r>
        <w:t xml:space="preserve"> </w:t>
      </w:r>
      <w:r>
        <w:t>بتكرار</w:t>
      </w:r>
      <w:r>
        <w:t xml:space="preserve"> </w:t>
      </w:r>
      <w:r>
        <w:t>الخطر،</w:t>
      </w:r>
      <w:r>
        <w:t xml:space="preserve"> </w:t>
      </w:r>
      <w:r>
        <w:t>مثل</w:t>
      </w:r>
      <w:r>
        <w:t xml:space="preserve"> </w:t>
      </w:r>
      <w:r>
        <w:t>غياب</w:t>
      </w:r>
      <w:r>
        <w:t xml:space="preserve"> </w:t>
      </w:r>
      <w:r>
        <w:t>البديل</w:t>
      </w:r>
      <w:r>
        <w:t xml:space="preserve"> </w:t>
      </w:r>
      <w:r>
        <w:t>أو</w:t>
      </w:r>
      <w:r>
        <w:t xml:space="preserve"> </w:t>
      </w:r>
      <w:r>
        <w:t>ضعف</w:t>
      </w:r>
      <w:r>
        <w:t xml:space="preserve"> </w:t>
      </w:r>
      <w:r>
        <w:t>العقود</w:t>
      </w:r>
      <w:r>
        <w:t xml:space="preserve"> </w:t>
      </w:r>
      <w:r>
        <w:t>أو</w:t>
      </w:r>
      <w:r>
        <w:t xml:space="preserve"> </w:t>
      </w:r>
      <w:r>
        <w:t>عدم</w:t>
      </w:r>
      <w:r>
        <w:t xml:space="preserve"> </w:t>
      </w:r>
      <w:r>
        <w:t>وجود</w:t>
      </w:r>
      <w:r>
        <w:t xml:space="preserve"> </w:t>
      </w:r>
      <w:r>
        <w:t>مخزون</w:t>
      </w:r>
      <w:r>
        <w:t xml:space="preserve"> </w:t>
      </w:r>
      <w:r>
        <w:t>أمان</w:t>
      </w:r>
      <w:r>
        <w:t xml:space="preserve"> </w:t>
      </w:r>
      <w:r>
        <w:t>أو</w:t>
      </w:r>
      <w:r>
        <w:t xml:space="preserve"> </w:t>
      </w:r>
      <w:r>
        <w:t>قصور</w:t>
      </w:r>
      <w:r>
        <w:t xml:space="preserve"> </w:t>
      </w:r>
      <w:r>
        <w:t>المتابعة</w:t>
      </w:r>
      <w:r>
        <w:t>.</w:t>
      </w:r>
    </w:p>
    <w:p w14:paraId="33266CCA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1-5 </w:t>
      </w:r>
      <w:r>
        <w:rPr>
          <w:rFonts w:ascii="Arial" w:hAnsi="Arial" w:cs="Arial"/>
        </w:rPr>
        <w:t>أنواع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وتصنيفاتها</w:t>
      </w:r>
    </w:p>
    <w:p w14:paraId="642841BF" w14:textId="77777777" w:rsidR="00660561" w:rsidRDefault="005B109C">
      <w:pPr>
        <w:bidi/>
      </w:pPr>
      <w:r>
        <w:t>يساعد</w:t>
      </w:r>
      <w:r>
        <w:t xml:space="preserve"> </w:t>
      </w:r>
      <w:r>
        <w:t>تصنيف</w:t>
      </w:r>
      <w:r>
        <w:t xml:space="preserve"> </w:t>
      </w:r>
      <w:r>
        <w:t>المخاطر</w:t>
      </w:r>
      <w:r>
        <w:t xml:space="preserve"> </w:t>
      </w:r>
      <w:r>
        <w:t>على</w:t>
      </w:r>
      <w:r>
        <w:t xml:space="preserve"> </w:t>
      </w:r>
      <w:r>
        <w:t>تكوين</w:t>
      </w:r>
      <w:r>
        <w:t xml:space="preserve"> </w:t>
      </w:r>
      <w:r>
        <w:t>رؤية</w:t>
      </w:r>
      <w:r>
        <w:t xml:space="preserve"> </w:t>
      </w:r>
      <w:r>
        <w:t>شاملة</w:t>
      </w:r>
      <w:r>
        <w:t xml:space="preserve"> </w:t>
      </w:r>
      <w:r>
        <w:t>وتوزيع</w:t>
      </w:r>
      <w:r>
        <w:t xml:space="preserve"> </w:t>
      </w:r>
      <w:r>
        <w:t>المسؤوليات</w:t>
      </w:r>
      <w:r>
        <w:t xml:space="preserve"> </w:t>
      </w:r>
      <w:r>
        <w:t>ومنع</w:t>
      </w:r>
      <w:r>
        <w:t xml:space="preserve"> </w:t>
      </w:r>
      <w:r>
        <w:t>إغفال</w:t>
      </w:r>
      <w:r>
        <w:t xml:space="preserve"> </w:t>
      </w:r>
      <w:r>
        <w:t>المجالات</w:t>
      </w:r>
      <w:r>
        <w:t xml:space="preserve"> </w:t>
      </w:r>
      <w:r>
        <w:t>المهمة</w:t>
      </w:r>
      <w:r>
        <w:t xml:space="preserve">. </w:t>
      </w:r>
      <w:r>
        <w:t>ولا</w:t>
      </w:r>
      <w:r>
        <w:t xml:space="preserve"> </w:t>
      </w:r>
      <w:r>
        <w:t>يوجد</w:t>
      </w:r>
      <w:r>
        <w:t xml:space="preserve"> </w:t>
      </w:r>
      <w:r>
        <w:t>تصنيف</w:t>
      </w:r>
      <w:r>
        <w:t xml:space="preserve"> </w:t>
      </w:r>
      <w:r>
        <w:t>واحد</w:t>
      </w:r>
      <w:r>
        <w:t xml:space="preserve"> </w:t>
      </w:r>
      <w:r>
        <w:t>يصلح</w:t>
      </w:r>
      <w:r>
        <w:t xml:space="preserve"> </w:t>
      </w:r>
      <w:r>
        <w:t>لجميع</w:t>
      </w:r>
      <w:r>
        <w:t xml:space="preserve"> </w:t>
      </w:r>
      <w:r>
        <w:t>المنشآت،</w:t>
      </w:r>
      <w:r>
        <w:t xml:space="preserve"> </w:t>
      </w:r>
      <w:r>
        <w:t>لأن</w:t>
      </w:r>
      <w:r>
        <w:t xml:space="preserve"> </w:t>
      </w:r>
      <w:r>
        <w:t>طبيعة</w:t>
      </w:r>
      <w:r>
        <w:t xml:space="preserve"> </w:t>
      </w:r>
      <w:r>
        <w:t>المخاطر</w:t>
      </w:r>
      <w:r>
        <w:t xml:space="preserve"> </w:t>
      </w:r>
      <w:r>
        <w:t>تتغير</w:t>
      </w:r>
      <w:r>
        <w:t xml:space="preserve"> </w:t>
      </w:r>
      <w:r>
        <w:t>باختلاف</w:t>
      </w:r>
      <w:r>
        <w:t xml:space="preserve"> </w:t>
      </w:r>
      <w:r>
        <w:t>القطاع</w:t>
      </w:r>
      <w:r>
        <w:t xml:space="preserve"> </w:t>
      </w:r>
      <w:r>
        <w:t>والحجم</w:t>
      </w:r>
      <w:r>
        <w:t xml:space="preserve"> </w:t>
      </w:r>
      <w:r>
        <w:t>ونموذج</w:t>
      </w:r>
      <w:r>
        <w:t xml:space="preserve"> </w:t>
      </w:r>
      <w:r>
        <w:t>الأعمال</w:t>
      </w:r>
      <w:r>
        <w:t xml:space="preserve">. </w:t>
      </w:r>
      <w:r>
        <w:t>ومع</w:t>
      </w:r>
      <w:r>
        <w:t xml:space="preserve"> </w:t>
      </w:r>
      <w:r>
        <w:t>ذلك</w:t>
      </w:r>
      <w:r>
        <w:t xml:space="preserve"> </w:t>
      </w:r>
      <w:r>
        <w:t>يمكن</w:t>
      </w:r>
      <w:r>
        <w:t xml:space="preserve"> </w:t>
      </w:r>
      <w:r>
        <w:t>جمع</w:t>
      </w:r>
      <w:r>
        <w:t xml:space="preserve"> </w:t>
      </w:r>
      <w:r>
        <w:t>المخاطر</w:t>
      </w:r>
      <w:r>
        <w:t xml:space="preserve"> </w:t>
      </w:r>
      <w:r>
        <w:t>التي</w:t>
      </w:r>
      <w:r>
        <w:t xml:space="preserve"> </w:t>
      </w:r>
      <w:r>
        <w:t>تواجه</w:t>
      </w:r>
      <w:r>
        <w:t xml:space="preserve"> </w:t>
      </w:r>
      <w:r>
        <w:t>المنشآت</w:t>
      </w:r>
      <w:r>
        <w:t xml:space="preserve"> </w:t>
      </w:r>
      <w:r>
        <w:t>في</w:t>
      </w:r>
      <w:r>
        <w:t xml:space="preserve"> </w:t>
      </w:r>
      <w:r>
        <w:t>الفئات</w:t>
      </w:r>
      <w:r>
        <w:t xml:space="preserve"> </w:t>
      </w:r>
      <w:r>
        <w:t>الرئيسة</w:t>
      </w:r>
      <w:r>
        <w:t xml:space="preserve"> </w:t>
      </w:r>
      <w:r>
        <w:t>الآتية</w:t>
      </w:r>
      <w:r>
        <w:t>:</w:t>
      </w:r>
    </w:p>
    <w:p w14:paraId="776F1759" w14:textId="77777777" w:rsidR="00660561" w:rsidRDefault="005B109C">
      <w:pPr>
        <w:bidi/>
      </w:pPr>
      <w:r>
        <w:rPr>
          <w:b/>
        </w:rPr>
        <w:t>المخاطر</w:t>
      </w:r>
      <w:r>
        <w:rPr>
          <w:b/>
        </w:rPr>
        <w:t xml:space="preserve"> </w:t>
      </w:r>
      <w:r>
        <w:rPr>
          <w:b/>
        </w:rPr>
        <w:t>الاستراتيجية</w:t>
      </w:r>
      <w:r>
        <w:rPr>
          <w:b/>
        </w:rPr>
        <w:t>:</w:t>
      </w:r>
      <w:r>
        <w:t xml:space="preserve"> </w:t>
      </w:r>
      <w:r>
        <w:t>ترتبط</w:t>
      </w:r>
      <w:r>
        <w:t xml:space="preserve"> </w:t>
      </w:r>
      <w:r>
        <w:t>بالقرارات</w:t>
      </w:r>
      <w:r>
        <w:t xml:space="preserve"> </w:t>
      </w:r>
      <w:r>
        <w:t>طويلة</w:t>
      </w:r>
      <w:r>
        <w:t xml:space="preserve"> </w:t>
      </w:r>
      <w:r>
        <w:t>الأجل،</w:t>
      </w:r>
      <w:r>
        <w:t xml:space="preserve"> </w:t>
      </w:r>
      <w:r>
        <w:t>واختيار</w:t>
      </w:r>
      <w:r>
        <w:t xml:space="preserve"> </w:t>
      </w:r>
      <w:r>
        <w:t>الأسواق</w:t>
      </w:r>
      <w:r>
        <w:t xml:space="preserve"> </w:t>
      </w:r>
      <w:r>
        <w:t>والمنتجات،</w:t>
      </w:r>
      <w:r>
        <w:t xml:space="preserve"> </w:t>
      </w:r>
      <w:r>
        <w:t>ونموذج</w:t>
      </w:r>
      <w:r>
        <w:t xml:space="preserve"> </w:t>
      </w:r>
      <w:r>
        <w:t>الأعمال،</w:t>
      </w:r>
      <w:r>
        <w:t xml:space="preserve"> </w:t>
      </w:r>
      <w:r>
        <w:t>والمنافسة،</w:t>
      </w:r>
      <w:r>
        <w:t xml:space="preserve"> </w:t>
      </w:r>
      <w:r>
        <w:t>والتوسع،</w:t>
      </w:r>
      <w:r>
        <w:t xml:space="preserve"> </w:t>
      </w:r>
      <w:r>
        <w:t>وتغير</w:t>
      </w:r>
      <w:r>
        <w:t xml:space="preserve"> </w:t>
      </w:r>
      <w:r>
        <w:t>احتياجات</w:t>
      </w:r>
      <w:r>
        <w:t xml:space="preserve"> </w:t>
      </w:r>
      <w:r>
        <w:t>العملاء</w:t>
      </w:r>
      <w:r>
        <w:t xml:space="preserve">. </w:t>
      </w:r>
      <w:r>
        <w:t>وقد</w:t>
      </w:r>
      <w:r>
        <w:t xml:space="preserve"> </w:t>
      </w:r>
      <w:r>
        <w:t>يؤدي</w:t>
      </w:r>
      <w:r>
        <w:t xml:space="preserve"> </w:t>
      </w:r>
      <w:r>
        <w:t>سوء</w:t>
      </w:r>
      <w:r>
        <w:t xml:space="preserve"> </w:t>
      </w:r>
      <w:r>
        <w:t>تقدير</w:t>
      </w:r>
      <w:r>
        <w:t xml:space="preserve"> </w:t>
      </w:r>
      <w:r>
        <w:t>الاتجاهات</w:t>
      </w:r>
      <w:r>
        <w:t xml:space="preserve"> </w:t>
      </w:r>
      <w:r>
        <w:t>أو</w:t>
      </w:r>
      <w:r>
        <w:t xml:space="preserve"> </w:t>
      </w:r>
      <w:r>
        <w:t>الاستثمار</w:t>
      </w:r>
      <w:r>
        <w:t xml:space="preserve"> </w:t>
      </w:r>
      <w:r>
        <w:t>في</w:t>
      </w:r>
      <w:r>
        <w:t xml:space="preserve"> </w:t>
      </w:r>
      <w:r>
        <w:t>نشاط</w:t>
      </w:r>
      <w:r>
        <w:t xml:space="preserve"> </w:t>
      </w:r>
      <w:r>
        <w:t>غير</w:t>
      </w:r>
      <w:r>
        <w:t xml:space="preserve"> </w:t>
      </w:r>
      <w:r>
        <w:t>مناسب</w:t>
      </w:r>
      <w:r>
        <w:t xml:space="preserve"> </w:t>
      </w:r>
      <w:r>
        <w:t>إلى</w:t>
      </w:r>
      <w:r>
        <w:t xml:space="preserve"> </w:t>
      </w:r>
      <w:r>
        <w:t>إضعاف</w:t>
      </w:r>
      <w:r>
        <w:t xml:space="preserve"> </w:t>
      </w:r>
      <w:r>
        <w:t>القدرة</w:t>
      </w:r>
      <w:r>
        <w:t xml:space="preserve"> </w:t>
      </w:r>
      <w:r>
        <w:t>التنافسية</w:t>
      </w:r>
      <w:r>
        <w:t xml:space="preserve"> </w:t>
      </w:r>
      <w:r>
        <w:t>واستنزاف</w:t>
      </w:r>
      <w:r>
        <w:t xml:space="preserve"> </w:t>
      </w:r>
      <w:r>
        <w:t>الموارد</w:t>
      </w:r>
      <w:r>
        <w:t>.</w:t>
      </w:r>
    </w:p>
    <w:p w14:paraId="7BDF9ECD" w14:textId="77777777" w:rsidR="00660561" w:rsidRDefault="005B109C">
      <w:pPr>
        <w:bidi/>
      </w:pPr>
      <w:r>
        <w:rPr>
          <w:b/>
        </w:rPr>
        <w:lastRenderedPageBreak/>
        <w:t>المخاطر</w:t>
      </w:r>
      <w:r>
        <w:rPr>
          <w:b/>
        </w:rPr>
        <w:t xml:space="preserve"> </w:t>
      </w:r>
      <w:r>
        <w:rPr>
          <w:b/>
        </w:rPr>
        <w:t>المالية</w:t>
      </w:r>
      <w:r>
        <w:rPr>
          <w:b/>
        </w:rPr>
        <w:t>:</w:t>
      </w:r>
      <w:r>
        <w:t xml:space="preserve"> </w:t>
      </w:r>
      <w:r>
        <w:t>تشمل</w:t>
      </w:r>
      <w:r>
        <w:t xml:space="preserve"> </w:t>
      </w:r>
      <w:r>
        <w:t>مخاطر</w:t>
      </w:r>
      <w:r>
        <w:t xml:space="preserve"> </w:t>
      </w:r>
      <w:r>
        <w:t>السيولة</w:t>
      </w:r>
      <w:r>
        <w:t xml:space="preserve"> </w:t>
      </w:r>
      <w:r>
        <w:t>والائتمان</w:t>
      </w:r>
      <w:r>
        <w:t xml:space="preserve"> </w:t>
      </w:r>
      <w:r>
        <w:t>والتمويل</w:t>
      </w:r>
      <w:r>
        <w:t xml:space="preserve"> </w:t>
      </w:r>
      <w:r>
        <w:t>وأسعار</w:t>
      </w:r>
      <w:r>
        <w:t xml:space="preserve"> </w:t>
      </w:r>
      <w:r>
        <w:t>الفائدة</w:t>
      </w:r>
      <w:r>
        <w:t xml:space="preserve"> </w:t>
      </w:r>
      <w:r>
        <w:t>وتقلب</w:t>
      </w:r>
      <w:r>
        <w:t xml:space="preserve"> </w:t>
      </w:r>
      <w:r>
        <w:t>التكاليف</w:t>
      </w:r>
      <w:r>
        <w:t xml:space="preserve"> </w:t>
      </w:r>
      <w:r>
        <w:t>والتدفقات</w:t>
      </w:r>
      <w:r>
        <w:t xml:space="preserve"> </w:t>
      </w:r>
      <w:r>
        <w:t>النقدية</w:t>
      </w:r>
      <w:r>
        <w:t xml:space="preserve">. </w:t>
      </w:r>
      <w:r>
        <w:t>وتظهر</w:t>
      </w:r>
      <w:r>
        <w:t xml:space="preserve"> </w:t>
      </w:r>
      <w:r>
        <w:t>أهميتها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بسبب</w:t>
      </w:r>
      <w:r>
        <w:t xml:space="preserve"> </w:t>
      </w:r>
      <w:r>
        <w:t>محدودية</w:t>
      </w:r>
      <w:r>
        <w:t xml:space="preserve"> </w:t>
      </w:r>
      <w:r>
        <w:t>الاحتياطيات</w:t>
      </w:r>
      <w:r>
        <w:t xml:space="preserve"> </w:t>
      </w:r>
      <w:r>
        <w:t>وصعوبة</w:t>
      </w:r>
      <w:r>
        <w:t xml:space="preserve"> </w:t>
      </w:r>
      <w:r>
        <w:t>الحصول</w:t>
      </w:r>
      <w:r>
        <w:t xml:space="preserve"> </w:t>
      </w:r>
      <w:r>
        <w:t>السريع</w:t>
      </w:r>
      <w:r>
        <w:t xml:space="preserve"> </w:t>
      </w:r>
      <w:r>
        <w:t>على</w:t>
      </w:r>
      <w:r>
        <w:t xml:space="preserve"> </w:t>
      </w:r>
      <w:r>
        <w:t>تمويل</w:t>
      </w:r>
      <w:r>
        <w:t xml:space="preserve"> </w:t>
      </w:r>
      <w:r>
        <w:t>عند</w:t>
      </w:r>
      <w:r>
        <w:t xml:space="preserve"> </w:t>
      </w:r>
      <w:r>
        <w:t>الأزمات</w:t>
      </w:r>
      <w:r>
        <w:t>.</w:t>
      </w:r>
    </w:p>
    <w:p w14:paraId="4CDC06D9" w14:textId="77777777" w:rsidR="00660561" w:rsidRDefault="005B109C">
      <w:pPr>
        <w:bidi/>
      </w:pPr>
      <w:r>
        <w:rPr>
          <w:b/>
        </w:rPr>
        <w:t>المخاطر</w:t>
      </w:r>
      <w:r>
        <w:rPr>
          <w:b/>
        </w:rPr>
        <w:t xml:space="preserve"> </w:t>
      </w:r>
      <w:r>
        <w:rPr>
          <w:b/>
        </w:rPr>
        <w:t>التشغيلية</w:t>
      </w:r>
      <w:r>
        <w:rPr>
          <w:b/>
        </w:rPr>
        <w:t>:</w:t>
      </w:r>
      <w:r>
        <w:t xml:space="preserve"> </w:t>
      </w:r>
      <w:r>
        <w:t>تنتج</w:t>
      </w:r>
      <w:r>
        <w:t xml:space="preserve"> </w:t>
      </w:r>
      <w:r>
        <w:t>عن</w:t>
      </w:r>
      <w:r>
        <w:t xml:space="preserve"> </w:t>
      </w:r>
      <w:r>
        <w:t>قصور</w:t>
      </w:r>
      <w:r>
        <w:t xml:space="preserve"> </w:t>
      </w:r>
      <w:r>
        <w:t>العمليات</w:t>
      </w:r>
      <w:r>
        <w:t xml:space="preserve"> </w:t>
      </w:r>
      <w:r>
        <w:t>أو</w:t>
      </w:r>
      <w:r>
        <w:t xml:space="preserve"> </w:t>
      </w:r>
      <w:r>
        <w:t>الأفراد</w:t>
      </w:r>
      <w:r>
        <w:t xml:space="preserve"> </w:t>
      </w:r>
      <w:r>
        <w:t>أو</w:t>
      </w:r>
      <w:r>
        <w:t xml:space="preserve"> </w:t>
      </w:r>
      <w:r>
        <w:t>الأنظمة</w:t>
      </w:r>
      <w:r>
        <w:t xml:space="preserve"> </w:t>
      </w:r>
      <w:r>
        <w:t>أو</w:t>
      </w:r>
      <w:r>
        <w:t xml:space="preserve"> </w:t>
      </w:r>
      <w:r>
        <w:t>الأحداث</w:t>
      </w:r>
      <w:r>
        <w:t xml:space="preserve"> </w:t>
      </w:r>
      <w:r>
        <w:t>الخارجية،</w:t>
      </w:r>
      <w:r>
        <w:t xml:space="preserve"> </w:t>
      </w:r>
      <w:r>
        <w:t>وتشمل</w:t>
      </w:r>
      <w:r>
        <w:t xml:space="preserve"> </w:t>
      </w:r>
      <w:r>
        <w:t>الأخطاء</w:t>
      </w:r>
      <w:r>
        <w:t xml:space="preserve"> </w:t>
      </w:r>
      <w:r>
        <w:t>البشرية،</w:t>
      </w:r>
      <w:r>
        <w:t xml:space="preserve"> </w:t>
      </w:r>
      <w:r>
        <w:t>وضعف</w:t>
      </w:r>
      <w:r>
        <w:t xml:space="preserve"> </w:t>
      </w:r>
      <w:r>
        <w:t>الجودة،</w:t>
      </w:r>
      <w:r>
        <w:t xml:space="preserve"> </w:t>
      </w:r>
      <w:r>
        <w:t>وتعطل</w:t>
      </w:r>
      <w:r>
        <w:t xml:space="preserve"> </w:t>
      </w:r>
      <w:r>
        <w:t>المعدات،</w:t>
      </w:r>
      <w:r>
        <w:t xml:space="preserve"> </w:t>
      </w:r>
      <w:r>
        <w:t>وسوء</w:t>
      </w:r>
      <w:r>
        <w:t xml:space="preserve"> </w:t>
      </w:r>
      <w:r>
        <w:t>إدارة</w:t>
      </w:r>
      <w:r>
        <w:t xml:space="preserve"> </w:t>
      </w:r>
      <w:r>
        <w:t>المخزون،</w:t>
      </w:r>
      <w:r>
        <w:t xml:space="preserve"> </w:t>
      </w:r>
      <w:r>
        <w:t>والاحتيال،</w:t>
      </w:r>
      <w:r>
        <w:t xml:space="preserve"> </w:t>
      </w:r>
      <w:r>
        <w:t>وعدم</w:t>
      </w:r>
      <w:r>
        <w:t xml:space="preserve"> </w:t>
      </w:r>
      <w:r>
        <w:t>وضوح</w:t>
      </w:r>
      <w:r>
        <w:t xml:space="preserve"> </w:t>
      </w:r>
      <w:r>
        <w:t>الإجراءات،</w:t>
      </w:r>
      <w:r>
        <w:t xml:space="preserve"> </w:t>
      </w:r>
      <w:r>
        <w:t>وفشل</w:t>
      </w:r>
      <w:r>
        <w:t xml:space="preserve"> </w:t>
      </w:r>
      <w:r>
        <w:t>تقديم</w:t>
      </w:r>
      <w:r>
        <w:t xml:space="preserve"> </w:t>
      </w:r>
      <w:r>
        <w:t>الخدمة</w:t>
      </w:r>
      <w:r>
        <w:t>.</w:t>
      </w:r>
    </w:p>
    <w:p w14:paraId="2FFF8DB9" w14:textId="77777777" w:rsidR="00660561" w:rsidRDefault="005B109C">
      <w:pPr>
        <w:bidi/>
      </w:pPr>
      <w:r>
        <w:rPr>
          <w:b/>
        </w:rPr>
        <w:t>المخاطر</w:t>
      </w:r>
      <w:r>
        <w:rPr>
          <w:b/>
        </w:rPr>
        <w:t xml:space="preserve"> </w:t>
      </w:r>
      <w:r>
        <w:rPr>
          <w:b/>
        </w:rPr>
        <w:t>التقنية</w:t>
      </w:r>
      <w:r>
        <w:rPr>
          <w:b/>
        </w:rPr>
        <w:t xml:space="preserve"> </w:t>
      </w:r>
      <w:r>
        <w:rPr>
          <w:b/>
        </w:rPr>
        <w:t>والسيبرانية</w:t>
      </w:r>
      <w:r>
        <w:rPr>
          <w:b/>
        </w:rPr>
        <w:t>:</w:t>
      </w:r>
      <w:r>
        <w:t xml:space="preserve"> </w:t>
      </w:r>
      <w:r>
        <w:t>تشمل</w:t>
      </w:r>
      <w:r>
        <w:t xml:space="preserve"> </w:t>
      </w:r>
      <w:r>
        <w:t>توقف</w:t>
      </w:r>
      <w:r>
        <w:t xml:space="preserve"> </w:t>
      </w:r>
      <w:r>
        <w:t>الأنظمة،</w:t>
      </w:r>
      <w:r>
        <w:t xml:space="preserve"> </w:t>
      </w:r>
      <w:r>
        <w:t>وفقد</w:t>
      </w:r>
      <w:r>
        <w:t xml:space="preserve"> </w:t>
      </w:r>
      <w:r>
        <w:t>البيانات،</w:t>
      </w:r>
      <w:r>
        <w:t xml:space="preserve"> </w:t>
      </w:r>
      <w:r>
        <w:t>والاختراق،</w:t>
      </w:r>
      <w:r>
        <w:t xml:space="preserve"> </w:t>
      </w:r>
      <w:r>
        <w:t>والبرمجيات</w:t>
      </w:r>
      <w:r>
        <w:t xml:space="preserve"> </w:t>
      </w:r>
      <w:r>
        <w:t>الضارة،</w:t>
      </w:r>
      <w:r>
        <w:t xml:space="preserve"> </w:t>
      </w:r>
      <w:r>
        <w:t>وضعف</w:t>
      </w:r>
      <w:r>
        <w:t xml:space="preserve"> </w:t>
      </w:r>
      <w:r>
        <w:t>النسخ</w:t>
      </w:r>
      <w:r>
        <w:t xml:space="preserve"> </w:t>
      </w:r>
      <w:r>
        <w:t>الاحتياطي،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مزودي</w:t>
      </w:r>
      <w:r>
        <w:t xml:space="preserve"> </w:t>
      </w:r>
      <w:r>
        <w:t>الخدمات</w:t>
      </w:r>
      <w:r>
        <w:t xml:space="preserve"> </w:t>
      </w:r>
      <w:r>
        <w:t>التقنية،</w:t>
      </w:r>
      <w:r>
        <w:t xml:space="preserve"> </w:t>
      </w:r>
      <w:r>
        <w:t>وعدم</w:t>
      </w:r>
      <w:r>
        <w:t xml:space="preserve"> </w:t>
      </w:r>
      <w:r>
        <w:t>تحديث</w:t>
      </w:r>
      <w:r>
        <w:t xml:space="preserve"> </w:t>
      </w:r>
      <w:r>
        <w:t>الأنظمة</w:t>
      </w:r>
      <w:r>
        <w:t xml:space="preserve"> </w:t>
      </w:r>
      <w:r>
        <w:t>أو</w:t>
      </w:r>
      <w:r>
        <w:t xml:space="preserve"> </w:t>
      </w:r>
      <w:r>
        <w:t>حماية</w:t>
      </w:r>
      <w:r>
        <w:t xml:space="preserve"> </w:t>
      </w:r>
      <w:r>
        <w:t>حسابات</w:t>
      </w:r>
      <w:r>
        <w:t xml:space="preserve"> </w:t>
      </w:r>
      <w:r>
        <w:t>المستخدمين</w:t>
      </w:r>
      <w:r>
        <w:t>.</w:t>
      </w:r>
    </w:p>
    <w:p w14:paraId="79ECB258" w14:textId="77777777" w:rsidR="00660561" w:rsidRDefault="005B109C">
      <w:pPr>
        <w:bidi/>
      </w:pPr>
      <w:r>
        <w:rPr>
          <w:b/>
        </w:rPr>
        <w:t>مخاطر</w:t>
      </w:r>
      <w:r>
        <w:rPr>
          <w:b/>
        </w:rPr>
        <w:t xml:space="preserve"> </w:t>
      </w:r>
      <w:r>
        <w:rPr>
          <w:b/>
        </w:rPr>
        <w:t>سلسلة</w:t>
      </w:r>
      <w:r>
        <w:rPr>
          <w:b/>
        </w:rPr>
        <w:t xml:space="preserve"> </w:t>
      </w:r>
      <w:r>
        <w:rPr>
          <w:b/>
        </w:rPr>
        <w:t>الإمداد</w:t>
      </w:r>
      <w:r>
        <w:rPr>
          <w:b/>
        </w:rPr>
        <w:t>:</w:t>
      </w:r>
      <w:r>
        <w:t xml:space="preserve"> </w:t>
      </w:r>
      <w:r>
        <w:t>تنشأ</w:t>
      </w:r>
      <w:r>
        <w:t xml:space="preserve"> </w:t>
      </w:r>
      <w:r>
        <w:t>من</w:t>
      </w:r>
      <w:r>
        <w:t xml:space="preserve"> </w:t>
      </w:r>
      <w:r>
        <w:t>انقطاع</w:t>
      </w:r>
      <w:r>
        <w:t xml:space="preserve"> </w:t>
      </w:r>
      <w:r>
        <w:t>المواد</w:t>
      </w:r>
      <w:r>
        <w:t xml:space="preserve"> </w:t>
      </w:r>
      <w:r>
        <w:t>أو</w:t>
      </w:r>
      <w:r>
        <w:t xml:space="preserve"> </w:t>
      </w:r>
      <w:r>
        <w:t>النقل</w:t>
      </w:r>
      <w:r>
        <w:t xml:space="preserve"> </w:t>
      </w:r>
      <w:r>
        <w:t>أو</w:t>
      </w:r>
      <w:r>
        <w:t xml:space="preserve"> </w:t>
      </w:r>
      <w:r>
        <w:t>الموردين،</w:t>
      </w:r>
      <w:r>
        <w:t xml:space="preserve"> </w:t>
      </w:r>
      <w:r>
        <w:t>وتذبذب</w:t>
      </w:r>
      <w:r>
        <w:t xml:space="preserve"> </w:t>
      </w:r>
      <w:r>
        <w:t>الأسعار،</w:t>
      </w:r>
      <w:r>
        <w:t xml:space="preserve"> </w:t>
      </w:r>
      <w:r>
        <w:t>وانخفاض</w:t>
      </w:r>
      <w:r>
        <w:t xml:space="preserve"> </w:t>
      </w:r>
      <w:r>
        <w:t>الجودة،</w:t>
      </w:r>
      <w:r>
        <w:t xml:space="preserve"> </w:t>
      </w:r>
      <w:r>
        <w:t>والتأخر</w:t>
      </w:r>
      <w:r>
        <w:t xml:space="preserve"> </w:t>
      </w:r>
      <w:r>
        <w:t>في</w:t>
      </w:r>
      <w:r>
        <w:t xml:space="preserve"> </w:t>
      </w:r>
      <w:r>
        <w:t>التسليم،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مصدر</w:t>
      </w:r>
      <w:r>
        <w:t xml:space="preserve"> </w:t>
      </w:r>
      <w:r>
        <w:t>واحد،</w:t>
      </w:r>
      <w:r>
        <w:t xml:space="preserve"> </w:t>
      </w:r>
      <w:r>
        <w:t>وضعف</w:t>
      </w:r>
      <w:r>
        <w:t xml:space="preserve"> </w:t>
      </w:r>
      <w:r>
        <w:t>الرؤية</w:t>
      </w:r>
      <w:r>
        <w:t xml:space="preserve"> </w:t>
      </w:r>
      <w:r>
        <w:t>عبر</w:t>
      </w:r>
      <w:r>
        <w:t xml:space="preserve"> </w:t>
      </w:r>
      <w:r>
        <w:t>سلسلة</w:t>
      </w:r>
      <w:r>
        <w:t xml:space="preserve"> </w:t>
      </w:r>
      <w:r>
        <w:t>الإمداد</w:t>
      </w:r>
      <w:r>
        <w:t>.</w:t>
      </w:r>
    </w:p>
    <w:p w14:paraId="0882C665" w14:textId="77777777" w:rsidR="00660561" w:rsidRDefault="005B109C">
      <w:pPr>
        <w:bidi/>
      </w:pPr>
      <w:r>
        <w:rPr>
          <w:b/>
        </w:rPr>
        <w:t>المخاطر</w:t>
      </w:r>
      <w:r>
        <w:rPr>
          <w:b/>
        </w:rPr>
        <w:t xml:space="preserve"> </w:t>
      </w:r>
      <w:r>
        <w:rPr>
          <w:b/>
        </w:rPr>
        <w:t>النظامية</w:t>
      </w:r>
      <w:r>
        <w:rPr>
          <w:b/>
        </w:rPr>
        <w:t xml:space="preserve"> </w:t>
      </w:r>
      <w:r>
        <w:rPr>
          <w:b/>
        </w:rPr>
        <w:t>ومخاطر</w:t>
      </w:r>
      <w:r>
        <w:rPr>
          <w:b/>
        </w:rPr>
        <w:t xml:space="preserve"> </w:t>
      </w:r>
      <w:r>
        <w:rPr>
          <w:b/>
        </w:rPr>
        <w:t>الامتثال</w:t>
      </w:r>
      <w:r>
        <w:rPr>
          <w:b/>
        </w:rPr>
        <w:t>:</w:t>
      </w:r>
      <w:r>
        <w:t xml:space="preserve"> </w:t>
      </w:r>
      <w:r>
        <w:t>ترتبط</w:t>
      </w:r>
      <w:r>
        <w:t xml:space="preserve"> </w:t>
      </w:r>
      <w:r>
        <w:t>بعدم</w:t>
      </w:r>
      <w:r>
        <w:t xml:space="preserve"> </w:t>
      </w:r>
      <w:r>
        <w:t>الالتزام</w:t>
      </w:r>
      <w:r>
        <w:t xml:space="preserve"> </w:t>
      </w:r>
      <w:r>
        <w:t>بالأنظمة</w:t>
      </w:r>
      <w:r>
        <w:t xml:space="preserve"> </w:t>
      </w:r>
      <w:r>
        <w:t>والتعليمات</w:t>
      </w:r>
      <w:r>
        <w:t xml:space="preserve"> </w:t>
      </w:r>
      <w:r>
        <w:t>والعقود</w:t>
      </w:r>
      <w:r>
        <w:t xml:space="preserve"> </w:t>
      </w:r>
      <w:r>
        <w:t>والضرائب</w:t>
      </w:r>
      <w:r>
        <w:t xml:space="preserve"> </w:t>
      </w:r>
      <w:r>
        <w:t>وحماية</w:t>
      </w:r>
      <w:r>
        <w:t xml:space="preserve"> </w:t>
      </w:r>
      <w:r>
        <w:t>البيانات</w:t>
      </w:r>
      <w:r>
        <w:t xml:space="preserve"> </w:t>
      </w:r>
      <w:r>
        <w:t>ومتطلبات</w:t>
      </w:r>
      <w:r>
        <w:t xml:space="preserve"> </w:t>
      </w:r>
      <w:r>
        <w:t>التراخيص</w:t>
      </w:r>
      <w:r>
        <w:t xml:space="preserve"> </w:t>
      </w:r>
      <w:r>
        <w:t>والعمل</w:t>
      </w:r>
      <w:r>
        <w:t xml:space="preserve"> </w:t>
      </w:r>
      <w:r>
        <w:t>والسلامة،</w:t>
      </w:r>
      <w:r>
        <w:t xml:space="preserve"> </w:t>
      </w:r>
      <w:r>
        <w:t>وقد</w:t>
      </w:r>
      <w:r>
        <w:t xml:space="preserve"> </w:t>
      </w:r>
      <w:r>
        <w:t>ينتج</w:t>
      </w:r>
      <w:r>
        <w:t xml:space="preserve"> </w:t>
      </w:r>
      <w:r>
        <w:t>عنها</w:t>
      </w:r>
      <w:r>
        <w:t xml:space="preserve"> </w:t>
      </w:r>
      <w:r>
        <w:t>غرامات</w:t>
      </w:r>
      <w:r>
        <w:t xml:space="preserve"> </w:t>
      </w:r>
      <w:r>
        <w:t>أو</w:t>
      </w:r>
      <w:r>
        <w:t xml:space="preserve"> </w:t>
      </w:r>
      <w:r>
        <w:t>إيقاف</w:t>
      </w:r>
      <w:r>
        <w:t xml:space="preserve"> </w:t>
      </w:r>
      <w:r>
        <w:t>نشاط</w:t>
      </w:r>
      <w:r>
        <w:t xml:space="preserve"> </w:t>
      </w:r>
      <w:r>
        <w:t>أو</w:t>
      </w:r>
      <w:r>
        <w:t xml:space="preserve"> </w:t>
      </w:r>
      <w:r>
        <w:t>نزاعات</w:t>
      </w:r>
      <w:r>
        <w:t xml:space="preserve"> </w:t>
      </w:r>
      <w:r>
        <w:t>قانونية</w:t>
      </w:r>
      <w:r>
        <w:t>.</w:t>
      </w:r>
    </w:p>
    <w:p w14:paraId="1C01BDE0" w14:textId="77777777" w:rsidR="00660561" w:rsidRDefault="005B109C">
      <w:pPr>
        <w:bidi/>
      </w:pPr>
      <w:r>
        <w:rPr>
          <w:b/>
        </w:rPr>
        <w:t>مخاطر</w:t>
      </w:r>
      <w:r>
        <w:rPr>
          <w:b/>
        </w:rPr>
        <w:t xml:space="preserve"> </w:t>
      </w:r>
      <w:r>
        <w:rPr>
          <w:b/>
        </w:rPr>
        <w:t>الموارد</w:t>
      </w:r>
      <w:r>
        <w:rPr>
          <w:b/>
        </w:rPr>
        <w:t xml:space="preserve"> </w:t>
      </w:r>
      <w:r>
        <w:rPr>
          <w:b/>
        </w:rPr>
        <w:t>البشرية</w:t>
      </w:r>
      <w:r>
        <w:rPr>
          <w:b/>
        </w:rPr>
        <w:t>:</w:t>
      </w:r>
      <w:r>
        <w:t xml:space="preserve"> </w:t>
      </w:r>
      <w:r>
        <w:t>تشمل</w:t>
      </w:r>
      <w:r>
        <w:t xml:space="preserve"> </w:t>
      </w:r>
      <w:r>
        <w:t>فقد</w:t>
      </w:r>
      <w:r>
        <w:t xml:space="preserve"> </w:t>
      </w:r>
      <w:r>
        <w:t>الموظفين</w:t>
      </w:r>
      <w:r>
        <w:t xml:space="preserve"> </w:t>
      </w:r>
      <w:r>
        <w:t>الرئيسيين،</w:t>
      </w:r>
      <w:r>
        <w:t xml:space="preserve"> </w:t>
      </w:r>
      <w:r>
        <w:t>ونقص</w:t>
      </w:r>
      <w:r>
        <w:t xml:space="preserve"> </w:t>
      </w:r>
      <w:r>
        <w:t>المهارات،</w:t>
      </w:r>
      <w:r>
        <w:t xml:space="preserve"> </w:t>
      </w:r>
      <w:r>
        <w:t>وارتفاع</w:t>
      </w:r>
      <w:r>
        <w:t xml:space="preserve"> </w:t>
      </w:r>
      <w:r>
        <w:t>الدوران،</w:t>
      </w:r>
      <w:r>
        <w:t xml:space="preserve"> </w:t>
      </w:r>
      <w:r>
        <w:t>وضعف</w:t>
      </w:r>
      <w:r>
        <w:t xml:space="preserve"> </w:t>
      </w:r>
      <w:r>
        <w:t>التدريب،</w:t>
      </w:r>
      <w:r>
        <w:t xml:space="preserve"> </w:t>
      </w:r>
      <w:r>
        <w:t>والحوادث</w:t>
      </w:r>
      <w:r>
        <w:t xml:space="preserve"> </w:t>
      </w:r>
      <w:r>
        <w:t>المهنية،</w:t>
      </w:r>
      <w:r>
        <w:t xml:space="preserve"> </w:t>
      </w:r>
      <w:r>
        <w:t>وانخفاض</w:t>
      </w:r>
      <w:r>
        <w:t xml:space="preserve"> </w:t>
      </w:r>
      <w:r>
        <w:t>المشاركة،</w:t>
      </w:r>
      <w:r>
        <w:t xml:space="preserve"> </w:t>
      </w:r>
      <w:r>
        <w:t>وعدم</w:t>
      </w:r>
      <w:r>
        <w:t xml:space="preserve"> </w:t>
      </w:r>
      <w:r>
        <w:t>وجود</w:t>
      </w:r>
      <w:r>
        <w:t xml:space="preserve"> </w:t>
      </w:r>
      <w:r>
        <w:t>بدائل</w:t>
      </w:r>
      <w:r>
        <w:t xml:space="preserve"> </w:t>
      </w:r>
      <w:r>
        <w:t>أو</w:t>
      </w:r>
      <w:r>
        <w:t xml:space="preserve"> </w:t>
      </w:r>
      <w:r>
        <w:t>خطط</w:t>
      </w:r>
      <w:r>
        <w:t xml:space="preserve"> </w:t>
      </w:r>
      <w:r>
        <w:t>إحلال</w:t>
      </w:r>
      <w:r>
        <w:t xml:space="preserve"> </w:t>
      </w:r>
      <w:r>
        <w:t>للوظائف</w:t>
      </w:r>
      <w:r>
        <w:t xml:space="preserve"> </w:t>
      </w:r>
      <w:r>
        <w:t>الحرجة</w:t>
      </w:r>
      <w:r>
        <w:t>.</w:t>
      </w:r>
    </w:p>
    <w:p w14:paraId="09DE0229" w14:textId="77777777" w:rsidR="00660561" w:rsidRDefault="005B109C">
      <w:pPr>
        <w:bidi/>
      </w:pPr>
      <w:r>
        <w:rPr>
          <w:b/>
        </w:rPr>
        <w:t>مخاطر</w:t>
      </w:r>
      <w:r>
        <w:rPr>
          <w:b/>
        </w:rPr>
        <w:t xml:space="preserve"> </w:t>
      </w:r>
      <w:r>
        <w:rPr>
          <w:b/>
        </w:rPr>
        <w:t>السمعة</w:t>
      </w:r>
      <w:r>
        <w:rPr>
          <w:b/>
        </w:rPr>
        <w:t>:</w:t>
      </w:r>
      <w:r>
        <w:t xml:space="preserve"> </w:t>
      </w:r>
      <w:r>
        <w:t>تتمثل</w:t>
      </w:r>
      <w:r>
        <w:t xml:space="preserve"> </w:t>
      </w:r>
      <w:r>
        <w:t>في</w:t>
      </w:r>
      <w:r>
        <w:t xml:space="preserve"> </w:t>
      </w:r>
      <w:r>
        <w:t>تراجع</w:t>
      </w:r>
      <w:r>
        <w:t xml:space="preserve"> </w:t>
      </w:r>
      <w:r>
        <w:t>ثقة</w:t>
      </w:r>
      <w:r>
        <w:t xml:space="preserve"> </w:t>
      </w:r>
      <w:r>
        <w:t>العملاء</w:t>
      </w:r>
      <w:r>
        <w:t xml:space="preserve"> </w:t>
      </w:r>
      <w:r>
        <w:t>أو</w:t>
      </w:r>
      <w:r>
        <w:t xml:space="preserve"> </w:t>
      </w:r>
      <w:r>
        <w:t>الشركاء</w:t>
      </w:r>
      <w:r>
        <w:t xml:space="preserve"> </w:t>
      </w:r>
      <w:r>
        <w:t>نتيجة</w:t>
      </w:r>
      <w:r>
        <w:t xml:space="preserve"> </w:t>
      </w:r>
      <w:r>
        <w:t>ضعف</w:t>
      </w:r>
      <w:r>
        <w:t xml:space="preserve"> </w:t>
      </w:r>
      <w:r>
        <w:t>الجودة</w:t>
      </w:r>
      <w:r>
        <w:t xml:space="preserve"> </w:t>
      </w:r>
      <w:r>
        <w:t>أو</w:t>
      </w:r>
      <w:r>
        <w:t xml:space="preserve"> </w:t>
      </w:r>
      <w:r>
        <w:t>تأخر</w:t>
      </w:r>
      <w:r>
        <w:t xml:space="preserve"> </w:t>
      </w:r>
      <w:r>
        <w:t>الخدمة</w:t>
      </w:r>
      <w:r>
        <w:t xml:space="preserve"> </w:t>
      </w:r>
      <w:r>
        <w:t>أو</w:t>
      </w:r>
      <w:r>
        <w:t xml:space="preserve"> </w:t>
      </w:r>
      <w:r>
        <w:t>مخالفة</w:t>
      </w:r>
      <w:r>
        <w:t xml:space="preserve"> </w:t>
      </w:r>
      <w:r>
        <w:t>أو</w:t>
      </w:r>
      <w:r>
        <w:t xml:space="preserve"> </w:t>
      </w:r>
      <w:r>
        <w:t>أزمة</w:t>
      </w:r>
      <w:r>
        <w:t xml:space="preserve"> </w:t>
      </w:r>
      <w:r>
        <w:t>اتصال</w:t>
      </w:r>
      <w:r>
        <w:t xml:space="preserve">. </w:t>
      </w:r>
      <w:r>
        <w:t>وغالبًا</w:t>
      </w:r>
      <w:r>
        <w:t xml:space="preserve"> </w:t>
      </w:r>
      <w:r>
        <w:t>ما</w:t>
      </w:r>
      <w:r>
        <w:t xml:space="preserve"> </w:t>
      </w:r>
      <w:r>
        <w:t>تكون</w:t>
      </w:r>
      <w:r>
        <w:t xml:space="preserve"> </w:t>
      </w:r>
      <w:r>
        <w:t>السمعة</w:t>
      </w:r>
      <w:r>
        <w:t xml:space="preserve"> </w:t>
      </w:r>
      <w:r>
        <w:t>نتيجة</w:t>
      </w:r>
      <w:r>
        <w:t xml:space="preserve"> </w:t>
      </w:r>
      <w:r>
        <w:t>متراكمة</w:t>
      </w:r>
      <w:r>
        <w:t xml:space="preserve"> </w:t>
      </w:r>
      <w:r>
        <w:t>لمخاطر</w:t>
      </w:r>
      <w:r>
        <w:t xml:space="preserve"> </w:t>
      </w:r>
      <w:r>
        <w:t>أخرى،</w:t>
      </w:r>
      <w:r>
        <w:t xml:space="preserve"> </w:t>
      </w:r>
      <w:r>
        <w:t>وقد</w:t>
      </w:r>
      <w:r>
        <w:t xml:space="preserve"> </w:t>
      </w:r>
      <w:r>
        <w:t>ينتشر</w:t>
      </w:r>
      <w:r>
        <w:t xml:space="preserve"> </w:t>
      </w:r>
      <w:r>
        <w:t>أثرها</w:t>
      </w:r>
      <w:r>
        <w:t xml:space="preserve"> </w:t>
      </w:r>
      <w:r>
        <w:t>بسرعة</w:t>
      </w:r>
      <w:r>
        <w:t xml:space="preserve"> </w:t>
      </w:r>
      <w:r>
        <w:t>عبر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>.</w:t>
      </w:r>
    </w:p>
    <w:p w14:paraId="250592D2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1-6 </w:t>
      </w:r>
      <w:r>
        <w:rPr>
          <w:rFonts w:ascii="Arial" w:hAnsi="Arial" w:cs="Arial"/>
        </w:rPr>
        <w:t>تصنيف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حسب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طبيعة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المشروع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أو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المؤسسة</w:t>
      </w:r>
    </w:p>
    <w:p w14:paraId="61DE5768" w14:textId="77777777" w:rsidR="00660561" w:rsidRDefault="005B109C">
      <w:pPr>
        <w:bidi/>
      </w:pPr>
      <w:r>
        <w:t>يتأثر</w:t>
      </w:r>
      <w:r>
        <w:t xml:space="preserve"> </w:t>
      </w:r>
      <w:r>
        <w:t>تصنيف</w:t>
      </w:r>
      <w:r>
        <w:t xml:space="preserve"> </w:t>
      </w:r>
      <w:r>
        <w:t>المخاطر</w:t>
      </w:r>
      <w:r>
        <w:t xml:space="preserve"> </w:t>
      </w:r>
      <w:r>
        <w:t>بطبيعة</w:t>
      </w:r>
      <w:r>
        <w:t xml:space="preserve"> </w:t>
      </w:r>
      <w:r>
        <w:t>النشاط</w:t>
      </w:r>
      <w:r>
        <w:t xml:space="preserve">. </w:t>
      </w:r>
      <w:r>
        <w:t>ففي</w:t>
      </w:r>
      <w:r>
        <w:t xml:space="preserve"> </w:t>
      </w:r>
      <w:r>
        <w:t>المنشآت</w:t>
      </w:r>
      <w:r>
        <w:t xml:space="preserve"> </w:t>
      </w:r>
      <w:r>
        <w:t>الصناعية</w:t>
      </w:r>
      <w:r>
        <w:t xml:space="preserve"> </w:t>
      </w:r>
      <w:r>
        <w:t>تبرز</w:t>
      </w:r>
      <w:r>
        <w:t xml:space="preserve"> </w:t>
      </w:r>
      <w:r>
        <w:t>مخاطر</w:t>
      </w:r>
      <w:r>
        <w:t xml:space="preserve"> </w:t>
      </w:r>
      <w:r>
        <w:t>السلامة</w:t>
      </w:r>
      <w:r>
        <w:t xml:space="preserve"> </w:t>
      </w:r>
      <w:r>
        <w:t>والمعدات</w:t>
      </w:r>
      <w:r>
        <w:t xml:space="preserve"> </w:t>
      </w:r>
      <w:r>
        <w:t>والجودة</w:t>
      </w:r>
      <w:r>
        <w:t xml:space="preserve"> </w:t>
      </w:r>
      <w:r>
        <w:t>والمواد</w:t>
      </w:r>
      <w:r>
        <w:t xml:space="preserve"> </w:t>
      </w:r>
      <w:r>
        <w:t>الخام</w:t>
      </w:r>
      <w:r>
        <w:t xml:space="preserve"> </w:t>
      </w:r>
      <w:r>
        <w:t>والطاقة،</w:t>
      </w:r>
      <w:r>
        <w:t xml:space="preserve"> </w:t>
      </w:r>
      <w:r>
        <w:t>بينما</w:t>
      </w:r>
      <w:r>
        <w:t xml:space="preserve"> </w:t>
      </w:r>
      <w:r>
        <w:t>تبرز</w:t>
      </w:r>
      <w:r>
        <w:t xml:space="preserve"> </w:t>
      </w:r>
      <w:r>
        <w:t>في</w:t>
      </w:r>
      <w:r>
        <w:t xml:space="preserve"> </w:t>
      </w:r>
      <w:r>
        <w:t>منشآت</w:t>
      </w:r>
      <w:r>
        <w:t xml:space="preserve"> </w:t>
      </w:r>
      <w:r>
        <w:t>الخدمات</w:t>
      </w:r>
      <w:r>
        <w:t xml:space="preserve"> </w:t>
      </w:r>
      <w:r>
        <w:t>مخاطر</w:t>
      </w:r>
      <w:r>
        <w:t xml:space="preserve"> </w:t>
      </w:r>
      <w:r>
        <w:t>جودة</w:t>
      </w:r>
      <w:r>
        <w:t xml:space="preserve"> </w:t>
      </w:r>
      <w:r>
        <w:t>التفاعل</w:t>
      </w:r>
      <w:r>
        <w:t xml:space="preserve"> </w:t>
      </w:r>
      <w:r>
        <w:t>مع</w:t>
      </w:r>
      <w:r>
        <w:t xml:space="preserve"> </w:t>
      </w:r>
      <w:r>
        <w:t>العميل،</w:t>
      </w:r>
      <w:r>
        <w:t xml:space="preserve"> </w:t>
      </w:r>
      <w:r>
        <w:t>وتوافر</w:t>
      </w:r>
      <w:r>
        <w:t xml:space="preserve"> </w:t>
      </w:r>
      <w:r>
        <w:t>الموظفين،</w:t>
      </w:r>
      <w:r>
        <w:t xml:space="preserve"> </w:t>
      </w:r>
      <w:r>
        <w:t>وحماية</w:t>
      </w:r>
      <w:r>
        <w:t xml:space="preserve"> </w:t>
      </w:r>
      <w:r>
        <w:t>المعلومات</w:t>
      </w:r>
      <w:r>
        <w:t xml:space="preserve">. </w:t>
      </w:r>
      <w:r>
        <w:t>وفي</w:t>
      </w:r>
      <w:r>
        <w:t xml:space="preserve"> </w:t>
      </w:r>
      <w:r>
        <w:t>التجارة</w:t>
      </w:r>
      <w:r>
        <w:t xml:space="preserve"> </w:t>
      </w:r>
      <w:r>
        <w:t>الإلكترونية</w:t>
      </w:r>
      <w:r>
        <w:t xml:space="preserve"> </w:t>
      </w:r>
      <w:r>
        <w:t>تكون</w:t>
      </w:r>
      <w:r>
        <w:t xml:space="preserve"> </w:t>
      </w:r>
      <w:r>
        <w:t>المنصة</w:t>
      </w:r>
      <w:r>
        <w:t xml:space="preserve"> </w:t>
      </w:r>
      <w:r>
        <w:t>الرقمية</w:t>
      </w:r>
      <w:r>
        <w:t xml:space="preserve"> </w:t>
      </w:r>
      <w:r>
        <w:t>والدفع</w:t>
      </w:r>
      <w:r>
        <w:t xml:space="preserve"> </w:t>
      </w:r>
      <w:r>
        <w:t>والشحن</w:t>
      </w:r>
      <w:r>
        <w:t xml:space="preserve"> </w:t>
      </w:r>
      <w:r>
        <w:t>والبيانات</w:t>
      </w:r>
      <w:r>
        <w:t xml:space="preserve"> </w:t>
      </w:r>
      <w:r>
        <w:t>والسمعة</w:t>
      </w:r>
      <w:r>
        <w:t xml:space="preserve"> </w:t>
      </w:r>
      <w:r>
        <w:t>الرقمية</w:t>
      </w:r>
      <w:r>
        <w:t xml:space="preserve"> </w:t>
      </w:r>
      <w:r>
        <w:t>عناصر</w:t>
      </w:r>
      <w:r>
        <w:t xml:space="preserve"> </w:t>
      </w:r>
      <w:r>
        <w:t>حرجة،</w:t>
      </w:r>
      <w:r>
        <w:t xml:space="preserve"> </w:t>
      </w:r>
      <w:r>
        <w:t>أما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الإنشائية</w:t>
      </w:r>
      <w:r>
        <w:t xml:space="preserve"> </w:t>
      </w:r>
      <w:r>
        <w:t>والمشروعات</w:t>
      </w:r>
      <w:r>
        <w:t xml:space="preserve"> </w:t>
      </w:r>
      <w:r>
        <w:t>فتبرز</w:t>
      </w:r>
      <w:r>
        <w:t xml:space="preserve"> </w:t>
      </w:r>
      <w:r>
        <w:t>مخاطر</w:t>
      </w:r>
      <w:r>
        <w:t xml:space="preserve"> </w:t>
      </w:r>
      <w:r>
        <w:t>الوقت</w:t>
      </w:r>
      <w:r>
        <w:t xml:space="preserve"> </w:t>
      </w:r>
      <w:r>
        <w:t>والتكلفة</w:t>
      </w:r>
      <w:r>
        <w:t xml:space="preserve"> </w:t>
      </w:r>
      <w:r>
        <w:t>والنطاق</w:t>
      </w:r>
      <w:r>
        <w:t xml:space="preserve"> </w:t>
      </w:r>
      <w:r>
        <w:t>والمقاولين</w:t>
      </w:r>
      <w:r>
        <w:t xml:space="preserve"> </w:t>
      </w:r>
      <w:r>
        <w:t>والسلامة</w:t>
      </w:r>
      <w:r>
        <w:t xml:space="preserve"> </w:t>
      </w:r>
      <w:r>
        <w:t>والتصاريح</w:t>
      </w:r>
      <w:r>
        <w:t>.</w:t>
      </w:r>
    </w:p>
    <w:p w14:paraId="29CC17CF" w14:textId="77777777" w:rsidR="00660561" w:rsidRDefault="005B109C">
      <w:pPr>
        <w:bidi/>
      </w:pPr>
      <w:r>
        <w:lastRenderedPageBreak/>
        <w:t>وتُصنف</w:t>
      </w:r>
      <w:r>
        <w:t xml:space="preserve"> </w:t>
      </w:r>
      <w:r>
        <w:t>مخاطر</w:t>
      </w:r>
      <w:r>
        <w:t xml:space="preserve"> </w:t>
      </w:r>
      <w:r>
        <w:t>المشروعات</w:t>
      </w:r>
      <w:r>
        <w:t xml:space="preserve"> </w:t>
      </w:r>
      <w:r>
        <w:t>عادة</w:t>
      </w:r>
      <w:r>
        <w:t xml:space="preserve"> </w:t>
      </w:r>
      <w:r>
        <w:t>وفق</w:t>
      </w:r>
      <w:r>
        <w:t xml:space="preserve"> </w:t>
      </w:r>
      <w:r>
        <w:t>أثرها</w:t>
      </w:r>
      <w:r>
        <w:t xml:space="preserve"> </w:t>
      </w:r>
      <w:r>
        <w:t>في</w:t>
      </w:r>
      <w:r>
        <w:t xml:space="preserve"> </w:t>
      </w:r>
      <w:r>
        <w:t>أهداف</w:t>
      </w:r>
      <w:r>
        <w:t xml:space="preserve"> </w:t>
      </w:r>
      <w:r>
        <w:t>المشروع</w:t>
      </w:r>
      <w:r>
        <w:t xml:space="preserve"> </w:t>
      </w:r>
      <w:r>
        <w:t>الأساسية</w:t>
      </w:r>
      <w:r>
        <w:t xml:space="preserve">: </w:t>
      </w:r>
      <w:r>
        <w:t>النطاق،</w:t>
      </w:r>
      <w:r>
        <w:t xml:space="preserve"> </w:t>
      </w:r>
      <w:r>
        <w:t>والوقت،</w:t>
      </w:r>
      <w:r>
        <w:t xml:space="preserve"> </w:t>
      </w:r>
      <w:r>
        <w:t>والتكلفة،</w:t>
      </w:r>
      <w:r>
        <w:t xml:space="preserve"> </w:t>
      </w:r>
      <w:r>
        <w:t>والجودة،</w:t>
      </w:r>
      <w:r>
        <w:t xml:space="preserve"> </w:t>
      </w:r>
      <w:r>
        <w:t>والموارد،</w:t>
      </w:r>
      <w:r>
        <w:t xml:space="preserve"> </w:t>
      </w:r>
      <w:r>
        <w:t>وأصحاب</w:t>
      </w:r>
      <w:r>
        <w:t xml:space="preserve"> </w:t>
      </w:r>
      <w:r>
        <w:t>المصلحة</w:t>
      </w:r>
      <w:r>
        <w:t xml:space="preserve">. </w:t>
      </w:r>
      <w:r>
        <w:t>وقد</w:t>
      </w:r>
      <w:r>
        <w:t xml:space="preserve"> </w:t>
      </w:r>
      <w:r>
        <w:t>يكون</w:t>
      </w:r>
      <w:r>
        <w:t xml:space="preserve"> </w:t>
      </w:r>
      <w:r>
        <w:t>الخطر</w:t>
      </w:r>
      <w:r>
        <w:t xml:space="preserve"> </w:t>
      </w:r>
      <w:r>
        <w:t>خاصًا</w:t>
      </w:r>
      <w:r>
        <w:t xml:space="preserve"> </w:t>
      </w:r>
      <w:r>
        <w:t>بمرحلة</w:t>
      </w:r>
      <w:r>
        <w:t xml:space="preserve"> </w:t>
      </w:r>
      <w:r>
        <w:t>معينة</w:t>
      </w:r>
      <w:r>
        <w:t xml:space="preserve"> </w:t>
      </w:r>
      <w:r>
        <w:t>مثل</w:t>
      </w:r>
      <w:r>
        <w:t xml:space="preserve"> </w:t>
      </w:r>
      <w:r>
        <w:t>التخطيط</w:t>
      </w:r>
      <w:r>
        <w:t xml:space="preserve"> </w:t>
      </w:r>
      <w:r>
        <w:t>أو</w:t>
      </w:r>
      <w:r>
        <w:t xml:space="preserve"> </w:t>
      </w:r>
      <w:r>
        <w:t>التنفيذ</w:t>
      </w:r>
      <w:r>
        <w:t xml:space="preserve"> </w:t>
      </w:r>
      <w:r>
        <w:t>أو</w:t>
      </w:r>
      <w:r>
        <w:t xml:space="preserve"> </w:t>
      </w:r>
      <w:r>
        <w:t>التسليم</w:t>
      </w:r>
      <w:r>
        <w:t xml:space="preserve">. </w:t>
      </w:r>
      <w:r>
        <w:t>أما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فتمتد</w:t>
      </w:r>
      <w:r>
        <w:t xml:space="preserve"> </w:t>
      </w:r>
      <w:r>
        <w:t>عبر</w:t>
      </w:r>
      <w:r>
        <w:t xml:space="preserve"> </w:t>
      </w:r>
      <w:r>
        <w:t>الوحدات</w:t>
      </w:r>
      <w:r>
        <w:t xml:space="preserve"> </w:t>
      </w:r>
      <w:r>
        <w:t>والعمليات</w:t>
      </w:r>
      <w:r>
        <w:t xml:space="preserve"> </w:t>
      </w:r>
      <w:r>
        <w:t>وقد</w:t>
      </w:r>
      <w:r>
        <w:t xml:space="preserve"> </w:t>
      </w:r>
      <w:r>
        <w:t>تؤثر</w:t>
      </w:r>
      <w:r>
        <w:t xml:space="preserve"> </w:t>
      </w:r>
      <w:r>
        <w:t>في</w:t>
      </w:r>
      <w:r>
        <w:t xml:space="preserve"> </w:t>
      </w:r>
      <w:r>
        <w:t>الاستراتيجية</w:t>
      </w:r>
      <w:r>
        <w:t xml:space="preserve"> </w:t>
      </w:r>
      <w:r>
        <w:t>والاستمرارية</w:t>
      </w:r>
      <w:r>
        <w:t xml:space="preserve"> </w:t>
      </w:r>
      <w:r>
        <w:t>على</w:t>
      </w:r>
      <w:r>
        <w:t xml:space="preserve"> </w:t>
      </w:r>
      <w:r>
        <w:t>مستوى</w:t>
      </w:r>
      <w:r>
        <w:t xml:space="preserve"> </w:t>
      </w:r>
      <w:r>
        <w:t>المنشأة</w:t>
      </w:r>
      <w:r>
        <w:t xml:space="preserve"> </w:t>
      </w:r>
      <w:r>
        <w:t>كلها</w:t>
      </w:r>
      <w:r>
        <w:t xml:space="preserve">. </w:t>
      </w:r>
      <w:r>
        <w:t>ويستلزم</w:t>
      </w:r>
      <w:r>
        <w:t xml:space="preserve"> </w:t>
      </w:r>
      <w:r>
        <w:t>ذلك</w:t>
      </w:r>
      <w:r>
        <w:t xml:space="preserve"> </w:t>
      </w:r>
      <w:r>
        <w:t>ربط</w:t>
      </w:r>
      <w:r>
        <w:t xml:space="preserve"> </w:t>
      </w:r>
      <w:r>
        <w:t>سجل</w:t>
      </w:r>
      <w:r>
        <w:t xml:space="preserve"> </w:t>
      </w:r>
      <w:r>
        <w:t>مخاطر</w:t>
      </w:r>
      <w:r>
        <w:t xml:space="preserve"> </w:t>
      </w:r>
      <w:r>
        <w:t>المشروع</w:t>
      </w:r>
      <w:r>
        <w:t xml:space="preserve"> </w:t>
      </w:r>
      <w:r>
        <w:t>بسجل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عندما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يتجاوز</w:t>
      </w:r>
      <w:r>
        <w:t xml:space="preserve"> </w:t>
      </w:r>
      <w:r>
        <w:t>الأثر</w:t>
      </w:r>
      <w:r>
        <w:t xml:space="preserve"> </w:t>
      </w:r>
      <w:r>
        <w:t>حدود</w:t>
      </w:r>
      <w:r>
        <w:t xml:space="preserve"> </w:t>
      </w:r>
      <w:r>
        <w:t>المشروع</w:t>
      </w:r>
      <w:r>
        <w:t>.</w:t>
      </w:r>
    </w:p>
    <w:p w14:paraId="15BA30AD" w14:textId="77777777" w:rsidR="00660561" w:rsidRDefault="005B109C">
      <w:pPr>
        <w:bidi/>
      </w:pPr>
      <w:r>
        <w:t>كما</w:t>
      </w:r>
      <w:r>
        <w:t xml:space="preserve"> </w:t>
      </w:r>
      <w:r>
        <w:t>يختلف</w:t>
      </w:r>
      <w:r>
        <w:t xml:space="preserve"> </w:t>
      </w:r>
      <w:r>
        <w:t>التصنيف</w:t>
      </w:r>
      <w:r>
        <w:t xml:space="preserve"> </w:t>
      </w:r>
      <w:r>
        <w:t>حسب</w:t>
      </w:r>
      <w:r>
        <w:t xml:space="preserve"> </w:t>
      </w:r>
      <w:r>
        <w:t>حجم</w:t>
      </w:r>
      <w:r>
        <w:t xml:space="preserve"> </w:t>
      </w:r>
      <w:r>
        <w:t>المؤسسة</w:t>
      </w:r>
      <w:r>
        <w:t xml:space="preserve"> </w:t>
      </w:r>
      <w:r>
        <w:t>ودرجة</w:t>
      </w:r>
      <w:r>
        <w:t xml:space="preserve"> </w:t>
      </w:r>
      <w:r>
        <w:t>تعقيدها</w:t>
      </w:r>
      <w:r>
        <w:t xml:space="preserve">. </w:t>
      </w:r>
      <w:r>
        <w:t>فالمنشأة</w:t>
      </w:r>
      <w:r>
        <w:t xml:space="preserve"> </w:t>
      </w:r>
      <w:r>
        <w:t>الصغيرة</w:t>
      </w:r>
      <w:r>
        <w:t xml:space="preserve"> </w:t>
      </w:r>
      <w:r>
        <w:t>قد</w:t>
      </w:r>
      <w:r>
        <w:t xml:space="preserve"> </w:t>
      </w:r>
      <w:r>
        <w:t>تجمع</w:t>
      </w:r>
      <w:r>
        <w:t xml:space="preserve"> </w:t>
      </w:r>
      <w:r>
        <w:t>عدة</w:t>
      </w:r>
      <w:r>
        <w:t xml:space="preserve"> </w:t>
      </w:r>
      <w:r>
        <w:t>مسؤوليات</w:t>
      </w:r>
      <w:r>
        <w:t xml:space="preserve"> </w:t>
      </w:r>
      <w:r>
        <w:t>لدى</w:t>
      </w:r>
      <w:r>
        <w:t xml:space="preserve"> </w:t>
      </w:r>
      <w:r>
        <w:t>شخص</w:t>
      </w:r>
      <w:r>
        <w:t xml:space="preserve"> </w:t>
      </w:r>
      <w:r>
        <w:t>واحد</w:t>
      </w:r>
      <w:r>
        <w:t xml:space="preserve"> </w:t>
      </w:r>
      <w:r>
        <w:t>وتحتاج</w:t>
      </w:r>
      <w:r>
        <w:t xml:space="preserve"> </w:t>
      </w:r>
      <w:r>
        <w:t>إلى</w:t>
      </w:r>
      <w:r>
        <w:t xml:space="preserve"> </w:t>
      </w:r>
      <w:r>
        <w:t>تصنيف</w:t>
      </w:r>
      <w:r>
        <w:t xml:space="preserve"> </w:t>
      </w:r>
      <w:r>
        <w:t>مبسط</w:t>
      </w:r>
      <w:r>
        <w:t xml:space="preserve"> </w:t>
      </w:r>
      <w:r>
        <w:t>يركز</w:t>
      </w:r>
      <w:r>
        <w:t xml:space="preserve"> </w:t>
      </w:r>
      <w:r>
        <w:t>على</w:t>
      </w:r>
      <w:r>
        <w:t xml:space="preserve"> </w:t>
      </w:r>
      <w:r>
        <w:t>أكثر</w:t>
      </w:r>
      <w:r>
        <w:t xml:space="preserve"> </w:t>
      </w:r>
      <w:r>
        <w:t>المخاطر</w:t>
      </w:r>
      <w:r>
        <w:t xml:space="preserve"> </w:t>
      </w:r>
      <w:r>
        <w:t>تأثيرًا،</w:t>
      </w:r>
      <w:r>
        <w:t xml:space="preserve"> </w:t>
      </w:r>
      <w:r>
        <w:t>بينما</w:t>
      </w:r>
      <w:r>
        <w:t xml:space="preserve"> </w:t>
      </w:r>
      <w:r>
        <w:t>تستطيع</w:t>
      </w:r>
      <w:r>
        <w:t xml:space="preserve"> </w:t>
      </w:r>
      <w:r>
        <w:t>المنشأة</w:t>
      </w:r>
      <w:r>
        <w:t xml:space="preserve"> </w:t>
      </w:r>
      <w:r>
        <w:t>الأكبر</w:t>
      </w:r>
      <w:r>
        <w:t xml:space="preserve"> </w:t>
      </w:r>
      <w:r>
        <w:t>استخدام</w:t>
      </w:r>
      <w:r>
        <w:t xml:space="preserve"> </w:t>
      </w:r>
      <w:r>
        <w:t>تصنيفات</w:t>
      </w:r>
      <w:r>
        <w:t xml:space="preserve"> </w:t>
      </w:r>
      <w:r>
        <w:t>تفصيلية</w:t>
      </w:r>
      <w:r>
        <w:t xml:space="preserve"> </w:t>
      </w:r>
      <w:r>
        <w:t>ومالكي</w:t>
      </w:r>
      <w:r>
        <w:t xml:space="preserve"> </w:t>
      </w:r>
      <w:r>
        <w:t>مخاطر</w:t>
      </w:r>
      <w:r>
        <w:t xml:space="preserve"> </w:t>
      </w:r>
      <w:r>
        <w:t>متخصصين</w:t>
      </w:r>
      <w:r>
        <w:t xml:space="preserve">. </w:t>
      </w:r>
      <w:r>
        <w:t>والمهم</w:t>
      </w:r>
      <w:r>
        <w:t xml:space="preserve"> </w:t>
      </w:r>
      <w:r>
        <w:t>أن</w:t>
      </w:r>
      <w:r>
        <w:t xml:space="preserve"> </w:t>
      </w:r>
      <w:r>
        <w:t>يغطي</w:t>
      </w:r>
      <w:r>
        <w:t xml:space="preserve"> </w:t>
      </w:r>
      <w:r>
        <w:t>التصنيف</w:t>
      </w:r>
      <w:r>
        <w:t xml:space="preserve"> </w:t>
      </w:r>
      <w:r>
        <w:t>المجالات</w:t>
      </w:r>
      <w:r>
        <w:t xml:space="preserve"> </w:t>
      </w:r>
      <w:r>
        <w:t>الحرجة</w:t>
      </w:r>
      <w:r>
        <w:t xml:space="preserve"> </w:t>
      </w:r>
      <w:r>
        <w:t>وأن</w:t>
      </w:r>
      <w:r>
        <w:t xml:space="preserve"> </w:t>
      </w:r>
      <w:r>
        <w:t>يبقى</w:t>
      </w:r>
      <w:r>
        <w:t xml:space="preserve"> </w:t>
      </w:r>
      <w:r>
        <w:t>مفهومًا</w:t>
      </w:r>
      <w:r>
        <w:t xml:space="preserve"> </w:t>
      </w:r>
      <w:r>
        <w:t>وقابلًا</w:t>
      </w:r>
      <w:r>
        <w:t xml:space="preserve"> </w:t>
      </w:r>
      <w:r>
        <w:t>للتحديث،</w:t>
      </w:r>
      <w:r>
        <w:t xml:space="preserve"> </w:t>
      </w:r>
      <w:r>
        <w:t>لا</w:t>
      </w:r>
      <w:r>
        <w:t xml:space="preserve"> </w:t>
      </w:r>
      <w:r>
        <w:t>أن</w:t>
      </w:r>
      <w:r>
        <w:t xml:space="preserve"> </w:t>
      </w:r>
      <w:r>
        <w:t>يتحول</w:t>
      </w:r>
      <w:r>
        <w:t xml:space="preserve"> </w:t>
      </w:r>
      <w:r>
        <w:t>إلى</w:t>
      </w:r>
      <w:r>
        <w:t xml:space="preserve"> </w:t>
      </w:r>
      <w:r>
        <w:t>قائمة</w:t>
      </w:r>
      <w:r>
        <w:t xml:space="preserve"> </w:t>
      </w:r>
      <w:r>
        <w:t>معقدة</w:t>
      </w:r>
      <w:r>
        <w:t xml:space="preserve"> </w:t>
      </w:r>
      <w:r>
        <w:t>لا</w:t>
      </w:r>
      <w:r>
        <w:t xml:space="preserve"> </w:t>
      </w:r>
      <w:r>
        <w:t>تستخدم</w:t>
      </w:r>
      <w:r>
        <w:t xml:space="preserve"> </w:t>
      </w:r>
      <w:r>
        <w:t>في</w:t>
      </w:r>
      <w:r>
        <w:t xml:space="preserve"> </w:t>
      </w:r>
      <w:r>
        <w:t>القرار</w:t>
      </w:r>
      <w:r>
        <w:t>.</w:t>
      </w:r>
    </w:p>
    <w:p w14:paraId="22EA1379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1-7 </w:t>
      </w:r>
      <w:r>
        <w:rPr>
          <w:rFonts w:ascii="Arial" w:hAnsi="Arial" w:cs="Arial"/>
        </w:rPr>
        <w:t>مفهوم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وتطورها</w:t>
      </w:r>
    </w:p>
    <w:p w14:paraId="08F9CC65" w14:textId="77777777" w:rsidR="00660561" w:rsidRDefault="005B109C">
      <w:pPr>
        <w:bidi/>
      </w:pPr>
      <w:r>
        <w:t>تعرّف</w:t>
      </w:r>
      <w:r>
        <w:t xml:space="preserve"> ISO 31000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بأنها</w:t>
      </w:r>
      <w:r>
        <w:t xml:space="preserve"> </w:t>
      </w:r>
      <w:r>
        <w:t>أنشطة</w:t>
      </w:r>
      <w:r>
        <w:t xml:space="preserve"> </w:t>
      </w:r>
      <w:r>
        <w:t>منسقة</w:t>
      </w:r>
      <w:r>
        <w:t xml:space="preserve"> </w:t>
      </w:r>
      <w:r>
        <w:t>لتوجيه</w:t>
      </w:r>
      <w:r>
        <w:t xml:space="preserve"> </w:t>
      </w:r>
      <w:r>
        <w:t>المنظمة</w:t>
      </w:r>
      <w:r>
        <w:t xml:space="preserve"> </w:t>
      </w:r>
      <w:r>
        <w:t>والسيطرة</w:t>
      </w:r>
      <w:r>
        <w:t xml:space="preserve"> </w:t>
      </w:r>
      <w:r>
        <w:t>عليها</w:t>
      </w:r>
      <w:r>
        <w:t xml:space="preserve"> </w:t>
      </w:r>
      <w:r>
        <w:t>فيما</w:t>
      </w:r>
      <w:r>
        <w:t xml:space="preserve"> </w:t>
      </w:r>
      <w:r>
        <w:t>يتعلق</w:t>
      </w:r>
      <w:r>
        <w:t xml:space="preserve"> </w:t>
      </w:r>
      <w:r>
        <w:t>بالمخاطر</w:t>
      </w:r>
      <w:r>
        <w:t xml:space="preserve"> (ISO, 2018). </w:t>
      </w:r>
      <w:r>
        <w:t>ويشير</w:t>
      </w:r>
      <w:r>
        <w:t xml:space="preserve"> </w:t>
      </w:r>
      <w:r>
        <w:t>التعريف</w:t>
      </w:r>
      <w:r>
        <w:t xml:space="preserve"> </w:t>
      </w:r>
      <w:r>
        <w:t>إلى</w:t>
      </w:r>
      <w:r>
        <w:t xml:space="preserve"> </w:t>
      </w:r>
      <w:r>
        <w:t>أن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ليست</w:t>
      </w:r>
      <w:r>
        <w:t xml:space="preserve"> </w:t>
      </w:r>
      <w:r>
        <w:t>إجراءً</w:t>
      </w:r>
      <w:r>
        <w:t xml:space="preserve"> </w:t>
      </w:r>
      <w:r>
        <w:t>منفصلًا</w:t>
      </w:r>
      <w:r>
        <w:t xml:space="preserve"> </w:t>
      </w:r>
      <w:r>
        <w:t>أو</w:t>
      </w:r>
      <w:r>
        <w:t xml:space="preserve"> </w:t>
      </w:r>
      <w:r>
        <w:t>سجلًا</w:t>
      </w:r>
      <w:r>
        <w:t xml:space="preserve"> </w:t>
      </w:r>
      <w:r>
        <w:t>يُحدّث</w:t>
      </w:r>
      <w:r>
        <w:t xml:space="preserve"> </w:t>
      </w:r>
      <w:r>
        <w:t>لأغراض</w:t>
      </w:r>
      <w:r>
        <w:t xml:space="preserve"> </w:t>
      </w:r>
      <w:r>
        <w:t>شكلية،</w:t>
      </w:r>
      <w:r>
        <w:t xml:space="preserve"> </w:t>
      </w:r>
      <w:r>
        <w:t>بل</w:t>
      </w:r>
      <w:r>
        <w:t xml:space="preserve"> </w:t>
      </w:r>
      <w:r>
        <w:t>عملية</w:t>
      </w:r>
      <w:r>
        <w:t xml:space="preserve"> </w:t>
      </w:r>
      <w:r>
        <w:t>إدارية</w:t>
      </w:r>
      <w:r>
        <w:t xml:space="preserve"> </w:t>
      </w:r>
      <w:r>
        <w:t>متكاملة</w:t>
      </w:r>
      <w:r>
        <w:t xml:space="preserve"> </w:t>
      </w:r>
      <w:r>
        <w:t>ترتبط</w:t>
      </w:r>
      <w:r>
        <w:t xml:space="preserve"> </w:t>
      </w:r>
      <w:r>
        <w:t>بالقيادة</w:t>
      </w:r>
      <w:r>
        <w:t xml:space="preserve"> </w:t>
      </w:r>
      <w:r>
        <w:t>والحوكمة</w:t>
      </w:r>
      <w:r>
        <w:t xml:space="preserve"> </w:t>
      </w:r>
      <w:r>
        <w:t>والتخطيط</w:t>
      </w:r>
      <w:r>
        <w:t xml:space="preserve"> </w:t>
      </w:r>
      <w:r>
        <w:t>واتخاذ</w:t>
      </w:r>
      <w:r>
        <w:t xml:space="preserve"> </w:t>
      </w:r>
      <w:r>
        <w:t>القرار</w:t>
      </w:r>
      <w:r>
        <w:t xml:space="preserve"> </w:t>
      </w:r>
      <w:r>
        <w:t>والأداء</w:t>
      </w:r>
      <w:r>
        <w:t xml:space="preserve">. </w:t>
      </w:r>
      <w:r>
        <w:t>وتهدف</w:t>
      </w:r>
      <w:r>
        <w:t xml:space="preserve"> </w:t>
      </w:r>
      <w:r>
        <w:t>إلى</w:t>
      </w:r>
      <w:r>
        <w:t xml:space="preserve"> </w:t>
      </w:r>
      <w:r>
        <w:t>مساعدة</w:t>
      </w:r>
      <w:r>
        <w:t xml:space="preserve"> </w:t>
      </w:r>
      <w:r>
        <w:t>المنشأة</w:t>
      </w:r>
      <w:r>
        <w:t xml:space="preserve"> </w:t>
      </w:r>
      <w:r>
        <w:t>على</w:t>
      </w:r>
      <w:r>
        <w:t xml:space="preserve"> </w:t>
      </w:r>
      <w:r>
        <w:t>خلق</w:t>
      </w:r>
      <w:r>
        <w:t xml:space="preserve"> </w:t>
      </w:r>
      <w:r>
        <w:t>القيمة</w:t>
      </w:r>
      <w:r>
        <w:t xml:space="preserve"> </w:t>
      </w:r>
      <w:r>
        <w:t>وحمايتها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فهم</w:t>
      </w:r>
      <w:r>
        <w:t xml:space="preserve"> </w:t>
      </w:r>
      <w:r>
        <w:t>عدم</w:t>
      </w:r>
      <w:r>
        <w:t xml:space="preserve"> </w:t>
      </w:r>
      <w:r>
        <w:t>اليقين</w:t>
      </w:r>
      <w:r>
        <w:t xml:space="preserve"> </w:t>
      </w:r>
      <w:r>
        <w:t>واتخاذ</w:t>
      </w:r>
      <w:r>
        <w:t xml:space="preserve"> </w:t>
      </w:r>
      <w:r>
        <w:t>قرارات</w:t>
      </w:r>
      <w:r>
        <w:t xml:space="preserve"> </w:t>
      </w:r>
      <w:r>
        <w:t>واعية</w:t>
      </w:r>
      <w:r>
        <w:t xml:space="preserve"> </w:t>
      </w:r>
      <w:r>
        <w:t>ومتوازنة</w:t>
      </w:r>
      <w:r>
        <w:t>.</w:t>
      </w:r>
    </w:p>
    <w:p w14:paraId="72230472" w14:textId="77777777" w:rsidR="00660561" w:rsidRDefault="005B109C">
      <w:pPr>
        <w:bidi/>
      </w:pPr>
      <w:r>
        <w:t>تطور</w:t>
      </w:r>
      <w:r>
        <w:t xml:space="preserve"> </w:t>
      </w:r>
      <w:r>
        <w:t>التعامل</w:t>
      </w:r>
      <w:r>
        <w:t xml:space="preserve"> </w:t>
      </w:r>
      <w:r>
        <w:t>مع</w:t>
      </w:r>
      <w:r>
        <w:t xml:space="preserve"> </w:t>
      </w:r>
      <w:r>
        <w:t>المخاطر</w:t>
      </w:r>
      <w:r>
        <w:t xml:space="preserve"> </w:t>
      </w:r>
      <w:r>
        <w:t>من</w:t>
      </w:r>
      <w:r>
        <w:t xml:space="preserve"> </w:t>
      </w:r>
      <w:r>
        <w:t>التركيز</w:t>
      </w:r>
      <w:r>
        <w:t xml:space="preserve"> </w:t>
      </w:r>
      <w:r>
        <w:t>التقليدي</w:t>
      </w:r>
      <w:r>
        <w:t xml:space="preserve"> </w:t>
      </w:r>
      <w:r>
        <w:t>على</w:t>
      </w:r>
      <w:r>
        <w:t xml:space="preserve"> </w:t>
      </w:r>
      <w:r>
        <w:t>التأمين</w:t>
      </w:r>
      <w:r>
        <w:t xml:space="preserve"> </w:t>
      </w:r>
      <w:r>
        <w:t>والخسائر</w:t>
      </w:r>
      <w:r>
        <w:t xml:space="preserve"> </w:t>
      </w:r>
      <w:r>
        <w:t>المالية</w:t>
      </w:r>
      <w:r>
        <w:t xml:space="preserve"> </w:t>
      </w:r>
      <w:r>
        <w:t>والسلامة</w:t>
      </w:r>
      <w:r>
        <w:t xml:space="preserve"> </w:t>
      </w:r>
      <w:r>
        <w:t>إلى</w:t>
      </w:r>
      <w:r>
        <w:t xml:space="preserve"> </w:t>
      </w:r>
      <w:r>
        <w:t>مفهوم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الذي</w:t>
      </w:r>
      <w:r>
        <w:t xml:space="preserve"> </w:t>
      </w:r>
      <w:r>
        <w:t>ينظر</w:t>
      </w:r>
      <w:r>
        <w:t xml:space="preserve"> </w:t>
      </w:r>
      <w:r>
        <w:t>إلى</w:t>
      </w:r>
      <w:r>
        <w:t xml:space="preserve"> </w:t>
      </w:r>
      <w:r>
        <w:t>محفظة</w:t>
      </w:r>
      <w:r>
        <w:t xml:space="preserve"> </w:t>
      </w:r>
      <w:r>
        <w:t>المخاطر</w:t>
      </w:r>
      <w:r>
        <w:t xml:space="preserve"> </w:t>
      </w:r>
      <w:r>
        <w:t>بصورة</w:t>
      </w:r>
      <w:r>
        <w:t xml:space="preserve"> </w:t>
      </w:r>
      <w:r>
        <w:t>شاملة</w:t>
      </w:r>
      <w:r>
        <w:t xml:space="preserve">. </w:t>
      </w:r>
      <w:r>
        <w:t>ويؤكد</w:t>
      </w:r>
      <w:r>
        <w:t xml:space="preserve"> </w:t>
      </w:r>
      <w:r>
        <w:t>إطار</w:t>
      </w:r>
      <w:r>
        <w:t xml:space="preserve"> COSO </w:t>
      </w:r>
      <w:r>
        <w:t>أن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ترتبط</w:t>
      </w:r>
      <w:r>
        <w:t xml:space="preserve"> </w:t>
      </w:r>
      <w:r>
        <w:t>بالاستراتيجية</w:t>
      </w:r>
      <w:r>
        <w:t xml:space="preserve"> </w:t>
      </w:r>
      <w:r>
        <w:t>والأداء،</w:t>
      </w:r>
      <w:r>
        <w:t xml:space="preserve"> </w:t>
      </w:r>
      <w:r>
        <w:t>وأنها</w:t>
      </w:r>
      <w:r>
        <w:t xml:space="preserve"> </w:t>
      </w:r>
      <w:r>
        <w:t>تشمل</w:t>
      </w:r>
      <w:r>
        <w:t xml:space="preserve"> </w:t>
      </w:r>
      <w:r>
        <w:t>الحوكمة</w:t>
      </w:r>
      <w:r>
        <w:t xml:space="preserve"> </w:t>
      </w:r>
      <w:r>
        <w:t>والثقافة،</w:t>
      </w:r>
      <w:r>
        <w:t xml:space="preserve"> </w:t>
      </w:r>
      <w:r>
        <w:t>والاستراتيجية</w:t>
      </w:r>
      <w:r>
        <w:t xml:space="preserve"> </w:t>
      </w:r>
      <w:r>
        <w:t>وتحديد</w:t>
      </w:r>
      <w:r>
        <w:t xml:space="preserve"> </w:t>
      </w:r>
      <w:r>
        <w:t>الأهداف،</w:t>
      </w:r>
      <w:r>
        <w:t xml:space="preserve"> </w:t>
      </w:r>
      <w:r>
        <w:t>والأداء،</w:t>
      </w:r>
      <w:r>
        <w:t xml:space="preserve"> </w:t>
      </w:r>
      <w:r>
        <w:t>والمراجعة،</w:t>
      </w:r>
      <w:r>
        <w:t xml:space="preserve"> </w:t>
      </w:r>
      <w:r>
        <w:t>والمعلومات</w:t>
      </w:r>
      <w:r>
        <w:t xml:space="preserve"> </w:t>
      </w:r>
      <w:r>
        <w:t>والاتصال</w:t>
      </w:r>
      <w:r>
        <w:t xml:space="preserve"> </w:t>
      </w:r>
      <w:r>
        <w:t>والتقارير</w:t>
      </w:r>
      <w:r>
        <w:t xml:space="preserve"> (COSO, 2017). </w:t>
      </w:r>
      <w:r>
        <w:t>ويسمح</w:t>
      </w:r>
      <w:r>
        <w:t xml:space="preserve"> </w:t>
      </w:r>
      <w:r>
        <w:t>هذا</w:t>
      </w:r>
      <w:r>
        <w:t xml:space="preserve"> </w:t>
      </w:r>
      <w:r>
        <w:t>المنظور</w:t>
      </w:r>
      <w:r>
        <w:t xml:space="preserve"> </w:t>
      </w:r>
      <w:r>
        <w:t>بفهم</w:t>
      </w:r>
      <w:r>
        <w:t xml:space="preserve"> </w:t>
      </w:r>
      <w:r>
        <w:t>العلاقات</w:t>
      </w:r>
      <w:r>
        <w:t xml:space="preserve"> </w:t>
      </w:r>
      <w:r>
        <w:t>بين</w:t>
      </w:r>
      <w:r>
        <w:t xml:space="preserve"> </w:t>
      </w:r>
      <w:r>
        <w:t>المخاطر</w:t>
      </w:r>
      <w:r>
        <w:t xml:space="preserve"> </w:t>
      </w:r>
      <w:r>
        <w:t>ومنع</w:t>
      </w:r>
      <w:r>
        <w:t xml:space="preserve"> </w:t>
      </w:r>
      <w:r>
        <w:t>المعالجة</w:t>
      </w:r>
      <w:r>
        <w:t xml:space="preserve"> </w:t>
      </w:r>
      <w:r>
        <w:t>المجزأة</w:t>
      </w:r>
      <w:r>
        <w:t xml:space="preserve"> </w:t>
      </w:r>
      <w:r>
        <w:t>داخل</w:t>
      </w:r>
      <w:r>
        <w:t xml:space="preserve"> </w:t>
      </w:r>
      <w:r>
        <w:t>الإدارات</w:t>
      </w:r>
      <w:r>
        <w:t>.</w:t>
      </w:r>
    </w:p>
    <w:p w14:paraId="446E8DBD" w14:textId="77777777" w:rsidR="00660561" w:rsidRDefault="005B109C">
      <w:pPr>
        <w:bidi/>
      </w:pPr>
      <w:r>
        <w:t>ولا</w:t>
      </w:r>
      <w:r>
        <w:t xml:space="preserve"> </w:t>
      </w:r>
      <w:r>
        <w:t>تهدف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إلى</w:t>
      </w:r>
      <w:r>
        <w:t xml:space="preserve"> </w:t>
      </w:r>
      <w:r>
        <w:t>إزالة</w:t>
      </w:r>
      <w:r>
        <w:t xml:space="preserve"> </w:t>
      </w:r>
      <w:r>
        <w:t>المخاطر</w:t>
      </w:r>
      <w:r>
        <w:t xml:space="preserve"> </w:t>
      </w:r>
      <w:r>
        <w:t>جميعها؛</w:t>
      </w:r>
      <w:r>
        <w:t xml:space="preserve"> </w:t>
      </w:r>
      <w:r>
        <w:t>فذلك</w:t>
      </w:r>
      <w:r>
        <w:t xml:space="preserve"> </w:t>
      </w:r>
      <w:r>
        <w:t>غير</w:t>
      </w:r>
      <w:r>
        <w:t xml:space="preserve"> </w:t>
      </w:r>
      <w:r>
        <w:t>ممكن</w:t>
      </w:r>
      <w:r>
        <w:t xml:space="preserve"> </w:t>
      </w:r>
      <w:r>
        <w:t>وقد</w:t>
      </w:r>
      <w:r>
        <w:t xml:space="preserve"> </w:t>
      </w:r>
      <w:r>
        <w:t>يمنع</w:t>
      </w:r>
      <w:r>
        <w:t xml:space="preserve"> </w:t>
      </w:r>
      <w:r>
        <w:t>المنشأة</w:t>
      </w:r>
      <w:r>
        <w:t xml:space="preserve"> </w:t>
      </w:r>
      <w:r>
        <w:t>من</w:t>
      </w:r>
      <w:r>
        <w:t xml:space="preserve"> </w:t>
      </w:r>
      <w:r>
        <w:t>الاستفادة</w:t>
      </w:r>
      <w:r>
        <w:t xml:space="preserve"> </w:t>
      </w:r>
      <w:r>
        <w:t>من</w:t>
      </w:r>
      <w:r>
        <w:t xml:space="preserve"> </w:t>
      </w:r>
      <w:r>
        <w:t>الفرص</w:t>
      </w:r>
      <w:r>
        <w:t xml:space="preserve">. </w:t>
      </w:r>
      <w:r>
        <w:t>وإنما</w:t>
      </w:r>
      <w:r>
        <w:t xml:space="preserve"> </w:t>
      </w:r>
      <w:r>
        <w:t>تهدف</w:t>
      </w:r>
      <w:r>
        <w:t xml:space="preserve"> </w:t>
      </w:r>
      <w:r>
        <w:t>إلى</w:t>
      </w:r>
      <w:r>
        <w:t xml:space="preserve"> </w:t>
      </w:r>
      <w:r>
        <w:t>إبقاء</w:t>
      </w:r>
      <w:r>
        <w:t xml:space="preserve"> </w:t>
      </w:r>
      <w:r>
        <w:t>مستوى</w:t>
      </w:r>
      <w:r>
        <w:t xml:space="preserve"> </w:t>
      </w:r>
      <w:r>
        <w:t>التعرض</w:t>
      </w:r>
      <w:r>
        <w:t xml:space="preserve"> </w:t>
      </w:r>
      <w:r>
        <w:t>ضمن</w:t>
      </w:r>
      <w:r>
        <w:t xml:space="preserve"> </w:t>
      </w:r>
      <w:r>
        <w:t>حدود</w:t>
      </w:r>
      <w:r>
        <w:t xml:space="preserve"> </w:t>
      </w:r>
      <w:r>
        <w:t>مقبولة،</w:t>
      </w:r>
      <w:r>
        <w:t xml:space="preserve"> </w:t>
      </w:r>
      <w:r>
        <w:t>واتخاذ</w:t>
      </w:r>
      <w:r>
        <w:t xml:space="preserve"> </w:t>
      </w:r>
      <w:r>
        <w:t>المخاطر</w:t>
      </w:r>
      <w:r>
        <w:t xml:space="preserve"> </w:t>
      </w:r>
      <w:r>
        <w:t>بصورة</w:t>
      </w:r>
      <w:r>
        <w:t xml:space="preserve"> </w:t>
      </w:r>
      <w:r>
        <w:t>واعية</w:t>
      </w:r>
      <w:r>
        <w:t xml:space="preserve"> </w:t>
      </w:r>
      <w:r>
        <w:t>عندما</w:t>
      </w:r>
      <w:r>
        <w:t xml:space="preserve"> </w:t>
      </w:r>
      <w:r>
        <w:t>يكون</w:t>
      </w:r>
      <w:r>
        <w:t xml:space="preserve"> </w:t>
      </w:r>
      <w:r>
        <w:t>العائد</w:t>
      </w:r>
      <w:r>
        <w:t xml:space="preserve"> </w:t>
      </w:r>
      <w:r>
        <w:t>المتوقع</w:t>
      </w:r>
      <w:r>
        <w:t xml:space="preserve"> </w:t>
      </w:r>
      <w:r>
        <w:t>متناسبًا</w:t>
      </w:r>
      <w:r>
        <w:t xml:space="preserve"> </w:t>
      </w:r>
      <w:r>
        <w:t>معها،</w:t>
      </w:r>
      <w:r>
        <w:t xml:space="preserve"> </w:t>
      </w:r>
      <w:r>
        <w:t>وتجنب</w:t>
      </w:r>
      <w:r>
        <w:t xml:space="preserve"> </w:t>
      </w:r>
      <w:r>
        <w:t>أو</w:t>
      </w:r>
      <w:r>
        <w:t xml:space="preserve"> </w:t>
      </w:r>
      <w:r>
        <w:t>تخفيض</w:t>
      </w:r>
      <w:r>
        <w:t xml:space="preserve"> </w:t>
      </w:r>
      <w:r>
        <w:t>المخاطر</w:t>
      </w:r>
      <w:r>
        <w:t xml:space="preserve"> </w:t>
      </w:r>
      <w:r>
        <w:t>التي</w:t>
      </w:r>
      <w:r>
        <w:t xml:space="preserve"> </w:t>
      </w:r>
      <w:r>
        <w:t>تهدد</w:t>
      </w:r>
      <w:r>
        <w:t xml:space="preserve"> </w:t>
      </w:r>
      <w:r>
        <w:t>الأهداف</w:t>
      </w:r>
      <w:r>
        <w:t xml:space="preserve"> </w:t>
      </w:r>
      <w:r>
        <w:t>والعمليات</w:t>
      </w:r>
      <w:r>
        <w:t xml:space="preserve"> </w:t>
      </w:r>
      <w:r>
        <w:t>الحرجة</w:t>
      </w:r>
      <w:r>
        <w:t xml:space="preserve">. </w:t>
      </w:r>
      <w:r>
        <w:t>ويعتمد</w:t>
      </w:r>
      <w:r>
        <w:t xml:space="preserve"> </w:t>
      </w:r>
      <w:r>
        <w:t>نجاحها</w:t>
      </w:r>
      <w:r>
        <w:t xml:space="preserve"> </w:t>
      </w:r>
      <w:r>
        <w:t>على</w:t>
      </w:r>
      <w:r>
        <w:t xml:space="preserve"> </w:t>
      </w:r>
      <w:r>
        <w:t>وضوح</w:t>
      </w:r>
      <w:r>
        <w:t xml:space="preserve"> </w:t>
      </w:r>
      <w:r>
        <w:t>المسؤوليات</w:t>
      </w:r>
      <w:r>
        <w:t xml:space="preserve"> </w:t>
      </w:r>
      <w:r>
        <w:t>وجودة</w:t>
      </w:r>
      <w:r>
        <w:t xml:space="preserve"> </w:t>
      </w:r>
      <w:r>
        <w:t>المعلومات</w:t>
      </w:r>
      <w:r>
        <w:t xml:space="preserve"> </w:t>
      </w:r>
      <w:r>
        <w:t>ومشاركة</w:t>
      </w:r>
      <w:r>
        <w:t xml:space="preserve"> </w:t>
      </w:r>
      <w:r>
        <w:t>أصحاب</w:t>
      </w:r>
      <w:r>
        <w:t xml:space="preserve"> </w:t>
      </w:r>
      <w:r>
        <w:t>العمليات</w:t>
      </w:r>
      <w:r>
        <w:t xml:space="preserve"> </w:t>
      </w:r>
      <w:r>
        <w:t>ودعم</w:t>
      </w:r>
      <w:r>
        <w:t xml:space="preserve"> </w:t>
      </w:r>
      <w:r>
        <w:t>الإدارة</w:t>
      </w:r>
      <w:r>
        <w:t xml:space="preserve"> </w:t>
      </w:r>
      <w:r>
        <w:t>العليا</w:t>
      </w:r>
      <w:r>
        <w:t>.</w:t>
      </w:r>
    </w:p>
    <w:p w14:paraId="60405D1B" w14:textId="77777777" w:rsidR="00660561" w:rsidRDefault="005B109C">
      <w:pPr>
        <w:pStyle w:val="21"/>
        <w:bidi/>
      </w:pPr>
      <w:r>
        <w:rPr>
          <w:rFonts w:ascii="Arial" w:hAnsi="Arial" w:cs="Arial"/>
        </w:rPr>
        <w:lastRenderedPageBreak/>
        <w:t xml:space="preserve">1-8 </w:t>
      </w:r>
      <w:r>
        <w:rPr>
          <w:rFonts w:ascii="Arial" w:hAnsi="Arial" w:cs="Arial"/>
        </w:rPr>
        <w:t>مبادئ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2040BFA9" w14:textId="77777777" w:rsidR="00660561" w:rsidRDefault="005B109C">
      <w:pPr>
        <w:bidi/>
      </w:pPr>
      <w:r>
        <w:t>توضح</w:t>
      </w:r>
      <w:r>
        <w:t xml:space="preserve"> ISO 31000 </w:t>
      </w:r>
      <w:r>
        <w:t>أن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الفعالة</w:t>
      </w:r>
      <w:r>
        <w:t xml:space="preserve"> </w:t>
      </w:r>
      <w:r>
        <w:t>ينبغي</w:t>
      </w:r>
      <w:r>
        <w:t xml:space="preserve"> </w:t>
      </w:r>
      <w:r>
        <w:t>أن</w:t>
      </w:r>
      <w:r>
        <w:t xml:space="preserve"> </w:t>
      </w:r>
      <w:r>
        <w:t>تكون</w:t>
      </w:r>
      <w:r>
        <w:t xml:space="preserve"> </w:t>
      </w:r>
      <w:r>
        <w:t>متكاملة</w:t>
      </w:r>
      <w:r>
        <w:t xml:space="preserve"> </w:t>
      </w:r>
      <w:r>
        <w:t>مع</w:t>
      </w:r>
      <w:r>
        <w:t xml:space="preserve"> </w:t>
      </w:r>
      <w:r>
        <w:t>أنشطة</w:t>
      </w:r>
      <w:r>
        <w:t xml:space="preserve"> </w:t>
      </w:r>
      <w:r>
        <w:t>المنظمة،</w:t>
      </w:r>
      <w:r>
        <w:t xml:space="preserve"> </w:t>
      </w:r>
      <w:r>
        <w:t>ومنظمة</w:t>
      </w:r>
      <w:r>
        <w:t xml:space="preserve"> </w:t>
      </w:r>
      <w:r>
        <w:t>وشاملة،</w:t>
      </w:r>
      <w:r>
        <w:t xml:space="preserve"> </w:t>
      </w:r>
      <w:r>
        <w:t>ومصممة</w:t>
      </w:r>
      <w:r>
        <w:t xml:space="preserve"> </w:t>
      </w:r>
      <w:r>
        <w:t>بما</w:t>
      </w:r>
      <w:r>
        <w:t xml:space="preserve"> </w:t>
      </w:r>
      <w:r>
        <w:t>يلائم</w:t>
      </w:r>
      <w:r>
        <w:t xml:space="preserve"> </w:t>
      </w:r>
      <w:r>
        <w:t>سياق</w:t>
      </w:r>
      <w:r>
        <w:t xml:space="preserve"> </w:t>
      </w:r>
      <w:r>
        <w:t>المنشأة،</w:t>
      </w:r>
      <w:r>
        <w:t xml:space="preserve"> </w:t>
      </w:r>
      <w:r>
        <w:t>وقادرة</w:t>
      </w:r>
      <w:r>
        <w:t xml:space="preserve"> </w:t>
      </w:r>
      <w:r>
        <w:t>على</w:t>
      </w:r>
      <w:r>
        <w:t xml:space="preserve"> </w:t>
      </w:r>
      <w:r>
        <w:t>إشراك</w:t>
      </w:r>
      <w:r>
        <w:t xml:space="preserve"> </w:t>
      </w:r>
      <w:r>
        <w:t>الأطراف</w:t>
      </w:r>
      <w:r>
        <w:t xml:space="preserve"> </w:t>
      </w:r>
      <w:r>
        <w:t>المعنية،</w:t>
      </w:r>
      <w:r>
        <w:t xml:space="preserve"> </w:t>
      </w:r>
      <w:r>
        <w:t>وديناميكية</w:t>
      </w:r>
      <w:r>
        <w:t xml:space="preserve"> </w:t>
      </w:r>
      <w:r>
        <w:t>تستجيب</w:t>
      </w:r>
      <w:r>
        <w:t xml:space="preserve"> </w:t>
      </w:r>
      <w:r>
        <w:t>للتغير،</w:t>
      </w:r>
      <w:r>
        <w:t xml:space="preserve"> </w:t>
      </w:r>
      <w:r>
        <w:t>ومعتمدة</w:t>
      </w:r>
      <w:r>
        <w:t xml:space="preserve"> </w:t>
      </w:r>
      <w:r>
        <w:t>على</w:t>
      </w:r>
      <w:r>
        <w:t xml:space="preserve"> </w:t>
      </w:r>
      <w:r>
        <w:t>أفضل</w:t>
      </w:r>
      <w:r>
        <w:t xml:space="preserve"> </w:t>
      </w:r>
      <w:r>
        <w:t>المعلومات</w:t>
      </w:r>
      <w:r>
        <w:t xml:space="preserve"> </w:t>
      </w:r>
      <w:r>
        <w:t>المتاحة،</w:t>
      </w:r>
      <w:r>
        <w:t xml:space="preserve"> </w:t>
      </w:r>
      <w:r>
        <w:t>ومراعية</w:t>
      </w:r>
      <w:r>
        <w:t xml:space="preserve"> </w:t>
      </w:r>
      <w:r>
        <w:t>للعوامل</w:t>
      </w:r>
      <w:r>
        <w:t xml:space="preserve"> </w:t>
      </w:r>
      <w:r>
        <w:t>البشرية</w:t>
      </w:r>
      <w:r>
        <w:t xml:space="preserve"> </w:t>
      </w:r>
      <w:r>
        <w:t>والثقافية،</w:t>
      </w:r>
      <w:r>
        <w:t xml:space="preserve"> </w:t>
      </w:r>
      <w:r>
        <w:t>وقائمة</w:t>
      </w:r>
      <w:r>
        <w:t xml:space="preserve"> </w:t>
      </w:r>
      <w:r>
        <w:t>على</w:t>
      </w:r>
      <w:r>
        <w:t xml:space="preserve"> </w:t>
      </w:r>
      <w:r>
        <w:t>التحسين</w:t>
      </w:r>
      <w:r>
        <w:t xml:space="preserve"> </w:t>
      </w:r>
      <w:r>
        <w:t>المستمر</w:t>
      </w:r>
      <w:r>
        <w:t xml:space="preserve">. </w:t>
      </w:r>
      <w:r>
        <w:t>وتعمل</w:t>
      </w:r>
      <w:r>
        <w:t xml:space="preserve"> </w:t>
      </w:r>
      <w:r>
        <w:t>هذه</w:t>
      </w:r>
      <w:r>
        <w:t xml:space="preserve"> </w:t>
      </w:r>
      <w:r>
        <w:t>المبادئ</w:t>
      </w:r>
      <w:r>
        <w:t xml:space="preserve"> </w:t>
      </w:r>
      <w:r>
        <w:t>بوصفها</w:t>
      </w:r>
      <w:r>
        <w:t xml:space="preserve"> </w:t>
      </w:r>
      <w:r>
        <w:t>معايير</w:t>
      </w:r>
      <w:r>
        <w:t xml:space="preserve"> </w:t>
      </w:r>
      <w:r>
        <w:t>للحكم</w:t>
      </w:r>
      <w:r>
        <w:t xml:space="preserve"> </w:t>
      </w:r>
      <w:r>
        <w:t>على</w:t>
      </w:r>
      <w:r>
        <w:t xml:space="preserve"> </w:t>
      </w:r>
      <w:r>
        <w:t>جودة</w:t>
      </w:r>
      <w:r>
        <w:t xml:space="preserve"> </w:t>
      </w:r>
      <w:r>
        <w:t>النظام</w:t>
      </w:r>
      <w:r>
        <w:t xml:space="preserve"> </w:t>
      </w:r>
      <w:r>
        <w:t>لا</w:t>
      </w:r>
      <w:r>
        <w:t xml:space="preserve"> </w:t>
      </w:r>
      <w:r>
        <w:t>بوصفها</w:t>
      </w:r>
      <w:r>
        <w:t xml:space="preserve"> </w:t>
      </w:r>
      <w:r>
        <w:t>خطوات</w:t>
      </w:r>
      <w:r>
        <w:t xml:space="preserve"> </w:t>
      </w:r>
      <w:r>
        <w:t>منفصلة</w:t>
      </w:r>
      <w:r>
        <w:t>.</w:t>
      </w:r>
    </w:p>
    <w:p w14:paraId="6F056A9E" w14:textId="77777777" w:rsidR="00660561" w:rsidRDefault="005B109C">
      <w:pPr>
        <w:bidi/>
      </w:pPr>
      <w:r>
        <w:t>يعني</w:t>
      </w:r>
      <w:r>
        <w:t xml:space="preserve"> </w:t>
      </w:r>
      <w:r>
        <w:t>التكامل</w:t>
      </w:r>
      <w:r>
        <w:t xml:space="preserve"> </w:t>
      </w:r>
      <w:r>
        <w:t>أن</w:t>
      </w:r>
      <w:r>
        <w:t xml:space="preserve"> </w:t>
      </w:r>
      <w:r>
        <w:t>ترافق</w:t>
      </w:r>
      <w:r>
        <w:t xml:space="preserve"> </w:t>
      </w:r>
      <w:r>
        <w:t>اعتبارات</w:t>
      </w:r>
      <w:r>
        <w:t xml:space="preserve"> </w:t>
      </w:r>
      <w:r>
        <w:t>المخاطر</w:t>
      </w:r>
      <w:r>
        <w:t xml:space="preserve"> </w:t>
      </w:r>
      <w:r>
        <w:t>القرارات</w:t>
      </w:r>
      <w:r>
        <w:t xml:space="preserve"> </w:t>
      </w:r>
      <w:r>
        <w:t>والاستثمارات</w:t>
      </w:r>
      <w:r>
        <w:t xml:space="preserve"> </w:t>
      </w:r>
      <w:r>
        <w:t>والتغييرات</w:t>
      </w:r>
      <w:r>
        <w:t xml:space="preserve"> </w:t>
      </w:r>
      <w:r>
        <w:t>التشغيلية</w:t>
      </w:r>
      <w:r>
        <w:t xml:space="preserve"> </w:t>
      </w:r>
      <w:r>
        <w:t>والعقود</w:t>
      </w:r>
      <w:r>
        <w:t xml:space="preserve"> </w:t>
      </w:r>
      <w:r>
        <w:t>والمشروعات،</w:t>
      </w:r>
      <w:r>
        <w:t xml:space="preserve"> </w:t>
      </w:r>
      <w:r>
        <w:t>لا</w:t>
      </w:r>
      <w:r>
        <w:t xml:space="preserve"> </w:t>
      </w:r>
      <w:r>
        <w:t>أن</w:t>
      </w:r>
      <w:r>
        <w:t xml:space="preserve"> </w:t>
      </w:r>
      <w:r>
        <w:t>تُناقش</w:t>
      </w:r>
      <w:r>
        <w:t xml:space="preserve"> </w:t>
      </w:r>
      <w:r>
        <w:t>بعد</w:t>
      </w:r>
      <w:r>
        <w:t xml:space="preserve"> </w:t>
      </w:r>
      <w:r>
        <w:t>اتخاذ</w:t>
      </w:r>
      <w:r>
        <w:t xml:space="preserve"> </w:t>
      </w:r>
      <w:r>
        <w:t>القرار</w:t>
      </w:r>
      <w:r>
        <w:t xml:space="preserve">. </w:t>
      </w:r>
      <w:r>
        <w:t>ويعني</w:t>
      </w:r>
      <w:r>
        <w:t xml:space="preserve"> </w:t>
      </w:r>
      <w:r>
        <w:t>التناسب</w:t>
      </w:r>
      <w:r>
        <w:t xml:space="preserve"> </w:t>
      </w:r>
      <w:r>
        <w:t>أن</w:t>
      </w:r>
      <w:r>
        <w:t xml:space="preserve"> </w:t>
      </w:r>
      <w:r>
        <w:t>تكون</w:t>
      </w:r>
      <w:r>
        <w:t xml:space="preserve"> </w:t>
      </w:r>
      <w:r>
        <w:t>الأدوات</w:t>
      </w:r>
      <w:r>
        <w:t xml:space="preserve"> </w:t>
      </w:r>
      <w:r>
        <w:t>والوثائق</w:t>
      </w:r>
      <w:r>
        <w:t xml:space="preserve"> </w:t>
      </w:r>
      <w:r>
        <w:t>ملائمة</w:t>
      </w:r>
      <w:r>
        <w:t xml:space="preserve"> </w:t>
      </w:r>
      <w:r>
        <w:t>لحجم</w:t>
      </w:r>
      <w:r>
        <w:t xml:space="preserve"> </w:t>
      </w:r>
      <w:r>
        <w:t>المنشأة</w:t>
      </w:r>
      <w:r>
        <w:t xml:space="preserve"> </w:t>
      </w:r>
      <w:r>
        <w:t>وتعقيدها؛</w:t>
      </w:r>
      <w:r>
        <w:t xml:space="preserve"> </w:t>
      </w:r>
      <w:r>
        <w:t>فقد</w:t>
      </w:r>
      <w:r>
        <w:t xml:space="preserve"> </w:t>
      </w:r>
      <w:r>
        <w:t>يكفي</w:t>
      </w:r>
      <w:r>
        <w:t xml:space="preserve"> </w:t>
      </w:r>
      <w:r>
        <w:t>للمنشأة</w:t>
      </w:r>
      <w:r>
        <w:t xml:space="preserve"> </w:t>
      </w:r>
      <w:r>
        <w:t>الصغيرة</w:t>
      </w:r>
      <w:r>
        <w:t xml:space="preserve"> </w:t>
      </w:r>
      <w:r>
        <w:t>سجل</w:t>
      </w:r>
      <w:r>
        <w:t xml:space="preserve"> </w:t>
      </w:r>
      <w:r>
        <w:t>مخاطر</w:t>
      </w:r>
      <w:r>
        <w:t xml:space="preserve"> </w:t>
      </w:r>
      <w:r>
        <w:t>واضح</w:t>
      </w:r>
      <w:r>
        <w:t xml:space="preserve"> </w:t>
      </w:r>
      <w:r>
        <w:t>واجتماع</w:t>
      </w:r>
      <w:r>
        <w:t xml:space="preserve"> </w:t>
      </w:r>
      <w:r>
        <w:t>دوري</w:t>
      </w:r>
      <w:r>
        <w:t xml:space="preserve"> </w:t>
      </w:r>
      <w:r>
        <w:t>ومسؤوليات</w:t>
      </w:r>
      <w:r>
        <w:t xml:space="preserve"> </w:t>
      </w:r>
      <w:r>
        <w:t>محددة،</w:t>
      </w:r>
      <w:r>
        <w:t xml:space="preserve"> </w:t>
      </w:r>
      <w:r>
        <w:t>بينما</w:t>
      </w:r>
      <w:r>
        <w:t xml:space="preserve"> </w:t>
      </w:r>
      <w:r>
        <w:t>تحتاج</w:t>
      </w:r>
      <w:r>
        <w:t xml:space="preserve"> </w:t>
      </w:r>
      <w:r>
        <w:t>المنشآت</w:t>
      </w:r>
      <w:r>
        <w:t xml:space="preserve"> </w:t>
      </w:r>
      <w:r>
        <w:t>الأكثر</w:t>
      </w:r>
      <w:r>
        <w:t xml:space="preserve"> </w:t>
      </w:r>
      <w:r>
        <w:t>تعقيدًا</w:t>
      </w:r>
      <w:r>
        <w:t xml:space="preserve"> </w:t>
      </w:r>
      <w:r>
        <w:t>إلى</w:t>
      </w:r>
      <w:r>
        <w:t xml:space="preserve"> </w:t>
      </w:r>
      <w:r>
        <w:t>نماذج</w:t>
      </w:r>
      <w:r>
        <w:t xml:space="preserve"> </w:t>
      </w:r>
      <w:r>
        <w:t>وتحليلات</w:t>
      </w:r>
      <w:r>
        <w:t xml:space="preserve"> </w:t>
      </w:r>
      <w:r>
        <w:t>وأنظمة</w:t>
      </w:r>
      <w:r>
        <w:t xml:space="preserve"> </w:t>
      </w:r>
      <w:r>
        <w:t>أوسع</w:t>
      </w:r>
      <w:r>
        <w:t xml:space="preserve">. </w:t>
      </w:r>
      <w:r>
        <w:t>أما</w:t>
      </w:r>
      <w:r>
        <w:t xml:space="preserve"> </w:t>
      </w:r>
      <w:r>
        <w:t>الشمول</w:t>
      </w:r>
      <w:r>
        <w:t xml:space="preserve"> </w:t>
      </w:r>
      <w:r>
        <w:t>فيعني</w:t>
      </w:r>
      <w:r>
        <w:t xml:space="preserve"> </w:t>
      </w:r>
      <w:r>
        <w:t>النظر</w:t>
      </w:r>
      <w:r>
        <w:t xml:space="preserve"> </w:t>
      </w:r>
      <w:r>
        <w:t>إلى</w:t>
      </w:r>
      <w:r>
        <w:t xml:space="preserve"> </w:t>
      </w:r>
      <w:r>
        <w:t>وجهات</w:t>
      </w:r>
      <w:r>
        <w:t xml:space="preserve"> </w:t>
      </w:r>
      <w:r>
        <w:t>نظر</w:t>
      </w:r>
      <w:r>
        <w:t xml:space="preserve"> </w:t>
      </w:r>
      <w:r>
        <w:t>متعددة</w:t>
      </w:r>
      <w:r>
        <w:t xml:space="preserve"> </w:t>
      </w:r>
      <w:r>
        <w:t>وتجنب</w:t>
      </w:r>
      <w:r>
        <w:t xml:space="preserve"> </w:t>
      </w:r>
      <w:r>
        <w:t>الاعتماد</w:t>
      </w:r>
      <w:r>
        <w:t xml:space="preserve"> </w:t>
      </w:r>
      <w:r>
        <w:t>على</w:t>
      </w:r>
      <w:r>
        <w:t xml:space="preserve"> </w:t>
      </w:r>
      <w:r>
        <w:t>رأي</w:t>
      </w:r>
      <w:r>
        <w:t xml:space="preserve"> </w:t>
      </w:r>
      <w:r>
        <w:t>فرد</w:t>
      </w:r>
      <w:r>
        <w:t xml:space="preserve"> </w:t>
      </w:r>
      <w:r>
        <w:t>واحد</w:t>
      </w:r>
      <w:r>
        <w:t>.</w:t>
      </w:r>
    </w:p>
    <w:p w14:paraId="3DD82064" w14:textId="77777777" w:rsidR="00660561" w:rsidRDefault="005B109C">
      <w:pPr>
        <w:bidi/>
      </w:pPr>
      <w:r>
        <w:t>وتؤكد</w:t>
      </w:r>
      <w:r>
        <w:t xml:space="preserve"> </w:t>
      </w:r>
      <w:r>
        <w:t>الديناميكية</w:t>
      </w:r>
      <w:r>
        <w:t xml:space="preserve"> </w:t>
      </w:r>
      <w:r>
        <w:t>أن</w:t>
      </w:r>
      <w:r>
        <w:t xml:space="preserve"> </w:t>
      </w:r>
      <w:r>
        <w:t>سجل</w:t>
      </w:r>
      <w:r>
        <w:t xml:space="preserve"> </w:t>
      </w:r>
      <w:r>
        <w:t>المخاطر</w:t>
      </w:r>
      <w:r>
        <w:t xml:space="preserve"> </w:t>
      </w:r>
      <w:r>
        <w:t>ليس</w:t>
      </w:r>
      <w:r>
        <w:t xml:space="preserve"> </w:t>
      </w:r>
      <w:r>
        <w:t>وثيقة</w:t>
      </w:r>
      <w:r>
        <w:t xml:space="preserve"> </w:t>
      </w:r>
      <w:r>
        <w:t>ثابتة؛</w:t>
      </w:r>
      <w:r>
        <w:t xml:space="preserve"> </w:t>
      </w:r>
      <w:r>
        <w:t>إذ</w:t>
      </w:r>
      <w:r>
        <w:t xml:space="preserve"> </w:t>
      </w:r>
      <w:r>
        <w:t>يجب</w:t>
      </w:r>
      <w:r>
        <w:t xml:space="preserve"> </w:t>
      </w:r>
      <w:r>
        <w:t>تحديثه</w:t>
      </w:r>
      <w:r>
        <w:t xml:space="preserve"> </w:t>
      </w:r>
      <w:r>
        <w:t>عند</w:t>
      </w:r>
      <w:r>
        <w:t xml:space="preserve"> </w:t>
      </w:r>
      <w:r>
        <w:t>تغير</w:t>
      </w:r>
      <w:r>
        <w:t xml:space="preserve"> </w:t>
      </w:r>
      <w:r>
        <w:t>السوق</w:t>
      </w:r>
      <w:r>
        <w:t xml:space="preserve"> </w:t>
      </w:r>
      <w:r>
        <w:t>أو</w:t>
      </w:r>
      <w:r>
        <w:t xml:space="preserve"> </w:t>
      </w:r>
      <w:r>
        <w:t>النظام</w:t>
      </w:r>
      <w:r>
        <w:t xml:space="preserve"> </w:t>
      </w:r>
      <w:r>
        <w:t>أو</w:t>
      </w:r>
      <w:r>
        <w:t xml:space="preserve"> </w:t>
      </w:r>
      <w:r>
        <w:t>المنتج</w:t>
      </w:r>
      <w:r>
        <w:t xml:space="preserve"> </w:t>
      </w:r>
      <w:r>
        <w:t>أو</w:t>
      </w:r>
      <w:r>
        <w:t xml:space="preserve"> </w:t>
      </w:r>
      <w:r>
        <w:t>المورد</w:t>
      </w:r>
      <w:r>
        <w:t xml:space="preserve"> </w:t>
      </w:r>
      <w:r>
        <w:t>أو</w:t>
      </w:r>
      <w:r>
        <w:t xml:space="preserve"> </w:t>
      </w:r>
      <w:r>
        <w:t>التقنية،</w:t>
      </w:r>
      <w:r>
        <w:t xml:space="preserve"> </w:t>
      </w:r>
      <w:r>
        <w:t>وبعد</w:t>
      </w:r>
      <w:r>
        <w:t xml:space="preserve"> </w:t>
      </w:r>
      <w:r>
        <w:t>وقوع</w:t>
      </w:r>
      <w:r>
        <w:t xml:space="preserve"> </w:t>
      </w:r>
      <w:r>
        <w:t>حادث</w:t>
      </w:r>
      <w:r>
        <w:t xml:space="preserve"> </w:t>
      </w:r>
      <w:r>
        <w:t>أو</w:t>
      </w:r>
      <w:r>
        <w:t xml:space="preserve"> </w:t>
      </w:r>
      <w:r>
        <w:t>تنفيذ</w:t>
      </w:r>
      <w:r>
        <w:t xml:space="preserve"> </w:t>
      </w:r>
      <w:r>
        <w:t>اختبار</w:t>
      </w:r>
      <w:r>
        <w:t xml:space="preserve">. </w:t>
      </w:r>
      <w:r>
        <w:t>كما</w:t>
      </w:r>
      <w:r>
        <w:t xml:space="preserve"> </w:t>
      </w:r>
      <w:r>
        <w:t>تتطلب</w:t>
      </w:r>
      <w:r>
        <w:t xml:space="preserve"> </w:t>
      </w:r>
      <w:r>
        <w:t>مراعاة</w:t>
      </w:r>
      <w:r>
        <w:t xml:space="preserve"> </w:t>
      </w:r>
      <w:r>
        <w:t>العوامل</w:t>
      </w:r>
      <w:r>
        <w:t xml:space="preserve"> </w:t>
      </w:r>
      <w:r>
        <w:t>البشرية</w:t>
      </w:r>
      <w:r>
        <w:t xml:space="preserve"> </w:t>
      </w:r>
      <w:r>
        <w:t>بناء</w:t>
      </w:r>
      <w:r>
        <w:t xml:space="preserve"> </w:t>
      </w:r>
      <w:r>
        <w:t>ثقافة</w:t>
      </w:r>
      <w:r>
        <w:t xml:space="preserve"> </w:t>
      </w:r>
      <w:r>
        <w:t>تسمح</w:t>
      </w:r>
      <w:r>
        <w:t xml:space="preserve"> </w:t>
      </w:r>
      <w:r>
        <w:t>بالإبلاغ</w:t>
      </w:r>
      <w:r>
        <w:t xml:space="preserve"> </w:t>
      </w:r>
      <w:r>
        <w:t>عن</w:t>
      </w:r>
      <w:r>
        <w:t xml:space="preserve"> </w:t>
      </w:r>
      <w:r>
        <w:t>الأخطاء</w:t>
      </w:r>
      <w:r>
        <w:t xml:space="preserve"> </w:t>
      </w:r>
      <w:r>
        <w:t>والمؤشرات</w:t>
      </w:r>
      <w:r>
        <w:t xml:space="preserve"> </w:t>
      </w:r>
      <w:r>
        <w:t>المبكرة</w:t>
      </w:r>
      <w:r>
        <w:t xml:space="preserve"> </w:t>
      </w:r>
      <w:r>
        <w:t>من</w:t>
      </w:r>
      <w:r>
        <w:t xml:space="preserve"> </w:t>
      </w:r>
      <w:r>
        <w:t>دون</w:t>
      </w:r>
      <w:r>
        <w:t xml:space="preserve"> </w:t>
      </w:r>
      <w:r>
        <w:t>خوف</w:t>
      </w:r>
      <w:r>
        <w:t xml:space="preserve"> </w:t>
      </w:r>
      <w:r>
        <w:t>غير</w:t>
      </w:r>
      <w:r>
        <w:t xml:space="preserve"> </w:t>
      </w:r>
      <w:r>
        <w:t>مبرر،</w:t>
      </w:r>
      <w:r>
        <w:t xml:space="preserve"> </w:t>
      </w:r>
      <w:r>
        <w:t>لأن</w:t>
      </w:r>
      <w:r>
        <w:t xml:space="preserve"> </w:t>
      </w:r>
      <w:r>
        <w:t>إخفاء</w:t>
      </w:r>
      <w:r>
        <w:t xml:space="preserve"> </w:t>
      </w:r>
      <w:r>
        <w:t>المعلومات</w:t>
      </w:r>
      <w:r>
        <w:t xml:space="preserve"> </w:t>
      </w:r>
      <w:r>
        <w:t>أو</w:t>
      </w:r>
      <w:r>
        <w:t xml:space="preserve"> </w:t>
      </w:r>
      <w:r>
        <w:t>ضعف</w:t>
      </w:r>
      <w:r>
        <w:t xml:space="preserve"> </w:t>
      </w:r>
      <w:r>
        <w:t>الاتصال</w:t>
      </w:r>
      <w:r>
        <w:t xml:space="preserve"> </w:t>
      </w:r>
      <w:r>
        <w:t>يؤديان</w:t>
      </w:r>
      <w:r>
        <w:t xml:space="preserve"> </w:t>
      </w:r>
      <w:r>
        <w:t>إلى</w:t>
      </w:r>
      <w:r>
        <w:t xml:space="preserve"> </w:t>
      </w:r>
      <w:r>
        <w:t>تأخر</w:t>
      </w:r>
      <w:r>
        <w:t xml:space="preserve"> </w:t>
      </w:r>
      <w:r>
        <w:t>اكتشاف</w:t>
      </w:r>
      <w:r>
        <w:t xml:space="preserve"> </w:t>
      </w:r>
      <w:r>
        <w:t>الخطر</w:t>
      </w:r>
      <w:r>
        <w:t xml:space="preserve"> </w:t>
      </w:r>
      <w:r>
        <w:t>وتفاقم</w:t>
      </w:r>
      <w:r>
        <w:t xml:space="preserve"> </w:t>
      </w:r>
      <w:r>
        <w:t>أثره</w:t>
      </w:r>
      <w:r>
        <w:t>.</w:t>
      </w:r>
    </w:p>
    <w:p w14:paraId="275F72DF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1-9 </w:t>
      </w:r>
      <w:r>
        <w:rPr>
          <w:rFonts w:ascii="Arial" w:hAnsi="Arial" w:cs="Arial"/>
        </w:rPr>
        <w:t>أهداف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وأهمية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13C6A6FC" w14:textId="77777777" w:rsidR="00660561" w:rsidRDefault="005B109C">
      <w:pPr>
        <w:bidi/>
      </w:pPr>
      <w:r>
        <w:t>تسهم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في</w:t>
      </w:r>
      <w:r>
        <w:t xml:space="preserve"> </w:t>
      </w:r>
      <w:r>
        <w:t>رفع</w:t>
      </w:r>
      <w:r>
        <w:t xml:space="preserve"> </w:t>
      </w:r>
      <w:r>
        <w:t>احتمال</w:t>
      </w:r>
      <w:r>
        <w:t xml:space="preserve"> </w:t>
      </w:r>
      <w:r>
        <w:t>تحقيق</w:t>
      </w:r>
      <w:r>
        <w:t xml:space="preserve"> </w:t>
      </w:r>
      <w:r>
        <w:t>الأهداف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الكشف</w:t>
      </w:r>
      <w:r>
        <w:t xml:space="preserve"> </w:t>
      </w:r>
      <w:r>
        <w:t>المبكر</w:t>
      </w:r>
      <w:r>
        <w:t xml:space="preserve"> </w:t>
      </w:r>
      <w:r>
        <w:t>عن</w:t>
      </w:r>
      <w:r>
        <w:t xml:space="preserve"> </w:t>
      </w:r>
      <w:r>
        <w:t>العوامل</w:t>
      </w:r>
      <w:r>
        <w:t xml:space="preserve"> </w:t>
      </w:r>
      <w:r>
        <w:t>التي</w:t>
      </w:r>
      <w:r>
        <w:t xml:space="preserve"> </w:t>
      </w:r>
      <w:r>
        <w:t>قد</w:t>
      </w:r>
      <w:r>
        <w:t xml:space="preserve"> </w:t>
      </w:r>
      <w:r>
        <w:t>تمنعها،</w:t>
      </w:r>
      <w:r>
        <w:t xml:space="preserve"> </w:t>
      </w:r>
      <w:r>
        <w:t>وتحسين</w:t>
      </w:r>
      <w:r>
        <w:t xml:space="preserve"> </w:t>
      </w:r>
      <w:r>
        <w:t>تخصيص</w:t>
      </w:r>
      <w:r>
        <w:t xml:space="preserve"> </w:t>
      </w:r>
      <w:r>
        <w:t>الموارد</w:t>
      </w:r>
      <w:r>
        <w:t xml:space="preserve"> </w:t>
      </w:r>
      <w:r>
        <w:t>نحو</w:t>
      </w:r>
      <w:r>
        <w:t xml:space="preserve"> </w:t>
      </w:r>
      <w:r>
        <w:t>الأولويات،</w:t>
      </w:r>
      <w:r>
        <w:t xml:space="preserve"> </w:t>
      </w:r>
      <w:r>
        <w:t>وتقليل</w:t>
      </w:r>
      <w:r>
        <w:t xml:space="preserve"> </w:t>
      </w:r>
      <w:r>
        <w:t>المفاجآت</w:t>
      </w:r>
      <w:r>
        <w:t xml:space="preserve"> </w:t>
      </w:r>
      <w:r>
        <w:t>والخسائر</w:t>
      </w:r>
      <w:r>
        <w:t xml:space="preserve"> </w:t>
      </w:r>
      <w:r>
        <w:t>التشغيلية،</w:t>
      </w:r>
      <w:r>
        <w:t xml:space="preserve"> </w:t>
      </w:r>
      <w:r>
        <w:t>ودعم</w:t>
      </w:r>
      <w:r>
        <w:t xml:space="preserve"> </w:t>
      </w:r>
      <w:r>
        <w:t>سلامة</w:t>
      </w:r>
      <w:r>
        <w:t xml:space="preserve"> </w:t>
      </w:r>
      <w:r>
        <w:t>الأفراد</w:t>
      </w:r>
      <w:r>
        <w:t xml:space="preserve"> </w:t>
      </w:r>
      <w:r>
        <w:t>وحماية</w:t>
      </w:r>
      <w:r>
        <w:t xml:space="preserve"> </w:t>
      </w:r>
      <w:r>
        <w:t>الأصول</w:t>
      </w:r>
      <w:r>
        <w:t xml:space="preserve"> </w:t>
      </w:r>
      <w:r>
        <w:t>والبيانات</w:t>
      </w:r>
      <w:r>
        <w:t xml:space="preserve"> </w:t>
      </w:r>
      <w:r>
        <w:t>والسمعة</w:t>
      </w:r>
      <w:r>
        <w:t xml:space="preserve">. </w:t>
      </w:r>
      <w:r>
        <w:t>كما</w:t>
      </w:r>
      <w:r>
        <w:t xml:space="preserve"> </w:t>
      </w:r>
      <w:r>
        <w:t>تحسن</w:t>
      </w:r>
      <w:r>
        <w:t xml:space="preserve"> </w:t>
      </w:r>
      <w:r>
        <w:t>جودة</w:t>
      </w:r>
      <w:r>
        <w:t xml:space="preserve"> </w:t>
      </w:r>
      <w:r>
        <w:t>القرار</w:t>
      </w:r>
      <w:r>
        <w:t xml:space="preserve"> </w:t>
      </w:r>
      <w:r>
        <w:t>عبر</w:t>
      </w:r>
      <w:r>
        <w:t xml:space="preserve"> </w:t>
      </w:r>
      <w:r>
        <w:t>مقارنة</w:t>
      </w:r>
      <w:r>
        <w:t xml:space="preserve"> </w:t>
      </w:r>
      <w:r>
        <w:t>البدائل</w:t>
      </w:r>
      <w:r>
        <w:t xml:space="preserve"> </w:t>
      </w:r>
      <w:r>
        <w:t>في</w:t>
      </w:r>
      <w:r>
        <w:t xml:space="preserve"> </w:t>
      </w:r>
      <w:r>
        <w:t>ضوء</w:t>
      </w:r>
      <w:r>
        <w:t xml:space="preserve"> </w:t>
      </w:r>
      <w:r>
        <w:t>الاحتمال</w:t>
      </w:r>
      <w:r>
        <w:t xml:space="preserve"> </w:t>
      </w:r>
      <w:r>
        <w:t>والأثر</w:t>
      </w:r>
      <w:r>
        <w:t xml:space="preserve"> </w:t>
      </w:r>
      <w:r>
        <w:t>والكلفة</w:t>
      </w:r>
      <w:r>
        <w:t xml:space="preserve"> </w:t>
      </w:r>
      <w:r>
        <w:t>والقدرة</w:t>
      </w:r>
      <w:r>
        <w:t xml:space="preserve"> </w:t>
      </w:r>
      <w:r>
        <w:t>على</w:t>
      </w:r>
      <w:r>
        <w:t xml:space="preserve"> </w:t>
      </w:r>
      <w:r>
        <w:t>التحمل،</w:t>
      </w:r>
      <w:r>
        <w:t xml:space="preserve"> </w:t>
      </w:r>
      <w:r>
        <w:t>وتوضح</w:t>
      </w:r>
      <w:r>
        <w:t xml:space="preserve"> </w:t>
      </w:r>
      <w:r>
        <w:t>مستوى</w:t>
      </w:r>
      <w:r>
        <w:t xml:space="preserve"> </w:t>
      </w:r>
      <w:r>
        <w:t>التعرض</w:t>
      </w:r>
      <w:r>
        <w:t xml:space="preserve"> </w:t>
      </w:r>
      <w:r>
        <w:t>الذي</w:t>
      </w:r>
      <w:r>
        <w:t xml:space="preserve"> </w:t>
      </w:r>
      <w:r>
        <w:t>تقبله</w:t>
      </w:r>
      <w:r>
        <w:t xml:space="preserve"> </w:t>
      </w:r>
      <w:r>
        <w:t>المنشأة</w:t>
      </w:r>
      <w:r>
        <w:t xml:space="preserve"> </w:t>
      </w:r>
      <w:r>
        <w:t>مقابل</w:t>
      </w:r>
      <w:r>
        <w:t xml:space="preserve"> </w:t>
      </w:r>
      <w:r>
        <w:t>أهدافها</w:t>
      </w:r>
      <w:r>
        <w:t>.</w:t>
      </w:r>
    </w:p>
    <w:p w14:paraId="4700E072" w14:textId="77777777" w:rsidR="00660561" w:rsidRDefault="005B109C">
      <w:pPr>
        <w:bidi/>
      </w:pPr>
      <w:r>
        <w:t>وتدعم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الحوكمة</w:t>
      </w:r>
      <w:r>
        <w:t xml:space="preserve"> </w:t>
      </w:r>
      <w:r>
        <w:t>والمساءلة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تحديد</w:t>
      </w:r>
      <w:r>
        <w:t xml:space="preserve"> </w:t>
      </w:r>
      <w:r>
        <w:t>مالك</w:t>
      </w:r>
      <w:r>
        <w:t xml:space="preserve"> </w:t>
      </w:r>
      <w:r>
        <w:t>كل</w:t>
      </w:r>
      <w:r>
        <w:t xml:space="preserve"> </w:t>
      </w:r>
      <w:r>
        <w:t>خطر</w:t>
      </w:r>
      <w:r>
        <w:t xml:space="preserve"> </w:t>
      </w:r>
      <w:r>
        <w:t>والمسؤول</w:t>
      </w:r>
      <w:r>
        <w:t xml:space="preserve"> </w:t>
      </w:r>
      <w:r>
        <w:t>عن</w:t>
      </w:r>
      <w:r>
        <w:t xml:space="preserve"> </w:t>
      </w:r>
      <w:r>
        <w:t>تنفيذ</w:t>
      </w:r>
      <w:r>
        <w:t xml:space="preserve"> </w:t>
      </w:r>
      <w:r>
        <w:t>المعالجة</w:t>
      </w:r>
      <w:r>
        <w:t xml:space="preserve"> </w:t>
      </w:r>
      <w:r>
        <w:t>ومتابعة</w:t>
      </w:r>
      <w:r>
        <w:t xml:space="preserve"> </w:t>
      </w:r>
      <w:r>
        <w:t>فاعلية</w:t>
      </w:r>
      <w:r>
        <w:t xml:space="preserve"> </w:t>
      </w:r>
      <w:r>
        <w:t>الضوابط</w:t>
      </w:r>
      <w:r>
        <w:t xml:space="preserve">. </w:t>
      </w:r>
      <w:r>
        <w:t>كما</w:t>
      </w:r>
      <w:r>
        <w:t xml:space="preserve"> </w:t>
      </w:r>
      <w:r>
        <w:t>تساعد</w:t>
      </w:r>
      <w:r>
        <w:t xml:space="preserve"> </w:t>
      </w:r>
      <w:r>
        <w:t>على</w:t>
      </w:r>
      <w:r>
        <w:t xml:space="preserve"> </w:t>
      </w:r>
      <w:r>
        <w:t>الالتزام</w:t>
      </w:r>
      <w:r>
        <w:t xml:space="preserve"> </w:t>
      </w:r>
      <w:r>
        <w:t>بالمتطلبات</w:t>
      </w:r>
      <w:r>
        <w:t xml:space="preserve"> </w:t>
      </w:r>
      <w:r>
        <w:t>النظامية</w:t>
      </w:r>
      <w:r>
        <w:t xml:space="preserve"> </w:t>
      </w:r>
      <w:r>
        <w:t>والتعاقدية،</w:t>
      </w:r>
      <w:r>
        <w:t xml:space="preserve"> </w:t>
      </w:r>
      <w:r>
        <w:t>وتحسن</w:t>
      </w:r>
      <w:r>
        <w:t xml:space="preserve"> </w:t>
      </w:r>
      <w:r>
        <w:t>ثقة</w:t>
      </w:r>
      <w:r>
        <w:t xml:space="preserve"> </w:t>
      </w:r>
      <w:r>
        <w:t>العملاء</w:t>
      </w:r>
      <w:r>
        <w:t xml:space="preserve"> </w:t>
      </w:r>
      <w:r>
        <w:t>والموردين</w:t>
      </w:r>
      <w:r>
        <w:t xml:space="preserve"> </w:t>
      </w:r>
      <w:r>
        <w:t>والممولين،</w:t>
      </w:r>
      <w:r>
        <w:t xml:space="preserve"> </w:t>
      </w:r>
      <w:r>
        <w:t>وتوفر</w:t>
      </w:r>
      <w:r>
        <w:t xml:space="preserve"> </w:t>
      </w:r>
      <w:r>
        <w:t>معلومات</w:t>
      </w:r>
      <w:r>
        <w:t xml:space="preserve"> </w:t>
      </w:r>
      <w:r>
        <w:t>أكثر</w:t>
      </w:r>
      <w:r>
        <w:t xml:space="preserve"> </w:t>
      </w:r>
      <w:r>
        <w:t>دقة</w:t>
      </w:r>
      <w:r>
        <w:t xml:space="preserve"> </w:t>
      </w:r>
      <w:r>
        <w:t>للتخطيط</w:t>
      </w:r>
      <w:r>
        <w:t xml:space="preserve"> </w:t>
      </w:r>
      <w:r>
        <w:t>والميزانية</w:t>
      </w:r>
      <w:r>
        <w:t xml:space="preserve">. </w:t>
      </w:r>
      <w:r>
        <w:t>وعند</w:t>
      </w:r>
      <w:r>
        <w:t xml:space="preserve"> </w:t>
      </w:r>
      <w:r>
        <w:t>ربط</w:t>
      </w:r>
      <w:r>
        <w:t xml:space="preserve"> </w:t>
      </w:r>
      <w:r>
        <w:t>المخاطر</w:t>
      </w:r>
      <w:r>
        <w:t xml:space="preserve"> </w:t>
      </w:r>
      <w:r>
        <w:t>بالعمليات</w:t>
      </w:r>
      <w:r>
        <w:t xml:space="preserve"> </w:t>
      </w:r>
      <w:r>
        <w:t>الحرجة،</w:t>
      </w:r>
      <w:r>
        <w:t xml:space="preserve"> </w:t>
      </w:r>
      <w:r>
        <w:t>تصبح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أساسًا</w:t>
      </w:r>
      <w:r>
        <w:t xml:space="preserve"> </w:t>
      </w:r>
      <w:r>
        <w:t>مباشرًا</w:t>
      </w:r>
      <w:r>
        <w:t xml:space="preserve"> </w:t>
      </w:r>
      <w:r>
        <w:t>للاستعداد</w:t>
      </w:r>
      <w:r>
        <w:t xml:space="preserve"> </w:t>
      </w:r>
      <w:r>
        <w:t>للاضطرابات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>.</w:t>
      </w:r>
    </w:p>
    <w:p w14:paraId="07AF5986" w14:textId="77777777" w:rsidR="00660561" w:rsidRDefault="005B109C">
      <w:pPr>
        <w:bidi/>
      </w:pPr>
      <w:r>
        <w:t>بالنسبة</w:t>
      </w:r>
      <w:r>
        <w:t xml:space="preserve"> </w:t>
      </w:r>
      <w:r>
        <w:t>إلى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تساعد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على</w:t>
      </w:r>
      <w:r>
        <w:t xml:space="preserve"> </w:t>
      </w:r>
      <w:r>
        <w:t>توجيه</w:t>
      </w:r>
      <w:r>
        <w:t xml:space="preserve"> </w:t>
      </w:r>
      <w:r>
        <w:t>الموارد</w:t>
      </w:r>
      <w:r>
        <w:t xml:space="preserve"> </w:t>
      </w:r>
      <w:r>
        <w:t>المحدودة</w:t>
      </w:r>
      <w:r>
        <w:t xml:space="preserve"> </w:t>
      </w:r>
      <w:r>
        <w:t>إلى</w:t>
      </w:r>
      <w:r>
        <w:t xml:space="preserve"> </w:t>
      </w:r>
      <w:r>
        <w:t>المخاطر</w:t>
      </w:r>
      <w:r>
        <w:t xml:space="preserve"> </w:t>
      </w:r>
      <w:r>
        <w:t>ذات</w:t>
      </w:r>
      <w:r>
        <w:t xml:space="preserve"> </w:t>
      </w:r>
      <w:r>
        <w:t>الأثر</w:t>
      </w:r>
      <w:r>
        <w:t xml:space="preserve"> </w:t>
      </w:r>
      <w:r>
        <w:t>الأكبر</w:t>
      </w:r>
      <w:r>
        <w:t xml:space="preserve"> </w:t>
      </w:r>
      <w:r>
        <w:t>بدل</w:t>
      </w:r>
      <w:r>
        <w:t xml:space="preserve"> </w:t>
      </w:r>
      <w:r>
        <w:t>توزيعها</w:t>
      </w:r>
      <w:r>
        <w:t xml:space="preserve"> </w:t>
      </w:r>
      <w:r>
        <w:t>بالتساوي</w:t>
      </w:r>
      <w:r>
        <w:t xml:space="preserve">. </w:t>
      </w:r>
      <w:r>
        <w:t>كما</w:t>
      </w:r>
      <w:r>
        <w:t xml:space="preserve"> </w:t>
      </w:r>
      <w:r>
        <w:t>تكشف</w:t>
      </w:r>
      <w:r>
        <w:t xml:space="preserve"> </w:t>
      </w:r>
      <w:r>
        <w:t>نقاط</w:t>
      </w:r>
      <w:r>
        <w:t xml:space="preserve"> </w:t>
      </w:r>
      <w:r>
        <w:t>الاعتماد</w:t>
      </w:r>
      <w:r>
        <w:t xml:space="preserve"> </w:t>
      </w:r>
      <w:r>
        <w:t>الحرجة،</w:t>
      </w:r>
      <w:r>
        <w:t xml:space="preserve"> </w:t>
      </w:r>
      <w:r>
        <w:t>مثل</w:t>
      </w:r>
      <w:r>
        <w:t xml:space="preserve"> </w:t>
      </w:r>
      <w:r>
        <w:t>موظف</w:t>
      </w:r>
      <w:r>
        <w:t xml:space="preserve"> </w:t>
      </w:r>
      <w:r>
        <w:t>واحد</w:t>
      </w:r>
      <w:r>
        <w:t xml:space="preserve"> </w:t>
      </w:r>
      <w:r>
        <w:lastRenderedPageBreak/>
        <w:t>أو</w:t>
      </w:r>
      <w:r>
        <w:t xml:space="preserve"> </w:t>
      </w:r>
      <w:r>
        <w:t>مورد</w:t>
      </w:r>
      <w:r>
        <w:t xml:space="preserve"> </w:t>
      </w:r>
      <w:r>
        <w:t>وحيد</w:t>
      </w:r>
      <w:r>
        <w:t xml:space="preserve"> </w:t>
      </w:r>
      <w:r>
        <w:t>أو</w:t>
      </w:r>
      <w:r>
        <w:t xml:space="preserve"> </w:t>
      </w:r>
      <w:r>
        <w:t>منصة</w:t>
      </w:r>
      <w:r>
        <w:t xml:space="preserve"> </w:t>
      </w:r>
      <w:r>
        <w:t>غير</w:t>
      </w:r>
      <w:r>
        <w:t xml:space="preserve"> </w:t>
      </w:r>
      <w:r>
        <w:t>مدعومة،</w:t>
      </w:r>
      <w:r>
        <w:t xml:space="preserve"> </w:t>
      </w:r>
      <w:r>
        <w:t>وتتيح</w:t>
      </w:r>
      <w:r>
        <w:t xml:space="preserve"> </w:t>
      </w:r>
      <w:r>
        <w:t>وضع</w:t>
      </w:r>
      <w:r>
        <w:t xml:space="preserve"> </w:t>
      </w:r>
      <w:r>
        <w:t>بدائل</w:t>
      </w:r>
      <w:r>
        <w:t xml:space="preserve"> </w:t>
      </w:r>
      <w:r>
        <w:t>بسيطة</w:t>
      </w:r>
      <w:r>
        <w:t xml:space="preserve"> </w:t>
      </w:r>
      <w:r>
        <w:t>قبل</w:t>
      </w:r>
      <w:r>
        <w:t xml:space="preserve"> </w:t>
      </w:r>
      <w:r>
        <w:t>وقوع</w:t>
      </w:r>
      <w:r>
        <w:t xml:space="preserve"> </w:t>
      </w:r>
      <w:r>
        <w:t>التعطل</w:t>
      </w:r>
      <w:r>
        <w:t xml:space="preserve">. </w:t>
      </w:r>
      <w:r>
        <w:t>وبذلك</w:t>
      </w:r>
      <w:r>
        <w:t xml:space="preserve"> </w:t>
      </w:r>
      <w:r>
        <w:t>تكون</w:t>
      </w:r>
      <w:r>
        <w:t xml:space="preserve"> </w:t>
      </w:r>
      <w:r>
        <w:t>قيمة</w:t>
      </w:r>
      <w:r>
        <w:t xml:space="preserve"> </w:t>
      </w:r>
      <w:r>
        <w:t>الإدارة</w:t>
      </w:r>
      <w:r>
        <w:t xml:space="preserve"> </w:t>
      </w:r>
      <w:r>
        <w:t>الفعالة</w:t>
      </w:r>
      <w:r>
        <w:t xml:space="preserve"> </w:t>
      </w:r>
      <w:r>
        <w:t>للمخاطر</w:t>
      </w:r>
      <w:r>
        <w:t xml:space="preserve"> </w:t>
      </w:r>
      <w:r>
        <w:t>في</w:t>
      </w:r>
      <w:r>
        <w:t xml:space="preserve"> </w:t>
      </w:r>
      <w:r>
        <w:t>القرارات</w:t>
      </w:r>
      <w:r>
        <w:t xml:space="preserve"> </w:t>
      </w:r>
      <w:r>
        <w:t>والإجراءات</w:t>
      </w:r>
      <w:r>
        <w:t xml:space="preserve"> </w:t>
      </w:r>
      <w:r>
        <w:t>التي</w:t>
      </w:r>
      <w:r>
        <w:t xml:space="preserve"> </w:t>
      </w:r>
      <w:r>
        <w:t>تنتج</w:t>
      </w:r>
      <w:r>
        <w:t xml:space="preserve"> </w:t>
      </w:r>
      <w:r>
        <w:t>عنها،</w:t>
      </w:r>
      <w:r>
        <w:t xml:space="preserve"> </w:t>
      </w:r>
      <w:r>
        <w:t>لا</w:t>
      </w:r>
      <w:r>
        <w:t xml:space="preserve"> </w:t>
      </w:r>
      <w:r>
        <w:t>في</w:t>
      </w:r>
      <w:r>
        <w:t xml:space="preserve"> </w:t>
      </w:r>
      <w:r>
        <w:t>عدد</w:t>
      </w:r>
      <w:r>
        <w:t xml:space="preserve"> </w:t>
      </w:r>
      <w:r>
        <w:t>النماذج</w:t>
      </w:r>
      <w:r>
        <w:t xml:space="preserve"> </w:t>
      </w:r>
      <w:r>
        <w:t>والتقارير</w:t>
      </w:r>
      <w:r>
        <w:t>.</w:t>
      </w:r>
    </w:p>
    <w:p w14:paraId="6D0A1091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1-10 </w:t>
      </w:r>
      <w:r>
        <w:rPr>
          <w:rFonts w:ascii="Arial" w:hAnsi="Arial" w:cs="Arial"/>
        </w:rPr>
        <w:t>خطوات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362A6EEE" w14:textId="77777777" w:rsidR="00660561" w:rsidRDefault="005B109C">
      <w:pPr>
        <w:bidi/>
      </w:pPr>
      <w:r>
        <w:t>تتكون</w:t>
      </w:r>
      <w:r>
        <w:t xml:space="preserve"> </w:t>
      </w:r>
      <w:r>
        <w:t>عملية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من</w:t>
      </w:r>
      <w:r>
        <w:t xml:space="preserve"> </w:t>
      </w:r>
      <w:r>
        <w:t>خطوات</w:t>
      </w:r>
      <w:r>
        <w:t xml:space="preserve"> </w:t>
      </w:r>
      <w:r>
        <w:t>مترابطة</w:t>
      </w:r>
      <w:r>
        <w:t xml:space="preserve"> </w:t>
      </w:r>
      <w:r>
        <w:t>ومتكررة،</w:t>
      </w:r>
      <w:r>
        <w:t xml:space="preserve"> </w:t>
      </w:r>
      <w:r>
        <w:t>تسبقها</w:t>
      </w:r>
      <w:r>
        <w:t xml:space="preserve"> </w:t>
      </w:r>
      <w:r>
        <w:t>عملية</w:t>
      </w:r>
      <w:r>
        <w:t xml:space="preserve"> </w:t>
      </w:r>
      <w:r>
        <w:t>تحديد</w:t>
      </w:r>
      <w:r>
        <w:t xml:space="preserve"> </w:t>
      </w:r>
      <w:r>
        <w:t>النطاق</w:t>
      </w:r>
      <w:r>
        <w:t xml:space="preserve"> </w:t>
      </w:r>
      <w:r>
        <w:t>والسياق</w:t>
      </w:r>
      <w:r>
        <w:t xml:space="preserve"> </w:t>
      </w:r>
      <w:r>
        <w:t>والمعايير،</w:t>
      </w:r>
      <w:r>
        <w:t xml:space="preserve"> </w:t>
      </w:r>
      <w:r>
        <w:t>وتصاحبها</w:t>
      </w:r>
      <w:r>
        <w:t xml:space="preserve"> </w:t>
      </w:r>
      <w:r>
        <w:t>عمليتا</w:t>
      </w:r>
      <w:r>
        <w:t xml:space="preserve"> </w:t>
      </w:r>
      <w:r>
        <w:t>الاتصال</w:t>
      </w:r>
      <w:r>
        <w:t xml:space="preserve"> </w:t>
      </w:r>
      <w:r>
        <w:t>والتشاور</w:t>
      </w:r>
      <w:r>
        <w:t xml:space="preserve"> </w:t>
      </w:r>
      <w:r>
        <w:t>والتسجيل</w:t>
      </w:r>
      <w:r>
        <w:t xml:space="preserve"> </w:t>
      </w:r>
      <w:r>
        <w:t>وإعداد</w:t>
      </w:r>
      <w:r>
        <w:t xml:space="preserve"> </w:t>
      </w:r>
      <w:r>
        <w:t>التقارير</w:t>
      </w:r>
      <w:r>
        <w:t xml:space="preserve">. </w:t>
      </w:r>
      <w:r>
        <w:t>ولا</w:t>
      </w:r>
      <w:r>
        <w:t xml:space="preserve"> </w:t>
      </w:r>
      <w:r>
        <w:t>تنتهي</w:t>
      </w:r>
      <w:r>
        <w:t xml:space="preserve"> </w:t>
      </w:r>
      <w:r>
        <w:t>العملية</w:t>
      </w:r>
      <w:r>
        <w:t xml:space="preserve"> </w:t>
      </w:r>
      <w:r>
        <w:t>بإعداد</w:t>
      </w:r>
      <w:r>
        <w:t xml:space="preserve"> </w:t>
      </w:r>
      <w:r>
        <w:t>سجل</w:t>
      </w:r>
      <w:r>
        <w:t xml:space="preserve"> </w:t>
      </w:r>
      <w:r>
        <w:t>المخاطر،</w:t>
      </w:r>
      <w:r>
        <w:t xml:space="preserve"> </w:t>
      </w:r>
      <w:r>
        <w:t>بل</w:t>
      </w:r>
      <w:r>
        <w:t xml:space="preserve"> </w:t>
      </w:r>
      <w:r>
        <w:t>تستمر</w:t>
      </w:r>
      <w:r>
        <w:t xml:space="preserve"> </w:t>
      </w:r>
      <w:r>
        <w:t>بالمراقبة</w:t>
      </w:r>
      <w:r>
        <w:t xml:space="preserve"> </w:t>
      </w:r>
      <w:r>
        <w:t>والمراجعة</w:t>
      </w:r>
      <w:r>
        <w:t xml:space="preserve"> </w:t>
      </w:r>
      <w:r>
        <w:t>والتعلم</w:t>
      </w:r>
      <w:r>
        <w:t xml:space="preserve">. </w:t>
      </w:r>
      <w:r>
        <w:t>ويمكن</w:t>
      </w:r>
      <w:r>
        <w:t xml:space="preserve"> </w:t>
      </w:r>
      <w:r>
        <w:t>شرح</w:t>
      </w:r>
      <w:r>
        <w:t xml:space="preserve"> </w:t>
      </w:r>
      <w:r>
        <w:t>خطواتها</w:t>
      </w:r>
      <w:r>
        <w:t xml:space="preserve"> </w:t>
      </w:r>
      <w:r>
        <w:t>على</w:t>
      </w:r>
      <w:r>
        <w:t xml:space="preserve"> </w:t>
      </w:r>
      <w:r>
        <w:t>النحو</w:t>
      </w:r>
      <w:r>
        <w:t xml:space="preserve"> </w:t>
      </w:r>
      <w:r>
        <w:t>الآتي</w:t>
      </w:r>
      <w:r>
        <w:t>:</w:t>
      </w:r>
    </w:p>
    <w:p w14:paraId="14EE7BCD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1-10-1 </w:t>
      </w:r>
      <w:r>
        <w:rPr>
          <w:rFonts w:ascii="Arial" w:hAnsi="Arial" w:cs="Arial"/>
        </w:rPr>
        <w:t>تحديد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النطاق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والسياق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ومعايير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1C102B0F" w14:textId="77777777" w:rsidR="00660561" w:rsidRDefault="005B109C">
      <w:pPr>
        <w:bidi/>
      </w:pPr>
      <w:r>
        <w:t>تبدأ</w:t>
      </w:r>
      <w:r>
        <w:t xml:space="preserve"> </w:t>
      </w:r>
      <w:r>
        <w:t>العملية</w:t>
      </w:r>
      <w:r>
        <w:t xml:space="preserve"> </w:t>
      </w:r>
      <w:r>
        <w:t>بتحديد</w:t>
      </w:r>
      <w:r>
        <w:t xml:space="preserve"> </w:t>
      </w:r>
      <w:r>
        <w:t>النشاط</w:t>
      </w:r>
      <w:r>
        <w:t xml:space="preserve"> </w:t>
      </w:r>
      <w:r>
        <w:t>أو</w:t>
      </w:r>
      <w:r>
        <w:t xml:space="preserve"> </w:t>
      </w:r>
      <w:r>
        <w:t>القرار</w:t>
      </w:r>
      <w:r>
        <w:t xml:space="preserve"> </w:t>
      </w:r>
      <w:r>
        <w:t>أو</w:t>
      </w:r>
      <w:r>
        <w:t xml:space="preserve"> </w:t>
      </w:r>
      <w:r>
        <w:t>المشروع</w:t>
      </w:r>
      <w:r>
        <w:t xml:space="preserve"> </w:t>
      </w:r>
      <w:r>
        <w:t>الذي</w:t>
      </w:r>
      <w:r>
        <w:t xml:space="preserve"> </w:t>
      </w:r>
      <w:r>
        <w:t>سيطبق</w:t>
      </w:r>
      <w:r>
        <w:t xml:space="preserve"> </w:t>
      </w:r>
      <w:r>
        <w:t>عليه</w:t>
      </w:r>
      <w:r>
        <w:t xml:space="preserve"> </w:t>
      </w:r>
      <w:r>
        <w:t>تقييم</w:t>
      </w:r>
      <w:r>
        <w:t xml:space="preserve"> </w:t>
      </w:r>
      <w:r>
        <w:t>المخاطر،</w:t>
      </w:r>
      <w:r>
        <w:t xml:space="preserve"> </w:t>
      </w:r>
      <w:r>
        <w:t>والأهداف</w:t>
      </w:r>
      <w:r>
        <w:t xml:space="preserve"> </w:t>
      </w:r>
      <w:r>
        <w:t>المراد</w:t>
      </w:r>
      <w:r>
        <w:t xml:space="preserve"> </w:t>
      </w:r>
      <w:r>
        <w:t>حمايتها،</w:t>
      </w:r>
      <w:r>
        <w:t xml:space="preserve"> </w:t>
      </w:r>
      <w:r>
        <w:t>والمدة</w:t>
      </w:r>
      <w:r>
        <w:t xml:space="preserve"> </w:t>
      </w:r>
      <w:r>
        <w:t>الزمنية،</w:t>
      </w:r>
      <w:r>
        <w:t xml:space="preserve"> </w:t>
      </w:r>
      <w:r>
        <w:t>والأطراف</w:t>
      </w:r>
      <w:r>
        <w:t xml:space="preserve"> </w:t>
      </w:r>
      <w:r>
        <w:t>المعنية،</w:t>
      </w:r>
      <w:r>
        <w:t xml:space="preserve"> </w:t>
      </w:r>
      <w:r>
        <w:t>والبيئة</w:t>
      </w:r>
      <w:r>
        <w:t xml:space="preserve"> </w:t>
      </w:r>
      <w:r>
        <w:t>الداخلية</w:t>
      </w:r>
      <w:r>
        <w:t xml:space="preserve"> </w:t>
      </w:r>
      <w:r>
        <w:t>والخارجية</w:t>
      </w:r>
      <w:r>
        <w:t xml:space="preserve">. </w:t>
      </w:r>
      <w:r>
        <w:t>كما</w:t>
      </w:r>
      <w:r>
        <w:t xml:space="preserve"> </w:t>
      </w:r>
      <w:r>
        <w:t>تُحدد</w:t>
      </w:r>
      <w:r>
        <w:t xml:space="preserve"> </w:t>
      </w:r>
      <w:r>
        <w:t>معايير</w:t>
      </w:r>
      <w:r>
        <w:t xml:space="preserve"> </w:t>
      </w:r>
      <w:r>
        <w:t>تقييم</w:t>
      </w:r>
      <w:r>
        <w:t xml:space="preserve"> </w:t>
      </w:r>
      <w:r>
        <w:t>الاحتمال</w:t>
      </w:r>
      <w:r>
        <w:t xml:space="preserve"> </w:t>
      </w:r>
      <w:r>
        <w:t>والأثر،</w:t>
      </w:r>
      <w:r>
        <w:t xml:space="preserve"> </w:t>
      </w:r>
      <w:r>
        <w:t>وحدود</w:t>
      </w:r>
      <w:r>
        <w:t xml:space="preserve"> </w:t>
      </w:r>
      <w:r>
        <w:t>القبول</w:t>
      </w:r>
      <w:r>
        <w:t xml:space="preserve"> </w:t>
      </w:r>
      <w:r>
        <w:t>والتصعيد،</w:t>
      </w:r>
      <w:r>
        <w:t xml:space="preserve"> </w:t>
      </w:r>
      <w:r>
        <w:t>وشهية</w:t>
      </w:r>
      <w:r>
        <w:t xml:space="preserve"> </w:t>
      </w:r>
      <w:r>
        <w:t>المخاطر</w:t>
      </w:r>
      <w:r>
        <w:t xml:space="preserve">. </w:t>
      </w:r>
      <w:r>
        <w:t>وتمنع</w:t>
      </w:r>
      <w:r>
        <w:t xml:space="preserve"> </w:t>
      </w:r>
      <w:r>
        <w:t>هذه</w:t>
      </w:r>
      <w:r>
        <w:t xml:space="preserve"> </w:t>
      </w:r>
      <w:r>
        <w:t>الخطوة</w:t>
      </w:r>
      <w:r>
        <w:t xml:space="preserve"> </w:t>
      </w:r>
      <w:r>
        <w:t>اختلاف</w:t>
      </w:r>
      <w:r>
        <w:t xml:space="preserve"> </w:t>
      </w:r>
      <w:r>
        <w:t>التقديرات</w:t>
      </w:r>
      <w:r>
        <w:t xml:space="preserve"> </w:t>
      </w:r>
      <w:r>
        <w:t>أو</w:t>
      </w:r>
      <w:r>
        <w:t xml:space="preserve"> </w:t>
      </w:r>
      <w:r>
        <w:t>تقييم</w:t>
      </w:r>
      <w:r>
        <w:t xml:space="preserve"> </w:t>
      </w:r>
      <w:r>
        <w:t>مخاطر</w:t>
      </w:r>
      <w:r>
        <w:t xml:space="preserve"> </w:t>
      </w:r>
      <w:r>
        <w:t>لا</w:t>
      </w:r>
      <w:r>
        <w:t xml:space="preserve"> </w:t>
      </w:r>
      <w:r>
        <w:t>ترتبط</w:t>
      </w:r>
      <w:r>
        <w:t xml:space="preserve"> </w:t>
      </w:r>
      <w:r>
        <w:t>بأهداف</w:t>
      </w:r>
      <w:r>
        <w:t xml:space="preserve"> </w:t>
      </w:r>
      <w:r>
        <w:t>واضحة</w:t>
      </w:r>
      <w:r>
        <w:t>.</w:t>
      </w:r>
    </w:p>
    <w:p w14:paraId="3350B225" w14:textId="77777777" w:rsidR="00660561" w:rsidRDefault="005B109C">
      <w:pPr>
        <w:bidi/>
      </w:pPr>
      <w:r>
        <w:t>يشمل</w:t>
      </w:r>
      <w:r>
        <w:t xml:space="preserve"> </w:t>
      </w:r>
      <w:r>
        <w:t>السياق</w:t>
      </w:r>
      <w:r>
        <w:t xml:space="preserve"> </w:t>
      </w:r>
      <w:r>
        <w:t>الداخلي</w:t>
      </w:r>
      <w:r>
        <w:t xml:space="preserve"> </w:t>
      </w:r>
      <w:r>
        <w:t>الهيكل</w:t>
      </w:r>
      <w:r>
        <w:t xml:space="preserve"> </w:t>
      </w:r>
      <w:r>
        <w:t>والموارد</w:t>
      </w:r>
      <w:r>
        <w:t xml:space="preserve"> </w:t>
      </w:r>
      <w:r>
        <w:t>والثقافة</w:t>
      </w:r>
      <w:r>
        <w:t xml:space="preserve"> </w:t>
      </w:r>
      <w:r>
        <w:t>والعمليات</w:t>
      </w:r>
      <w:r>
        <w:t xml:space="preserve"> </w:t>
      </w:r>
      <w:r>
        <w:t>والأنظمة</w:t>
      </w:r>
      <w:r>
        <w:t xml:space="preserve"> </w:t>
      </w:r>
      <w:r>
        <w:t>والعقود</w:t>
      </w:r>
      <w:r>
        <w:t xml:space="preserve"> </w:t>
      </w:r>
      <w:r>
        <w:t>والقدرات،</w:t>
      </w:r>
      <w:r>
        <w:t xml:space="preserve"> </w:t>
      </w:r>
      <w:r>
        <w:t>بينما</w:t>
      </w:r>
      <w:r>
        <w:t xml:space="preserve"> </w:t>
      </w:r>
      <w:r>
        <w:t>يشمل</w:t>
      </w:r>
      <w:r>
        <w:t xml:space="preserve"> </w:t>
      </w:r>
      <w:r>
        <w:t>السياق</w:t>
      </w:r>
      <w:r>
        <w:t xml:space="preserve"> </w:t>
      </w:r>
      <w:r>
        <w:t>الخارجي</w:t>
      </w:r>
      <w:r>
        <w:t xml:space="preserve"> </w:t>
      </w:r>
      <w:r>
        <w:t>الاقتصاد</w:t>
      </w:r>
      <w:r>
        <w:t xml:space="preserve"> </w:t>
      </w:r>
      <w:r>
        <w:t>والمنافسة</w:t>
      </w:r>
      <w:r>
        <w:t xml:space="preserve"> </w:t>
      </w:r>
      <w:r>
        <w:t>والأنظمة</w:t>
      </w:r>
      <w:r>
        <w:t xml:space="preserve"> </w:t>
      </w:r>
      <w:r>
        <w:t>والتقنية</w:t>
      </w:r>
      <w:r>
        <w:t xml:space="preserve"> </w:t>
      </w:r>
      <w:r>
        <w:t>والموردين</w:t>
      </w:r>
      <w:r>
        <w:t xml:space="preserve"> </w:t>
      </w:r>
      <w:r>
        <w:t>والعملاء</w:t>
      </w:r>
      <w:r>
        <w:t xml:space="preserve">. </w:t>
      </w:r>
      <w:r>
        <w:t>وفي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ينبغي</w:t>
      </w:r>
      <w:r>
        <w:t xml:space="preserve"> </w:t>
      </w:r>
      <w:r>
        <w:t>أن</w:t>
      </w:r>
      <w:r>
        <w:t xml:space="preserve"> </w:t>
      </w:r>
      <w:r>
        <w:t>يكون</w:t>
      </w:r>
      <w:r>
        <w:t xml:space="preserve"> </w:t>
      </w:r>
      <w:r>
        <w:t>النطاق</w:t>
      </w:r>
      <w:r>
        <w:t xml:space="preserve"> </w:t>
      </w:r>
      <w:r>
        <w:t>محددًا</w:t>
      </w:r>
      <w:r>
        <w:t xml:space="preserve"> </w:t>
      </w:r>
      <w:r>
        <w:t>ومتناسبًا،</w:t>
      </w:r>
      <w:r>
        <w:t xml:space="preserve"> </w:t>
      </w:r>
      <w:r>
        <w:t>مثل</w:t>
      </w:r>
      <w:r>
        <w:t xml:space="preserve"> </w:t>
      </w:r>
      <w:r>
        <w:t>تقييم</w:t>
      </w:r>
      <w:r>
        <w:t xml:space="preserve"> </w:t>
      </w:r>
      <w:r>
        <w:t>المخاطر</w:t>
      </w:r>
      <w:r>
        <w:t xml:space="preserve"> </w:t>
      </w:r>
      <w:r>
        <w:t>التي</w:t>
      </w:r>
      <w:r>
        <w:t xml:space="preserve"> </w:t>
      </w:r>
      <w:r>
        <w:t>قد</w:t>
      </w:r>
      <w:r>
        <w:t xml:space="preserve"> </w:t>
      </w:r>
      <w:r>
        <w:t>توقف</w:t>
      </w:r>
      <w:r>
        <w:t xml:space="preserve"> </w:t>
      </w:r>
      <w:r>
        <w:t>المبيعات</w:t>
      </w:r>
      <w:r>
        <w:t xml:space="preserve"> </w:t>
      </w:r>
      <w:r>
        <w:t>أو</w:t>
      </w:r>
      <w:r>
        <w:t xml:space="preserve"> </w:t>
      </w:r>
      <w:r>
        <w:t>التحصيل</w:t>
      </w:r>
      <w:r>
        <w:t xml:space="preserve"> </w:t>
      </w:r>
      <w:r>
        <w:t>أو</w:t>
      </w:r>
      <w:r>
        <w:t xml:space="preserve"> </w:t>
      </w:r>
      <w:r>
        <w:t>التوريد</w:t>
      </w:r>
      <w:r>
        <w:t xml:space="preserve"> </w:t>
      </w:r>
      <w:r>
        <w:t>أو</w:t>
      </w:r>
      <w:r>
        <w:t xml:space="preserve"> </w:t>
      </w:r>
      <w:r>
        <w:t>النظام</w:t>
      </w:r>
      <w:r>
        <w:t xml:space="preserve"> </w:t>
      </w:r>
      <w:r>
        <w:t>الرقمي،</w:t>
      </w:r>
      <w:r>
        <w:t xml:space="preserve"> </w:t>
      </w:r>
      <w:r>
        <w:t>ثم</w:t>
      </w:r>
      <w:r>
        <w:t xml:space="preserve"> </w:t>
      </w:r>
      <w:r>
        <w:t>توسيعه</w:t>
      </w:r>
      <w:r>
        <w:t xml:space="preserve"> </w:t>
      </w:r>
      <w:r>
        <w:t>تدريجيًا</w:t>
      </w:r>
      <w:r>
        <w:t>.</w:t>
      </w:r>
    </w:p>
    <w:p w14:paraId="39CF0B29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1-10-2 </w:t>
      </w:r>
      <w:r>
        <w:rPr>
          <w:rFonts w:ascii="Arial" w:hAnsi="Arial" w:cs="Arial"/>
        </w:rPr>
        <w:t>تحديد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56EBF5F1" w14:textId="77777777" w:rsidR="00660561" w:rsidRDefault="005B109C">
      <w:pPr>
        <w:bidi/>
      </w:pPr>
      <w:r>
        <w:t>يقصد</w:t>
      </w:r>
      <w:r>
        <w:t xml:space="preserve"> </w:t>
      </w:r>
      <w:r>
        <w:t>بتحديد</w:t>
      </w:r>
      <w:r>
        <w:t xml:space="preserve"> </w:t>
      </w:r>
      <w:r>
        <w:t>المخاطر</w:t>
      </w:r>
      <w:r>
        <w:t xml:space="preserve"> </w:t>
      </w:r>
      <w:r>
        <w:t>التعرف</w:t>
      </w:r>
      <w:r>
        <w:t xml:space="preserve"> </w:t>
      </w:r>
      <w:r>
        <w:t>المنظم</w:t>
      </w:r>
      <w:r>
        <w:t xml:space="preserve"> </w:t>
      </w:r>
      <w:r>
        <w:t>على</w:t>
      </w:r>
      <w:r>
        <w:t xml:space="preserve"> </w:t>
      </w:r>
      <w:r>
        <w:t>المصادر</w:t>
      </w:r>
      <w:r>
        <w:t xml:space="preserve"> </w:t>
      </w:r>
      <w:r>
        <w:t>والأحداث</w:t>
      </w:r>
      <w:r>
        <w:t xml:space="preserve"> </w:t>
      </w:r>
      <w:r>
        <w:t>والأسباب</w:t>
      </w:r>
      <w:r>
        <w:t xml:space="preserve"> </w:t>
      </w:r>
      <w:r>
        <w:t>والنتائج</w:t>
      </w:r>
      <w:r>
        <w:t xml:space="preserve"> </w:t>
      </w:r>
      <w:r>
        <w:t>المحتملة</w:t>
      </w:r>
      <w:r>
        <w:t xml:space="preserve"> </w:t>
      </w:r>
      <w:r>
        <w:t>التي</w:t>
      </w:r>
      <w:r>
        <w:t xml:space="preserve"> </w:t>
      </w:r>
      <w:r>
        <w:t>قد</w:t>
      </w:r>
      <w:r>
        <w:t xml:space="preserve"> </w:t>
      </w:r>
      <w:r>
        <w:t>تؤثر</w:t>
      </w:r>
      <w:r>
        <w:t xml:space="preserve"> </w:t>
      </w:r>
      <w:r>
        <w:t>في</w:t>
      </w:r>
      <w:r>
        <w:t xml:space="preserve"> </w:t>
      </w:r>
      <w:r>
        <w:t>الأهداف</w:t>
      </w:r>
      <w:r>
        <w:t xml:space="preserve">. </w:t>
      </w:r>
      <w:r>
        <w:t>وتستخدم</w:t>
      </w:r>
      <w:r>
        <w:t xml:space="preserve"> </w:t>
      </w:r>
      <w:r>
        <w:t>لذلك</w:t>
      </w:r>
      <w:r>
        <w:t xml:space="preserve"> </w:t>
      </w:r>
      <w:r>
        <w:t>مراجعة</w:t>
      </w:r>
      <w:r>
        <w:t xml:space="preserve"> </w:t>
      </w:r>
      <w:r>
        <w:t>العمليات،</w:t>
      </w:r>
      <w:r>
        <w:t xml:space="preserve"> </w:t>
      </w:r>
      <w:r>
        <w:t>والمقابلات،</w:t>
      </w:r>
      <w:r>
        <w:t xml:space="preserve"> </w:t>
      </w:r>
      <w:r>
        <w:t>وورش</w:t>
      </w:r>
      <w:r>
        <w:t xml:space="preserve"> </w:t>
      </w:r>
      <w:r>
        <w:t>العمل،</w:t>
      </w:r>
      <w:r>
        <w:t xml:space="preserve"> </w:t>
      </w:r>
      <w:r>
        <w:t>وقوائم</w:t>
      </w:r>
      <w:r>
        <w:t xml:space="preserve"> </w:t>
      </w:r>
      <w:r>
        <w:t>الفحص،</w:t>
      </w:r>
      <w:r>
        <w:t xml:space="preserve"> </w:t>
      </w:r>
      <w:r>
        <w:t>وسجلات</w:t>
      </w:r>
      <w:r>
        <w:t xml:space="preserve"> </w:t>
      </w:r>
      <w:r>
        <w:t>الحوادث،</w:t>
      </w:r>
      <w:r>
        <w:t xml:space="preserve"> </w:t>
      </w:r>
      <w:r>
        <w:t>وتحليل</w:t>
      </w:r>
      <w:r>
        <w:t xml:space="preserve"> </w:t>
      </w:r>
      <w:r>
        <w:t>البيئة،</w:t>
      </w:r>
      <w:r>
        <w:t xml:space="preserve"> </w:t>
      </w:r>
      <w:r>
        <w:t>وتحليل</w:t>
      </w:r>
      <w:r>
        <w:t xml:space="preserve"> </w:t>
      </w:r>
      <w:r>
        <w:t>أصحاب</w:t>
      </w:r>
      <w:r>
        <w:t xml:space="preserve"> </w:t>
      </w:r>
      <w:r>
        <w:t>المصلحة،</w:t>
      </w:r>
      <w:r>
        <w:t xml:space="preserve"> </w:t>
      </w:r>
      <w:r>
        <w:t>والعصف</w:t>
      </w:r>
      <w:r>
        <w:t xml:space="preserve"> </w:t>
      </w:r>
      <w:r>
        <w:t>الذهني،</w:t>
      </w:r>
      <w:r>
        <w:t xml:space="preserve"> </w:t>
      </w:r>
      <w:r>
        <w:t>ومراجعة</w:t>
      </w:r>
      <w:r>
        <w:t xml:space="preserve"> </w:t>
      </w:r>
      <w:r>
        <w:t>العقود</w:t>
      </w:r>
      <w:r>
        <w:t xml:space="preserve"> </w:t>
      </w:r>
      <w:r>
        <w:t>والاعتماديات</w:t>
      </w:r>
      <w:r>
        <w:t xml:space="preserve">. </w:t>
      </w:r>
      <w:r>
        <w:t>وينبغي</w:t>
      </w:r>
      <w:r>
        <w:t xml:space="preserve"> </w:t>
      </w:r>
      <w:r>
        <w:t>إشراك</w:t>
      </w:r>
      <w:r>
        <w:t xml:space="preserve"> </w:t>
      </w:r>
      <w:r>
        <w:t>من</w:t>
      </w:r>
      <w:r>
        <w:t xml:space="preserve"> </w:t>
      </w:r>
      <w:r>
        <w:t>ينفذون</w:t>
      </w:r>
      <w:r>
        <w:t xml:space="preserve"> </w:t>
      </w:r>
      <w:r>
        <w:t>العمليات</w:t>
      </w:r>
      <w:r>
        <w:t xml:space="preserve"> </w:t>
      </w:r>
      <w:r>
        <w:t>لأنهم</w:t>
      </w:r>
      <w:r>
        <w:t xml:space="preserve"> </w:t>
      </w:r>
      <w:r>
        <w:t>الأقرب</w:t>
      </w:r>
      <w:r>
        <w:t xml:space="preserve"> </w:t>
      </w:r>
      <w:r>
        <w:t>إلى</w:t>
      </w:r>
      <w:r>
        <w:t xml:space="preserve"> </w:t>
      </w:r>
      <w:r>
        <w:t>نقاط</w:t>
      </w:r>
      <w:r>
        <w:t xml:space="preserve"> </w:t>
      </w:r>
      <w:r>
        <w:t>الضعف</w:t>
      </w:r>
      <w:r>
        <w:t xml:space="preserve"> </w:t>
      </w:r>
      <w:r>
        <w:t>والمؤشرات</w:t>
      </w:r>
      <w:r>
        <w:t xml:space="preserve"> </w:t>
      </w:r>
      <w:r>
        <w:t>المبكرة</w:t>
      </w:r>
      <w:r>
        <w:t>.</w:t>
      </w:r>
    </w:p>
    <w:p w14:paraId="3546F46B" w14:textId="77777777" w:rsidR="00660561" w:rsidRDefault="005B109C">
      <w:pPr>
        <w:bidi/>
      </w:pPr>
      <w:r>
        <w:t>تُوثق</w:t>
      </w:r>
      <w:r>
        <w:t xml:space="preserve"> </w:t>
      </w:r>
      <w:r>
        <w:t>النتائج</w:t>
      </w:r>
      <w:r>
        <w:t xml:space="preserve"> </w:t>
      </w:r>
      <w:r>
        <w:t>في</w:t>
      </w:r>
      <w:r>
        <w:t xml:space="preserve"> </w:t>
      </w:r>
      <w:r>
        <w:t>سجل</w:t>
      </w:r>
      <w:r>
        <w:t xml:space="preserve"> </w:t>
      </w:r>
      <w:r>
        <w:t>المخاطر</w:t>
      </w:r>
      <w:r>
        <w:t xml:space="preserve"> </w:t>
      </w:r>
      <w:r>
        <w:t>بحيث</w:t>
      </w:r>
      <w:r>
        <w:t xml:space="preserve"> </w:t>
      </w:r>
      <w:r>
        <w:t>يتضمن</w:t>
      </w:r>
      <w:r>
        <w:t xml:space="preserve"> </w:t>
      </w:r>
      <w:r>
        <w:t>وصف</w:t>
      </w:r>
      <w:r>
        <w:t xml:space="preserve"> </w:t>
      </w:r>
      <w:r>
        <w:t>الخطر،</w:t>
      </w:r>
      <w:r>
        <w:t xml:space="preserve"> </w:t>
      </w:r>
      <w:r>
        <w:t>والسبب،</w:t>
      </w:r>
      <w:r>
        <w:t xml:space="preserve"> </w:t>
      </w:r>
      <w:r>
        <w:t>والأثر،</w:t>
      </w:r>
      <w:r>
        <w:t xml:space="preserve"> </w:t>
      </w:r>
      <w:r>
        <w:t>والفئة،</w:t>
      </w:r>
      <w:r>
        <w:t xml:space="preserve"> </w:t>
      </w:r>
      <w:r>
        <w:t>والضوابط</w:t>
      </w:r>
      <w:r>
        <w:t xml:space="preserve"> </w:t>
      </w:r>
      <w:r>
        <w:t>القائمة،</w:t>
      </w:r>
      <w:r>
        <w:t xml:space="preserve"> </w:t>
      </w:r>
      <w:r>
        <w:t>والمالك،</w:t>
      </w:r>
      <w:r>
        <w:t xml:space="preserve"> </w:t>
      </w:r>
      <w:r>
        <w:t>ومؤشرات</w:t>
      </w:r>
      <w:r>
        <w:t xml:space="preserve"> </w:t>
      </w:r>
      <w:r>
        <w:t>المتابعة</w:t>
      </w:r>
      <w:r>
        <w:t xml:space="preserve">. </w:t>
      </w:r>
      <w:r>
        <w:t>ويجب</w:t>
      </w:r>
      <w:r>
        <w:t xml:space="preserve"> </w:t>
      </w:r>
      <w:r>
        <w:t>تجنب</w:t>
      </w:r>
      <w:r>
        <w:t xml:space="preserve"> </w:t>
      </w:r>
      <w:r>
        <w:t>العبارات</w:t>
      </w:r>
      <w:r>
        <w:t xml:space="preserve"> </w:t>
      </w:r>
      <w:r>
        <w:t>العامة</w:t>
      </w:r>
      <w:r>
        <w:t xml:space="preserve"> </w:t>
      </w:r>
      <w:r>
        <w:t>التي</w:t>
      </w:r>
      <w:r>
        <w:t xml:space="preserve"> </w:t>
      </w:r>
      <w:r>
        <w:t>لا</w:t>
      </w:r>
      <w:r>
        <w:t xml:space="preserve"> </w:t>
      </w:r>
      <w:r>
        <w:t>توضح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السبب</w:t>
      </w:r>
      <w:r>
        <w:t xml:space="preserve"> </w:t>
      </w:r>
      <w:r>
        <w:t>والحدث</w:t>
      </w:r>
      <w:r>
        <w:t xml:space="preserve"> </w:t>
      </w:r>
      <w:r>
        <w:t>والأثر</w:t>
      </w:r>
      <w:r>
        <w:t xml:space="preserve">. </w:t>
      </w:r>
      <w:r>
        <w:t>كما</w:t>
      </w:r>
      <w:r>
        <w:t xml:space="preserve"> </w:t>
      </w:r>
      <w:r>
        <w:t>ينبغي</w:t>
      </w:r>
      <w:r>
        <w:t xml:space="preserve"> </w:t>
      </w:r>
      <w:r>
        <w:t>تسجيل</w:t>
      </w:r>
      <w:r>
        <w:t xml:space="preserve"> </w:t>
      </w:r>
      <w:r>
        <w:t>الفرص</w:t>
      </w:r>
      <w:r>
        <w:t xml:space="preserve"> </w:t>
      </w:r>
      <w:r>
        <w:t>ذات</w:t>
      </w:r>
      <w:r>
        <w:t xml:space="preserve"> </w:t>
      </w:r>
      <w:r>
        <w:t>الصلة</w:t>
      </w:r>
      <w:r>
        <w:t xml:space="preserve"> </w:t>
      </w:r>
      <w:r>
        <w:t>وعدم</w:t>
      </w:r>
      <w:r>
        <w:t xml:space="preserve"> </w:t>
      </w:r>
      <w:r>
        <w:t>حصر</w:t>
      </w:r>
      <w:r>
        <w:t xml:space="preserve"> </w:t>
      </w:r>
      <w:r>
        <w:t>العملية</w:t>
      </w:r>
      <w:r>
        <w:t xml:space="preserve"> </w:t>
      </w:r>
      <w:r>
        <w:t>في</w:t>
      </w:r>
      <w:r>
        <w:t xml:space="preserve"> </w:t>
      </w:r>
      <w:r>
        <w:t>التهديدات،</w:t>
      </w:r>
      <w:r>
        <w:t xml:space="preserve"> </w:t>
      </w:r>
      <w:r>
        <w:t>مع</w:t>
      </w:r>
      <w:r>
        <w:t xml:space="preserve"> </w:t>
      </w:r>
      <w:r>
        <w:t>التركيز</w:t>
      </w:r>
      <w:r>
        <w:t xml:space="preserve"> </w:t>
      </w:r>
      <w:r>
        <w:t>على</w:t>
      </w:r>
      <w:r>
        <w:t xml:space="preserve"> </w:t>
      </w:r>
      <w:r>
        <w:t>المخاطر</w:t>
      </w:r>
      <w:r>
        <w:t xml:space="preserve"> </w:t>
      </w:r>
      <w:r>
        <w:t>التي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تعطل</w:t>
      </w:r>
      <w:r>
        <w:t xml:space="preserve"> </w:t>
      </w:r>
      <w:r>
        <w:t>العمليات</w:t>
      </w:r>
      <w:r>
        <w:t xml:space="preserve"> </w:t>
      </w:r>
      <w:r>
        <w:t>والخدمات</w:t>
      </w:r>
      <w:r>
        <w:t xml:space="preserve"> </w:t>
      </w:r>
      <w:r>
        <w:t>الحرجة</w:t>
      </w:r>
      <w:r>
        <w:t>.</w:t>
      </w:r>
    </w:p>
    <w:p w14:paraId="7E1B8CDA" w14:textId="77777777" w:rsidR="00660561" w:rsidRDefault="005B109C">
      <w:pPr>
        <w:pStyle w:val="31"/>
        <w:bidi/>
      </w:pPr>
      <w:r>
        <w:rPr>
          <w:rFonts w:ascii="Arial" w:hAnsi="Arial" w:cs="Arial"/>
        </w:rPr>
        <w:lastRenderedPageBreak/>
        <w:t xml:space="preserve">1-10-3 </w:t>
      </w:r>
      <w:r>
        <w:rPr>
          <w:rFonts w:ascii="Arial" w:hAnsi="Arial" w:cs="Arial"/>
        </w:rPr>
        <w:t>تحليل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01F77B30" w14:textId="77777777" w:rsidR="00660561" w:rsidRDefault="005B109C">
      <w:pPr>
        <w:bidi/>
      </w:pPr>
      <w:r>
        <w:t>يهدف</w:t>
      </w:r>
      <w:r>
        <w:t xml:space="preserve"> </w:t>
      </w:r>
      <w:r>
        <w:t>تحليل</w:t>
      </w:r>
      <w:r>
        <w:t xml:space="preserve"> </w:t>
      </w:r>
      <w:r>
        <w:t>المخاطر</w:t>
      </w:r>
      <w:r>
        <w:t xml:space="preserve"> </w:t>
      </w:r>
      <w:r>
        <w:t>إلى</w:t>
      </w:r>
      <w:r>
        <w:t xml:space="preserve"> </w:t>
      </w:r>
      <w:r>
        <w:t>فهم</w:t>
      </w:r>
      <w:r>
        <w:t xml:space="preserve"> </w:t>
      </w:r>
      <w:r>
        <w:t>طبيعة</w:t>
      </w:r>
      <w:r>
        <w:t xml:space="preserve"> </w:t>
      </w:r>
      <w:r>
        <w:t>كل</w:t>
      </w:r>
      <w:r>
        <w:t xml:space="preserve"> </w:t>
      </w:r>
      <w:r>
        <w:t>خطر</w:t>
      </w:r>
      <w:r>
        <w:t xml:space="preserve"> </w:t>
      </w:r>
      <w:r>
        <w:t>وتقدير</w:t>
      </w:r>
      <w:r>
        <w:t xml:space="preserve"> </w:t>
      </w:r>
      <w:r>
        <w:t>مستواه</w:t>
      </w:r>
      <w:r>
        <w:t xml:space="preserve">. </w:t>
      </w:r>
      <w:r>
        <w:t>ويشمل</w:t>
      </w:r>
      <w:r>
        <w:t xml:space="preserve"> </w:t>
      </w:r>
      <w:r>
        <w:t>تقدير</w:t>
      </w:r>
      <w:r>
        <w:t xml:space="preserve"> </w:t>
      </w:r>
      <w:r>
        <w:t>احتمال</w:t>
      </w:r>
      <w:r>
        <w:t xml:space="preserve"> </w:t>
      </w:r>
      <w:r>
        <w:t>الحدوث</w:t>
      </w:r>
      <w:r>
        <w:t xml:space="preserve"> </w:t>
      </w:r>
      <w:r>
        <w:t>وحجم</w:t>
      </w:r>
      <w:r>
        <w:t xml:space="preserve"> </w:t>
      </w:r>
      <w:r>
        <w:t>الأثر</w:t>
      </w:r>
      <w:r>
        <w:t xml:space="preserve"> </w:t>
      </w:r>
      <w:r>
        <w:t>وسرعة</w:t>
      </w:r>
      <w:r>
        <w:t xml:space="preserve"> </w:t>
      </w:r>
      <w:r>
        <w:t>ظهور</w:t>
      </w:r>
      <w:r>
        <w:t xml:space="preserve"> </w:t>
      </w:r>
      <w:r>
        <w:t>النتائج</w:t>
      </w:r>
      <w:r>
        <w:t xml:space="preserve"> </w:t>
      </w:r>
      <w:r>
        <w:t>ومدة</w:t>
      </w:r>
      <w:r>
        <w:t xml:space="preserve"> </w:t>
      </w:r>
      <w:r>
        <w:t>التعطل</w:t>
      </w:r>
      <w:r>
        <w:t xml:space="preserve"> </w:t>
      </w:r>
      <w:r>
        <w:t>وفاعلية</w:t>
      </w:r>
      <w:r>
        <w:t xml:space="preserve"> </w:t>
      </w:r>
      <w:r>
        <w:t>الضوابط</w:t>
      </w:r>
      <w:r>
        <w:t xml:space="preserve"> </w:t>
      </w:r>
      <w:r>
        <w:t>الحالية</w:t>
      </w:r>
      <w:r>
        <w:t xml:space="preserve">. </w:t>
      </w:r>
      <w:r>
        <w:t>وقد</w:t>
      </w:r>
      <w:r>
        <w:t xml:space="preserve"> </w:t>
      </w:r>
      <w:r>
        <w:t>يكون</w:t>
      </w:r>
      <w:r>
        <w:t xml:space="preserve"> </w:t>
      </w:r>
      <w:r>
        <w:t>التحليل</w:t>
      </w:r>
      <w:r>
        <w:t xml:space="preserve"> </w:t>
      </w:r>
      <w:r>
        <w:t>نوعيًا</w:t>
      </w:r>
      <w:r>
        <w:t xml:space="preserve"> </w:t>
      </w:r>
      <w:r>
        <w:t>باستخدام</w:t>
      </w:r>
      <w:r>
        <w:t xml:space="preserve"> </w:t>
      </w:r>
      <w:r>
        <w:t>درجات</w:t>
      </w:r>
      <w:r>
        <w:t xml:space="preserve"> </w:t>
      </w:r>
      <w:r>
        <w:t>وصفية،</w:t>
      </w:r>
      <w:r>
        <w:t xml:space="preserve"> </w:t>
      </w:r>
      <w:r>
        <w:t>أو</w:t>
      </w:r>
      <w:r>
        <w:t xml:space="preserve"> </w:t>
      </w:r>
      <w:r>
        <w:t>شبه</w:t>
      </w:r>
      <w:r>
        <w:t xml:space="preserve"> </w:t>
      </w:r>
      <w:r>
        <w:t>كمي</w:t>
      </w:r>
      <w:r>
        <w:t xml:space="preserve"> </w:t>
      </w:r>
      <w:r>
        <w:t>باستخدام</w:t>
      </w:r>
      <w:r>
        <w:t xml:space="preserve"> </w:t>
      </w:r>
      <w:r>
        <w:t>مقاييس</w:t>
      </w:r>
      <w:r>
        <w:t xml:space="preserve"> </w:t>
      </w:r>
      <w:r>
        <w:t>رقمية،</w:t>
      </w:r>
      <w:r>
        <w:t xml:space="preserve"> </w:t>
      </w:r>
      <w:r>
        <w:t>أو</w:t>
      </w:r>
      <w:r>
        <w:t xml:space="preserve"> </w:t>
      </w:r>
      <w:r>
        <w:t>كميًا</w:t>
      </w:r>
      <w:r>
        <w:t xml:space="preserve"> </w:t>
      </w:r>
      <w:r>
        <w:t>باستخدام</w:t>
      </w:r>
      <w:r>
        <w:t xml:space="preserve"> </w:t>
      </w:r>
      <w:r>
        <w:t>بيانات</w:t>
      </w:r>
      <w:r>
        <w:t xml:space="preserve"> </w:t>
      </w:r>
      <w:r>
        <w:t>واحتمالات</w:t>
      </w:r>
      <w:r>
        <w:t xml:space="preserve"> </w:t>
      </w:r>
      <w:r>
        <w:t>ونماذج</w:t>
      </w:r>
      <w:r>
        <w:t xml:space="preserve"> </w:t>
      </w:r>
      <w:r>
        <w:t>مالية</w:t>
      </w:r>
      <w:r>
        <w:t xml:space="preserve">. </w:t>
      </w:r>
      <w:r>
        <w:t>ويختار</w:t>
      </w:r>
      <w:r>
        <w:t xml:space="preserve"> </w:t>
      </w:r>
      <w:r>
        <w:t>الأسلوب</w:t>
      </w:r>
      <w:r>
        <w:t xml:space="preserve"> </w:t>
      </w:r>
      <w:r>
        <w:t>وفق</w:t>
      </w:r>
      <w:r>
        <w:t xml:space="preserve"> </w:t>
      </w:r>
      <w:r>
        <w:t>أهمية</w:t>
      </w:r>
      <w:r>
        <w:t xml:space="preserve"> </w:t>
      </w:r>
      <w:r>
        <w:t>القرار</w:t>
      </w:r>
      <w:r>
        <w:t xml:space="preserve"> </w:t>
      </w:r>
      <w:r>
        <w:t>وتوافر</w:t>
      </w:r>
      <w:r>
        <w:t xml:space="preserve"> </w:t>
      </w:r>
      <w:r>
        <w:t>البيانات</w:t>
      </w:r>
      <w:r>
        <w:t xml:space="preserve"> </w:t>
      </w:r>
      <w:r>
        <w:t>والوقت</w:t>
      </w:r>
      <w:r>
        <w:t xml:space="preserve"> </w:t>
      </w:r>
      <w:r>
        <w:t>والتكلفة</w:t>
      </w:r>
      <w:r>
        <w:t>.</w:t>
      </w:r>
    </w:p>
    <w:p w14:paraId="0E3D9ACF" w14:textId="77777777" w:rsidR="00660561" w:rsidRDefault="005B109C">
      <w:pPr>
        <w:bidi/>
      </w:pPr>
      <w:r>
        <w:t>من</w:t>
      </w:r>
      <w:r>
        <w:t xml:space="preserve"> </w:t>
      </w:r>
      <w:r>
        <w:t>الأدوات</w:t>
      </w:r>
      <w:r>
        <w:t xml:space="preserve"> </w:t>
      </w:r>
      <w:r>
        <w:t>الشائعة</w:t>
      </w:r>
      <w:r>
        <w:t xml:space="preserve"> </w:t>
      </w:r>
      <w:r>
        <w:t>مصفوفة</w:t>
      </w:r>
      <w:r>
        <w:t xml:space="preserve"> </w:t>
      </w:r>
      <w:r>
        <w:t>الاحتمال</w:t>
      </w:r>
      <w:r>
        <w:t xml:space="preserve"> </w:t>
      </w:r>
      <w:r>
        <w:t>والأثر،</w:t>
      </w:r>
      <w:r>
        <w:t xml:space="preserve"> </w:t>
      </w:r>
      <w:r>
        <w:t>وتحليل</w:t>
      </w:r>
      <w:r>
        <w:t xml:space="preserve"> </w:t>
      </w:r>
      <w:r>
        <w:t>السيناريوهات،</w:t>
      </w:r>
      <w:r>
        <w:t xml:space="preserve"> </w:t>
      </w:r>
      <w:r>
        <w:t>وتحليل</w:t>
      </w:r>
      <w:r>
        <w:t xml:space="preserve"> </w:t>
      </w:r>
      <w:r>
        <w:t>الحساسية،</w:t>
      </w:r>
      <w:r>
        <w:t xml:space="preserve"> </w:t>
      </w:r>
      <w:r>
        <w:t>وتحليل</w:t>
      </w:r>
      <w:r>
        <w:t xml:space="preserve"> </w:t>
      </w:r>
      <w:r>
        <w:t>السبب</w:t>
      </w:r>
      <w:r>
        <w:t xml:space="preserve"> </w:t>
      </w:r>
      <w:r>
        <w:t>الجذري،</w:t>
      </w:r>
      <w:r>
        <w:t xml:space="preserve"> </w:t>
      </w:r>
      <w:r>
        <w:t>وتحليل</w:t>
      </w:r>
      <w:r>
        <w:t xml:space="preserve"> </w:t>
      </w:r>
      <w:r>
        <w:t>أنماط</w:t>
      </w:r>
      <w:r>
        <w:t xml:space="preserve"> </w:t>
      </w:r>
      <w:r>
        <w:t>الإخفاق</w:t>
      </w:r>
      <w:r>
        <w:t xml:space="preserve"> </w:t>
      </w:r>
      <w:r>
        <w:t>وآثاره،</w:t>
      </w:r>
      <w:r>
        <w:t xml:space="preserve"> </w:t>
      </w:r>
      <w:r>
        <w:t>وأشجار</w:t>
      </w:r>
      <w:r>
        <w:t xml:space="preserve"> </w:t>
      </w:r>
      <w:r>
        <w:t>القرار</w:t>
      </w:r>
      <w:r>
        <w:t xml:space="preserve">. </w:t>
      </w:r>
      <w:r>
        <w:t>ولا</w:t>
      </w:r>
      <w:r>
        <w:t xml:space="preserve"> </w:t>
      </w:r>
      <w:r>
        <w:t>ينبغي</w:t>
      </w:r>
      <w:r>
        <w:t xml:space="preserve"> </w:t>
      </w:r>
      <w:r>
        <w:t>أن</w:t>
      </w:r>
      <w:r>
        <w:t xml:space="preserve"> </w:t>
      </w:r>
      <w:r>
        <w:t>تتحول</w:t>
      </w:r>
      <w:r>
        <w:t xml:space="preserve"> </w:t>
      </w:r>
      <w:r>
        <w:t>الدرجة</w:t>
      </w:r>
      <w:r>
        <w:t xml:space="preserve"> </w:t>
      </w:r>
      <w:r>
        <w:t>الرقمية</w:t>
      </w:r>
      <w:r>
        <w:t xml:space="preserve"> </w:t>
      </w:r>
      <w:r>
        <w:t>إلى</w:t>
      </w:r>
      <w:r>
        <w:t xml:space="preserve"> </w:t>
      </w:r>
      <w:r>
        <w:t>بديل</w:t>
      </w:r>
      <w:r>
        <w:t xml:space="preserve"> </w:t>
      </w:r>
      <w:r>
        <w:t>عن</w:t>
      </w:r>
      <w:r>
        <w:t xml:space="preserve"> </w:t>
      </w:r>
      <w:r>
        <w:t>التفكير؛</w:t>
      </w:r>
      <w:r>
        <w:t xml:space="preserve"> </w:t>
      </w:r>
      <w:r>
        <w:t>فقد</w:t>
      </w:r>
      <w:r>
        <w:t xml:space="preserve"> </w:t>
      </w:r>
      <w:r>
        <w:t>يحتاج</w:t>
      </w:r>
      <w:r>
        <w:t xml:space="preserve"> </w:t>
      </w:r>
      <w:r>
        <w:t>خطر</w:t>
      </w:r>
      <w:r>
        <w:t xml:space="preserve"> </w:t>
      </w:r>
      <w:r>
        <w:t>منخفض</w:t>
      </w:r>
      <w:r>
        <w:t xml:space="preserve"> </w:t>
      </w:r>
      <w:r>
        <w:t>الاحتمال</w:t>
      </w:r>
      <w:r>
        <w:t xml:space="preserve"> </w:t>
      </w:r>
      <w:r>
        <w:t>وشديد</w:t>
      </w:r>
      <w:r>
        <w:t xml:space="preserve"> </w:t>
      </w:r>
      <w:r>
        <w:t>الأثر</w:t>
      </w:r>
      <w:r>
        <w:t xml:space="preserve"> </w:t>
      </w:r>
      <w:r>
        <w:t>إلى</w:t>
      </w:r>
      <w:r>
        <w:t xml:space="preserve"> </w:t>
      </w:r>
      <w:r>
        <w:t>خطة</w:t>
      </w:r>
      <w:r>
        <w:t xml:space="preserve"> </w:t>
      </w:r>
      <w:r>
        <w:t>استمرارية</w:t>
      </w:r>
      <w:r>
        <w:t xml:space="preserve"> </w:t>
      </w:r>
      <w:r>
        <w:t>رغم</w:t>
      </w:r>
      <w:r>
        <w:t xml:space="preserve"> </w:t>
      </w:r>
      <w:r>
        <w:t>درجته</w:t>
      </w:r>
      <w:r>
        <w:t xml:space="preserve"> </w:t>
      </w:r>
      <w:r>
        <w:t>العامة،</w:t>
      </w:r>
      <w:r>
        <w:t xml:space="preserve"> </w:t>
      </w:r>
      <w:r>
        <w:t>كما</w:t>
      </w:r>
      <w:r>
        <w:t xml:space="preserve"> </w:t>
      </w:r>
      <w:r>
        <w:t>يجب</w:t>
      </w:r>
      <w:r>
        <w:t xml:space="preserve"> </w:t>
      </w:r>
      <w:r>
        <w:t>النظر</w:t>
      </w:r>
      <w:r>
        <w:t xml:space="preserve"> </w:t>
      </w:r>
      <w:r>
        <w:t>إلى</w:t>
      </w:r>
      <w:r>
        <w:t xml:space="preserve"> </w:t>
      </w:r>
      <w:r>
        <w:t>سرعة</w:t>
      </w:r>
      <w:r>
        <w:t xml:space="preserve"> </w:t>
      </w:r>
      <w:r>
        <w:t>الخطر</w:t>
      </w:r>
      <w:r>
        <w:t xml:space="preserve"> </w:t>
      </w:r>
      <w:r>
        <w:t>وترابطه</w:t>
      </w:r>
      <w:r>
        <w:t xml:space="preserve"> </w:t>
      </w:r>
      <w:r>
        <w:t>مع</w:t>
      </w:r>
      <w:r>
        <w:t xml:space="preserve"> </w:t>
      </w:r>
      <w:r>
        <w:t>مخاطر</w:t>
      </w:r>
      <w:r>
        <w:t xml:space="preserve"> </w:t>
      </w:r>
      <w:r>
        <w:t>أخرى</w:t>
      </w:r>
      <w:r>
        <w:t>.</w:t>
      </w:r>
    </w:p>
    <w:p w14:paraId="6C68BDC8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1-10-4 </w:t>
      </w:r>
      <w:r>
        <w:rPr>
          <w:rFonts w:ascii="Arial" w:hAnsi="Arial" w:cs="Arial"/>
        </w:rPr>
        <w:t>تقييم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وترتيب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الأولويات</w:t>
      </w:r>
    </w:p>
    <w:p w14:paraId="0945968C" w14:textId="77777777" w:rsidR="00660561" w:rsidRDefault="005B109C">
      <w:pPr>
        <w:bidi/>
      </w:pPr>
      <w:r>
        <w:t>تتم</w:t>
      </w:r>
      <w:r>
        <w:t xml:space="preserve"> </w:t>
      </w:r>
      <w:r>
        <w:t>في</w:t>
      </w:r>
      <w:r>
        <w:t xml:space="preserve"> </w:t>
      </w:r>
      <w:r>
        <w:t>هذه</w:t>
      </w:r>
      <w:r>
        <w:t xml:space="preserve"> </w:t>
      </w:r>
      <w:r>
        <w:t>الخطوة</w:t>
      </w:r>
      <w:r>
        <w:t xml:space="preserve"> </w:t>
      </w:r>
      <w:r>
        <w:t>مقارنة</w:t>
      </w:r>
      <w:r>
        <w:t xml:space="preserve"> </w:t>
      </w:r>
      <w:r>
        <w:t>نتائج</w:t>
      </w:r>
      <w:r>
        <w:t xml:space="preserve"> </w:t>
      </w:r>
      <w:r>
        <w:t>التحليل</w:t>
      </w:r>
      <w:r>
        <w:t xml:space="preserve"> </w:t>
      </w:r>
      <w:r>
        <w:t>بمعايير</w:t>
      </w:r>
      <w:r>
        <w:t xml:space="preserve"> </w:t>
      </w:r>
      <w:r>
        <w:t>المخاطر</w:t>
      </w:r>
      <w:r>
        <w:t xml:space="preserve"> </w:t>
      </w:r>
      <w:r>
        <w:t>وشهية</w:t>
      </w:r>
      <w:r>
        <w:t xml:space="preserve"> </w:t>
      </w:r>
      <w:r>
        <w:t>المنشأة</w:t>
      </w:r>
      <w:r>
        <w:t xml:space="preserve"> </w:t>
      </w:r>
      <w:r>
        <w:t>لتحديد</w:t>
      </w:r>
      <w:r>
        <w:t xml:space="preserve"> </w:t>
      </w:r>
      <w:r>
        <w:t>ما</w:t>
      </w:r>
      <w:r>
        <w:t xml:space="preserve"> </w:t>
      </w:r>
      <w:r>
        <w:t>إذا</w:t>
      </w:r>
      <w:r>
        <w:t xml:space="preserve"> </w:t>
      </w:r>
      <w:r>
        <w:t>كان</w:t>
      </w:r>
      <w:r>
        <w:t xml:space="preserve"> </w:t>
      </w:r>
      <w:r>
        <w:t>الخطر</w:t>
      </w:r>
      <w:r>
        <w:t xml:space="preserve"> </w:t>
      </w:r>
      <w:r>
        <w:t>مقبولًا</w:t>
      </w:r>
      <w:r>
        <w:t xml:space="preserve"> </w:t>
      </w:r>
      <w:r>
        <w:t>أو</w:t>
      </w:r>
      <w:r>
        <w:t xml:space="preserve"> </w:t>
      </w:r>
      <w:r>
        <w:t>يحتاج</w:t>
      </w:r>
      <w:r>
        <w:t xml:space="preserve"> </w:t>
      </w:r>
      <w:r>
        <w:t>إلى</w:t>
      </w:r>
      <w:r>
        <w:t xml:space="preserve"> </w:t>
      </w:r>
      <w:r>
        <w:t>معالجة</w:t>
      </w:r>
      <w:r>
        <w:t xml:space="preserve"> </w:t>
      </w:r>
      <w:r>
        <w:t>أو</w:t>
      </w:r>
      <w:r>
        <w:t xml:space="preserve"> </w:t>
      </w:r>
      <w:r>
        <w:t>تصعيد</w:t>
      </w:r>
      <w:r>
        <w:t xml:space="preserve">. </w:t>
      </w:r>
      <w:r>
        <w:t>وتساعد</w:t>
      </w:r>
      <w:r>
        <w:t xml:space="preserve"> </w:t>
      </w:r>
      <w:r>
        <w:t>المقارنة</w:t>
      </w:r>
      <w:r>
        <w:t xml:space="preserve"> </w:t>
      </w:r>
      <w:r>
        <w:t>على</w:t>
      </w:r>
      <w:r>
        <w:t xml:space="preserve"> </w:t>
      </w:r>
      <w:r>
        <w:t>ترتيب</w:t>
      </w:r>
      <w:r>
        <w:t xml:space="preserve"> </w:t>
      </w:r>
      <w:r>
        <w:t>الأولويات</w:t>
      </w:r>
      <w:r>
        <w:t xml:space="preserve"> </w:t>
      </w:r>
      <w:r>
        <w:t>وتوجيه</w:t>
      </w:r>
      <w:r>
        <w:t xml:space="preserve"> </w:t>
      </w:r>
      <w:r>
        <w:t>الموارد</w:t>
      </w:r>
      <w:r>
        <w:t xml:space="preserve">. </w:t>
      </w:r>
      <w:r>
        <w:t>ويجب</w:t>
      </w:r>
      <w:r>
        <w:t xml:space="preserve"> </w:t>
      </w:r>
      <w:r>
        <w:t>مراعاة</w:t>
      </w:r>
      <w:r>
        <w:t xml:space="preserve"> </w:t>
      </w:r>
      <w:r>
        <w:t>مستوى</w:t>
      </w:r>
      <w:r>
        <w:t xml:space="preserve"> </w:t>
      </w:r>
      <w:r>
        <w:t>الخطر</w:t>
      </w:r>
      <w:r>
        <w:t xml:space="preserve"> </w:t>
      </w:r>
      <w:r>
        <w:t>المتبقي</w:t>
      </w:r>
      <w:r>
        <w:t xml:space="preserve"> </w:t>
      </w:r>
      <w:r>
        <w:t>بعد</w:t>
      </w:r>
      <w:r>
        <w:t xml:space="preserve"> </w:t>
      </w:r>
      <w:r>
        <w:t>الضوابط،</w:t>
      </w:r>
      <w:r>
        <w:t xml:space="preserve"> </w:t>
      </w:r>
      <w:r>
        <w:t>لا</w:t>
      </w:r>
      <w:r>
        <w:t xml:space="preserve"> </w:t>
      </w:r>
      <w:r>
        <w:t>المستوى</w:t>
      </w:r>
      <w:r>
        <w:t xml:space="preserve"> </w:t>
      </w:r>
      <w:r>
        <w:t>الأصلي</w:t>
      </w:r>
      <w:r>
        <w:t xml:space="preserve"> </w:t>
      </w:r>
      <w:r>
        <w:t>وحده،</w:t>
      </w:r>
      <w:r>
        <w:t xml:space="preserve"> </w:t>
      </w:r>
      <w:r>
        <w:t>وفحص</w:t>
      </w:r>
      <w:r>
        <w:t xml:space="preserve"> </w:t>
      </w:r>
      <w:r>
        <w:t>مدى</w:t>
      </w:r>
      <w:r>
        <w:t xml:space="preserve"> </w:t>
      </w:r>
      <w:r>
        <w:t>موثوقية</w:t>
      </w:r>
      <w:r>
        <w:t xml:space="preserve"> </w:t>
      </w:r>
      <w:r>
        <w:t>الضوابط</w:t>
      </w:r>
      <w:r>
        <w:t xml:space="preserve"> </w:t>
      </w:r>
      <w:r>
        <w:t>بدل</w:t>
      </w:r>
      <w:r>
        <w:t xml:space="preserve"> </w:t>
      </w:r>
      <w:r>
        <w:t>افتراض</w:t>
      </w:r>
      <w:r>
        <w:t xml:space="preserve"> </w:t>
      </w:r>
      <w:r>
        <w:t>فاعليتها</w:t>
      </w:r>
      <w:r>
        <w:t xml:space="preserve"> </w:t>
      </w:r>
      <w:r>
        <w:t>لمجرد</w:t>
      </w:r>
      <w:r>
        <w:t xml:space="preserve"> </w:t>
      </w:r>
      <w:r>
        <w:t>وجودها</w:t>
      </w:r>
      <w:r>
        <w:t>.</w:t>
      </w:r>
    </w:p>
    <w:p w14:paraId="4DAD3A1F" w14:textId="77777777" w:rsidR="00660561" w:rsidRDefault="005B109C">
      <w:pPr>
        <w:bidi/>
      </w:pPr>
      <w:r>
        <w:t>يمكن</w:t>
      </w:r>
      <w:r>
        <w:t xml:space="preserve"> </w:t>
      </w:r>
      <w:r>
        <w:t>تصنيف</w:t>
      </w:r>
      <w:r>
        <w:t xml:space="preserve"> </w:t>
      </w:r>
      <w:r>
        <w:t>المخاطر</w:t>
      </w:r>
      <w:r>
        <w:t xml:space="preserve"> </w:t>
      </w:r>
      <w:r>
        <w:t>إلى</w:t>
      </w:r>
      <w:r>
        <w:t xml:space="preserve"> </w:t>
      </w:r>
      <w:r>
        <w:t>مستويات</w:t>
      </w:r>
      <w:r>
        <w:t xml:space="preserve"> </w:t>
      </w:r>
      <w:r>
        <w:t>مثل</w:t>
      </w:r>
      <w:r>
        <w:t xml:space="preserve"> </w:t>
      </w:r>
      <w:r>
        <w:t>منخفض</w:t>
      </w:r>
      <w:r>
        <w:t xml:space="preserve"> </w:t>
      </w:r>
      <w:r>
        <w:t>ومتوسط</w:t>
      </w:r>
      <w:r>
        <w:t xml:space="preserve"> </w:t>
      </w:r>
      <w:r>
        <w:t>ومرتفع</w:t>
      </w:r>
      <w:r>
        <w:t xml:space="preserve"> </w:t>
      </w:r>
      <w:r>
        <w:t>وحرج،</w:t>
      </w:r>
      <w:r>
        <w:t xml:space="preserve"> </w:t>
      </w:r>
      <w:r>
        <w:t>مع</w:t>
      </w:r>
      <w:r>
        <w:t xml:space="preserve"> </w:t>
      </w:r>
      <w:r>
        <w:t>تحديد</w:t>
      </w:r>
      <w:r>
        <w:t xml:space="preserve"> </w:t>
      </w:r>
      <w:r>
        <w:t>قواعد</w:t>
      </w:r>
      <w:r>
        <w:t xml:space="preserve"> </w:t>
      </w:r>
      <w:r>
        <w:t>واضحة</w:t>
      </w:r>
      <w:r>
        <w:t xml:space="preserve"> </w:t>
      </w:r>
      <w:r>
        <w:t>لكل</w:t>
      </w:r>
      <w:r>
        <w:t xml:space="preserve"> </w:t>
      </w:r>
      <w:r>
        <w:t>مستوى</w:t>
      </w:r>
      <w:r>
        <w:t xml:space="preserve">. </w:t>
      </w:r>
      <w:r>
        <w:t>فالمخاطر</w:t>
      </w:r>
      <w:r>
        <w:t xml:space="preserve"> </w:t>
      </w:r>
      <w:r>
        <w:t>الحرجة</w:t>
      </w:r>
      <w:r>
        <w:t xml:space="preserve"> </w:t>
      </w:r>
      <w:r>
        <w:t>قد</w:t>
      </w:r>
      <w:r>
        <w:t xml:space="preserve"> </w:t>
      </w:r>
      <w:r>
        <w:t>تتطلب</w:t>
      </w:r>
      <w:r>
        <w:t xml:space="preserve"> </w:t>
      </w:r>
      <w:r>
        <w:t>تدخل</w:t>
      </w:r>
      <w:r>
        <w:t xml:space="preserve"> </w:t>
      </w:r>
      <w:r>
        <w:t>الإدارة</w:t>
      </w:r>
      <w:r>
        <w:t xml:space="preserve"> </w:t>
      </w:r>
      <w:r>
        <w:t>العليا</w:t>
      </w:r>
      <w:r>
        <w:t xml:space="preserve"> </w:t>
      </w:r>
      <w:r>
        <w:t>وخطة</w:t>
      </w:r>
      <w:r>
        <w:t xml:space="preserve"> </w:t>
      </w:r>
      <w:r>
        <w:t>فورية</w:t>
      </w:r>
      <w:r>
        <w:t xml:space="preserve"> </w:t>
      </w:r>
      <w:r>
        <w:t>وبدائل</w:t>
      </w:r>
      <w:r>
        <w:t xml:space="preserve"> </w:t>
      </w:r>
      <w:r>
        <w:t>للاستمرارية،</w:t>
      </w:r>
      <w:r>
        <w:t xml:space="preserve"> </w:t>
      </w:r>
      <w:r>
        <w:t>بينما</w:t>
      </w:r>
      <w:r>
        <w:t xml:space="preserve"> </w:t>
      </w:r>
      <w:r>
        <w:t>تتابع</w:t>
      </w:r>
      <w:r>
        <w:t xml:space="preserve"> </w:t>
      </w:r>
      <w:r>
        <w:t>المخاطر</w:t>
      </w:r>
      <w:r>
        <w:t xml:space="preserve"> </w:t>
      </w:r>
      <w:r>
        <w:t>المقبولة</w:t>
      </w:r>
      <w:r>
        <w:t xml:space="preserve"> </w:t>
      </w:r>
      <w:r>
        <w:t>دوريًا</w:t>
      </w:r>
      <w:r>
        <w:t xml:space="preserve">. </w:t>
      </w:r>
      <w:r>
        <w:t>ويجب</w:t>
      </w:r>
      <w:r>
        <w:t xml:space="preserve"> </w:t>
      </w:r>
      <w:r>
        <w:t>توثيق</w:t>
      </w:r>
      <w:r>
        <w:t xml:space="preserve"> </w:t>
      </w:r>
      <w:r>
        <w:t>مبررات</w:t>
      </w:r>
      <w:r>
        <w:t xml:space="preserve"> </w:t>
      </w:r>
      <w:r>
        <w:t>القبول،</w:t>
      </w:r>
      <w:r>
        <w:t xml:space="preserve"> </w:t>
      </w:r>
      <w:r>
        <w:t>لأن</w:t>
      </w:r>
      <w:r>
        <w:t xml:space="preserve"> </w:t>
      </w:r>
      <w:r>
        <w:t>قبول</w:t>
      </w:r>
      <w:r>
        <w:t xml:space="preserve"> </w:t>
      </w:r>
      <w:r>
        <w:t>الخطر</w:t>
      </w:r>
      <w:r>
        <w:t xml:space="preserve"> </w:t>
      </w:r>
      <w:r>
        <w:t>قرار</w:t>
      </w:r>
      <w:r>
        <w:t xml:space="preserve"> </w:t>
      </w:r>
      <w:r>
        <w:t>إداري</w:t>
      </w:r>
      <w:r>
        <w:t xml:space="preserve"> </w:t>
      </w:r>
      <w:r>
        <w:t>واعٍ</w:t>
      </w:r>
      <w:r>
        <w:t xml:space="preserve"> </w:t>
      </w:r>
      <w:r>
        <w:t>وليس</w:t>
      </w:r>
      <w:r>
        <w:t xml:space="preserve"> </w:t>
      </w:r>
      <w:r>
        <w:t>تجاهلًا</w:t>
      </w:r>
      <w:r>
        <w:t xml:space="preserve"> </w:t>
      </w:r>
      <w:r>
        <w:t>له</w:t>
      </w:r>
      <w:r>
        <w:t>.</w:t>
      </w:r>
    </w:p>
    <w:p w14:paraId="099B991F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1-10-5 </w:t>
      </w:r>
      <w:r>
        <w:rPr>
          <w:rFonts w:ascii="Arial" w:hAnsi="Arial" w:cs="Arial"/>
        </w:rPr>
        <w:t>معالجة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والاستجابة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لها</w:t>
      </w:r>
    </w:p>
    <w:p w14:paraId="314DF648" w14:textId="77777777" w:rsidR="00660561" w:rsidRDefault="005B109C">
      <w:pPr>
        <w:bidi/>
      </w:pPr>
      <w:r>
        <w:t>تشمل</w:t>
      </w:r>
      <w:r>
        <w:t xml:space="preserve"> </w:t>
      </w:r>
      <w:r>
        <w:t>استجابات</w:t>
      </w:r>
      <w:r>
        <w:t xml:space="preserve"> </w:t>
      </w:r>
      <w:r>
        <w:t>التهديدات</w:t>
      </w:r>
      <w:r>
        <w:t xml:space="preserve"> </w:t>
      </w:r>
      <w:r>
        <w:t>التجنب،</w:t>
      </w:r>
      <w:r>
        <w:t xml:space="preserve"> </w:t>
      </w:r>
      <w:r>
        <w:t>والتخفيض،</w:t>
      </w:r>
      <w:r>
        <w:t xml:space="preserve"> </w:t>
      </w:r>
      <w:r>
        <w:t>والنقل</w:t>
      </w:r>
      <w:r>
        <w:t xml:space="preserve"> </w:t>
      </w:r>
      <w:r>
        <w:t>أو</w:t>
      </w:r>
      <w:r>
        <w:t xml:space="preserve"> </w:t>
      </w:r>
      <w:r>
        <w:t>المشاركة،</w:t>
      </w:r>
      <w:r>
        <w:t xml:space="preserve"> </w:t>
      </w:r>
      <w:r>
        <w:t>والقبول</w:t>
      </w:r>
      <w:r>
        <w:t xml:space="preserve">. </w:t>
      </w:r>
      <w:r>
        <w:t>يعني</w:t>
      </w:r>
      <w:r>
        <w:t xml:space="preserve"> </w:t>
      </w:r>
      <w:r>
        <w:t>التجنب</w:t>
      </w:r>
      <w:r>
        <w:t xml:space="preserve"> </w:t>
      </w:r>
      <w:r>
        <w:t>إيقاف</w:t>
      </w:r>
      <w:r>
        <w:t xml:space="preserve"> </w:t>
      </w:r>
      <w:r>
        <w:t>النشاط</w:t>
      </w:r>
      <w:r>
        <w:t xml:space="preserve"> </w:t>
      </w:r>
      <w:r>
        <w:t>أو</w:t>
      </w:r>
      <w:r>
        <w:t xml:space="preserve"> </w:t>
      </w:r>
      <w:r>
        <w:t>تغييره</w:t>
      </w:r>
      <w:r>
        <w:t xml:space="preserve"> </w:t>
      </w:r>
      <w:r>
        <w:t>لإزالة</w:t>
      </w:r>
      <w:r>
        <w:t xml:space="preserve"> </w:t>
      </w:r>
      <w:r>
        <w:t>مصدر</w:t>
      </w:r>
      <w:r>
        <w:t xml:space="preserve"> </w:t>
      </w:r>
      <w:r>
        <w:t>الخطر،</w:t>
      </w:r>
      <w:r>
        <w:t xml:space="preserve"> </w:t>
      </w:r>
      <w:r>
        <w:t>بينما</w:t>
      </w:r>
      <w:r>
        <w:t xml:space="preserve"> </w:t>
      </w:r>
      <w:r>
        <w:t>يعني</w:t>
      </w:r>
      <w:r>
        <w:t xml:space="preserve"> </w:t>
      </w:r>
      <w:r>
        <w:t>التخفيض</w:t>
      </w:r>
      <w:r>
        <w:t xml:space="preserve"> </w:t>
      </w:r>
      <w:r>
        <w:t>اتخاذ</w:t>
      </w:r>
      <w:r>
        <w:t xml:space="preserve"> </w:t>
      </w:r>
      <w:r>
        <w:t>ضوابط</w:t>
      </w:r>
      <w:r>
        <w:t xml:space="preserve"> </w:t>
      </w:r>
      <w:r>
        <w:t>تقلل</w:t>
      </w:r>
      <w:r>
        <w:t xml:space="preserve"> </w:t>
      </w:r>
      <w:r>
        <w:t>الاحتمال</w:t>
      </w:r>
      <w:r>
        <w:t xml:space="preserve"> </w:t>
      </w:r>
      <w:r>
        <w:t>أو</w:t>
      </w:r>
      <w:r>
        <w:t xml:space="preserve"> </w:t>
      </w:r>
      <w:r>
        <w:t>الأثر</w:t>
      </w:r>
      <w:r>
        <w:t xml:space="preserve">. </w:t>
      </w:r>
      <w:r>
        <w:t>ويشمل</w:t>
      </w:r>
      <w:r>
        <w:t xml:space="preserve"> </w:t>
      </w:r>
      <w:r>
        <w:t>النقل</w:t>
      </w:r>
      <w:r>
        <w:t xml:space="preserve"> </w:t>
      </w:r>
      <w:r>
        <w:t>استخدام</w:t>
      </w:r>
      <w:r>
        <w:t xml:space="preserve"> </w:t>
      </w:r>
      <w:r>
        <w:t>التأمين</w:t>
      </w:r>
      <w:r>
        <w:t xml:space="preserve"> </w:t>
      </w:r>
      <w:r>
        <w:t>أو</w:t>
      </w:r>
      <w:r>
        <w:t xml:space="preserve"> </w:t>
      </w:r>
      <w:r>
        <w:t>العقود</w:t>
      </w:r>
      <w:r>
        <w:t xml:space="preserve"> </w:t>
      </w:r>
      <w:r>
        <w:t>أو</w:t>
      </w:r>
      <w:r>
        <w:t xml:space="preserve"> </w:t>
      </w:r>
      <w:r>
        <w:t>التعهيد</w:t>
      </w:r>
      <w:r>
        <w:t xml:space="preserve"> </w:t>
      </w:r>
      <w:r>
        <w:t>مع</w:t>
      </w:r>
      <w:r>
        <w:t xml:space="preserve"> </w:t>
      </w:r>
      <w:r>
        <w:t>بقاء</w:t>
      </w:r>
      <w:r>
        <w:t xml:space="preserve"> </w:t>
      </w:r>
      <w:r>
        <w:t>مسؤولية</w:t>
      </w:r>
      <w:r>
        <w:t xml:space="preserve"> </w:t>
      </w:r>
      <w:r>
        <w:t>المنشأة</w:t>
      </w:r>
      <w:r>
        <w:t xml:space="preserve"> </w:t>
      </w:r>
      <w:r>
        <w:t>عن</w:t>
      </w:r>
      <w:r>
        <w:t xml:space="preserve"> </w:t>
      </w:r>
      <w:r>
        <w:t>متابعة</w:t>
      </w:r>
      <w:r>
        <w:t xml:space="preserve"> </w:t>
      </w:r>
      <w:r>
        <w:t>الطرف</w:t>
      </w:r>
      <w:r>
        <w:t xml:space="preserve"> </w:t>
      </w:r>
      <w:r>
        <w:t>الآخر</w:t>
      </w:r>
      <w:r>
        <w:t xml:space="preserve">. </w:t>
      </w:r>
      <w:r>
        <w:t>أما</w:t>
      </w:r>
      <w:r>
        <w:t xml:space="preserve"> </w:t>
      </w:r>
      <w:r>
        <w:t>القبول</w:t>
      </w:r>
      <w:r>
        <w:t xml:space="preserve"> </w:t>
      </w:r>
      <w:r>
        <w:t>فيستخدم</w:t>
      </w:r>
      <w:r>
        <w:t xml:space="preserve"> </w:t>
      </w:r>
      <w:r>
        <w:t>عندما</w:t>
      </w:r>
      <w:r>
        <w:t xml:space="preserve"> </w:t>
      </w:r>
      <w:r>
        <w:t>يكون</w:t>
      </w:r>
      <w:r>
        <w:t xml:space="preserve"> </w:t>
      </w:r>
      <w:r>
        <w:t>الخطر</w:t>
      </w:r>
      <w:r>
        <w:t xml:space="preserve"> </w:t>
      </w:r>
      <w:r>
        <w:t>ضمن</w:t>
      </w:r>
      <w:r>
        <w:t xml:space="preserve"> </w:t>
      </w:r>
      <w:r>
        <w:t>الحدود</w:t>
      </w:r>
      <w:r>
        <w:t xml:space="preserve"> </w:t>
      </w:r>
      <w:r>
        <w:t>أو</w:t>
      </w:r>
      <w:r>
        <w:t xml:space="preserve"> </w:t>
      </w:r>
      <w:r>
        <w:t>تكون</w:t>
      </w:r>
      <w:r>
        <w:t xml:space="preserve"> </w:t>
      </w:r>
      <w:r>
        <w:t>كلفة</w:t>
      </w:r>
      <w:r>
        <w:t xml:space="preserve"> </w:t>
      </w:r>
      <w:r>
        <w:t>المعالجة</w:t>
      </w:r>
      <w:r>
        <w:t xml:space="preserve"> </w:t>
      </w:r>
      <w:r>
        <w:t>أعلى</w:t>
      </w:r>
      <w:r>
        <w:t xml:space="preserve"> </w:t>
      </w:r>
      <w:r>
        <w:t>من</w:t>
      </w:r>
      <w:r>
        <w:t xml:space="preserve"> </w:t>
      </w:r>
      <w:r>
        <w:t>فائدتها،</w:t>
      </w:r>
      <w:r>
        <w:t xml:space="preserve"> </w:t>
      </w:r>
      <w:r>
        <w:t>مع</w:t>
      </w:r>
      <w:r>
        <w:t xml:space="preserve"> </w:t>
      </w:r>
      <w:r>
        <w:t>وضع</w:t>
      </w:r>
      <w:r>
        <w:t xml:space="preserve"> </w:t>
      </w:r>
      <w:r>
        <w:t>احتياطي</w:t>
      </w:r>
      <w:r>
        <w:t xml:space="preserve"> </w:t>
      </w:r>
      <w:r>
        <w:t>أو</w:t>
      </w:r>
      <w:r>
        <w:t xml:space="preserve"> </w:t>
      </w:r>
      <w:r>
        <w:t>خطة</w:t>
      </w:r>
      <w:r>
        <w:t xml:space="preserve"> </w:t>
      </w:r>
      <w:r>
        <w:t>طوارئ</w:t>
      </w:r>
      <w:r>
        <w:t xml:space="preserve"> </w:t>
      </w:r>
      <w:r>
        <w:t>عند</w:t>
      </w:r>
      <w:r>
        <w:t xml:space="preserve"> </w:t>
      </w:r>
      <w:r>
        <w:t>الحاجة</w:t>
      </w:r>
      <w:r>
        <w:t>.</w:t>
      </w:r>
    </w:p>
    <w:p w14:paraId="16EDEE97" w14:textId="77777777" w:rsidR="00660561" w:rsidRDefault="005B109C">
      <w:pPr>
        <w:bidi/>
      </w:pPr>
      <w:r>
        <w:t>تتحول</w:t>
      </w:r>
      <w:r>
        <w:t xml:space="preserve"> </w:t>
      </w:r>
      <w:r>
        <w:t>الاستجابة</w:t>
      </w:r>
      <w:r>
        <w:t xml:space="preserve"> </w:t>
      </w:r>
      <w:r>
        <w:t>إلى</w:t>
      </w:r>
      <w:r>
        <w:t xml:space="preserve"> </w:t>
      </w:r>
      <w:r>
        <w:t>خطة</w:t>
      </w:r>
      <w:r>
        <w:t xml:space="preserve"> </w:t>
      </w:r>
      <w:r>
        <w:t>معالجة</w:t>
      </w:r>
      <w:r>
        <w:t xml:space="preserve"> </w:t>
      </w:r>
      <w:r>
        <w:t>توضح</w:t>
      </w:r>
      <w:r>
        <w:t xml:space="preserve"> </w:t>
      </w:r>
      <w:r>
        <w:t>الإجراء،</w:t>
      </w:r>
      <w:r>
        <w:t xml:space="preserve"> </w:t>
      </w:r>
      <w:r>
        <w:t>والمالك،</w:t>
      </w:r>
      <w:r>
        <w:t xml:space="preserve"> </w:t>
      </w:r>
      <w:r>
        <w:t>والموارد،</w:t>
      </w:r>
      <w:r>
        <w:t xml:space="preserve"> </w:t>
      </w:r>
      <w:r>
        <w:t>والموعد،</w:t>
      </w:r>
      <w:r>
        <w:t xml:space="preserve"> </w:t>
      </w:r>
      <w:r>
        <w:t>ومؤشر</w:t>
      </w:r>
      <w:r>
        <w:t xml:space="preserve"> </w:t>
      </w:r>
      <w:r>
        <w:t>الإنجاز،</w:t>
      </w:r>
      <w:r>
        <w:t xml:space="preserve"> </w:t>
      </w:r>
      <w:r>
        <w:t>ومستوى</w:t>
      </w:r>
      <w:r>
        <w:t xml:space="preserve"> </w:t>
      </w:r>
      <w:r>
        <w:t>الخطر</w:t>
      </w:r>
      <w:r>
        <w:t xml:space="preserve"> </w:t>
      </w:r>
      <w:r>
        <w:t>المتوقع</w:t>
      </w:r>
      <w:r>
        <w:t xml:space="preserve"> </w:t>
      </w:r>
      <w:r>
        <w:t>بعد</w:t>
      </w:r>
      <w:r>
        <w:t xml:space="preserve"> </w:t>
      </w:r>
      <w:r>
        <w:t>التنفيذ</w:t>
      </w:r>
      <w:r>
        <w:t xml:space="preserve">. </w:t>
      </w:r>
      <w:r>
        <w:t>ويجب</w:t>
      </w:r>
      <w:r>
        <w:t xml:space="preserve"> </w:t>
      </w:r>
      <w:r>
        <w:t>اختيار</w:t>
      </w:r>
      <w:r>
        <w:t xml:space="preserve"> </w:t>
      </w:r>
      <w:r>
        <w:t>ضوابط</w:t>
      </w:r>
      <w:r>
        <w:t xml:space="preserve"> </w:t>
      </w:r>
      <w:r>
        <w:t>وقائية</w:t>
      </w:r>
      <w:r>
        <w:t xml:space="preserve"> </w:t>
      </w:r>
      <w:r>
        <w:t>تكشف</w:t>
      </w:r>
      <w:r>
        <w:t xml:space="preserve"> </w:t>
      </w:r>
      <w:r>
        <w:t>الخطر</w:t>
      </w:r>
      <w:r>
        <w:t xml:space="preserve"> </w:t>
      </w:r>
      <w:r>
        <w:t>مبكرًا،</w:t>
      </w:r>
      <w:r>
        <w:t xml:space="preserve"> </w:t>
      </w:r>
      <w:r>
        <w:t>وضوابط</w:t>
      </w:r>
      <w:r>
        <w:t xml:space="preserve"> </w:t>
      </w:r>
      <w:r>
        <w:lastRenderedPageBreak/>
        <w:t>تصحيحية</w:t>
      </w:r>
      <w:r>
        <w:t xml:space="preserve"> </w:t>
      </w:r>
      <w:r>
        <w:t>تقلل</w:t>
      </w:r>
      <w:r>
        <w:t xml:space="preserve"> </w:t>
      </w:r>
      <w:r>
        <w:t>أثره،</w:t>
      </w:r>
      <w:r>
        <w:t xml:space="preserve"> </w:t>
      </w:r>
      <w:r>
        <w:t>وربط</w:t>
      </w:r>
      <w:r>
        <w:t xml:space="preserve"> </w:t>
      </w:r>
      <w:r>
        <w:t>المخاطر</w:t>
      </w:r>
      <w:r>
        <w:t xml:space="preserve"> </w:t>
      </w:r>
      <w:r>
        <w:t>التي</w:t>
      </w:r>
      <w:r>
        <w:t xml:space="preserve"> </w:t>
      </w:r>
      <w:r>
        <w:t>قد</w:t>
      </w:r>
      <w:r>
        <w:t xml:space="preserve"> </w:t>
      </w:r>
      <w:r>
        <w:t>توقف</w:t>
      </w:r>
      <w:r>
        <w:t xml:space="preserve"> </w:t>
      </w:r>
      <w:r>
        <w:t>خدمة</w:t>
      </w:r>
      <w:r>
        <w:t xml:space="preserve"> </w:t>
      </w:r>
      <w:r>
        <w:t>حرجة</w:t>
      </w:r>
      <w:r>
        <w:t xml:space="preserve"> </w:t>
      </w:r>
      <w:r>
        <w:t>باستراتيجيات</w:t>
      </w:r>
      <w:r>
        <w:t xml:space="preserve"> </w:t>
      </w:r>
      <w:r>
        <w:t>الاستمرارية</w:t>
      </w:r>
      <w:r>
        <w:t xml:space="preserve"> </w:t>
      </w:r>
      <w:r>
        <w:t>والتعافي</w:t>
      </w:r>
      <w:r>
        <w:t xml:space="preserve">. </w:t>
      </w:r>
      <w:r>
        <w:t>كما</w:t>
      </w:r>
      <w:r>
        <w:t xml:space="preserve"> </w:t>
      </w:r>
      <w:r>
        <w:t>ينبغي</w:t>
      </w:r>
      <w:r>
        <w:t xml:space="preserve"> </w:t>
      </w:r>
      <w:r>
        <w:t>تقييم</w:t>
      </w:r>
      <w:r>
        <w:t xml:space="preserve"> </w:t>
      </w:r>
      <w:r>
        <w:t>المخاطر</w:t>
      </w:r>
      <w:r>
        <w:t xml:space="preserve"> </w:t>
      </w:r>
      <w:r>
        <w:t>الجديدة</w:t>
      </w:r>
      <w:r>
        <w:t xml:space="preserve"> </w:t>
      </w:r>
      <w:r>
        <w:t>التي</w:t>
      </w:r>
      <w:r>
        <w:t xml:space="preserve"> </w:t>
      </w:r>
      <w:r>
        <w:t>قد</w:t>
      </w:r>
      <w:r>
        <w:t xml:space="preserve"> </w:t>
      </w:r>
      <w:r>
        <w:t>تنشأ</w:t>
      </w:r>
      <w:r>
        <w:t xml:space="preserve"> </w:t>
      </w:r>
      <w:r>
        <w:t>من</w:t>
      </w:r>
      <w:r>
        <w:t xml:space="preserve"> </w:t>
      </w:r>
      <w:r>
        <w:t>المعالجة</w:t>
      </w:r>
      <w:r>
        <w:t xml:space="preserve"> </w:t>
      </w:r>
      <w:r>
        <w:t>نفسها</w:t>
      </w:r>
      <w:r>
        <w:t>.</w:t>
      </w:r>
    </w:p>
    <w:p w14:paraId="40E6E6CE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1-10-6 </w:t>
      </w:r>
      <w:r>
        <w:rPr>
          <w:rFonts w:ascii="Arial" w:hAnsi="Arial" w:cs="Arial"/>
        </w:rPr>
        <w:t>المراقبة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والمراجعة</w:t>
      </w:r>
    </w:p>
    <w:p w14:paraId="75313F67" w14:textId="77777777" w:rsidR="00660561" w:rsidRDefault="005B109C">
      <w:pPr>
        <w:bidi/>
      </w:pPr>
      <w:r>
        <w:t>تضمن</w:t>
      </w:r>
      <w:r>
        <w:t xml:space="preserve"> </w:t>
      </w:r>
      <w:r>
        <w:t>المراقبة</w:t>
      </w:r>
      <w:r>
        <w:t xml:space="preserve"> </w:t>
      </w:r>
      <w:r>
        <w:t>استمرار</w:t>
      </w:r>
      <w:r>
        <w:t xml:space="preserve"> </w:t>
      </w:r>
      <w:r>
        <w:t>ملاءمة</w:t>
      </w:r>
      <w:r>
        <w:t xml:space="preserve"> </w:t>
      </w:r>
      <w:r>
        <w:t>التقييم</w:t>
      </w:r>
      <w:r>
        <w:t xml:space="preserve"> </w:t>
      </w:r>
      <w:r>
        <w:t>والمعالجات</w:t>
      </w:r>
      <w:r>
        <w:t xml:space="preserve"> </w:t>
      </w:r>
      <w:r>
        <w:t>مع</w:t>
      </w:r>
      <w:r>
        <w:t xml:space="preserve"> </w:t>
      </w:r>
      <w:r>
        <w:t>تغير</w:t>
      </w:r>
      <w:r>
        <w:t xml:space="preserve"> </w:t>
      </w:r>
      <w:r>
        <w:t>الظروف</w:t>
      </w:r>
      <w:r>
        <w:t xml:space="preserve">. </w:t>
      </w:r>
      <w:r>
        <w:t>وتشمل</w:t>
      </w:r>
      <w:r>
        <w:t xml:space="preserve"> </w:t>
      </w:r>
      <w:r>
        <w:t>متابعة</w:t>
      </w:r>
      <w:r>
        <w:t xml:space="preserve"> </w:t>
      </w:r>
      <w:r>
        <w:t>مؤشرات</w:t>
      </w:r>
      <w:r>
        <w:t xml:space="preserve"> </w:t>
      </w:r>
      <w:r>
        <w:t>المخاطر</w:t>
      </w:r>
      <w:r>
        <w:t xml:space="preserve"> </w:t>
      </w:r>
      <w:r>
        <w:t>الرئيسة،</w:t>
      </w:r>
      <w:r>
        <w:t xml:space="preserve"> </w:t>
      </w:r>
      <w:r>
        <w:t>والحوادث،</w:t>
      </w:r>
      <w:r>
        <w:t xml:space="preserve"> </w:t>
      </w:r>
      <w:r>
        <w:t>وحالات</w:t>
      </w:r>
      <w:r>
        <w:t xml:space="preserve"> </w:t>
      </w:r>
      <w:r>
        <w:t>عدم</w:t>
      </w:r>
      <w:r>
        <w:t xml:space="preserve"> </w:t>
      </w:r>
      <w:r>
        <w:t>الالتزام،</w:t>
      </w:r>
      <w:r>
        <w:t xml:space="preserve"> </w:t>
      </w:r>
      <w:r>
        <w:t>ونتائج</w:t>
      </w:r>
      <w:r>
        <w:t xml:space="preserve"> </w:t>
      </w:r>
      <w:r>
        <w:t>الاختبارات،</w:t>
      </w:r>
      <w:r>
        <w:t xml:space="preserve"> </w:t>
      </w:r>
      <w:r>
        <w:t>وتأخر</w:t>
      </w:r>
      <w:r>
        <w:t xml:space="preserve"> </w:t>
      </w:r>
      <w:r>
        <w:t>خطط</w:t>
      </w:r>
      <w:r>
        <w:t xml:space="preserve"> </w:t>
      </w:r>
      <w:r>
        <w:t>المعالجة،</w:t>
      </w:r>
      <w:r>
        <w:t xml:space="preserve"> </w:t>
      </w:r>
      <w:r>
        <w:t>وتغير</w:t>
      </w:r>
      <w:r>
        <w:t xml:space="preserve"> </w:t>
      </w:r>
      <w:r>
        <w:t>الموردين</w:t>
      </w:r>
      <w:r>
        <w:t xml:space="preserve"> </w:t>
      </w:r>
      <w:r>
        <w:t>أو</w:t>
      </w:r>
      <w:r>
        <w:t xml:space="preserve"> </w:t>
      </w:r>
      <w:r>
        <w:t>الأنظمة</w:t>
      </w:r>
      <w:r>
        <w:t xml:space="preserve"> </w:t>
      </w:r>
      <w:r>
        <w:t>أو</w:t>
      </w:r>
      <w:r>
        <w:t xml:space="preserve"> </w:t>
      </w:r>
      <w:r>
        <w:t>العمليات</w:t>
      </w:r>
      <w:r>
        <w:t xml:space="preserve">. </w:t>
      </w:r>
      <w:r>
        <w:t>وتجرى</w:t>
      </w:r>
      <w:r>
        <w:t xml:space="preserve"> </w:t>
      </w:r>
      <w:r>
        <w:t>المراجعة</w:t>
      </w:r>
      <w:r>
        <w:t xml:space="preserve"> </w:t>
      </w:r>
      <w:r>
        <w:t>دوريًا،</w:t>
      </w:r>
      <w:r>
        <w:t xml:space="preserve"> </w:t>
      </w:r>
      <w:r>
        <w:t>وبعد</w:t>
      </w:r>
      <w:r>
        <w:t xml:space="preserve"> </w:t>
      </w:r>
      <w:r>
        <w:t>التغييرات</w:t>
      </w:r>
      <w:r>
        <w:t xml:space="preserve"> </w:t>
      </w:r>
      <w:r>
        <w:t>المهمة،</w:t>
      </w:r>
      <w:r>
        <w:t xml:space="preserve"> </w:t>
      </w:r>
      <w:r>
        <w:t>وبعد</w:t>
      </w:r>
      <w:r>
        <w:t xml:space="preserve"> </w:t>
      </w:r>
      <w:r>
        <w:t>وقوع</w:t>
      </w:r>
      <w:r>
        <w:t xml:space="preserve"> </w:t>
      </w:r>
      <w:r>
        <w:t>حادث</w:t>
      </w:r>
      <w:r>
        <w:t xml:space="preserve"> </w:t>
      </w:r>
      <w:r>
        <w:t>أو</w:t>
      </w:r>
      <w:r>
        <w:t xml:space="preserve"> </w:t>
      </w:r>
      <w:r>
        <w:t>اختبار</w:t>
      </w:r>
      <w:r>
        <w:t xml:space="preserve"> </w:t>
      </w:r>
      <w:r>
        <w:t>خطة</w:t>
      </w:r>
      <w:r>
        <w:t xml:space="preserve"> </w:t>
      </w:r>
      <w:r>
        <w:t>استمرارية</w:t>
      </w:r>
      <w:r>
        <w:t>.</w:t>
      </w:r>
    </w:p>
    <w:p w14:paraId="7D5A5910" w14:textId="77777777" w:rsidR="00660561" w:rsidRDefault="005B109C">
      <w:pPr>
        <w:bidi/>
      </w:pPr>
      <w:r>
        <w:t>ينبغي</w:t>
      </w:r>
      <w:r>
        <w:t xml:space="preserve"> </w:t>
      </w:r>
      <w:r>
        <w:t>أن</w:t>
      </w:r>
      <w:r>
        <w:t xml:space="preserve"> </w:t>
      </w:r>
      <w:r>
        <w:t>تنتج</w:t>
      </w:r>
      <w:r>
        <w:t xml:space="preserve"> </w:t>
      </w:r>
      <w:r>
        <w:t>المراجعة</w:t>
      </w:r>
      <w:r>
        <w:t xml:space="preserve"> </w:t>
      </w:r>
      <w:r>
        <w:t>تحديثًا</w:t>
      </w:r>
      <w:r>
        <w:t xml:space="preserve"> </w:t>
      </w:r>
      <w:r>
        <w:t>لسجل</w:t>
      </w:r>
      <w:r>
        <w:t xml:space="preserve"> </w:t>
      </w:r>
      <w:r>
        <w:t>المخاطر</w:t>
      </w:r>
      <w:r>
        <w:t xml:space="preserve"> </w:t>
      </w:r>
      <w:r>
        <w:t>والضوابط</w:t>
      </w:r>
      <w:r>
        <w:t xml:space="preserve"> </w:t>
      </w:r>
      <w:r>
        <w:t>والأولويات</w:t>
      </w:r>
      <w:r>
        <w:t xml:space="preserve"> </w:t>
      </w:r>
      <w:r>
        <w:t>والمسؤوليات،</w:t>
      </w:r>
      <w:r>
        <w:t xml:space="preserve"> </w:t>
      </w:r>
      <w:r>
        <w:t>وأن</w:t>
      </w:r>
      <w:r>
        <w:t xml:space="preserve"> </w:t>
      </w:r>
      <w:r>
        <w:t>تستفيد</w:t>
      </w:r>
      <w:r>
        <w:t xml:space="preserve"> </w:t>
      </w:r>
      <w:r>
        <w:t>من</w:t>
      </w:r>
      <w:r>
        <w:t xml:space="preserve"> </w:t>
      </w:r>
      <w:r>
        <w:t>الدروس</w:t>
      </w:r>
      <w:r>
        <w:t xml:space="preserve"> </w:t>
      </w:r>
      <w:r>
        <w:t>المستخلصة</w:t>
      </w:r>
      <w:r>
        <w:t xml:space="preserve">. </w:t>
      </w:r>
      <w:r>
        <w:t>فإذا</w:t>
      </w:r>
      <w:r>
        <w:t xml:space="preserve"> </w:t>
      </w:r>
      <w:r>
        <w:t>كشف</w:t>
      </w:r>
      <w:r>
        <w:t xml:space="preserve"> </w:t>
      </w:r>
      <w:r>
        <w:t>الاختبار</w:t>
      </w:r>
      <w:r>
        <w:t xml:space="preserve"> </w:t>
      </w:r>
      <w:r>
        <w:t>أن</w:t>
      </w:r>
      <w:r>
        <w:t xml:space="preserve"> </w:t>
      </w:r>
      <w:r>
        <w:t>زمن</w:t>
      </w:r>
      <w:r>
        <w:t xml:space="preserve"> </w:t>
      </w:r>
      <w:r>
        <w:t>استعادة</w:t>
      </w:r>
      <w:r>
        <w:t xml:space="preserve"> </w:t>
      </w:r>
      <w:r>
        <w:t>النظام</w:t>
      </w:r>
      <w:r>
        <w:t xml:space="preserve"> </w:t>
      </w:r>
      <w:r>
        <w:t>أطول</w:t>
      </w:r>
      <w:r>
        <w:t xml:space="preserve"> </w:t>
      </w:r>
      <w:r>
        <w:t>من</w:t>
      </w:r>
      <w:r>
        <w:t xml:space="preserve"> </w:t>
      </w:r>
      <w:r>
        <w:t>المطلوب،</w:t>
      </w:r>
      <w:r>
        <w:t xml:space="preserve"> </w:t>
      </w:r>
      <w:r>
        <w:t>فإن</w:t>
      </w:r>
      <w:r>
        <w:t xml:space="preserve"> </w:t>
      </w:r>
      <w:r>
        <w:t>ذلك</w:t>
      </w:r>
      <w:r>
        <w:t xml:space="preserve"> </w:t>
      </w:r>
      <w:r>
        <w:t>يعد</w:t>
      </w:r>
      <w:r>
        <w:t xml:space="preserve"> </w:t>
      </w:r>
      <w:r>
        <w:t>ضعفًا</w:t>
      </w:r>
      <w:r>
        <w:t xml:space="preserve"> </w:t>
      </w:r>
      <w:r>
        <w:t>في</w:t>
      </w:r>
      <w:r>
        <w:t xml:space="preserve"> </w:t>
      </w:r>
      <w:r>
        <w:t>الضوابط</w:t>
      </w:r>
      <w:r>
        <w:t xml:space="preserve"> </w:t>
      </w:r>
      <w:r>
        <w:t>وخطرًا</w:t>
      </w:r>
      <w:r>
        <w:t xml:space="preserve"> </w:t>
      </w:r>
      <w:r>
        <w:t>يحتاج</w:t>
      </w:r>
      <w:r>
        <w:t xml:space="preserve"> </w:t>
      </w:r>
      <w:r>
        <w:t>إلى</w:t>
      </w:r>
      <w:r>
        <w:t xml:space="preserve"> </w:t>
      </w:r>
      <w:r>
        <w:t>معالجة</w:t>
      </w:r>
      <w:r>
        <w:t xml:space="preserve">. </w:t>
      </w:r>
      <w:r>
        <w:t>وتربط</w:t>
      </w:r>
      <w:r>
        <w:t xml:space="preserve"> </w:t>
      </w:r>
      <w:r>
        <w:t>هذه</w:t>
      </w:r>
      <w:r>
        <w:t xml:space="preserve"> </w:t>
      </w:r>
      <w:r>
        <w:t>الحلقة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والتحسين</w:t>
      </w:r>
      <w:r>
        <w:t xml:space="preserve"> </w:t>
      </w:r>
      <w:r>
        <w:t>المستمر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>.</w:t>
      </w:r>
    </w:p>
    <w:p w14:paraId="0E17A464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1-10-7 </w:t>
      </w:r>
      <w:r>
        <w:rPr>
          <w:rFonts w:ascii="Arial" w:hAnsi="Arial" w:cs="Arial"/>
        </w:rPr>
        <w:t>الاتصال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والتشاور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والتوثيق</w:t>
      </w:r>
    </w:p>
    <w:p w14:paraId="3C0A4142" w14:textId="77777777" w:rsidR="00660561" w:rsidRDefault="005B109C">
      <w:pPr>
        <w:bidi/>
      </w:pPr>
      <w:r>
        <w:t>يرافق</w:t>
      </w:r>
      <w:r>
        <w:t xml:space="preserve"> </w:t>
      </w:r>
      <w:r>
        <w:t>الاتصال</w:t>
      </w:r>
      <w:r>
        <w:t xml:space="preserve"> </w:t>
      </w:r>
      <w:r>
        <w:t>والتشاور</w:t>
      </w:r>
      <w:r>
        <w:t xml:space="preserve"> </w:t>
      </w:r>
      <w:r>
        <w:t>جميع</w:t>
      </w:r>
      <w:r>
        <w:t xml:space="preserve"> </w:t>
      </w:r>
      <w:r>
        <w:t>مراحل</w:t>
      </w:r>
      <w:r>
        <w:t xml:space="preserve"> </w:t>
      </w:r>
      <w:r>
        <w:t>العملية</w:t>
      </w:r>
      <w:r>
        <w:t xml:space="preserve"> </w:t>
      </w:r>
      <w:r>
        <w:t>لضمان</w:t>
      </w:r>
      <w:r>
        <w:t xml:space="preserve"> </w:t>
      </w:r>
      <w:r>
        <w:t>فهم</w:t>
      </w:r>
      <w:r>
        <w:t xml:space="preserve"> </w:t>
      </w:r>
      <w:r>
        <w:t>المخاطر</w:t>
      </w:r>
      <w:r>
        <w:t xml:space="preserve"> </w:t>
      </w:r>
      <w:r>
        <w:t>وتبادل</w:t>
      </w:r>
      <w:r>
        <w:t xml:space="preserve"> </w:t>
      </w:r>
      <w:r>
        <w:t>المعلومات</w:t>
      </w:r>
      <w:r>
        <w:t xml:space="preserve"> </w:t>
      </w:r>
      <w:r>
        <w:t>ومشاركة</w:t>
      </w:r>
      <w:r>
        <w:t xml:space="preserve"> </w:t>
      </w:r>
      <w:r>
        <w:t>من</w:t>
      </w:r>
      <w:r>
        <w:t xml:space="preserve"> </w:t>
      </w:r>
      <w:r>
        <w:t>يتأثرون</w:t>
      </w:r>
      <w:r>
        <w:t xml:space="preserve"> </w:t>
      </w:r>
      <w:r>
        <w:t>بالقرار</w:t>
      </w:r>
      <w:r>
        <w:t xml:space="preserve">. </w:t>
      </w:r>
      <w:r>
        <w:t>ويشمل</w:t>
      </w:r>
      <w:r>
        <w:t xml:space="preserve"> </w:t>
      </w:r>
      <w:r>
        <w:t>ذلك</w:t>
      </w:r>
      <w:r>
        <w:t xml:space="preserve"> </w:t>
      </w:r>
      <w:r>
        <w:t>توضيح</w:t>
      </w:r>
      <w:r>
        <w:t xml:space="preserve"> </w:t>
      </w:r>
      <w:r>
        <w:t>الأدوار،</w:t>
      </w:r>
      <w:r>
        <w:t xml:space="preserve"> </w:t>
      </w:r>
      <w:r>
        <w:t>ورفع</w:t>
      </w:r>
      <w:r>
        <w:t xml:space="preserve"> </w:t>
      </w:r>
      <w:r>
        <w:t>المخاطر</w:t>
      </w:r>
      <w:r>
        <w:t xml:space="preserve"> </w:t>
      </w:r>
      <w:r>
        <w:t>المهمة،</w:t>
      </w:r>
      <w:r>
        <w:t xml:space="preserve"> </w:t>
      </w:r>
      <w:r>
        <w:t>والتواصل</w:t>
      </w:r>
      <w:r>
        <w:t xml:space="preserve"> </w:t>
      </w:r>
      <w:r>
        <w:t>مع</w:t>
      </w:r>
      <w:r>
        <w:t xml:space="preserve"> </w:t>
      </w:r>
      <w:r>
        <w:t>الموردين</w:t>
      </w:r>
      <w:r>
        <w:t xml:space="preserve"> </w:t>
      </w:r>
      <w:r>
        <w:t>والعملاء</w:t>
      </w:r>
      <w:r>
        <w:t xml:space="preserve"> </w:t>
      </w:r>
      <w:r>
        <w:t>والجهات</w:t>
      </w:r>
      <w:r>
        <w:t xml:space="preserve"> </w:t>
      </w:r>
      <w:r>
        <w:t>ذات</w:t>
      </w:r>
      <w:r>
        <w:t xml:space="preserve"> </w:t>
      </w:r>
      <w:r>
        <w:t>العلاقة</w:t>
      </w:r>
      <w:r>
        <w:t xml:space="preserve"> </w:t>
      </w:r>
      <w:r>
        <w:t>عند</w:t>
      </w:r>
      <w:r>
        <w:t xml:space="preserve"> </w:t>
      </w:r>
      <w:r>
        <w:t>الحاجة</w:t>
      </w:r>
      <w:r>
        <w:t xml:space="preserve">. </w:t>
      </w:r>
      <w:r>
        <w:t>أما</w:t>
      </w:r>
      <w:r>
        <w:t xml:space="preserve"> </w:t>
      </w:r>
      <w:r>
        <w:t>التوثيق</w:t>
      </w:r>
      <w:r>
        <w:t xml:space="preserve"> </w:t>
      </w:r>
      <w:r>
        <w:t>فيوفر</w:t>
      </w:r>
      <w:r>
        <w:t xml:space="preserve"> </w:t>
      </w:r>
      <w:r>
        <w:t>سجلًا</w:t>
      </w:r>
      <w:r>
        <w:t xml:space="preserve"> </w:t>
      </w:r>
      <w:r>
        <w:t>للقرارات</w:t>
      </w:r>
      <w:r>
        <w:t xml:space="preserve"> </w:t>
      </w:r>
      <w:r>
        <w:t>والافتراضات</w:t>
      </w:r>
      <w:r>
        <w:t xml:space="preserve"> </w:t>
      </w:r>
      <w:r>
        <w:t>والمعالجات</w:t>
      </w:r>
      <w:r>
        <w:t xml:space="preserve"> </w:t>
      </w:r>
      <w:r>
        <w:t>ويساعد</w:t>
      </w:r>
      <w:r>
        <w:t xml:space="preserve"> </w:t>
      </w:r>
      <w:r>
        <w:t>على</w:t>
      </w:r>
      <w:r>
        <w:t xml:space="preserve"> </w:t>
      </w:r>
      <w:r>
        <w:t>المتابعة</w:t>
      </w:r>
      <w:r>
        <w:t xml:space="preserve"> </w:t>
      </w:r>
      <w:r>
        <w:t>والتعلم</w:t>
      </w:r>
      <w:r>
        <w:t xml:space="preserve"> </w:t>
      </w:r>
      <w:r>
        <w:t>والمساءلة،</w:t>
      </w:r>
      <w:r>
        <w:t xml:space="preserve"> </w:t>
      </w:r>
      <w:r>
        <w:t>على</w:t>
      </w:r>
      <w:r>
        <w:t xml:space="preserve"> </w:t>
      </w:r>
      <w:r>
        <w:t>أن</w:t>
      </w:r>
      <w:r>
        <w:t xml:space="preserve"> </w:t>
      </w:r>
      <w:r>
        <w:t>يبقى</w:t>
      </w:r>
      <w:r>
        <w:t xml:space="preserve"> </w:t>
      </w:r>
      <w:r>
        <w:t>مختصرًا</w:t>
      </w:r>
      <w:r>
        <w:t xml:space="preserve"> </w:t>
      </w:r>
      <w:r>
        <w:t>ومفيدًا</w:t>
      </w:r>
      <w:r>
        <w:t xml:space="preserve"> </w:t>
      </w:r>
      <w:r>
        <w:t>لا</w:t>
      </w:r>
      <w:r>
        <w:t xml:space="preserve"> </w:t>
      </w:r>
      <w:r>
        <w:t>عبئًا</w:t>
      </w:r>
      <w:r>
        <w:t xml:space="preserve"> </w:t>
      </w:r>
      <w:r>
        <w:t>شكليًا</w:t>
      </w:r>
      <w:r>
        <w:t>.</w:t>
      </w:r>
    </w:p>
    <w:p w14:paraId="70764BE7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1-11 </w:t>
      </w:r>
      <w:r>
        <w:rPr>
          <w:rFonts w:ascii="Arial" w:hAnsi="Arial" w:cs="Arial"/>
        </w:rPr>
        <w:t>أدوات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وأساليب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054ACF56" w14:textId="77777777" w:rsidR="00660561" w:rsidRDefault="005B109C">
      <w:pPr>
        <w:bidi/>
      </w:pPr>
      <w:r>
        <w:t>تختلف</w:t>
      </w:r>
      <w:r>
        <w:t xml:space="preserve"> </w:t>
      </w:r>
      <w:r>
        <w:t>أدوات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بحسب</w:t>
      </w:r>
      <w:r>
        <w:t xml:space="preserve"> </w:t>
      </w:r>
      <w:r>
        <w:t>الغرض</w:t>
      </w:r>
      <w:r>
        <w:t xml:space="preserve"> </w:t>
      </w:r>
      <w:r>
        <w:t>والبيانات</w:t>
      </w:r>
      <w:r>
        <w:t xml:space="preserve">. </w:t>
      </w:r>
      <w:r>
        <w:t>فسجل</w:t>
      </w:r>
      <w:r>
        <w:t xml:space="preserve"> </w:t>
      </w:r>
      <w:r>
        <w:t>المخاطر</w:t>
      </w:r>
      <w:r>
        <w:t xml:space="preserve"> </w:t>
      </w:r>
      <w:r>
        <w:t>يجمع</w:t>
      </w:r>
      <w:r>
        <w:t xml:space="preserve"> </w:t>
      </w:r>
      <w:r>
        <w:t>المعلومات</w:t>
      </w:r>
      <w:r>
        <w:t xml:space="preserve"> </w:t>
      </w:r>
      <w:r>
        <w:t>الأساسية</w:t>
      </w:r>
      <w:r>
        <w:t xml:space="preserve"> </w:t>
      </w:r>
      <w:r>
        <w:t>ويساعد</w:t>
      </w:r>
      <w:r>
        <w:t xml:space="preserve"> </w:t>
      </w:r>
      <w:r>
        <w:t>على</w:t>
      </w:r>
      <w:r>
        <w:t xml:space="preserve"> </w:t>
      </w:r>
      <w:r>
        <w:t>المتابعة،</w:t>
      </w:r>
      <w:r>
        <w:t xml:space="preserve"> </w:t>
      </w:r>
      <w:r>
        <w:t>ومصفوفة</w:t>
      </w:r>
      <w:r>
        <w:t xml:space="preserve"> </w:t>
      </w:r>
      <w:r>
        <w:t>الاحتمال</w:t>
      </w:r>
      <w:r>
        <w:t xml:space="preserve"> </w:t>
      </w:r>
      <w:r>
        <w:t>والأثر</w:t>
      </w:r>
      <w:r>
        <w:t xml:space="preserve"> </w:t>
      </w:r>
      <w:r>
        <w:t>توضح</w:t>
      </w:r>
      <w:r>
        <w:t xml:space="preserve"> </w:t>
      </w:r>
      <w:r>
        <w:t>الأولويات</w:t>
      </w:r>
      <w:r>
        <w:t xml:space="preserve"> </w:t>
      </w:r>
      <w:r>
        <w:t>بصريًا،</w:t>
      </w:r>
      <w:r>
        <w:t xml:space="preserve"> </w:t>
      </w:r>
      <w:r>
        <w:t>وتحليل</w:t>
      </w:r>
      <w:r>
        <w:t xml:space="preserve"> SWOT </w:t>
      </w:r>
      <w:r>
        <w:t>يساعد</w:t>
      </w:r>
      <w:r>
        <w:t xml:space="preserve"> </w:t>
      </w:r>
      <w:r>
        <w:t>على</w:t>
      </w:r>
      <w:r>
        <w:t xml:space="preserve"> </w:t>
      </w:r>
      <w:r>
        <w:t>فهم</w:t>
      </w:r>
      <w:r>
        <w:t xml:space="preserve"> </w:t>
      </w:r>
      <w:r>
        <w:t>نقاط</w:t>
      </w:r>
      <w:r>
        <w:t xml:space="preserve"> </w:t>
      </w:r>
      <w:r>
        <w:t>القوة</w:t>
      </w:r>
      <w:r>
        <w:t xml:space="preserve"> </w:t>
      </w:r>
      <w:r>
        <w:t>والضعف</w:t>
      </w:r>
      <w:r>
        <w:t xml:space="preserve"> </w:t>
      </w:r>
      <w:r>
        <w:t>والفرص</w:t>
      </w:r>
      <w:r>
        <w:t xml:space="preserve"> </w:t>
      </w:r>
      <w:r>
        <w:t>والتهديدات،</w:t>
      </w:r>
      <w:r>
        <w:t xml:space="preserve"> </w:t>
      </w:r>
      <w:r>
        <w:t>بينما</w:t>
      </w:r>
      <w:r>
        <w:t xml:space="preserve"> </w:t>
      </w:r>
      <w:r>
        <w:t>يستخدم</w:t>
      </w:r>
      <w:r>
        <w:t xml:space="preserve"> </w:t>
      </w:r>
      <w:r>
        <w:t>تحليل</w:t>
      </w:r>
      <w:r>
        <w:t xml:space="preserve"> PESTEL </w:t>
      </w:r>
      <w:r>
        <w:t>لفحص</w:t>
      </w:r>
      <w:r>
        <w:t xml:space="preserve"> </w:t>
      </w:r>
      <w:r>
        <w:t>العوامل</w:t>
      </w:r>
      <w:r>
        <w:t xml:space="preserve"> </w:t>
      </w:r>
      <w:r>
        <w:t>السياسية</w:t>
      </w:r>
      <w:r>
        <w:t xml:space="preserve"> </w:t>
      </w:r>
      <w:r>
        <w:t>والاقتصادية</w:t>
      </w:r>
      <w:r>
        <w:t xml:space="preserve"> </w:t>
      </w:r>
      <w:r>
        <w:t>والاجتماعية</w:t>
      </w:r>
      <w:r>
        <w:t xml:space="preserve"> </w:t>
      </w:r>
      <w:r>
        <w:t>والتقنية</w:t>
      </w:r>
      <w:r>
        <w:t xml:space="preserve"> </w:t>
      </w:r>
      <w:r>
        <w:t>والبيئية</w:t>
      </w:r>
      <w:r>
        <w:t xml:space="preserve"> </w:t>
      </w:r>
      <w:r>
        <w:t>والنظامية</w:t>
      </w:r>
      <w:r>
        <w:t xml:space="preserve">. </w:t>
      </w:r>
      <w:r>
        <w:t>ويساعد</w:t>
      </w:r>
      <w:r>
        <w:t xml:space="preserve"> </w:t>
      </w:r>
      <w:r>
        <w:t>تحليل</w:t>
      </w:r>
      <w:r>
        <w:t xml:space="preserve"> </w:t>
      </w:r>
      <w:r>
        <w:t>السيناريو</w:t>
      </w:r>
      <w:r>
        <w:t xml:space="preserve"> </w:t>
      </w:r>
      <w:r>
        <w:t>في</w:t>
      </w:r>
      <w:r>
        <w:t xml:space="preserve"> </w:t>
      </w:r>
      <w:r>
        <w:t>تصور</w:t>
      </w:r>
      <w:r>
        <w:t xml:space="preserve"> </w:t>
      </w:r>
      <w:r>
        <w:t>أحداث</w:t>
      </w:r>
      <w:r>
        <w:t xml:space="preserve"> </w:t>
      </w:r>
      <w:r>
        <w:t>متعددة</w:t>
      </w:r>
      <w:r>
        <w:t xml:space="preserve"> </w:t>
      </w:r>
      <w:r>
        <w:t>واختبار</w:t>
      </w:r>
      <w:r>
        <w:t xml:space="preserve"> </w:t>
      </w:r>
      <w:r>
        <w:t>الاستجابة</w:t>
      </w:r>
      <w:r>
        <w:t xml:space="preserve"> </w:t>
      </w:r>
      <w:r>
        <w:t>لها</w:t>
      </w:r>
      <w:r>
        <w:t>.</w:t>
      </w:r>
    </w:p>
    <w:p w14:paraId="2200D7CE" w14:textId="77777777" w:rsidR="00660561" w:rsidRDefault="005B109C">
      <w:pPr>
        <w:bidi/>
      </w:pPr>
      <w:r>
        <w:t>ويستخدم</w:t>
      </w:r>
      <w:r>
        <w:t xml:space="preserve"> </w:t>
      </w:r>
      <w:r>
        <w:t>تحليل</w:t>
      </w:r>
      <w:r>
        <w:t xml:space="preserve"> </w:t>
      </w:r>
      <w:r>
        <w:t>السبب</w:t>
      </w:r>
      <w:r>
        <w:t xml:space="preserve"> </w:t>
      </w:r>
      <w:r>
        <w:t>الجذري</w:t>
      </w:r>
      <w:r>
        <w:t xml:space="preserve"> </w:t>
      </w:r>
      <w:r>
        <w:t>لمعرفة</w:t>
      </w:r>
      <w:r>
        <w:t xml:space="preserve"> </w:t>
      </w:r>
      <w:r>
        <w:t>العوامل</w:t>
      </w:r>
      <w:r>
        <w:t xml:space="preserve"> </w:t>
      </w:r>
      <w:r>
        <w:t>الأساسية</w:t>
      </w:r>
      <w:r>
        <w:t xml:space="preserve"> </w:t>
      </w:r>
      <w:r>
        <w:t>للحوادث،</w:t>
      </w:r>
      <w:r>
        <w:t xml:space="preserve"> </w:t>
      </w:r>
      <w:r>
        <w:t>كما</w:t>
      </w:r>
      <w:r>
        <w:t xml:space="preserve"> </w:t>
      </w:r>
      <w:r>
        <w:t>يفيد</w:t>
      </w:r>
      <w:r>
        <w:t xml:space="preserve"> </w:t>
      </w:r>
      <w:r>
        <w:t>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في</w:t>
      </w:r>
      <w:r>
        <w:t xml:space="preserve"> </w:t>
      </w:r>
      <w:r>
        <w:t>تحديد</w:t>
      </w:r>
      <w:r>
        <w:t xml:space="preserve"> </w:t>
      </w:r>
      <w:r>
        <w:t>الأنشطة</w:t>
      </w:r>
      <w:r>
        <w:t xml:space="preserve"> </w:t>
      </w:r>
      <w:r>
        <w:t>الحرجة</w:t>
      </w:r>
      <w:r>
        <w:t xml:space="preserve"> </w:t>
      </w:r>
      <w:r>
        <w:t>والآثار</w:t>
      </w:r>
      <w:r>
        <w:t xml:space="preserve"> </w:t>
      </w:r>
      <w:r>
        <w:t>الزمنية</w:t>
      </w:r>
      <w:r>
        <w:t xml:space="preserve"> </w:t>
      </w:r>
      <w:r>
        <w:t>للتعطل</w:t>
      </w:r>
      <w:r>
        <w:t xml:space="preserve">. </w:t>
      </w:r>
      <w:r>
        <w:t>وتساعد</w:t>
      </w:r>
      <w:r>
        <w:t xml:space="preserve"> </w:t>
      </w:r>
      <w:r>
        <w:t>مؤشرات</w:t>
      </w:r>
      <w:r>
        <w:t xml:space="preserve"> </w:t>
      </w:r>
      <w:r>
        <w:t>المخاطر</w:t>
      </w:r>
      <w:r>
        <w:t xml:space="preserve"> </w:t>
      </w:r>
      <w:r>
        <w:t>الرئيسة</w:t>
      </w:r>
      <w:r>
        <w:t xml:space="preserve"> </w:t>
      </w:r>
      <w:r>
        <w:t>على</w:t>
      </w:r>
      <w:r>
        <w:t xml:space="preserve"> </w:t>
      </w:r>
      <w:r>
        <w:t>الكشف</w:t>
      </w:r>
      <w:r>
        <w:t xml:space="preserve"> </w:t>
      </w:r>
      <w:r>
        <w:t>المبكر،</w:t>
      </w:r>
      <w:r>
        <w:t xml:space="preserve"> </w:t>
      </w:r>
      <w:r>
        <w:t>مثل</w:t>
      </w:r>
      <w:r>
        <w:t xml:space="preserve"> </w:t>
      </w:r>
      <w:r>
        <w:t>انخفاض</w:t>
      </w:r>
      <w:r>
        <w:t xml:space="preserve"> </w:t>
      </w:r>
      <w:r>
        <w:t>الرصيد</w:t>
      </w:r>
      <w:r>
        <w:t xml:space="preserve"> </w:t>
      </w:r>
      <w:r>
        <w:t>النقدي،</w:t>
      </w:r>
      <w:r>
        <w:t xml:space="preserve"> </w:t>
      </w:r>
      <w:r>
        <w:t>أو</w:t>
      </w:r>
      <w:r>
        <w:t xml:space="preserve"> </w:t>
      </w:r>
      <w:r>
        <w:t>ارتفاع</w:t>
      </w:r>
      <w:r>
        <w:t xml:space="preserve"> </w:t>
      </w:r>
      <w:r>
        <w:t>تأخر</w:t>
      </w:r>
      <w:r>
        <w:t xml:space="preserve"> </w:t>
      </w:r>
      <w:r>
        <w:t>المورد،</w:t>
      </w:r>
      <w:r>
        <w:t xml:space="preserve"> </w:t>
      </w:r>
      <w:r>
        <w:t>أو</w:t>
      </w:r>
      <w:r>
        <w:t xml:space="preserve"> </w:t>
      </w:r>
      <w:r>
        <w:t>زيادة</w:t>
      </w:r>
      <w:r>
        <w:t xml:space="preserve"> </w:t>
      </w:r>
      <w:r>
        <w:t>محاولات</w:t>
      </w:r>
      <w:r>
        <w:t xml:space="preserve"> </w:t>
      </w:r>
      <w:r>
        <w:t>الدخول</w:t>
      </w:r>
      <w:r>
        <w:t xml:space="preserve"> </w:t>
      </w:r>
      <w:r>
        <w:t>غير</w:t>
      </w:r>
      <w:r>
        <w:t xml:space="preserve"> </w:t>
      </w:r>
      <w:r>
        <w:t>المصرح</w:t>
      </w:r>
      <w:r>
        <w:t xml:space="preserve">. </w:t>
      </w:r>
      <w:r>
        <w:t>ولا</w:t>
      </w:r>
      <w:r>
        <w:t xml:space="preserve"> </w:t>
      </w:r>
      <w:r>
        <w:t>تعتمد</w:t>
      </w:r>
      <w:r>
        <w:t xml:space="preserve"> </w:t>
      </w:r>
      <w:r>
        <w:t>الفاعلية</w:t>
      </w:r>
      <w:r>
        <w:t xml:space="preserve"> </w:t>
      </w:r>
      <w:r>
        <w:t>على</w:t>
      </w:r>
      <w:r>
        <w:t xml:space="preserve"> </w:t>
      </w:r>
      <w:r>
        <w:t>كثرة</w:t>
      </w:r>
      <w:r>
        <w:t xml:space="preserve"> </w:t>
      </w:r>
      <w:r>
        <w:t>الأدوات،</w:t>
      </w:r>
      <w:r>
        <w:t xml:space="preserve"> </w:t>
      </w:r>
      <w:r>
        <w:t>بل</w:t>
      </w:r>
      <w:r>
        <w:t xml:space="preserve"> </w:t>
      </w:r>
      <w:r>
        <w:t>على</w:t>
      </w:r>
      <w:r>
        <w:t xml:space="preserve"> </w:t>
      </w:r>
      <w:r>
        <w:t>اختيار</w:t>
      </w:r>
      <w:r>
        <w:t xml:space="preserve"> </w:t>
      </w:r>
      <w:r>
        <w:t>أداة</w:t>
      </w:r>
      <w:r>
        <w:t xml:space="preserve"> </w:t>
      </w:r>
      <w:r>
        <w:t>مفهومة</w:t>
      </w:r>
      <w:r>
        <w:t xml:space="preserve"> </w:t>
      </w:r>
      <w:r>
        <w:t>تنتج</w:t>
      </w:r>
      <w:r>
        <w:t xml:space="preserve"> </w:t>
      </w:r>
      <w:r>
        <w:t>قرارًا</w:t>
      </w:r>
      <w:r>
        <w:t xml:space="preserve"> </w:t>
      </w:r>
      <w:r>
        <w:t>قابلًا</w:t>
      </w:r>
      <w:r>
        <w:t xml:space="preserve"> </w:t>
      </w:r>
      <w:r>
        <w:t>للتنفيذ</w:t>
      </w:r>
      <w:r>
        <w:t>.</w:t>
      </w:r>
    </w:p>
    <w:p w14:paraId="1563D135" w14:textId="77777777" w:rsidR="00660561" w:rsidRDefault="005B109C">
      <w:pPr>
        <w:bidi/>
      </w:pPr>
      <w:r>
        <w:lastRenderedPageBreak/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يمكن</w:t>
      </w:r>
      <w:r>
        <w:t xml:space="preserve"> </w:t>
      </w:r>
      <w:r>
        <w:t>استخدام</w:t>
      </w:r>
      <w:r>
        <w:t xml:space="preserve"> </w:t>
      </w:r>
      <w:r>
        <w:t>أدوات</w:t>
      </w:r>
      <w:r>
        <w:t xml:space="preserve"> </w:t>
      </w:r>
      <w:r>
        <w:t>مبسطة</w:t>
      </w:r>
      <w:r>
        <w:t xml:space="preserve">: </w:t>
      </w:r>
      <w:r>
        <w:t>سجل</w:t>
      </w:r>
      <w:r>
        <w:t xml:space="preserve"> </w:t>
      </w:r>
      <w:r>
        <w:t>موحد</w:t>
      </w:r>
      <w:r>
        <w:t xml:space="preserve"> </w:t>
      </w:r>
      <w:r>
        <w:t>للمخاطر،</w:t>
      </w:r>
      <w:r>
        <w:t xml:space="preserve"> </w:t>
      </w:r>
      <w:r>
        <w:t>ومقياس</w:t>
      </w:r>
      <w:r>
        <w:t xml:space="preserve"> </w:t>
      </w:r>
      <w:r>
        <w:t>واضح</w:t>
      </w:r>
      <w:r>
        <w:t xml:space="preserve"> </w:t>
      </w:r>
      <w:r>
        <w:t>من</w:t>
      </w:r>
      <w:r>
        <w:t xml:space="preserve"> </w:t>
      </w:r>
      <w:r>
        <w:t>ثلاث</w:t>
      </w:r>
      <w:r>
        <w:t xml:space="preserve"> </w:t>
      </w:r>
      <w:r>
        <w:t>أو</w:t>
      </w:r>
      <w:r>
        <w:t xml:space="preserve"> </w:t>
      </w:r>
      <w:r>
        <w:t>خمس</w:t>
      </w:r>
      <w:r>
        <w:t xml:space="preserve"> </w:t>
      </w:r>
      <w:r>
        <w:t>درجات،</w:t>
      </w:r>
      <w:r>
        <w:t xml:space="preserve"> </w:t>
      </w:r>
      <w:r>
        <w:t>وقائمة</w:t>
      </w:r>
      <w:r>
        <w:t xml:space="preserve"> </w:t>
      </w:r>
      <w:r>
        <w:t>بالعمليات</w:t>
      </w:r>
      <w:r>
        <w:t xml:space="preserve"> </w:t>
      </w:r>
      <w:r>
        <w:t>الحرجة،</w:t>
      </w:r>
      <w:r>
        <w:t xml:space="preserve"> </w:t>
      </w:r>
      <w:r>
        <w:t>وبطاقات</w:t>
      </w:r>
      <w:r>
        <w:t xml:space="preserve"> </w:t>
      </w:r>
      <w:r>
        <w:t>اتصال،</w:t>
      </w:r>
      <w:r>
        <w:t xml:space="preserve"> </w:t>
      </w:r>
      <w:r>
        <w:t>ونسخ</w:t>
      </w:r>
      <w:r>
        <w:t xml:space="preserve"> </w:t>
      </w:r>
      <w:r>
        <w:t>احتياطي</w:t>
      </w:r>
      <w:r>
        <w:t xml:space="preserve"> </w:t>
      </w:r>
      <w:r>
        <w:t>مجرب،</w:t>
      </w:r>
      <w:r>
        <w:t xml:space="preserve"> </w:t>
      </w:r>
      <w:r>
        <w:t>وقائمة</w:t>
      </w:r>
      <w:r>
        <w:t xml:space="preserve"> </w:t>
      </w:r>
      <w:r>
        <w:t>موردين</w:t>
      </w:r>
      <w:r>
        <w:t xml:space="preserve"> </w:t>
      </w:r>
      <w:r>
        <w:t>بدلاء،</w:t>
      </w:r>
      <w:r>
        <w:t xml:space="preserve"> </w:t>
      </w:r>
      <w:r>
        <w:t>واجتماع</w:t>
      </w:r>
      <w:r>
        <w:t xml:space="preserve"> </w:t>
      </w:r>
      <w:r>
        <w:t>مراجعة</w:t>
      </w:r>
      <w:r>
        <w:t xml:space="preserve"> </w:t>
      </w:r>
      <w:r>
        <w:t>قصير</w:t>
      </w:r>
      <w:r>
        <w:t xml:space="preserve"> </w:t>
      </w:r>
      <w:r>
        <w:t>ومنتظم</w:t>
      </w:r>
      <w:r>
        <w:t xml:space="preserve">. </w:t>
      </w:r>
      <w:r>
        <w:t>وتتحقق</w:t>
      </w:r>
      <w:r>
        <w:t xml:space="preserve"> </w:t>
      </w:r>
      <w:r>
        <w:t>النضج</w:t>
      </w:r>
      <w:r>
        <w:t xml:space="preserve"> </w:t>
      </w:r>
      <w:r>
        <w:t>تدريجيًا</w:t>
      </w:r>
      <w:r>
        <w:t xml:space="preserve"> </w:t>
      </w:r>
      <w:r>
        <w:t>عندما</w:t>
      </w:r>
      <w:r>
        <w:t xml:space="preserve"> </w:t>
      </w:r>
      <w:r>
        <w:t>تُبنى</w:t>
      </w:r>
      <w:r>
        <w:t xml:space="preserve"> </w:t>
      </w:r>
      <w:r>
        <w:t>الإجراءات</w:t>
      </w:r>
      <w:r>
        <w:t xml:space="preserve"> </w:t>
      </w:r>
      <w:r>
        <w:t>على</w:t>
      </w:r>
      <w:r>
        <w:t xml:space="preserve"> </w:t>
      </w:r>
      <w:r>
        <w:t>الحوادث</w:t>
      </w:r>
      <w:r>
        <w:t xml:space="preserve"> </w:t>
      </w:r>
      <w:r>
        <w:t>والتغيرات</w:t>
      </w:r>
      <w:r>
        <w:t xml:space="preserve"> </w:t>
      </w:r>
      <w:r>
        <w:t>ونتائج</w:t>
      </w:r>
      <w:r>
        <w:t xml:space="preserve"> </w:t>
      </w:r>
      <w:r>
        <w:t>الاختبارات</w:t>
      </w:r>
      <w:r>
        <w:t>.</w:t>
      </w:r>
    </w:p>
    <w:p w14:paraId="315D89CA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1-12 </w:t>
      </w:r>
      <w:r>
        <w:rPr>
          <w:rFonts w:ascii="Arial" w:hAnsi="Arial" w:cs="Arial"/>
        </w:rPr>
        <w:t>مفهوم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</w:p>
    <w:p w14:paraId="6C7BD250" w14:textId="77777777" w:rsidR="00660561" w:rsidRDefault="005B109C">
      <w:pPr>
        <w:bidi/>
      </w:pPr>
      <w:r>
        <w:t>تعرّف</w:t>
      </w:r>
      <w:r>
        <w:t xml:space="preserve"> ISO 22301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بأنها</w:t>
      </w:r>
      <w:r>
        <w:t xml:space="preserve"> </w:t>
      </w:r>
      <w:r>
        <w:t>قدرة</w:t>
      </w:r>
      <w:r>
        <w:t xml:space="preserve"> </w:t>
      </w:r>
      <w:r>
        <w:t>المنظمة</w:t>
      </w:r>
      <w:r>
        <w:t xml:space="preserve"> </w:t>
      </w:r>
      <w:r>
        <w:t>على</w:t>
      </w:r>
      <w:r>
        <w:t xml:space="preserve"> </w:t>
      </w:r>
      <w:r>
        <w:t>مواصلة</w:t>
      </w:r>
      <w:r>
        <w:t xml:space="preserve"> </w:t>
      </w:r>
      <w:r>
        <w:t>تقديم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 xml:space="preserve"> </w:t>
      </w:r>
      <w:r>
        <w:t>ضمن</w:t>
      </w:r>
      <w:r>
        <w:t xml:space="preserve"> </w:t>
      </w:r>
      <w:r>
        <w:t>مستوى</w:t>
      </w:r>
      <w:r>
        <w:t xml:space="preserve"> </w:t>
      </w:r>
      <w:r>
        <w:t>مقبول</w:t>
      </w:r>
      <w:r>
        <w:t xml:space="preserve"> </w:t>
      </w:r>
      <w:r>
        <w:t>ومحدد</w:t>
      </w:r>
      <w:r>
        <w:t xml:space="preserve"> </w:t>
      </w:r>
      <w:r>
        <w:t>مسبقًا</w:t>
      </w:r>
      <w:r>
        <w:t xml:space="preserve"> </w:t>
      </w:r>
      <w:r>
        <w:t>بعد</w:t>
      </w:r>
      <w:r>
        <w:t xml:space="preserve"> </w:t>
      </w:r>
      <w:r>
        <w:t>وقوع</w:t>
      </w:r>
      <w:r>
        <w:t xml:space="preserve"> </w:t>
      </w:r>
      <w:r>
        <w:t>اضطراب</w:t>
      </w:r>
      <w:r>
        <w:t xml:space="preserve"> (ISO, 2019). </w:t>
      </w:r>
      <w:r>
        <w:t>ويعني</w:t>
      </w:r>
      <w:r>
        <w:t xml:space="preserve"> </w:t>
      </w:r>
      <w:r>
        <w:t>ذلك</w:t>
      </w:r>
      <w:r>
        <w:t xml:space="preserve"> </w:t>
      </w:r>
      <w:r>
        <w:t>أن</w:t>
      </w:r>
      <w:r>
        <w:t xml:space="preserve"> </w:t>
      </w:r>
      <w:r>
        <w:t>الاستمرارية</w:t>
      </w:r>
      <w:r>
        <w:t xml:space="preserve"> </w:t>
      </w:r>
      <w:r>
        <w:t>قدرة</w:t>
      </w:r>
      <w:r>
        <w:t xml:space="preserve"> </w:t>
      </w:r>
      <w:r>
        <w:t>تنظيمية</w:t>
      </w:r>
      <w:r>
        <w:t xml:space="preserve"> </w:t>
      </w:r>
      <w:r>
        <w:t>تُبنى</w:t>
      </w:r>
      <w:r>
        <w:t xml:space="preserve"> </w:t>
      </w:r>
      <w:r>
        <w:t>قبل</w:t>
      </w:r>
      <w:r>
        <w:t xml:space="preserve"> </w:t>
      </w:r>
      <w:r>
        <w:t>الأزمة</w:t>
      </w:r>
      <w:r>
        <w:t xml:space="preserve"> </w:t>
      </w:r>
      <w:r>
        <w:t>ولا</w:t>
      </w:r>
      <w:r>
        <w:t xml:space="preserve"> </w:t>
      </w:r>
      <w:r>
        <w:t>تقتصر</w:t>
      </w:r>
      <w:r>
        <w:t xml:space="preserve"> </w:t>
      </w:r>
      <w:r>
        <w:t>على</w:t>
      </w:r>
      <w:r>
        <w:t xml:space="preserve"> </w:t>
      </w:r>
      <w:r>
        <w:t>وثيقة</w:t>
      </w:r>
      <w:r>
        <w:t xml:space="preserve"> </w:t>
      </w:r>
      <w:r>
        <w:t>طوارئ</w:t>
      </w:r>
      <w:r>
        <w:t xml:space="preserve">. </w:t>
      </w:r>
      <w:r>
        <w:t>وتشمل</w:t>
      </w:r>
      <w:r>
        <w:t xml:space="preserve"> </w:t>
      </w:r>
      <w:r>
        <w:t>فهم</w:t>
      </w:r>
      <w:r>
        <w:t xml:space="preserve"> </w:t>
      </w:r>
      <w:r>
        <w:t>الأولويات</w:t>
      </w:r>
      <w:r>
        <w:t xml:space="preserve"> </w:t>
      </w:r>
      <w:r>
        <w:t>والاعتماديات،</w:t>
      </w:r>
      <w:r>
        <w:t xml:space="preserve"> </w:t>
      </w:r>
      <w:r>
        <w:t>وتحديد</w:t>
      </w:r>
      <w:r>
        <w:t xml:space="preserve"> </w:t>
      </w:r>
      <w:r>
        <w:t>الموارد</w:t>
      </w:r>
      <w:r>
        <w:t xml:space="preserve"> </w:t>
      </w:r>
      <w:r>
        <w:t>والبدائل،</w:t>
      </w:r>
      <w:r>
        <w:t xml:space="preserve"> </w:t>
      </w:r>
      <w:r>
        <w:t>وتطوير</w:t>
      </w:r>
      <w:r>
        <w:t xml:space="preserve"> </w:t>
      </w:r>
      <w:r>
        <w:t>إجراءات</w:t>
      </w:r>
      <w:r>
        <w:t xml:space="preserve"> </w:t>
      </w:r>
      <w:r>
        <w:t>الاستجابة</w:t>
      </w:r>
      <w:r>
        <w:t xml:space="preserve"> </w:t>
      </w:r>
      <w:r>
        <w:t>والتعافي،</w:t>
      </w:r>
      <w:r>
        <w:t xml:space="preserve"> </w:t>
      </w:r>
      <w:r>
        <w:t>وتدريب</w:t>
      </w:r>
      <w:r>
        <w:t xml:space="preserve"> </w:t>
      </w:r>
      <w:r>
        <w:t>الأفراد</w:t>
      </w:r>
      <w:r>
        <w:t xml:space="preserve"> </w:t>
      </w:r>
      <w:r>
        <w:t>واختبار</w:t>
      </w:r>
      <w:r>
        <w:t xml:space="preserve"> </w:t>
      </w:r>
      <w:r>
        <w:t>الخطط</w:t>
      </w:r>
      <w:r>
        <w:t xml:space="preserve"> </w:t>
      </w:r>
      <w:r>
        <w:t>وتحسينها</w:t>
      </w:r>
      <w:r>
        <w:t>.</w:t>
      </w:r>
    </w:p>
    <w:p w14:paraId="65402F49" w14:textId="77777777" w:rsidR="00660561" w:rsidRDefault="005B109C">
      <w:pPr>
        <w:bidi/>
      </w:pPr>
      <w:r>
        <w:t>يختلف</w:t>
      </w:r>
      <w:r>
        <w:t xml:space="preserve"> </w:t>
      </w:r>
      <w:r>
        <w:t>مفهوم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عن</w:t>
      </w:r>
      <w:r>
        <w:t xml:space="preserve"> </w:t>
      </w:r>
      <w:r>
        <w:t>إدارة</w:t>
      </w:r>
      <w:r>
        <w:t xml:space="preserve"> </w:t>
      </w:r>
      <w:r>
        <w:t>الأزمات</w:t>
      </w:r>
      <w:r>
        <w:t xml:space="preserve"> </w:t>
      </w:r>
      <w:r>
        <w:t>والتعافي</w:t>
      </w:r>
      <w:r>
        <w:t xml:space="preserve"> </w:t>
      </w:r>
      <w:r>
        <w:t>من</w:t>
      </w:r>
      <w:r>
        <w:t xml:space="preserve"> </w:t>
      </w:r>
      <w:r>
        <w:t>الكوارث</w:t>
      </w:r>
      <w:r>
        <w:t xml:space="preserve"> </w:t>
      </w:r>
      <w:r>
        <w:t>مع</w:t>
      </w:r>
      <w:r>
        <w:t xml:space="preserve"> </w:t>
      </w:r>
      <w:r>
        <w:t>وجود</w:t>
      </w:r>
      <w:r>
        <w:t xml:space="preserve"> </w:t>
      </w:r>
      <w:r>
        <w:t>تكامل</w:t>
      </w:r>
      <w:r>
        <w:t xml:space="preserve"> </w:t>
      </w:r>
      <w:r>
        <w:t>بينها</w:t>
      </w:r>
      <w:r>
        <w:t xml:space="preserve">. </w:t>
      </w:r>
      <w:r>
        <w:t>فإدارة</w:t>
      </w:r>
      <w:r>
        <w:t xml:space="preserve"> </w:t>
      </w:r>
      <w:r>
        <w:t>الأزمات</w:t>
      </w:r>
      <w:r>
        <w:t xml:space="preserve"> </w:t>
      </w:r>
      <w:r>
        <w:t>تركز</w:t>
      </w:r>
      <w:r>
        <w:t xml:space="preserve"> </w:t>
      </w:r>
      <w:r>
        <w:t>على</w:t>
      </w:r>
      <w:r>
        <w:t xml:space="preserve"> </w:t>
      </w:r>
      <w:r>
        <w:t>القيادة</w:t>
      </w:r>
      <w:r>
        <w:t xml:space="preserve"> </w:t>
      </w:r>
      <w:r>
        <w:t>والقرار</w:t>
      </w:r>
      <w:r>
        <w:t xml:space="preserve"> </w:t>
      </w:r>
      <w:r>
        <w:t>والاتصال</w:t>
      </w:r>
      <w:r>
        <w:t xml:space="preserve"> </w:t>
      </w:r>
      <w:r>
        <w:t>وحماية</w:t>
      </w:r>
      <w:r>
        <w:t xml:space="preserve"> </w:t>
      </w:r>
      <w:r>
        <w:t>السمعة</w:t>
      </w:r>
      <w:r>
        <w:t xml:space="preserve"> </w:t>
      </w:r>
      <w:r>
        <w:t>أثناء</w:t>
      </w:r>
      <w:r>
        <w:t xml:space="preserve"> </w:t>
      </w:r>
      <w:r>
        <w:t>الموقف،</w:t>
      </w:r>
      <w:r>
        <w:t xml:space="preserve"> </w:t>
      </w:r>
      <w:r>
        <w:t>والتعافي</w:t>
      </w:r>
      <w:r>
        <w:t xml:space="preserve"> </w:t>
      </w:r>
      <w:r>
        <w:t>من</w:t>
      </w:r>
      <w:r>
        <w:t xml:space="preserve"> </w:t>
      </w:r>
      <w:r>
        <w:t>الكوارث</w:t>
      </w:r>
      <w:r>
        <w:t xml:space="preserve"> </w:t>
      </w:r>
      <w:r>
        <w:t>يركز</w:t>
      </w:r>
      <w:r>
        <w:t xml:space="preserve"> </w:t>
      </w:r>
      <w:r>
        <w:t>غالبًا</w:t>
      </w:r>
      <w:r>
        <w:t xml:space="preserve"> </w:t>
      </w:r>
      <w:r>
        <w:t>على</w:t>
      </w:r>
      <w:r>
        <w:t xml:space="preserve"> </w:t>
      </w:r>
      <w:r>
        <w:t>استعادة</w:t>
      </w:r>
      <w:r>
        <w:t xml:space="preserve"> </w:t>
      </w:r>
      <w:r>
        <w:t>الأنظمة</w:t>
      </w:r>
      <w:r>
        <w:t xml:space="preserve"> </w:t>
      </w:r>
      <w:r>
        <w:t>والتقنية</w:t>
      </w:r>
      <w:r>
        <w:t xml:space="preserve"> </w:t>
      </w:r>
      <w:r>
        <w:t>والبنية</w:t>
      </w:r>
      <w:r>
        <w:t xml:space="preserve"> </w:t>
      </w:r>
      <w:r>
        <w:t>التحتية،</w:t>
      </w:r>
      <w:r>
        <w:t xml:space="preserve"> </w:t>
      </w:r>
      <w:r>
        <w:t>بينما</w:t>
      </w:r>
      <w:r>
        <w:t xml:space="preserve"> </w:t>
      </w:r>
      <w:r>
        <w:t>تركز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على</w:t>
      </w:r>
      <w:r>
        <w:t xml:space="preserve"> </w:t>
      </w:r>
      <w:r>
        <w:t>استمرار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 xml:space="preserve"> </w:t>
      </w:r>
      <w:r>
        <w:t>والعمليات</w:t>
      </w:r>
      <w:r>
        <w:t xml:space="preserve"> </w:t>
      </w:r>
      <w:r>
        <w:t>ذات</w:t>
      </w:r>
      <w:r>
        <w:t xml:space="preserve"> </w:t>
      </w:r>
      <w:r>
        <w:t>الأولوية</w:t>
      </w:r>
      <w:r>
        <w:t xml:space="preserve"> </w:t>
      </w:r>
      <w:r>
        <w:t>عبر</w:t>
      </w:r>
      <w:r>
        <w:t xml:space="preserve"> </w:t>
      </w:r>
      <w:r>
        <w:t>الأفراد</w:t>
      </w:r>
      <w:r>
        <w:t xml:space="preserve"> </w:t>
      </w:r>
      <w:r>
        <w:t>والمواقع</w:t>
      </w:r>
      <w:r>
        <w:t xml:space="preserve"> </w:t>
      </w:r>
      <w:r>
        <w:t>والتقنية</w:t>
      </w:r>
      <w:r>
        <w:t xml:space="preserve"> </w:t>
      </w:r>
      <w:r>
        <w:t>والموردين</w:t>
      </w:r>
      <w:r>
        <w:t xml:space="preserve">. </w:t>
      </w:r>
      <w:r>
        <w:t>ويضمن</w:t>
      </w:r>
      <w:r>
        <w:t xml:space="preserve"> </w:t>
      </w:r>
      <w:r>
        <w:t>التكامل</w:t>
      </w:r>
      <w:r>
        <w:t xml:space="preserve"> </w:t>
      </w:r>
      <w:r>
        <w:t>ألا</w:t>
      </w:r>
      <w:r>
        <w:t xml:space="preserve"> </w:t>
      </w:r>
      <w:r>
        <w:t>تُستعاد</w:t>
      </w:r>
      <w:r>
        <w:t xml:space="preserve"> </w:t>
      </w:r>
      <w:r>
        <w:t>التقنية</w:t>
      </w:r>
      <w:r>
        <w:t xml:space="preserve"> </w:t>
      </w:r>
      <w:r>
        <w:t>بمعزل</w:t>
      </w:r>
      <w:r>
        <w:t xml:space="preserve"> </w:t>
      </w:r>
      <w:r>
        <w:t>عن</w:t>
      </w:r>
      <w:r>
        <w:t xml:space="preserve"> </w:t>
      </w:r>
      <w:r>
        <w:t>احتياجات</w:t>
      </w:r>
      <w:r>
        <w:t xml:space="preserve"> </w:t>
      </w:r>
      <w:r>
        <w:t>الأعمال</w:t>
      </w:r>
      <w:r>
        <w:t>.</w:t>
      </w:r>
    </w:p>
    <w:p w14:paraId="6A62F6D5" w14:textId="77777777" w:rsidR="00660561" w:rsidRDefault="005B109C">
      <w:pPr>
        <w:bidi/>
      </w:pPr>
      <w:r>
        <w:t>وتقوم</w:t>
      </w:r>
      <w:r>
        <w:t xml:space="preserve"> </w:t>
      </w:r>
      <w:r>
        <w:t>الاستمرارية</w:t>
      </w:r>
      <w:r>
        <w:t xml:space="preserve"> </w:t>
      </w:r>
      <w:r>
        <w:t>على</w:t>
      </w:r>
      <w:r>
        <w:t xml:space="preserve"> </w:t>
      </w:r>
      <w:r>
        <w:t>مبدأ</w:t>
      </w:r>
      <w:r>
        <w:t xml:space="preserve"> </w:t>
      </w:r>
      <w:r>
        <w:t>أن</w:t>
      </w:r>
      <w:r>
        <w:t xml:space="preserve"> </w:t>
      </w:r>
      <w:r>
        <w:t>جميع</w:t>
      </w:r>
      <w:r>
        <w:t xml:space="preserve"> </w:t>
      </w:r>
      <w:r>
        <w:t>الأنشطة</w:t>
      </w:r>
      <w:r>
        <w:t xml:space="preserve"> </w:t>
      </w:r>
      <w:r>
        <w:t>ليست</w:t>
      </w:r>
      <w:r>
        <w:t xml:space="preserve"> </w:t>
      </w:r>
      <w:r>
        <w:t>متساوية</w:t>
      </w:r>
      <w:r>
        <w:t xml:space="preserve"> </w:t>
      </w:r>
      <w:r>
        <w:t>في</w:t>
      </w:r>
      <w:r>
        <w:t xml:space="preserve"> </w:t>
      </w:r>
      <w:r>
        <w:t>الأولوية؛</w:t>
      </w:r>
      <w:r>
        <w:t xml:space="preserve"> </w:t>
      </w:r>
      <w:r>
        <w:t>لذلك</w:t>
      </w:r>
      <w:r>
        <w:t xml:space="preserve"> </w:t>
      </w:r>
      <w:r>
        <w:t>تحدد</w:t>
      </w:r>
      <w:r>
        <w:t xml:space="preserve"> </w:t>
      </w:r>
      <w:r>
        <w:t>المنشأة</w:t>
      </w:r>
      <w:r>
        <w:t xml:space="preserve"> </w:t>
      </w:r>
      <w:r>
        <w:t>ما</w:t>
      </w:r>
      <w:r>
        <w:t xml:space="preserve"> </w:t>
      </w:r>
      <w:r>
        <w:t>يجب</w:t>
      </w:r>
      <w:r>
        <w:t xml:space="preserve"> </w:t>
      </w:r>
      <w:r>
        <w:t>استمراره</w:t>
      </w:r>
      <w:r>
        <w:t xml:space="preserve"> </w:t>
      </w:r>
      <w:r>
        <w:t>أو</w:t>
      </w:r>
      <w:r>
        <w:t xml:space="preserve"> </w:t>
      </w:r>
      <w:r>
        <w:t>استعادته</w:t>
      </w:r>
      <w:r>
        <w:t xml:space="preserve"> </w:t>
      </w:r>
      <w:r>
        <w:t>أولًا،</w:t>
      </w:r>
      <w:r>
        <w:t xml:space="preserve"> </w:t>
      </w:r>
      <w:r>
        <w:t>وما</w:t>
      </w:r>
      <w:r>
        <w:t xml:space="preserve"> </w:t>
      </w:r>
      <w:r>
        <w:t>المستوى</w:t>
      </w:r>
      <w:r>
        <w:t xml:space="preserve"> </w:t>
      </w:r>
      <w:r>
        <w:t>الأدنى</w:t>
      </w:r>
      <w:r>
        <w:t xml:space="preserve"> </w:t>
      </w:r>
      <w:r>
        <w:t>المقبول،</w:t>
      </w:r>
      <w:r>
        <w:t xml:space="preserve"> </w:t>
      </w:r>
      <w:r>
        <w:t>والمدة</w:t>
      </w:r>
      <w:r>
        <w:t xml:space="preserve"> </w:t>
      </w:r>
      <w:r>
        <w:t>التي</w:t>
      </w:r>
      <w:r>
        <w:t xml:space="preserve"> </w:t>
      </w:r>
      <w:r>
        <w:t>يمكن</w:t>
      </w:r>
      <w:r>
        <w:t xml:space="preserve"> </w:t>
      </w:r>
      <w:r>
        <w:t>تحمل</w:t>
      </w:r>
      <w:r>
        <w:t xml:space="preserve"> </w:t>
      </w:r>
      <w:r>
        <w:t>التعطل</w:t>
      </w:r>
      <w:r>
        <w:t xml:space="preserve"> </w:t>
      </w:r>
      <w:r>
        <w:t>خلالها</w:t>
      </w:r>
      <w:r>
        <w:t xml:space="preserve">. </w:t>
      </w:r>
      <w:r>
        <w:t>ويحول</w:t>
      </w:r>
      <w:r>
        <w:t xml:space="preserve"> </w:t>
      </w:r>
      <w:r>
        <w:t>ذلك</w:t>
      </w:r>
      <w:r>
        <w:t xml:space="preserve"> </w:t>
      </w:r>
      <w:r>
        <w:t>الموارد</w:t>
      </w:r>
      <w:r>
        <w:t xml:space="preserve"> </w:t>
      </w:r>
      <w:r>
        <w:t>المحدودة</w:t>
      </w:r>
      <w:r>
        <w:t xml:space="preserve"> </w:t>
      </w:r>
      <w:r>
        <w:t>من</w:t>
      </w:r>
      <w:r>
        <w:t xml:space="preserve"> </w:t>
      </w:r>
      <w:r>
        <w:t>حماية</w:t>
      </w:r>
      <w:r>
        <w:t xml:space="preserve"> </w:t>
      </w:r>
      <w:r>
        <w:t>كل</w:t>
      </w:r>
      <w:r>
        <w:t xml:space="preserve"> </w:t>
      </w:r>
      <w:r>
        <w:t>شيء</w:t>
      </w:r>
      <w:r>
        <w:t xml:space="preserve"> </w:t>
      </w:r>
      <w:r>
        <w:t>بالمستوى</w:t>
      </w:r>
      <w:r>
        <w:t xml:space="preserve"> </w:t>
      </w:r>
      <w:r>
        <w:t>نفسه</w:t>
      </w:r>
      <w:r>
        <w:t xml:space="preserve"> </w:t>
      </w:r>
      <w:r>
        <w:t>إلى</w:t>
      </w:r>
      <w:r>
        <w:t xml:space="preserve"> </w:t>
      </w:r>
      <w:r>
        <w:t>حماية</w:t>
      </w:r>
      <w:r>
        <w:t xml:space="preserve"> </w:t>
      </w:r>
      <w:r>
        <w:t>ما</w:t>
      </w:r>
      <w:r>
        <w:t xml:space="preserve"> </w:t>
      </w:r>
      <w:r>
        <w:t>يهدد</w:t>
      </w:r>
      <w:r>
        <w:t xml:space="preserve"> </w:t>
      </w:r>
      <w:r>
        <w:t>توقفه</w:t>
      </w:r>
      <w:r>
        <w:t xml:space="preserve"> </w:t>
      </w:r>
      <w:r>
        <w:t>بقاء</w:t>
      </w:r>
      <w:r>
        <w:t xml:space="preserve"> </w:t>
      </w:r>
      <w:r>
        <w:t>المنشأة</w:t>
      </w:r>
      <w:r>
        <w:t xml:space="preserve"> </w:t>
      </w:r>
      <w:r>
        <w:t>أو</w:t>
      </w:r>
      <w:r>
        <w:t xml:space="preserve"> </w:t>
      </w:r>
      <w:r>
        <w:t>التزاماتها</w:t>
      </w:r>
      <w:r>
        <w:t xml:space="preserve"> </w:t>
      </w:r>
      <w:r>
        <w:t>الأساسية</w:t>
      </w:r>
      <w:r>
        <w:t>.</w:t>
      </w:r>
    </w:p>
    <w:p w14:paraId="71A4381F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1-13 </w:t>
      </w:r>
      <w:r>
        <w:rPr>
          <w:rFonts w:ascii="Arial" w:hAnsi="Arial" w:cs="Arial"/>
        </w:rPr>
        <w:t>أهداف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وأهمية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</w:p>
    <w:p w14:paraId="4409E8EF" w14:textId="77777777" w:rsidR="00660561" w:rsidRDefault="005B109C">
      <w:pPr>
        <w:bidi/>
      </w:pPr>
      <w:r>
        <w:t>تهدف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إلى</w:t>
      </w:r>
      <w:r>
        <w:t xml:space="preserve"> </w:t>
      </w:r>
      <w:r>
        <w:t>حماية</w:t>
      </w:r>
      <w:r>
        <w:t xml:space="preserve"> </w:t>
      </w:r>
      <w:r>
        <w:t>حياة</w:t>
      </w:r>
      <w:r>
        <w:t xml:space="preserve"> </w:t>
      </w:r>
      <w:r>
        <w:t>الأفراد</w:t>
      </w:r>
      <w:r>
        <w:t xml:space="preserve"> </w:t>
      </w:r>
      <w:r>
        <w:t>وسلامتهم،</w:t>
      </w:r>
      <w:r>
        <w:t xml:space="preserve"> </w:t>
      </w:r>
      <w:r>
        <w:t>والمحافظة</w:t>
      </w:r>
      <w:r>
        <w:t xml:space="preserve"> </w:t>
      </w:r>
      <w:r>
        <w:t>على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 xml:space="preserve"> </w:t>
      </w:r>
      <w:r>
        <w:t>الحرجة،</w:t>
      </w:r>
      <w:r>
        <w:t xml:space="preserve"> </w:t>
      </w:r>
      <w:r>
        <w:t>وتقليل</w:t>
      </w:r>
      <w:r>
        <w:t xml:space="preserve"> </w:t>
      </w:r>
      <w:r>
        <w:t>زمن</w:t>
      </w:r>
      <w:r>
        <w:t xml:space="preserve"> </w:t>
      </w:r>
      <w:r>
        <w:t>التعطل</w:t>
      </w:r>
      <w:r>
        <w:t xml:space="preserve"> </w:t>
      </w:r>
      <w:r>
        <w:t>والخسائر،</w:t>
      </w:r>
      <w:r>
        <w:t xml:space="preserve"> </w:t>
      </w:r>
      <w:r>
        <w:t>والوفاء</w:t>
      </w:r>
      <w:r>
        <w:t xml:space="preserve"> </w:t>
      </w:r>
      <w:r>
        <w:t>بالالتزامات</w:t>
      </w:r>
      <w:r>
        <w:t xml:space="preserve"> </w:t>
      </w:r>
      <w:r>
        <w:t>النظامية</w:t>
      </w:r>
      <w:r>
        <w:t xml:space="preserve"> </w:t>
      </w:r>
      <w:r>
        <w:t>والتعاقدية،</w:t>
      </w:r>
      <w:r>
        <w:t xml:space="preserve"> </w:t>
      </w:r>
      <w:r>
        <w:t>وحماية</w:t>
      </w:r>
      <w:r>
        <w:t xml:space="preserve"> </w:t>
      </w:r>
      <w:r>
        <w:t>السمعة</w:t>
      </w:r>
      <w:r>
        <w:t xml:space="preserve"> </w:t>
      </w:r>
      <w:r>
        <w:t>وثقة</w:t>
      </w:r>
      <w:r>
        <w:t xml:space="preserve"> </w:t>
      </w:r>
      <w:r>
        <w:t>أصحاب</w:t>
      </w:r>
      <w:r>
        <w:t xml:space="preserve"> </w:t>
      </w:r>
      <w:r>
        <w:t>المصلحة،</w:t>
      </w:r>
      <w:r>
        <w:t xml:space="preserve"> </w:t>
      </w:r>
      <w:r>
        <w:t>وتسريع</w:t>
      </w:r>
      <w:r>
        <w:t xml:space="preserve"> </w:t>
      </w:r>
      <w:r>
        <w:t>استعادة</w:t>
      </w:r>
      <w:r>
        <w:t xml:space="preserve"> </w:t>
      </w:r>
      <w:r>
        <w:t>النشاط</w:t>
      </w:r>
      <w:r>
        <w:t xml:space="preserve">. </w:t>
      </w:r>
      <w:r>
        <w:t>كما</w:t>
      </w:r>
      <w:r>
        <w:t xml:space="preserve"> </w:t>
      </w:r>
      <w:r>
        <w:t>تساعد</w:t>
      </w:r>
      <w:r>
        <w:t xml:space="preserve"> </w:t>
      </w:r>
      <w:r>
        <w:t>على</w:t>
      </w:r>
      <w:r>
        <w:t xml:space="preserve"> </w:t>
      </w:r>
      <w:r>
        <w:t>توضيح</w:t>
      </w:r>
      <w:r>
        <w:t xml:space="preserve"> </w:t>
      </w:r>
      <w:r>
        <w:t>الأدوار</w:t>
      </w:r>
      <w:r>
        <w:t xml:space="preserve"> </w:t>
      </w:r>
      <w:r>
        <w:t>ومسارات</w:t>
      </w:r>
      <w:r>
        <w:t xml:space="preserve"> </w:t>
      </w:r>
      <w:r>
        <w:t>الاتصال</w:t>
      </w:r>
      <w:r>
        <w:t xml:space="preserve"> </w:t>
      </w:r>
      <w:r>
        <w:t>والتصعيد،</w:t>
      </w:r>
      <w:r>
        <w:t xml:space="preserve"> </w:t>
      </w:r>
      <w:r>
        <w:t>وتمنع</w:t>
      </w:r>
      <w:r>
        <w:t xml:space="preserve"> </w:t>
      </w:r>
      <w:r>
        <w:t>الاعتماد</w:t>
      </w:r>
      <w:r>
        <w:t xml:space="preserve"> </w:t>
      </w:r>
      <w:r>
        <w:t>على</w:t>
      </w:r>
      <w:r>
        <w:t xml:space="preserve"> </w:t>
      </w:r>
      <w:r>
        <w:t>الارتجال</w:t>
      </w:r>
      <w:r>
        <w:t xml:space="preserve"> </w:t>
      </w:r>
      <w:r>
        <w:t>عند</w:t>
      </w:r>
      <w:r>
        <w:t xml:space="preserve"> </w:t>
      </w:r>
      <w:r>
        <w:t>وقوع</w:t>
      </w:r>
      <w:r>
        <w:t xml:space="preserve"> </w:t>
      </w:r>
      <w:r>
        <w:t>الاضطراب</w:t>
      </w:r>
      <w:r>
        <w:t>.</w:t>
      </w:r>
    </w:p>
    <w:p w14:paraId="4B39F36A" w14:textId="77777777" w:rsidR="00660561" w:rsidRDefault="005B109C">
      <w:pPr>
        <w:bidi/>
      </w:pPr>
      <w:r>
        <w:t>وتوفر</w:t>
      </w:r>
      <w:r>
        <w:t xml:space="preserve"> </w:t>
      </w:r>
      <w:r>
        <w:t>الاستمرارية</w:t>
      </w:r>
      <w:r>
        <w:t xml:space="preserve"> </w:t>
      </w:r>
      <w:r>
        <w:t>للمنشأة</w:t>
      </w:r>
      <w:r>
        <w:t xml:space="preserve"> </w:t>
      </w:r>
      <w:r>
        <w:t>فهمًا</w:t>
      </w:r>
      <w:r>
        <w:t xml:space="preserve"> </w:t>
      </w:r>
      <w:r>
        <w:t>أعمق</w:t>
      </w:r>
      <w:r>
        <w:t xml:space="preserve"> </w:t>
      </w:r>
      <w:r>
        <w:t>لاعتمادياتها</w:t>
      </w:r>
      <w:r>
        <w:t xml:space="preserve"> </w:t>
      </w:r>
      <w:r>
        <w:t>على</w:t>
      </w:r>
      <w:r>
        <w:t xml:space="preserve"> </w:t>
      </w:r>
      <w:r>
        <w:t>الأفراد</w:t>
      </w:r>
      <w:r>
        <w:t xml:space="preserve"> </w:t>
      </w:r>
      <w:r>
        <w:t>والأنظمة</w:t>
      </w:r>
      <w:r>
        <w:t xml:space="preserve"> </w:t>
      </w:r>
      <w:r>
        <w:t>والمواقع</w:t>
      </w:r>
      <w:r>
        <w:t xml:space="preserve"> </w:t>
      </w:r>
      <w:r>
        <w:t>والموردين</w:t>
      </w:r>
      <w:r>
        <w:t xml:space="preserve"> </w:t>
      </w:r>
      <w:r>
        <w:t>والبيانات</w:t>
      </w:r>
      <w:r>
        <w:t xml:space="preserve">. </w:t>
      </w:r>
      <w:r>
        <w:t>وقد</w:t>
      </w:r>
      <w:r>
        <w:t xml:space="preserve"> </w:t>
      </w:r>
      <w:r>
        <w:t>يكشف</w:t>
      </w:r>
      <w:r>
        <w:t xml:space="preserve"> </w:t>
      </w:r>
      <w:r>
        <w:t>تحليل</w:t>
      </w:r>
      <w:r>
        <w:t xml:space="preserve"> </w:t>
      </w:r>
      <w:r>
        <w:t>الاستمرارية</w:t>
      </w:r>
      <w:r>
        <w:t xml:space="preserve"> </w:t>
      </w:r>
      <w:r>
        <w:t>أن</w:t>
      </w:r>
      <w:r>
        <w:t xml:space="preserve"> </w:t>
      </w:r>
      <w:r>
        <w:t>خدمة</w:t>
      </w:r>
      <w:r>
        <w:t xml:space="preserve"> </w:t>
      </w:r>
      <w:r>
        <w:t>بسيطة</w:t>
      </w:r>
      <w:r>
        <w:t xml:space="preserve"> </w:t>
      </w:r>
      <w:r>
        <w:t>تعتمد</w:t>
      </w:r>
      <w:r>
        <w:t xml:space="preserve"> </w:t>
      </w:r>
      <w:r>
        <w:t>على</w:t>
      </w:r>
      <w:r>
        <w:t xml:space="preserve"> </w:t>
      </w:r>
      <w:r>
        <w:t>موظف</w:t>
      </w:r>
      <w:r>
        <w:t xml:space="preserve"> </w:t>
      </w:r>
      <w:r>
        <w:t>واحد</w:t>
      </w:r>
      <w:r>
        <w:t xml:space="preserve"> </w:t>
      </w:r>
      <w:r>
        <w:t>أو</w:t>
      </w:r>
      <w:r>
        <w:t xml:space="preserve"> </w:t>
      </w:r>
      <w:r>
        <w:t>ملف</w:t>
      </w:r>
      <w:r>
        <w:t xml:space="preserve"> </w:t>
      </w:r>
      <w:r>
        <w:t>غير</w:t>
      </w:r>
      <w:r>
        <w:t xml:space="preserve"> </w:t>
      </w:r>
      <w:r>
        <w:t>منسوخ</w:t>
      </w:r>
      <w:r>
        <w:t xml:space="preserve"> </w:t>
      </w:r>
      <w:r>
        <w:t>أو</w:t>
      </w:r>
      <w:r>
        <w:t xml:space="preserve"> </w:t>
      </w:r>
      <w:r>
        <w:t>مورد</w:t>
      </w:r>
      <w:r>
        <w:t xml:space="preserve"> </w:t>
      </w:r>
      <w:r>
        <w:lastRenderedPageBreak/>
        <w:t>لا</w:t>
      </w:r>
      <w:r>
        <w:t xml:space="preserve"> </w:t>
      </w:r>
      <w:r>
        <w:t>بديل</w:t>
      </w:r>
      <w:r>
        <w:t xml:space="preserve"> </w:t>
      </w:r>
      <w:r>
        <w:t>له</w:t>
      </w:r>
      <w:r>
        <w:t xml:space="preserve">. </w:t>
      </w:r>
      <w:r>
        <w:t>ويسمح</w:t>
      </w:r>
      <w:r>
        <w:t xml:space="preserve"> </w:t>
      </w:r>
      <w:r>
        <w:t>الكشف</w:t>
      </w:r>
      <w:r>
        <w:t xml:space="preserve"> </w:t>
      </w:r>
      <w:r>
        <w:t>المبكر</w:t>
      </w:r>
      <w:r>
        <w:t xml:space="preserve"> </w:t>
      </w:r>
      <w:r>
        <w:t>بوضع</w:t>
      </w:r>
      <w:r>
        <w:t xml:space="preserve"> </w:t>
      </w:r>
      <w:r>
        <w:t>حلول</w:t>
      </w:r>
      <w:r>
        <w:t xml:space="preserve"> </w:t>
      </w:r>
      <w:r>
        <w:t>متناسبة</w:t>
      </w:r>
      <w:r>
        <w:t xml:space="preserve"> </w:t>
      </w:r>
      <w:r>
        <w:t>مثل</w:t>
      </w:r>
      <w:r>
        <w:t xml:space="preserve"> </w:t>
      </w:r>
      <w:r>
        <w:t>التدريب</w:t>
      </w:r>
      <w:r>
        <w:t xml:space="preserve"> </w:t>
      </w:r>
      <w:r>
        <w:t>المتبادل</w:t>
      </w:r>
      <w:r>
        <w:t xml:space="preserve"> </w:t>
      </w:r>
      <w:r>
        <w:t>أو</w:t>
      </w:r>
      <w:r>
        <w:t xml:space="preserve"> </w:t>
      </w:r>
      <w:r>
        <w:t>النسخ</w:t>
      </w:r>
      <w:r>
        <w:t xml:space="preserve"> </w:t>
      </w:r>
      <w:r>
        <w:t>الاحتياطي</w:t>
      </w:r>
      <w:r>
        <w:t xml:space="preserve"> </w:t>
      </w:r>
      <w:r>
        <w:t>أو</w:t>
      </w:r>
      <w:r>
        <w:t xml:space="preserve"> </w:t>
      </w:r>
      <w:r>
        <w:t>الاتفاق</w:t>
      </w:r>
      <w:r>
        <w:t xml:space="preserve"> </w:t>
      </w:r>
      <w:r>
        <w:t>مع</w:t>
      </w:r>
      <w:r>
        <w:t xml:space="preserve"> </w:t>
      </w:r>
      <w:r>
        <w:t>مورد</w:t>
      </w:r>
      <w:r>
        <w:t xml:space="preserve"> </w:t>
      </w:r>
      <w:r>
        <w:t>بديل</w:t>
      </w:r>
      <w:r>
        <w:t xml:space="preserve"> </w:t>
      </w:r>
      <w:r>
        <w:t>أو</w:t>
      </w:r>
      <w:r>
        <w:t xml:space="preserve"> </w:t>
      </w:r>
      <w:r>
        <w:t>تحديد</w:t>
      </w:r>
      <w:r>
        <w:t xml:space="preserve"> </w:t>
      </w:r>
      <w:r>
        <w:t>موقع</w:t>
      </w:r>
      <w:r>
        <w:t xml:space="preserve"> </w:t>
      </w:r>
      <w:r>
        <w:t>عمل</w:t>
      </w:r>
      <w:r>
        <w:t xml:space="preserve"> </w:t>
      </w:r>
      <w:r>
        <w:t>مؤقت</w:t>
      </w:r>
      <w:r>
        <w:t>.</w:t>
      </w:r>
    </w:p>
    <w:p w14:paraId="093BF424" w14:textId="77777777" w:rsidR="00660561" w:rsidRDefault="005B109C">
      <w:pPr>
        <w:bidi/>
      </w:pPr>
      <w:r>
        <w:t>كما</w:t>
      </w:r>
      <w:r>
        <w:t xml:space="preserve"> </w:t>
      </w:r>
      <w:r>
        <w:t>تعزز</w:t>
      </w:r>
      <w:r>
        <w:t xml:space="preserve"> </w:t>
      </w:r>
      <w:r>
        <w:t>الاستمرارية</w:t>
      </w:r>
      <w:r>
        <w:t xml:space="preserve"> </w:t>
      </w:r>
      <w:r>
        <w:t>المرونة</w:t>
      </w:r>
      <w:r>
        <w:t xml:space="preserve"> </w:t>
      </w:r>
      <w:r>
        <w:t>التنظيمية،</w:t>
      </w:r>
      <w:r>
        <w:t xml:space="preserve"> </w:t>
      </w:r>
      <w:r>
        <w:t>لأن</w:t>
      </w:r>
      <w:r>
        <w:t xml:space="preserve"> </w:t>
      </w:r>
      <w:r>
        <w:t>الاختبارات</w:t>
      </w:r>
      <w:r>
        <w:t xml:space="preserve"> </w:t>
      </w:r>
      <w:r>
        <w:t>والحوادث</w:t>
      </w:r>
      <w:r>
        <w:t xml:space="preserve"> </w:t>
      </w:r>
      <w:r>
        <w:t>توفر</w:t>
      </w:r>
      <w:r>
        <w:t xml:space="preserve"> </w:t>
      </w:r>
      <w:r>
        <w:t>خبرة</w:t>
      </w:r>
      <w:r>
        <w:t xml:space="preserve"> </w:t>
      </w:r>
      <w:r>
        <w:t>عملية</w:t>
      </w:r>
      <w:r>
        <w:t xml:space="preserve"> </w:t>
      </w:r>
      <w:r>
        <w:t>وتكشف</w:t>
      </w:r>
      <w:r>
        <w:t xml:space="preserve"> </w:t>
      </w:r>
      <w:r>
        <w:t>نقاط</w:t>
      </w:r>
      <w:r>
        <w:t xml:space="preserve"> </w:t>
      </w:r>
      <w:r>
        <w:t>الضعف</w:t>
      </w:r>
      <w:r>
        <w:t xml:space="preserve"> </w:t>
      </w:r>
      <w:r>
        <w:t>وتدفع</w:t>
      </w:r>
      <w:r>
        <w:t xml:space="preserve"> </w:t>
      </w:r>
      <w:r>
        <w:t>إلى</w:t>
      </w:r>
      <w:r>
        <w:t xml:space="preserve"> </w:t>
      </w:r>
      <w:r>
        <w:t>التعلم</w:t>
      </w:r>
      <w:r>
        <w:t xml:space="preserve"> </w:t>
      </w:r>
      <w:r>
        <w:t>والتحسين</w:t>
      </w:r>
      <w:r>
        <w:t xml:space="preserve">. </w:t>
      </w:r>
      <w:r>
        <w:t>ولا</w:t>
      </w:r>
      <w:r>
        <w:t xml:space="preserve"> </w:t>
      </w:r>
      <w:r>
        <w:t>تقاس</w:t>
      </w:r>
      <w:r>
        <w:t xml:space="preserve"> </w:t>
      </w:r>
      <w:r>
        <w:t>جودة</w:t>
      </w:r>
      <w:r>
        <w:t xml:space="preserve"> </w:t>
      </w:r>
      <w:r>
        <w:t>البرنامج</w:t>
      </w:r>
      <w:r>
        <w:t xml:space="preserve"> </w:t>
      </w:r>
      <w:r>
        <w:t>بجمال</w:t>
      </w:r>
      <w:r>
        <w:t xml:space="preserve"> </w:t>
      </w:r>
      <w:r>
        <w:t>الخطة</w:t>
      </w:r>
      <w:r>
        <w:t xml:space="preserve"> </w:t>
      </w:r>
      <w:r>
        <w:t>المكتوبة،</w:t>
      </w:r>
      <w:r>
        <w:t xml:space="preserve"> </w:t>
      </w:r>
      <w:r>
        <w:t>بل</w:t>
      </w:r>
      <w:r>
        <w:t xml:space="preserve"> </w:t>
      </w:r>
      <w:r>
        <w:t>بقدرة</w:t>
      </w:r>
      <w:r>
        <w:t xml:space="preserve"> </w:t>
      </w:r>
      <w:r>
        <w:t>الفرق</w:t>
      </w:r>
      <w:r>
        <w:t xml:space="preserve"> </w:t>
      </w:r>
      <w:r>
        <w:t>على</w:t>
      </w:r>
      <w:r>
        <w:t xml:space="preserve"> </w:t>
      </w:r>
      <w:r>
        <w:t>تنفيذها،</w:t>
      </w:r>
      <w:r>
        <w:t xml:space="preserve"> </w:t>
      </w:r>
      <w:r>
        <w:t>وتوافر</w:t>
      </w:r>
      <w:r>
        <w:t xml:space="preserve"> </w:t>
      </w:r>
      <w:r>
        <w:t>الموارد،</w:t>
      </w:r>
      <w:r>
        <w:t xml:space="preserve"> </w:t>
      </w:r>
      <w:r>
        <w:t>وتحقيق</w:t>
      </w:r>
      <w:r>
        <w:t xml:space="preserve"> </w:t>
      </w:r>
      <w:r>
        <w:t>أزمنة</w:t>
      </w:r>
      <w:r>
        <w:t xml:space="preserve"> </w:t>
      </w:r>
      <w:r>
        <w:t>التعافي</w:t>
      </w:r>
      <w:r>
        <w:t xml:space="preserve"> </w:t>
      </w:r>
      <w:r>
        <w:t>المحددة،</w:t>
      </w:r>
      <w:r>
        <w:t xml:space="preserve"> </w:t>
      </w:r>
      <w:r>
        <w:t>واستمرار</w:t>
      </w:r>
      <w:r>
        <w:t xml:space="preserve"> </w:t>
      </w:r>
      <w:r>
        <w:t>تحديثها</w:t>
      </w:r>
      <w:r>
        <w:t xml:space="preserve"> </w:t>
      </w:r>
      <w:r>
        <w:t>مع</w:t>
      </w:r>
      <w:r>
        <w:t xml:space="preserve"> </w:t>
      </w:r>
      <w:r>
        <w:t>تغير</w:t>
      </w:r>
      <w:r>
        <w:t xml:space="preserve"> </w:t>
      </w:r>
      <w:r>
        <w:t>المنشأة</w:t>
      </w:r>
      <w:r>
        <w:t>.</w:t>
      </w:r>
    </w:p>
    <w:p w14:paraId="5C11B941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1-14 </w:t>
      </w:r>
      <w:r>
        <w:rPr>
          <w:rFonts w:ascii="Arial" w:hAnsi="Arial" w:cs="Arial"/>
        </w:rPr>
        <w:t>عناصر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نظام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</w:p>
    <w:p w14:paraId="2EFCEAF3" w14:textId="77777777" w:rsidR="00660561" w:rsidRDefault="005B109C">
      <w:pPr>
        <w:bidi/>
      </w:pPr>
      <w:r>
        <w:t>يتضمن</w:t>
      </w:r>
      <w:r>
        <w:t xml:space="preserve"> </w:t>
      </w:r>
      <w:r>
        <w:t>نظام</w:t>
      </w:r>
      <w:r>
        <w:t xml:space="preserve"> </w:t>
      </w:r>
      <w:r>
        <w:t>إدارة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وفق</w:t>
      </w:r>
      <w:r>
        <w:t xml:space="preserve"> ISO 22301 </w:t>
      </w:r>
      <w:r>
        <w:t>مجموعة</w:t>
      </w:r>
      <w:r>
        <w:t xml:space="preserve"> </w:t>
      </w:r>
      <w:r>
        <w:t>عناصر</w:t>
      </w:r>
      <w:r>
        <w:t xml:space="preserve"> </w:t>
      </w:r>
      <w:r>
        <w:t>مترابطة</w:t>
      </w:r>
      <w:r>
        <w:t xml:space="preserve"> </w:t>
      </w:r>
      <w:r>
        <w:t>تبدأ</w:t>
      </w:r>
      <w:r>
        <w:t xml:space="preserve"> </w:t>
      </w:r>
      <w:r>
        <w:t>بفهم</w:t>
      </w:r>
      <w:r>
        <w:t xml:space="preserve"> </w:t>
      </w:r>
      <w:r>
        <w:t>المنظمة</w:t>
      </w:r>
      <w:r>
        <w:t xml:space="preserve"> </w:t>
      </w:r>
      <w:r>
        <w:t>وسياقها</w:t>
      </w:r>
      <w:r>
        <w:t xml:space="preserve"> </w:t>
      </w:r>
      <w:r>
        <w:t>والأطراف</w:t>
      </w:r>
      <w:r>
        <w:t xml:space="preserve"> </w:t>
      </w:r>
      <w:r>
        <w:t>المعنية</w:t>
      </w:r>
      <w:r>
        <w:t xml:space="preserve"> </w:t>
      </w:r>
      <w:r>
        <w:t>وتحديد</w:t>
      </w:r>
      <w:r>
        <w:t xml:space="preserve"> </w:t>
      </w:r>
      <w:r>
        <w:t>نطاق</w:t>
      </w:r>
      <w:r>
        <w:t xml:space="preserve"> </w:t>
      </w:r>
      <w:r>
        <w:t>النظام</w:t>
      </w:r>
      <w:r>
        <w:t xml:space="preserve">. </w:t>
      </w:r>
      <w:r>
        <w:t>ثم</w:t>
      </w:r>
      <w:r>
        <w:t xml:space="preserve"> </w:t>
      </w:r>
      <w:r>
        <w:t>تأتي</w:t>
      </w:r>
      <w:r>
        <w:t xml:space="preserve"> </w:t>
      </w:r>
      <w:r>
        <w:t>القيادة</w:t>
      </w:r>
      <w:r>
        <w:t xml:space="preserve"> </w:t>
      </w:r>
      <w:r>
        <w:t>والسياسة</w:t>
      </w:r>
      <w:r>
        <w:t xml:space="preserve"> </w:t>
      </w:r>
      <w:r>
        <w:t>وتوزيع</w:t>
      </w:r>
      <w:r>
        <w:t xml:space="preserve"> </w:t>
      </w:r>
      <w:r>
        <w:t>الأدوار</w:t>
      </w:r>
      <w:r>
        <w:t xml:space="preserve"> </w:t>
      </w:r>
      <w:r>
        <w:t>والمسؤوليات،</w:t>
      </w:r>
      <w:r>
        <w:t xml:space="preserve"> </w:t>
      </w:r>
      <w:r>
        <w:t>يليها</w:t>
      </w:r>
      <w:r>
        <w:t xml:space="preserve"> </w:t>
      </w:r>
      <w:r>
        <w:t>التخطيط</w:t>
      </w:r>
      <w:r>
        <w:t xml:space="preserve"> </w:t>
      </w:r>
      <w:r>
        <w:t>للأهداف</w:t>
      </w:r>
      <w:r>
        <w:t xml:space="preserve"> </w:t>
      </w:r>
      <w:r>
        <w:t>والمخاطر</w:t>
      </w:r>
      <w:r>
        <w:t xml:space="preserve"> </w:t>
      </w:r>
      <w:r>
        <w:t>والفرص،</w:t>
      </w:r>
      <w:r>
        <w:t xml:space="preserve"> </w:t>
      </w:r>
      <w:r>
        <w:t>وتوفير</w:t>
      </w:r>
      <w:r>
        <w:t xml:space="preserve"> </w:t>
      </w:r>
      <w:r>
        <w:t>الموارد</w:t>
      </w:r>
      <w:r>
        <w:t xml:space="preserve"> </w:t>
      </w:r>
      <w:r>
        <w:t>والكفاءات</w:t>
      </w:r>
      <w:r>
        <w:t xml:space="preserve"> </w:t>
      </w:r>
      <w:r>
        <w:t>والوعي</w:t>
      </w:r>
      <w:r>
        <w:t xml:space="preserve"> </w:t>
      </w:r>
      <w:r>
        <w:t>والاتصال</w:t>
      </w:r>
      <w:r>
        <w:t xml:space="preserve"> </w:t>
      </w:r>
      <w:r>
        <w:t>والمعلومات</w:t>
      </w:r>
      <w:r>
        <w:t xml:space="preserve"> </w:t>
      </w:r>
      <w:r>
        <w:t>الموثقة</w:t>
      </w:r>
      <w:r>
        <w:t xml:space="preserve">. </w:t>
      </w:r>
      <w:r>
        <w:t>ويشكل</w:t>
      </w:r>
      <w:r>
        <w:t xml:space="preserve"> </w:t>
      </w:r>
      <w:r>
        <w:t>التشغيل</w:t>
      </w:r>
      <w:r>
        <w:t xml:space="preserve"> </w:t>
      </w:r>
      <w:r>
        <w:t>جوهر</w:t>
      </w:r>
      <w:r>
        <w:t xml:space="preserve"> </w:t>
      </w:r>
      <w:r>
        <w:t>النظام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وتقييم</w:t>
      </w:r>
      <w:r>
        <w:t xml:space="preserve"> </w:t>
      </w:r>
      <w:r>
        <w:t>المخاطر</w:t>
      </w:r>
      <w:r>
        <w:t xml:space="preserve"> </w:t>
      </w:r>
      <w:r>
        <w:t>واختيار</w:t>
      </w:r>
      <w:r>
        <w:t xml:space="preserve"> </w:t>
      </w:r>
      <w:r>
        <w:t>استراتيجيات</w:t>
      </w:r>
      <w:r>
        <w:t xml:space="preserve"> </w:t>
      </w:r>
      <w:r>
        <w:t>وحلول</w:t>
      </w:r>
      <w:r>
        <w:t xml:space="preserve"> </w:t>
      </w:r>
      <w:r>
        <w:t>الاستمرارية</w:t>
      </w:r>
      <w:r>
        <w:t xml:space="preserve"> </w:t>
      </w:r>
      <w:r>
        <w:t>وتطوير</w:t>
      </w:r>
      <w:r>
        <w:t xml:space="preserve"> </w:t>
      </w:r>
      <w:r>
        <w:t>الإجراءات</w:t>
      </w:r>
      <w:r>
        <w:t>.</w:t>
      </w:r>
    </w:p>
    <w:p w14:paraId="37CE3B2D" w14:textId="77777777" w:rsidR="00660561" w:rsidRDefault="005B109C">
      <w:pPr>
        <w:bidi/>
      </w:pPr>
      <w:r>
        <w:t>يشمل</w:t>
      </w:r>
      <w:r>
        <w:t xml:space="preserve"> </w:t>
      </w:r>
      <w:r>
        <w:t>النظام</w:t>
      </w:r>
      <w:r>
        <w:t xml:space="preserve"> </w:t>
      </w:r>
      <w:r>
        <w:t>كذلك</w:t>
      </w:r>
      <w:r>
        <w:t xml:space="preserve"> </w:t>
      </w:r>
      <w:r>
        <w:t>برامج</w:t>
      </w:r>
      <w:r>
        <w:t xml:space="preserve"> </w:t>
      </w:r>
      <w:r>
        <w:t>التمرين</w:t>
      </w:r>
      <w:r>
        <w:t xml:space="preserve"> </w:t>
      </w:r>
      <w:r>
        <w:t>والاختبار</w:t>
      </w:r>
      <w:r>
        <w:t xml:space="preserve"> </w:t>
      </w:r>
      <w:r>
        <w:t>للتحقق</w:t>
      </w:r>
      <w:r>
        <w:t xml:space="preserve"> </w:t>
      </w:r>
      <w:r>
        <w:t>من</w:t>
      </w:r>
      <w:r>
        <w:t xml:space="preserve"> </w:t>
      </w:r>
      <w:r>
        <w:t>جاهزية</w:t>
      </w:r>
      <w:r>
        <w:t xml:space="preserve"> </w:t>
      </w:r>
      <w:r>
        <w:t>الأشخاص</w:t>
      </w:r>
      <w:r>
        <w:t xml:space="preserve"> </w:t>
      </w:r>
      <w:r>
        <w:t>وفاعلية</w:t>
      </w:r>
      <w:r>
        <w:t xml:space="preserve"> </w:t>
      </w:r>
      <w:r>
        <w:t>الحلول،</w:t>
      </w:r>
      <w:r>
        <w:t xml:space="preserve"> </w:t>
      </w:r>
      <w:r>
        <w:t>وقياس</w:t>
      </w:r>
      <w:r>
        <w:t xml:space="preserve"> </w:t>
      </w:r>
      <w:r>
        <w:t>الأداء</w:t>
      </w:r>
      <w:r>
        <w:t xml:space="preserve"> </w:t>
      </w:r>
      <w:r>
        <w:t>والتدقيق</w:t>
      </w:r>
      <w:r>
        <w:t xml:space="preserve"> </w:t>
      </w:r>
      <w:r>
        <w:t>ومراجعة</w:t>
      </w:r>
      <w:r>
        <w:t xml:space="preserve"> </w:t>
      </w:r>
      <w:r>
        <w:t>الإدارة،</w:t>
      </w:r>
      <w:r>
        <w:t xml:space="preserve"> </w:t>
      </w:r>
      <w:r>
        <w:t>ثم</w:t>
      </w:r>
      <w:r>
        <w:t xml:space="preserve"> </w:t>
      </w:r>
      <w:r>
        <w:t>معالجة</w:t>
      </w:r>
      <w:r>
        <w:t xml:space="preserve"> </w:t>
      </w:r>
      <w:r>
        <w:t>أوجه</w:t>
      </w:r>
      <w:r>
        <w:t xml:space="preserve"> </w:t>
      </w:r>
      <w:r>
        <w:t>القصور</w:t>
      </w:r>
      <w:r>
        <w:t xml:space="preserve"> </w:t>
      </w:r>
      <w:r>
        <w:t>والتحسين</w:t>
      </w:r>
      <w:r>
        <w:t xml:space="preserve"> </w:t>
      </w:r>
      <w:r>
        <w:t>المستمر</w:t>
      </w:r>
      <w:r>
        <w:t xml:space="preserve">. </w:t>
      </w:r>
      <w:r>
        <w:t>وتوضح</w:t>
      </w:r>
      <w:r>
        <w:t xml:space="preserve"> </w:t>
      </w:r>
      <w:r>
        <w:t>هذه</w:t>
      </w:r>
      <w:r>
        <w:t xml:space="preserve"> </w:t>
      </w:r>
      <w:r>
        <w:t>العناصر</w:t>
      </w:r>
      <w:r>
        <w:t xml:space="preserve"> </w:t>
      </w:r>
      <w:r>
        <w:t>أن</w:t>
      </w:r>
      <w:r>
        <w:t xml:space="preserve"> </w:t>
      </w:r>
      <w:r>
        <w:t>الاستمرارية</w:t>
      </w:r>
      <w:r>
        <w:t xml:space="preserve"> </w:t>
      </w:r>
      <w:r>
        <w:t>ليست</w:t>
      </w:r>
      <w:r>
        <w:t xml:space="preserve"> </w:t>
      </w:r>
      <w:r>
        <w:t>مهمة</w:t>
      </w:r>
      <w:r>
        <w:t xml:space="preserve"> </w:t>
      </w:r>
      <w:r>
        <w:t>إدارة</w:t>
      </w:r>
      <w:r>
        <w:t xml:space="preserve"> </w:t>
      </w:r>
      <w:r>
        <w:t>واحدة؛</w:t>
      </w:r>
      <w:r>
        <w:t xml:space="preserve"> </w:t>
      </w:r>
      <w:r>
        <w:t>فهي</w:t>
      </w:r>
      <w:r>
        <w:t xml:space="preserve"> </w:t>
      </w:r>
      <w:r>
        <w:t>تحتاج</w:t>
      </w:r>
      <w:r>
        <w:t xml:space="preserve"> </w:t>
      </w:r>
      <w:r>
        <w:t>إلى</w:t>
      </w:r>
      <w:r>
        <w:t xml:space="preserve"> </w:t>
      </w:r>
      <w:r>
        <w:t>مشاركة</w:t>
      </w:r>
      <w:r>
        <w:t xml:space="preserve"> </w:t>
      </w:r>
      <w:r>
        <w:t>الإدارة</w:t>
      </w:r>
      <w:r>
        <w:t xml:space="preserve"> </w:t>
      </w:r>
      <w:r>
        <w:t>العليا</w:t>
      </w:r>
      <w:r>
        <w:t xml:space="preserve"> </w:t>
      </w:r>
      <w:r>
        <w:t>وأصحاب</w:t>
      </w:r>
      <w:r>
        <w:t xml:space="preserve"> </w:t>
      </w:r>
      <w:r>
        <w:t>العمليات</w:t>
      </w:r>
      <w:r>
        <w:t xml:space="preserve"> </w:t>
      </w:r>
      <w:r>
        <w:t>والتقنية</w:t>
      </w:r>
      <w:r>
        <w:t xml:space="preserve"> </w:t>
      </w:r>
      <w:r>
        <w:t>والموارد</w:t>
      </w:r>
      <w:r>
        <w:t xml:space="preserve"> </w:t>
      </w:r>
      <w:r>
        <w:t>البشرية</w:t>
      </w:r>
      <w:r>
        <w:t xml:space="preserve"> </w:t>
      </w:r>
      <w:r>
        <w:t>والموردين</w:t>
      </w:r>
      <w:r>
        <w:t xml:space="preserve"> </w:t>
      </w:r>
      <w:r>
        <w:t>والاتصال،</w:t>
      </w:r>
      <w:r>
        <w:t xml:space="preserve"> </w:t>
      </w:r>
      <w:r>
        <w:t>وفق</w:t>
      </w:r>
      <w:r>
        <w:t xml:space="preserve"> </w:t>
      </w:r>
      <w:r>
        <w:t>حجم</w:t>
      </w:r>
      <w:r>
        <w:t xml:space="preserve"> </w:t>
      </w:r>
      <w:r>
        <w:t>المنشأة</w:t>
      </w:r>
      <w:r>
        <w:t xml:space="preserve"> </w:t>
      </w:r>
      <w:r>
        <w:t>وتعقيدها</w:t>
      </w:r>
      <w:r>
        <w:t>.</w:t>
      </w:r>
    </w:p>
    <w:p w14:paraId="7DC11173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1-15 </w:t>
      </w:r>
      <w:r>
        <w:rPr>
          <w:rFonts w:ascii="Arial" w:hAnsi="Arial" w:cs="Arial"/>
        </w:rPr>
        <w:t>تحليل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أثر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</w:p>
    <w:p w14:paraId="72C75C64" w14:textId="77777777" w:rsidR="00660561" w:rsidRDefault="005B109C">
      <w:pPr>
        <w:bidi/>
      </w:pPr>
      <w:r>
        <w:t>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عملية</w:t>
      </w:r>
      <w:r>
        <w:t xml:space="preserve"> </w:t>
      </w:r>
      <w:r>
        <w:t>منهجية</w:t>
      </w:r>
      <w:r>
        <w:t xml:space="preserve"> </w:t>
      </w:r>
      <w:r>
        <w:t>تحدد</w:t>
      </w:r>
      <w:r>
        <w:t xml:space="preserve"> </w:t>
      </w:r>
      <w:r>
        <w:t>الأنشطة</w:t>
      </w:r>
      <w:r>
        <w:t xml:space="preserve"> </w:t>
      </w:r>
      <w:r>
        <w:t>التي</w:t>
      </w:r>
      <w:r>
        <w:t xml:space="preserve"> </w:t>
      </w:r>
      <w:r>
        <w:t>يؤدي</w:t>
      </w:r>
      <w:r>
        <w:t xml:space="preserve"> </w:t>
      </w:r>
      <w:r>
        <w:t>توقفها</w:t>
      </w:r>
      <w:r>
        <w:t xml:space="preserve"> </w:t>
      </w:r>
      <w:r>
        <w:t>إلى</w:t>
      </w:r>
      <w:r>
        <w:t xml:space="preserve"> </w:t>
      </w:r>
      <w:r>
        <w:t>آثار</w:t>
      </w:r>
      <w:r>
        <w:t xml:space="preserve"> </w:t>
      </w:r>
      <w:r>
        <w:t>غير</w:t>
      </w:r>
      <w:r>
        <w:t xml:space="preserve"> </w:t>
      </w:r>
      <w:r>
        <w:t>مقبولة</w:t>
      </w:r>
      <w:r>
        <w:t xml:space="preserve"> </w:t>
      </w:r>
      <w:r>
        <w:t>بمرور</w:t>
      </w:r>
      <w:r>
        <w:t xml:space="preserve"> </w:t>
      </w:r>
      <w:r>
        <w:t>الوقت،</w:t>
      </w:r>
      <w:r>
        <w:t xml:space="preserve"> </w:t>
      </w:r>
      <w:r>
        <w:t>والموارد</w:t>
      </w:r>
      <w:r>
        <w:t xml:space="preserve"> </w:t>
      </w:r>
      <w:r>
        <w:t>والاعتماديات</w:t>
      </w:r>
      <w:r>
        <w:t xml:space="preserve"> </w:t>
      </w:r>
      <w:r>
        <w:t>اللازمة</w:t>
      </w:r>
      <w:r>
        <w:t xml:space="preserve"> </w:t>
      </w:r>
      <w:r>
        <w:t>لها،</w:t>
      </w:r>
      <w:r>
        <w:t xml:space="preserve"> </w:t>
      </w:r>
      <w:r>
        <w:t>وأولويات</w:t>
      </w:r>
      <w:r>
        <w:t xml:space="preserve"> </w:t>
      </w:r>
      <w:r>
        <w:t>استعادتها</w:t>
      </w:r>
      <w:r>
        <w:t xml:space="preserve">. </w:t>
      </w:r>
      <w:r>
        <w:t>يبدأ</w:t>
      </w:r>
      <w:r>
        <w:t xml:space="preserve"> </w:t>
      </w:r>
      <w:r>
        <w:t>التحليل</w:t>
      </w:r>
      <w:r>
        <w:t xml:space="preserve"> </w:t>
      </w:r>
      <w:r>
        <w:t>بتحديد</w:t>
      </w:r>
      <w:r>
        <w:t xml:space="preserve"> </w:t>
      </w:r>
      <w:r>
        <w:t>المنتجات</w:t>
      </w:r>
      <w:r>
        <w:t xml:space="preserve"> </w:t>
      </w:r>
      <w:r>
        <w:t>والخدمات،</w:t>
      </w:r>
      <w:r>
        <w:t xml:space="preserve"> </w:t>
      </w:r>
      <w:r>
        <w:t>ثم</w:t>
      </w:r>
      <w:r>
        <w:t xml:space="preserve"> </w:t>
      </w:r>
      <w:r>
        <w:t>العمليات</w:t>
      </w:r>
      <w:r>
        <w:t xml:space="preserve"> </w:t>
      </w:r>
      <w:r>
        <w:t>التي</w:t>
      </w:r>
      <w:r>
        <w:t xml:space="preserve"> </w:t>
      </w:r>
      <w:r>
        <w:t>تدعمها،</w:t>
      </w:r>
      <w:r>
        <w:t xml:space="preserve"> </w:t>
      </w:r>
      <w:r>
        <w:t>والآثار</w:t>
      </w:r>
      <w:r>
        <w:t xml:space="preserve"> </w:t>
      </w:r>
      <w:r>
        <w:t>المالية</w:t>
      </w:r>
      <w:r>
        <w:t xml:space="preserve"> </w:t>
      </w:r>
      <w:r>
        <w:t>والتشغيلية</w:t>
      </w:r>
      <w:r>
        <w:t xml:space="preserve"> </w:t>
      </w:r>
      <w:r>
        <w:t>والنظامية</w:t>
      </w:r>
      <w:r>
        <w:t xml:space="preserve"> </w:t>
      </w:r>
      <w:r>
        <w:t>والسمعة</w:t>
      </w:r>
      <w:r>
        <w:t xml:space="preserve"> </w:t>
      </w:r>
      <w:r>
        <w:t>الناتجة</w:t>
      </w:r>
      <w:r>
        <w:t xml:space="preserve"> </w:t>
      </w:r>
      <w:r>
        <w:t>عن</w:t>
      </w:r>
      <w:r>
        <w:t xml:space="preserve"> </w:t>
      </w:r>
      <w:r>
        <w:t>التعطل،</w:t>
      </w:r>
      <w:r>
        <w:t xml:space="preserve"> </w:t>
      </w:r>
      <w:r>
        <w:t>وكيف</w:t>
      </w:r>
      <w:r>
        <w:t xml:space="preserve"> </w:t>
      </w:r>
      <w:r>
        <w:t>تتزايد</w:t>
      </w:r>
      <w:r>
        <w:t xml:space="preserve"> </w:t>
      </w:r>
      <w:r>
        <w:t>هذه</w:t>
      </w:r>
      <w:r>
        <w:t xml:space="preserve"> </w:t>
      </w:r>
      <w:r>
        <w:t>الآثار</w:t>
      </w:r>
      <w:r>
        <w:t xml:space="preserve"> </w:t>
      </w:r>
      <w:r>
        <w:t>مع</w:t>
      </w:r>
      <w:r>
        <w:t xml:space="preserve"> </w:t>
      </w:r>
      <w:r>
        <w:t>مرور</w:t>
      </w:r>
      <w:r>
        <w:t xml:space="preserve"> </w:t>
      </w:r>
      <w:r>
        <w:t>الزمن</w:t>
      </w:r>
      <w:r>
        <w:t>.</w:t>
      </w:r>
    </w:p>
    <w:p w14:paraId="65304CA8" w14:textId="77777777" w:rsidR="00660561" w:rsidRDefault="005B109C">
      <w:pPr>
        <w:bidi/>
      </w:pPr>
      <w:r>
        <w:t>ومن</w:t>
      </w:r>
      <w:r>
        <w:t xml:space="preserve"> </w:t>
      </w:r>
      <w:r>
        <w:t>مفاهيم</w:t>
      </w:r>
      <w:r>
        <w:t xml:space="preserve"> </w:t>
      </w:r>
      <w:r>
        <w:t>التحليل</w:t>
      </w:r>
      <w:r>
        <w:t xml:space="preserve"> </w:t>
      </w:r>
      <w:r>
        <w:t>الحد</w:t>
      </w:r>
      <w:r>
        <w:t xml:space="preserve"> </w:t>
      </w:r>
      <w:r>
        <w:t>الأقصى</w:t>
      </w:r>
      <w:r>
        <w:t xml:space="preserve"> </w:t>
      </w:r>
      <w:r>
        <w:t>المقبول</w:t>
      </w:r>
      <w:r>
        <w:t xml:space="preserve"> </w:t>
      </w:r>
      <w:r>
        <w:t>للتعطل،</w:t>
      </w:r>
      <w:r>
        <w:t xml:space="preserve"> </w:t>
      </w:r>
      <w:r>
        <w:t>وهدف</w:t>
      </w:r>
      <w:r>
        <w:t xml:space="preserve"> </w:t>
      </w:r>
      <w:r>
        <w:t>زمن</w:t>
      </w:r>
      <w:r>
        <w:t xml:space="preserve"> </w:t>
      </w:r>
      <w:r>
        <w:t>التعافي</w:t>
      </w:r>
      <w:r>
        <w:t xml:space="preserve"> </w:t>
      </w:r>
      <w:r>
        <w:t>الذي</w:t>
      </w:r>
      <w:r>
        <w:t xml:space="preserve"> </w:t>
      </w:r>
      <w:r>
        <w:t>يحدد</w:t>
      </w:r>
      <w:r>
        <w:t xml:space="preserve"> </w:t>
      </w:r>
      <w:r>
        <w:t>المدة</w:t>
      </w:r>
      <w:r>
        <w:t xml:space="preserve"> </w:t>
      </w:r>
      <w:r>
        <w:t>المستهدفة</w:t>
      </w:r>
      <w:r>
        <w:t xml:space="preserve"> </w:t>
      </w:r>
      <w:r>
        <w:t>لاستعادة</w:t>
      </w:r>
      <w:r>
        <w:t xml:space="preserve"> </w:t>
      </w:r>
      <w:r>
        <w:t>النشاط،</w:t>
      </w:r>
      <w:r>
        <w:t xml:space="preserve"> </w:t>
      </w:r>
      <w:r>
        <w:t>وهدف</w:t>
      </w:r>
      <w:r>
        <w:t xml:space="preserve"> </w:t>
      </w:r>
      <w:r>
        <w:t>نقطة</w:t>
      </w:r>
      <w:r>
        <w:t xml:space="preserve"> </w:t>
      </w:r>
      <w:r>
        <w:t>التعافي</w:t>
      </w:r>
      <w:r>
        <w:t xml:space="preserve"> </w:t>
      </w:r>
      <w:r>
        <w:t>الذي</w:t>
      </w:r>
      <w:r>
        <w:t xml:space="preserve"> </w:t>
      </w:r>
      <w:r>
        <w:t>يحدد</w:t>
      </w:r>
      <w:r>
        <w:t xml:space="preserve"> </w:t>
      </w:r>
      <w:r>
        <w:t>مقدار</w:t>
      </w:r>
      <w:r>
        <w:t xml:space="preserve"> </w:t>
      </w:r>
      <w:r>
        <w:t>فقد</w:t>
      </w:r>
      <w:r>
        <w:t xml:space="preserve"> </w:t>
      </w:r>
      <w:r>
        <w:t>البيانات</w:t>
      </w:r>
      <w:r>
        <w:t xml:space="preserve"> </w:t>
      </w:r>
      <w:r>
        <w:t>المقبول</w:t>
      </w:r>
      <w:r>
        <w:t xml:space="preserve">. </w:t>
      </w:r>
      <w:r>
        <w:t>كما</w:t>
      </w:r>
      <w:r>
        <w:t xml:space="preserve"> </w:t>
      </w:r>
      <w:r>
        <w:t>يحدد</w:t>
      </w:r>
      <w:r>
        <w:t xml:space="preserve"> </w:t>
      </w:r>
      <w:r>
        <w:t>الحد</w:t>
      </w:r>
      <w:r>
        <w:t xml:space="preserve"> </w:t>
      </w:r>
      <w:r>
        <w:t>الأدنى</w:t>
      </w:r>
      <w:r>
        <w:t xml:space="preserve"> </w:t>
      </w:r>
      <w:r>
        <w:t>المقبول</w:t>
      </w:r>
      <w:r>
        <w:t xml:space="preserve"> </w:t>
      </w:r>
      <w:r>
        <w:t>من</w:t>
      </w:r>
      <w:r>
        <w:t xml:space="preserve"> </w:t>
      </w:r>
      <w:r>
        <w:t>الخدمة</w:t>
      </w:r>
      <w:r>
        <w:t xml:space="preserve"> </w:t>
      </w:r>
      <w:r>
        <w:t>والموارد</w:t>
      </w:r>
      <w:r>
        <w:t xml:space="preserve"> </w:t>
      </w:r>
      <w:r>
        <w:t>الضرورية</w:t>
      </w:r>
      <w:r>
        <w:t xml:space="preserve"> </w:t>
      </w:r>
      <w:r>
        <w:t>للأفراد</w:t>
      </w:r>
      <w:r>
        <w:t xml:space="preserve"> </w:t>
      </w:r>
      <w:r>
        <w:t>والتقنية</w:t>
      </w:r>
      <w:r>
        <w:t xml:space="preserve"> </w:t>
      </w:r>
      <w:r>
        <w:t>والمعلومات</w:t>
      </w:r>
      <w:r>
        <w:t xml:space="preserve"> </w:t>
      </w:r>
      <w:r>
        <w:t>والمواقع</w:t>
      </w:r>
      <w:r>
        <w:t xml:space="preserve"> </w:t>
      </w:r>
      <w:r>
        <w:t>والموردين</w:t>
      </w:r>
      <w:r>
        <w:t xml:space="preserve">. </w:t>
      </w:r>
      <w:r>
        <w:t>ويجب</w:t>
      </w:r>
      <w:r>
        <w:t xml:space="preserve"> </w:t>
      </w:r>
      <w:r>
        <w:t>أن</w:t>
      </w:r>
      <w:r>
        <w:t xml:space="preserve"> </w:t>
      </w:r>
      <w:r>
        <w:t>تكون</w:t>
      </w:r>
      <w:r>
        <w:t xml:space="preserve"> </w:t>
      </w:r>
      <w:r>
        <w:t>الأهداف</w:t>
      </w:r>
      <w:r>
        <w:t xml:space="preserve"> </w:t>
      </w:r>
      <w:r>
        <w:t>واقعية</w:t>
      </w:r>
      <w:r>
        <w:t xml:space="preserve"> </w:t>
      </w:r>
      <w:r>
        <w:t>ومتسقة</w:t>
      </w:r>
      <w:r>
        <w:t xml:space="preserve"> </w:t>
      </w:r>
      <w:r>
        <w:t>مع</w:t>
      </w:r>
      <w:r>
        <w:t xml:space="preserve"> </w:t>
      </w:r>
      <w:r>
        <w:t>قدرة</w:t>
      </w:r>
      <w:r>
        <w:t xml:space="preserve"> </w:t>
      </w:r>
      <w:r>
        <w:t>الحلول</w:t>
      </w:r>
      <w:r>
        <w:t xml:space="preserve"> </w:t>
      </w:r>
      <w:r>
        <w:t>والميزانية</w:t>
      </w:r>
      <w:r>
        <w:t>.</w:t>
      </w:r>
    </w:p>
    <w:p w14:paraId="08F9AB44" w14:textId="77777777" w:rsidR="00660561" w:rsidRDefault="005B109C">
      <w:pPr>
        <w:bidi/>
      </w:pPr>
      <w:r>
        <w:t>تظهر</w:t>
      </w:r>
      <w:r>
        <w:t xml:space="preserve"> </w:t>
      </w:r>
      <w:r>
        <w:t>أهمية</w:t>
      </w:r>
      <w:r>
        <w:t xml:space="preserve"> </w:t>
      </w:r>
      <w:r>
        <w:t>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لأنه</w:t>
      </w:r>
      <w:r>
        <w:t xml:space="preserve"> </w:t>
      </w:r>
      <w:r>
        <w:t>يساعدها</w:t>
      </w:r>
      <w:r>
        <w:t xml:space="preserve"> </w:t>
      </w:r>
      <w:r>
        <w:t>على</w:t>
      </w:r>
      <w:r>
        <w:t xml:space="preserve"> </w:t>
      </w:r>
      <w:r>
        <w:t>توجيه</w:t>
      </w:r>
      <w:r>
        <w:t xml:space="preserve"> </w:t>
      </w:r>
      <w:r>
        <w:t>الإنفاق</w:t>
      </w:r>
      <w:r>
        <w:t xml:space="preserve"> </w:t>
      </w:r>
      <w:r>
        <w:t>المحدود</w:t>
      </w:r>
      <w:r>
        <w:t xml:space="preserve"> </w:t>
      </w:r>
      <w:r>
        <w:t>نحو</w:t>
      </w:r>
      <w:r>
        <w:t xml:space="preserve"> </w:t>
      </w:r>
      <w:r>
        <w:t>العمليات</w:t>
      </w:r>
      <w:r>
        <w:t xml:space="preserve"> </w:t>
      </w:r>
      <w:r>
        <w:t>التي</w:t>
      </w:r>
      <w:r>
        <w:t xml:space="preserve"> </w:t>
      </w:r>
      <w:r>
        <w:t>يهدد</w:t>
      </w:r>
      <w:r>
        <w:t xml:space="preserve"> </w:t>
      </w:r>
      <w:r>
        <w:t>توقفها</w:t>
      </w:r>
      <w:r>
        <w:t xml:space="preserve"> </w:t>
      </w:r>
      <w:r>
        <w:t>بقاء</w:t>
      </w:r>
      <w:r>
        <w:t xml:space="preserve"> </w:t>
      </w:r>
      <w:r>
        <w:t>النشاط</w:t>
      </w:r>
      <w:r>
        <w:t xml:space="preserve">. </w:t>
      </w:r>
      <w:r>
        <w:t>وبدل</w:t>
      </w:r>
      <w:r>
        <w:t xml:space="preserve"> </w:t>
      </w:r>
      <w:r>
        <w:t>إنشاء</w:t>
      </w:r>
      <w:r>
        <w:t xml:space="preserve"> </w:t>
      </w:r>
      <w:r>
        <w:t>بدائل</w:t>
      </w:r>
      <w:r>
        <w:t xml:space="preserve"> </w:t>
      </w:r>
      <w:r>
        <w:t>مكلفة</w:t>
      </w:r>
      <w:r>
        <w:t xml:space="preserve"> </w:t>
      </w:r>
      <w:r>
        <w:t>لجميع</w:t>
      </w:r>
      <w:r>
        <w:t xml:space="preserve"> </w:t>
      </w:r>
      <w:r>
        <w:t>الوظائف،</w:t>
      </w:r>
      <w:r>
        <w:t xml:space="preserve"> </w:t>
      </w:r>
      <w:r>
        <w:t>يمكن</w:t>
      </w:r>
      <w:r>
        <w:t xml:space="preserve"> </w:t>
      </w:r>
      <w:r>
        <w:lastRenderedPageBreak/>
        <w:t>تحديد</w:t>
      </w:r>
      <w:r>
        <w:t xml:space="preserve"> </w:t>
      </w:r>
      <w:r>
        <w:t>عدد</w:t>
      </w:r>
      <w:r>
        <w:t xml:space="preserve"> </w:t>
      </w:r>
      <w:r>
        <w:t>محدود</w:t>
      </w:r>
      <w:r>
        <w:t xml:space="preserve"> </w:t>
      </w:r>
      <w:r>
        <w:t>من</w:t>
      </w:r>
      <w:r>
        <w:t xml:space="preserve"> </w:t>
      </w:r>
      <w:r>
        <w:t>العمليات</w:t>
      </w:r>
      <w:r>
        <w:t xml:space="preserve"> </w:t>
      </w:r>
      <w:r>
        <w:t>ذات</w:t>
      </w:r>
      <w:r>
        <w:t xml:space="preserve"> </w:t>
      </w:r>
      <w:r>
        <w:t>الأولوية،</w:t>
      </w:r>
      <w:r>
        <w:t xml:space="preserve"> </w:t>
      </w:r>
      <w:r>
        <w:t>وتدريب</w:t>
      </w:r>
      <w:r>
        <w:t xml:space="preserve"> </w:t>
      </w:r>
      <w:r>
        <w:t>بدلاء،</w:t>
      </w:r>
      <w:r>
        <w:t xml:space="preserve"> </w:t>
      </w:r>
      <w:r>
        <w:t>وحماية</w:t>
      </w:r>
      <w:r>
        <w:t xml:space="preserve"> </w:t>
      </w:r>
      <w:r>
        <w:t>البيانات</w:t>
      </w:r>
      <w:r>
        <w:t xml:space="preserve"> </w:t>
      </w:r>
      <w:r>
        <w:t>الضرورية،</w:t>
      </w:r>
      <w:r>
        <w:t xml:space="preserve"> </w:t>
      </w:r>
      <w:r>
        <w:t>وتحديد</w:t>
      </w:r>
      <w:r>
        <w:t xml:space="preserve"> </w:t>
      </w:r>
      <w:r>
        <w:t>مورد</w:t>
      </w:r>
      <w:r>
        <w:t xml:space="preserve"> </w:t>
      </w:r>
      <w:r>
        <w:t>أو</w:t>
      </w:r>
      <w:r>
        <w:t xml:space="preserve"> </w:t>
      </w:r>
      <w:r>
        <w:t>قناة</w:t>
      </w:r>
      <w:r>
        <w:t xml:space="preserve"> </w:t>
      </w:r>
      <w:r>
        <w:t>تشغيل</w:t>
      </w:r>
      <w:r>
        <w:t xml:space="preserve"> </w:t>
      </w:r>
      <w:r>
        <w:t>بديلة،</w:t>
      </w:r>
      <w:r>
        <w:t xml:space="preserve"> </w:t>
      </w:r>
      <w:r>
        <w:t>ثم</w:t>
      </w:r>
      <w:r>
        <w:t xml:space="preserve"> </w:t>
      </w:r>
      <w:r>
        <w:t>اختبار</w:t>
      </w:r>
      <w:r>
        <w:t xml:space="preserve"> </w:t>
      </w:r>
      <w:r>
        <w:t>قدرة</w:t>
      </w:r>
      <w:r>
        <w:t xml:space="preserve"> </w:t>
      </w:r>
      <w:r>
        <w:t>المنشأة</w:t>
      </w:r>
      <w:r>
        <w:t xml:space="preserve"> </w:t>
      </w:r>
      <w:r>
        <w:t>على</w:t>
      </w:r>
      <w:r>
        <w:t xml:space="preserve"> </w:t>
      </w:r>
      <w:r>
        <w:t>العمل</w:t>
      </w:r>
      <w:r>
        <w:t xml:space="preserve"> </w:t>
      </w:r>
      <w:r>
        <w:t>في</w:t>
      </w:r>
      <w:r>
        <w:t xml:space="preserve"> </w:t>
      </w:r>
      <w:r>
        <w:t>الحد</w:t>
      </w:r>
      <w:r>
        <w:t xml:space="preserve"> </w:t>
      </w:r>
      <w:r>
        <w:t>الأدنى</w:t>
      </w:r>
      <w:r>
        <w:t xml:space="preserve"> </w:t>
      </w:r>
      <w:r>
        <w:t>المطلوب</w:t>
      </w:r>
      <w:r>
        <w:t>.</w:t>
      </w:r>
    </w:p>
    <w:p w14:paraId="6D2C0832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1-16 </w:t>
      </w:r>
      <w:r>
        <w:rPr>
          <w:rFonts w:ascii="Arial" w:hAnsi="Arial" w:cs="Arial"/>
        </w:rPr>
        <w:t>استراتيجيات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وخطط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</w:p>
    <w:p w14:paraId="4D4364B8" w14:textId="77777777" w:rsidR="00660561" w:rsidRDefault="005B109C">
      <w:pPr>
        <w:bidi/>
      </w:pPr>
      <w:r>
        <w:t>بعد</w:t>
      </w:r>
      <w:r>
        <w:t xml:space="preserve"> </w:t>
      </w:r>
      <w:r>
        <w:t>تحديد</w:t>
      </w:r>
      <w:r>
        <w:t xml:space="preserve"> </w:t>
      </w:r>
      <w:r>
        <w:t>الأولويات</w:t>
      </w:r>
      <w:r>
        <w:t xml:space="preserve"> </w:t>
      </w:r>
      <w:r>
        <w:t>تختار</w:t>
      </w:r>
      <w:r>
        <w:t xml:space="preserve"> </w:t>
      </w:r>
      <w:r>
        <w:t>المنشأة</w:t>
      </w:r>
      <w:r>
        <w:t xml:space="preserve"> </w:t>
      </w:r>
      <w:r>
        <w:t>استراتيجيات</w:t>
      </w:r>
      <w:r>
        <w:t xml:space="preserve"> </w:t>
      </w:r>
      <w:r>
        <w:t>الاستمرارية</w:t>
      </w:r>
      <w:r>
        <w:t xml:space="preserve"> </w:t>
      </w:r>
      <w:r>
        <w:t>المناسبة</w:t>
      </w:r>
      <w:r>
        <w:t xml:space="preserve"> </w:t>
      </w:r>
      <w:r>
        <w:t>للأفراد</w:t>
      </w:r>
      <w:r>
        <w:t xml:space="preserve"> </w:t>
      </w:r>
      <w:r>
        <w:t>والمواقع</w:t>
      </w:r>
      <w:r>
        <w:t xml:space="preserve"> </w:t>
      </w:r>
      <w:r>
        <w:t>والتقنية</w:t>
      </w:r>
      <w:r>
        <w:t xml:space="preserve"> </w:t>
      </w:r>
      <w:r>
        <w:t>والبيانات</w:t>
      </w:r>
      <w:r>
        <w:t xml:space="preserve"> </w:t>
      </w:r>
      <w:r>
        <w:t>والموردين</w:t>
      </w:r>
      <w:r>
        <w:t xml:space="preserve"> </w:t>
      </w:r>
      <w:r>
        <w:t>والاتصال</w:t>
      </w:r>
      <w:r>
        <w:t xml:space="preserve">. </w:t>
      </w:r>
      <w:r>
        <w:t>وتشمل</w:t>
      </w:r>
      <w:r>
        <w:t xml:space="preserve"> </w:t>
      </w:r>
      <w:r>
        <w:t>استراتيجيات</w:t>
      </w:r>
      <w:r>
        <w:t xml:space="preserve"> </w:t>
      </w:r>
      <w:r>
        <w:t>الأفراد</w:t>
      </w:r>
      <w:r>
        <w:t xml:space="preserve"> </w:t>
      </w:r>
      <w:r>
        <w:t>التدريب</w:t>
      </w:r>
      <w:r>
        <w:t xml:space="preserve"> </w:t>
      </w:r>
      <w:r>
        <w:t>المتبادل</w:t>
      </w:r>
      <w:r>
        <w:t xml:space="preserve"> </w:t>
      </w:r>
      <w:r>
        <w:t>والعمل</w:t>
      </w:r>
      <w:r>
        <w:t xml:space="preserve"> </w:t>
      </w:r>
      <w:r>
        <w:t>عن</w:t>
      </w:r>
      <w:r>
        <w:t xml:space="preserve"> </w:t>
      </w:r>
      <w:r>
        <w:t>بعد</w:t>
      </w:r>
      <w:r>
        <w:t xml:space="preserve"> </w:t>
      </w:r>
      <w:r>
        <w:t>وتحديد</w:t>
      </w:r>
      <w:r>
        <w:t xml:space="preserve"> </w:t>
      </w:r>
      <w:r>
        <w:t>بدلاء</w:t>
      </w:r>
      <w:r>
        <w:t xml:space="preserve"> </w:t>
      </w:r>
      <w:r>
        <w:t>للوظائف</w:t>
      </w:r>
      <w:r>
        <w:t xml:space="preserve"> </w:t>
      </w:r>
      <w:r>
        <w:t>الحرجة</w:t>
      </w:r>
      <w:r>
        <w:t xml:space="preserve">. </w:t>
      </w:r>
      <w:r>
        <w:t>وتشمل</w:t>
      </w:r>
      <w:r>
        <w:t xml:space="preserve"> </w:t>
      </w:r>
      <w:r>
        <w:t>استراتيجيات</w:t>
      </w:r>
      <w:r>
        <w:t xml:space="preserve"> </w:t>
      </w:r>
      <w:r>
        <w:t>المواقع</w:t>
      </w:r>
      <w:r>
        <w:t xml:space="preserve"> </w:t>
      </w:r>
      <w:r>
        <w:t>استخدام</w:t>
      </w:r>
      <w:r>
        <w:t xml:space="preserve"> </w:t>
      </w:r>
      <w:r>
        <w:t>موقع</w:t>
      </w:r>
      <w:r>
        <w:t xml:space="preserve"> </w:t>
      </w:r>
      <w:r>
        <w:t>بديل</w:t>
      </w:r>
      <w:r>
        <w:t xml:space="preserve"> </w:t>
      </w:r>
      <w:r>
        <w:t>أو</w:t>
      </w:r>
      <w:r>
        <w:t xml:space="preserve"> </w:t>
      </w:r>
      <w:r>
        <w:t>توزيع</w:t>
      </w:r>
      <w:r>
        <w:t xml:space="preserve"> </w:t>
      </w:r>
      <w:r>
        <w:t>العمل،</w:t>
      </w:r>
      <w:r>
        <w:t xml:space="preserve"> </w:t>
      </w:r>
      <w:r>
        <w:t>بينما</w:t>
      </w:r>
      <w:r>
        <w:t xml:space="preserve"> </w:t>
      </w:r>
      <w:r>
        <w:t>تشمل</w:t>
      </w:r>
      <w:r>
        <w:t xml:space="preserve"> </w:t>
      </w:r>
      <w:r>
        <w:t>التقنية</w:t>
      </w:r>
      <w:r>
        <w:t xml:space="preserve"> </w:t>
      </w:r>
      <w:r>
        <w:t>النسخ</w:t>
      </w:r>
      <w:r>
        <w:t xml:space="preserve"> </w:t>
      </w:r>
      <w:r>
        <w:t>الاحتياطي</w:t>
      </w:r>
      <w:r>
        <w:t xml:space="preserve"> </w:t>
      </w:r>
      <w:r>
        <w:t>والتكرار</w:t>
      </w:r>
      <w:r>
        <w:t xml:space="preserve"> </w:t>
      </w:r>
      <w:r>
        <w:t>وخدمات</w:t>
      </w:r>
      <w:r>
        <w:t xml:space="preserve"> </w:t>
      </w:r>
      <w:r>
        <w:t>بديلة</w:t>
      </w:r>
      <w:r>
        <w:t xml:space="preserve"> </w:t>
      </w:r>
      <w:r>
        <w:t>وخطط</w:t>
      </w:r>
      <w:r>
        <w:t xml:space="preserve"> </w:t>
      </w:r>
      <w:r>
        <w:t>الاستعادة</w:t>
      </w:r>
      <w:r>
        <w:t xml:space="preserve">. </w:t>
      </w:r>
      <w:r>
        <w:t>وفي</w:t>
      </w:r>
      <w:r>
        <w:t xml:space="preserve"> </w:t>
      </w:r>
      <w:r>
        <w:t>سلسلة</w:t>
      </w:r>
      <w:r>
        <w:t xml:space="preserve"> </w:t>
      </w:r>
      <w:r>
        <w:t>الإمداد</w:t>
      </w:r>
      <w:r>
        <w:t xml:space="preserve"> </w:t>
      </w:r>
      <w:r>
        <w:t>تستخدم</w:t>
      </w:r>
      <w:r>
        <w:t xml:space="preserve"> </w:t>
      </w:r>
      <w:r>
        <w:t>عقود</w:t>
      </w:r>
      <w:r>
        <w:t xml:space="preserve"> </w:t>
      </w:r>
      <w:r>
        <w:t>بديلة</w:t>
      </w:r>
      <w:r>
        <w:t xml:space="preserve"> </w:t>
      </w:r>
      <w:r>
        <w:t>وتنويع</w:t>
      </w:r>
      <w:r>
        <w:t xml:space="preserve"> </w:t>
      </w:r>
      <w:r>
        <w:t>الموردين</w:t>
      </w:r>
      <w:r>
        <w:t xml:space="preserve"> </w:t>
      </w:r>
      <w:r>
        <w:t>ومخزون</w:t>
      </w:r>
      <w:r>
        <w:t xml:space="preserve"> </w:t>
      </w:r>
      <w:r>
        <w:t>أمان</w:t>
      </w:r>
      <w:r>
        <w:t xml:space="preserve"> </w:t>
      </w:r>
      <w:r>
        <w:t>مناسب</w:t>
      </w:r>
      <w:r>
        <w:t>.</w:t>
      </w:r>
    </w:p>
    <w:p w14:paraId="2D7BB8BE" w14:textId="77777777" w:rsidR="00660561" w:rsidRDefault="005B109C">
      <w:pPr>
        <w:bidi/>
      </w:pPr>
      <w:r>
        <w:t>تترجم</w:t>
      </w:r>
      <w:r>
        <w:t xml:space="preserve"> </w:t>
      </w:r>
      <w:r>
        <w:t>الاستراتيجيات</w:t>
      </w:r>
      <w:r>
        <w:t xml:space="preserve"> </w:t>
      </w:r>
      <w:r>
        <w:t>إلى</w:t>
      </w:r>
      <w:r>
        <w:t xml:space="preserve"> </w:t>
      </w:r>
      <w:r>
        <w:t>خطط</w:t>
      </w:r>
      <w:r>
        <w:t xml:space="preserve"> </w:t>
      </w:r>
      <w:r>
        <w:t>وإجراءات</w:t>
      </w:r>
      <w:r>
        <w:t xml:space="preserve"> </w:t>
      </w:r>
      <w:r>
        <w:t>واضحة</w:t>
      </w:r>
      <w:r>
        <w:t xml:space="preserve"> </w:t>
      </w:r>
      <w:r>
        <w:t>تتضمن</w:t>
      </w:r>
      <w:r>
        <w:t xml:space="preserve"> </w:t>
      </w:r>
      <w:r>
        <w:t>معايير</w:t>
      </w:r>
      <w:r>
        <w:t xml:space="preserve"> </w:t>
      </w:r>
      <w:r>
        <w:t>تفعيل</w:t>
      </w:r>
      <w:r>
        <w:t xml:space="preserve"> </w:t>
      </w:r>
      <w:r>
        <w:t>الخطة،</w:t>
      </w:r>
      <w:r>
        <w:t xml:space="preserve"> </w:t>
      </w:r>
      <w:r>
        <w:t>وهيكل</w:t>
      </w:r>
      <w:r>
        <w:t xml:space="preserve"> </w:t>
      </w:r>
      <w:r>
        <w:t>القيادة،</w:t>
      </w:r>
      <w:r>
        <w:t xml:space="preserve"> </w:t>
      </w:r>
      <w:r>
        <w:t>وأدوار</w:t>
      </w:r>
      <w:r>
        <w:t xml:space="preserve"> </w:t>
      </w:r>
      <w:r>
        <w:t>الفرق،</w:t>
      </w:r>
      <w:r>
        <w:t xml:space="preserve"> </w:t>
      </w:r>
      <w:r>
        <w:t>وقوائم</w:t>
      </w:r>
      <w:r>
        <w:t xml:space="preserve"> </w:t>
      </w:r>
      <w:r>
        <w:t>الاتصال،</w:t>
      </w:r>
      <w:r>
        <w:t xml:space="preserve"> </w:t>
      </w:r>
      <w:r>
        <w:t>وخطوات</w:t>
      </w:r>
      <w:r>
        <w:t xml:space="preserve"> </w:t>
      </w:r>
      <w:r>
        <w:t>السلامة،</w:t>
      </w:r>
      <w:r>
        <w:t xml:space="preserve"> </w:t>
      </w:r>
      <w:r>
        <w:t>وإجراءات</w:t>
      </w:r>
      <w:r>
        <w:t xml:space="preserve"> </w:t>
      </w:r>
      <w:r>
        <w:t>استمرار</w:t>
      </w:r>
      <w:r>
        <w:t xml:space="preserve"> </w:t>
      </w:r>
      <w:r>
        <w:t>العمليات</w:t>
      </w:r>
      <w:r>
        <w:t xml:space="preserve"> </w:t>
      </w:r>
      <w:r>
        <w:t>واستعادة</w:t>
      </w:r>
      <w:r>
        <w:t xml:space="preserve"> </w:t>
      </w:r>
      <w:r>
        <w:t>الموارد،</w:t>
      </w:r>
      <w:r>
        <w:t xml:space="preserve"> </w:t>
      </w:r>
      <w:r>
        <w:t>وآلية</w:t>
      </w:r>
      <w:r>
        <w:t xml:space="preserve"> </w:t>
      </w:r>
      <w:r>
        <w:t>الاتصال</w:t>
      </w:r>
      <w:r>
        <w:t xml:space="preserve"> </w:t>
      </w:r>
      <w:r>
        <w:t>الداخلي</w:t>
      </w:r>
      <w:r>
        <w:t xml:space="preserve"> </w:t>
      </w:r>
      <w:r>
        <w:t>والخارجي،</w:t>
      </w:r>
      <w:r>
        <w:t xml:space="preserve"> </w:t>
      </w:r>
      <w:r>
        <w:t>ونماذج</w:t>
      </w:r>
      <w:r>
        <w:t xml:space="preserve"> </w:t>
      </w:r>
      <w:r>
        <w:t>توثيق</w:t>
      </w:r>
      <w:r>
        <w:t xml:space="preserve"> </w:t>
      </w:r>
      <w:r>
        <w:t>القرارات</w:t>
      </w:r>
      <w:r>
        <w:t xml:space="preserve">. </w:t>
      </w:r>
      <w:r>
        <w:t>وينبغي</w:t>
      </w:r>
      <w:r>
        <w:t xml:space="preserve"> </w:t>
      </w:r>
      <w:r>
        <w:t>أن</w:t>
      </w:r>
      <w:r>
        <w:t xml:space="preserve"> </w:t>
      </w:r>
      <w:r>
        <w:t>تكون</w:t>
      </w:r>
      <w:r>
        <w:t xml:space="preserve"> </w:t>
      </w:r>
      <w:r>
        <w:t>الخطة</w:t>
      </w:r>
      <w:r>
        <w:t xml:space="preserve"> </w:t>
      </w:r>
      <w:r>
        <w:t>سهلة</w:t>
      </w:r>
      <w:r>
        <w:t xml:space="preserve"> </w:t>
      </w:r>
      <w:r>
        <w:t>الوصول</w:t>
      </w:r>
      <w:r>
        <w:t xml:space="preserve"> </w:t>
      </w:r>
      <w:r>
        <w:t>ومفهومة</w:t>
      </w:r>
      <w:r>
        <w:t xml:space="preserve"> </w:t>
      </w:r>
      <w:r>
        <w:t>وقابلة</w:t>
      </w:r>
      <w:r>
        <w:t xml:space="preserve"> </w:t>
      </w:r>
      <w:r>
        <w:t>للتنفيذ</w:t>
      </w:r>
      <w:r>
        <w:t xml:space="preserve"> </w:t>
      </w:r>
      <w:r>
        <w:t>في</w:t>
      </w:r>
      <w:r>
        <w:t xml:space="preserve"> </w:t>
      </w:r>
      <w:r>
        <w:t>ظروف</w:t>
      </w:r>
      <w:r>
        <w:t xml:space="preserve"> </w:t>
      </w:r>
      <w:r>
        <w:t>الضغط،</w:t>
      </w:r>
      <w:r>
        <w:t xml:space="preserve"> </w:t>
      </w:r>
      <w:r>
        <w:t>مع</w:t>
      </w:r>
      <w:r>
        <w:t xml:space="preserve"> </w:t>
      </w:r>
      <w:r>
        <w:t>حفظ</w:t>
      </w:r>
      <w:r>
        <w:t xml:space="preserve"> </w:t>
      </w:r>
      <w:r>
        <w:t>نسخة</w:t>
      </w:r>
      <w:r>
        <w:t xml:space="preserve"> </w:t>
      </w:r>
      <w:r>
        <w:t>لا</w:t>
      </w:r>
      <w:r>
        <w:t xml:space="preserve"> </w:t>
      </w:r>
      <w:r>
        <w:t>تعتمد</w:t>
      </w:r>
      <w:r>
        <w:t xml:space="preserve"> </w:t>
      </w:r>
      <w:r>
        <w:t>على</w:t>
      </w:r>
      <w:r>
        <w:t xml:space="preserve"> </w:t>
      </w:r>
      <w:r>
        <w:t>النظام</w:t>
      </w:r>
      <w:r>
        <w:t xml:space="preserve"> </w:t>
      </w:r>
      <w:r>
        <w:t>الذي</w:t>
      </w:r>
      <w:r>
        <w:t xml:space="preserve"> </w:t>
      </w:r>
      <w:r>
        <w:t>قد</w:t>
      </w:r>
      <w:r>
        <w:t xml:space="preserve"> </w:t>
      </w:r>
      <w:r>
        <w:t>يتعطل</w:t>
      </w:r>
      <w:r>
        <w:t>.</w:t>
      </w:r>
    </w:p>
    <w:p w14:paraId="7E6B18F3" w14:textId="77777777" w:rsidR="00660561" w:rsidRDefault="005B109C">
      <w:pPr>
        <w:bidi/>
      </w:pPr>
      <w:r>
        <w:t>ولا</w:t>
      </w:r>
      <w:r>
        <w:t xml:space="preserve"> </w:t>
      </w:r>
      <w:r>
        <w:t>تكتمل</w:t>
      </w:r>
      <w:r>
        <w:t xml:space="preserve"> </w:t>
      </w:r>
      <w:r>
        <w:t>الخطة</w:t>
      </w:r>
      <w:r>
        <w:t xml:space="preserve"> </w:t>
      </w:r>
      <w:r>
        <w:t>دون</w:t>
      </w:r>
      <w:r>
        <w:t xml:space="preserve"> </w:t>
      </w:r>
      <w:r>
        <w:t>تدريب</w:t>
      </w:r>
      <w:r>
        <w:t xml:space="preserve"> </w:t>
      </w:r>
      <w:r>
        <w:t>واختبار</w:t>
      </w:r>
      <w:r>
        <w:t xml:space="preserve">. </w:t>
      </w:r>
      <w:r>
        <w:t>وقد</w:t>
      </w:r>
      <w:r>
        <w:t xml:space="preserve"> </w:t>
      </w:r>
      <w:r>
        <w:t>يبدأ</w:t>
      </w:r>
      <w:r>
        <w:t xml:space="preserve"> </w:t>
      </w:r>
      <w:r>
        <w:t>الاختبار</w:t>
      </w:r>
      <w:r>
        <w:t xml:space="preserve"> </w:t>
      </w:r>
      <w:r>
        <w:t>بمراجعة</w:t>
      </w:r>
      <w:r>
        <w:t xml:space="preserve"> </w:t>
      </w:r>
      <w:r>
        <w:t>مكتبية</w:t>
      </w:r>
      <w:r>
        <w:t xml:space="preserve"> </w:t>
      </w:r>
      <w:r>
        <w:t>للسيناريو،</w:t>
      </w:r>
      <w:r>
        <w:t xml:space="preserve"> </w:t>
      </w:r>
      <w:r>
        <w:t>ثم</w:t>
      </w:r>
      <w:r>
        <w:t xml:space="preserve"> </w:t>
      </w:r>
      <w:r>
        <w:t>تمرين</w:t>
      </w:r>
      <w:r>
        <w:t xml:space="preserve"> </w:t>
      </w:r>
      <w:r>
        <w:t>اتصال</w:t>
      </w:r>
      <w:r>
        <w:t xml:space="preserve"> </w:t>
      </w:r>
      <w:r>
        <w:t>أو</w:t>
      </w:r>
      <w:r>
        <w:t xml:space="preserve"> </w:t>
      </w:r>
      <w:r>
        <w:t>استعادة</w:t>
      </w:r>
      <w:r>
        <w:t xml:space="preserve"> </w:t>
      </w:r>
      <w:r>
        <w:t>نسخة</w:t>
      </w:r>
      <w:r>
        <w:t xml:space="preserve"> </w:t>
      </w:r>
      <w:r>
        <w:t>احتياطية،</w:t>
      </w:r>
      <w:r>
        <w:t xml:space="preserve"> </w:t>
      </w:r>
      <w:r>
        <w:t>ثم</w:t>
      </w:r>
      <w:r>
        <w:t xml:space="preserve"> </w:t>
      </w:r>
      <w:r>
        <w:t>محاكاة</w:t>
      </w:r>
      <w:r>
        <w:t xml:space="preserve"> </w:t>
      </w:r>
      <w:r>
        <w:t>أكثر</w:t>
      </w:r>
      <w:r>
        <w:t xml:space="preserve"> </w:t>
      </w:r>
      <w:r>
        <w:t>تكاملًا</w:t>
      </w:r>
      <w:r>
        <w:t xml:space="preserve">. </w:t>
      </w:r>
      <w:r>
        <w:t>وتوثق</w:t>
      </w:r>
      <w:r>
        <w:t xml:space="preserve"> </w:t>
      </w:r>
      <w:r>
        <w:t>النتائج</w:t>
      </w:r>
      <w:r>
        <w:t xml:space="preserve"> </w:t>
      </w:r>
      <w:r>
        <w:t>والفجوات</w:t>
      </w:r>
      <w:r>
        <w:t xml:space="preserve"> </w:t>
      </w:r>
      <w:r>
        <w:t>والمسؤوليات</w:t>
      </w:r>
      <w:r>
        <w:t xml:space="preserve"> </w:t>
      </w:r>
      <w:r>
        <w:t>والمواعيد،</w:t>
      </w:r>
      <w:r>
        <w:t xml:space="preserve"> </w:t>
      </w:r>
      <w:r>
        <w:t>وتحدث</w:t>
      </w:r>
      <w:r>
        <w:t xml:space="preserve"> </w:t>
      </w:r>
      <w:r>
        <w:t>الخطة</w:t>
      </w:r>
      <w:r>
        <w:t xml:space="preserve"> </w:t>
      </w:r>
      <w:r>
        <w:t>بعد</w:t>
      </w:r>
      <w:r>
        <w:t xml:space="preserve"> </w:t>
      </w:r>
      <w:r>
        <w:t>كل</w:t>
      </w:r>
      <w:r>
        <w:t xml:space="preserve"> </w:t>
      </w:r>
      <w:r>
        <w:t>اختبار</w:t>
      </w:r>
      <w:r>
        <w:t xml:space="preserve"> </w:t>
      </w:r>
      <w:r>
        <w:t>أو</w:t>
      </w:r>
      <w:r>
        <w:t xml:space="preserve"> </w:t>
      </w:r>
      <w:r>
        <w:t>تغيير</w:t>
      </w:r>
      <w:r>
        <w:t xml:space="preserve"> </w:t>
      </w:r>
      <w:r>
        <w:t>أو</w:t>
      </w:r>
      <w:r>
        <w:t xml:space="preserve"> </w:t>
      </w:r>
      <w:r>
        <w:t>حادث</w:t>
      </w:r>
      <w:r>
        <w:t xml:space="preserve">. </w:t>
      </w:r>
      <w:r>
        <w:t>ويضمن</w:t>
      </w:r>
      <w:r>
        <w:t xml:space="preserve"> </w:t>
      </w:r>
      <w:r>
        <w:t>ذلك</w:t>
      </w:r>
      <w:r>
        <w:t xml:space="preserve"> </w:t>
      </w:r>
      <w:r>
        <w:t>انتقال</w:t>
      </w:r>
      <w:r>
        <w:t xml:space="preserve"> </w:t>
      </w:r>
      <w:r>
        <w:t>الاستمرارية</w:t>
      </w:r>
      <w:r>
        <w:t xml:space="preserve"> </w:t>
      </w:r>
      <w:r>
        <w:t>من</w:t>
      </w:r>
      <w:r>
        <w:t xml:space="preserve"> </w:t>
      </w:r>
      <w:r>
        <w:t>افتراض</w:t>
      </w:r>
      <w:r>
        <w:t xml:space="preserve"> </w:t>
      </w:r>
      <w:r>
        <w:t>نظري</w:t>
      </w:r>
      <w:r>
        <w:t xml:space="preserve"> </w:t>
      </w:r>
      <w:r>
        <w:t>إلى</w:t>
      </w:r>
      <w:r>
        <w:t xml:space="preserve"> </w:t>
      </w:r>
      <w:r>
        <w:t>قدرة</w:t>
      </w:r>
      <w:r>
        <w:t xml:space="preserve"> </w:t>
      </w:r>
      <w:r>
        <w:t>مثبتة</w:t>
      </w:r>
      <w:r>
        <w:t>.</w:t>
      </w:r>
    </w:p>
    <w:p w14:paraId="6DA930DD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1-17 </w:t>
      </w:r>
      <w:r>
        <w:rPr>
          <w:rFonts w:ascii="Arial" w:hAnsi="Arial" w:cs="Arial"/>
        </w:rPr>
        <w:t>المنشآت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الصغيرة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والمتوسطة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المملكة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العربية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السعودية</w:t>
      </w:r>
    </w:p>
    <w:p w14:paraId="0EC4819A" w14:textId="77777777" w:rsidR="00660561" w:rsidRDefault="005B109C">
      <w:pPr>
        <w:bidi/>
      </w:pPr>
      <w:r>
        <w:t>تمثل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عنصرًا</w:t>
      </w:r>
      <w:r>
        <w:t xml:space="preserve"> </w:t>
      </w:r>
      <w:r>
        <w:t>مهمًا</w:t>
      </w:r>
      <w:r>
        <w:t xml:space="preserve"> </w:t>
      </w:r>
      <w:r>
        <w:t>في</w:t>
      </w:r>
      <w:r>
        <w:t xml:space="preserve"> </w:t>
      </w:r>
      <w:r>
        <w:t>التنويع</w:t>
      </w:r>
      <w:r>
        <w:t xml:space="preserve"> </w:t>
      </w:r>
      <w:r>
        <w:t>الاقتصادي</w:t>
      </w:r>
      <w:r>
        <w:t xml:space="preserve"> </w:t>
      </w:r>
      <w:r>
        <w:t>والتوظيف</w:t>
      </w:r>
      <w:r>
        <w:t xml:space="preserve"> </w:t>
      </w:r>
      <w:r>
        <w:t>والابتكار،</w:t>
      </w:r>
      <w:r>
        <w:t xml:space="preserve"> </w:t>
      </w:r>
      <w:r>
        <w:t>وترتبط</w:t>
      </w:r>
      <w:r>
        <w:t xml:space="preserve"> </w:t>
      </w:r>
      <w:r>
        <w:t>تنميتها</w:t>
      </w:r>
      <w:r>
        <w:t xml:space="preserve"> </w:t>
      </w:r>
      <w:r>
        <w:t>بمستهدفات</w:t>
      </w:r>
      <w:r>
        <w:t xml:space="preserve"> </w:t>
      </w:r>
      <w:r>
        <w:t>رؤية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</w:t>
      </w:r>
      <w:r>
        <w:t xml:space="preserve"> 2030. </w:t>
      </w:r>
      <w:r>
        <w:t>ويعتمد</w:t>
      </w:r>
      <w:r>
        <w:t xml:space="preserve"> </w:t>
      </w:r>
      <w:r>
        <w:t>التصنيف</w:t>
      </w:r>
      <w:r>
        <w:t xml:space="preserve"> </w:t>
      </w:r>
      <w:r>
        <w:t>الرسمي</w:t>
      </w:r>
      <w:r>
        <w:t xml:space="preserve"> </w:t>
      </w:r>
      <w:r>
        <w:t>في</w:t>
      </w:r>
      <w:r>
        <w:t xml:space="preserve"> </w:t>
      </w:r>
      <w:r>
        <w:t>المملكة</w:t>
      </w:r>
      <w:r>
        <w:t xml:space="preserve"> </w:t>
      </w:r>
      <w:r>
        <w:t>على</w:t>
      </w:r>
      <w:r>
        <w:t xml:space="preserve"> </w:t>
      </w:r>
      <w:r>
        <w:t>عدد</w:t>
      </w:r>
      <w:r>
        <w:t xml:space="preserve"> </w:t>
      </w:r>
      <w:r>
        <w:t>العاملين</w:t>
      </w:r>
      <w:r>
        <w:t xml:space="preserve"> </w:t>
      </w:r>
      <w:r>
        <w:t>والإيرادات</w:t>
      </w:r>
      <w:r>
        <w:t xml:space="preserve"> </w:t>
      </w:r>
      <w:r>
        <w:t>السنوية</w:t>
      </w:r>
      <w:r>
        <w:t xml:space="preserve"> </w:t>
      </w:r>
      <w:r>
        <w:t>وفق</w:t>
      </w:r>
      <w:r>
        <w:t xml:space="preserve"> </w:t>
      </w:r>
      <w:r>
        <w:t>تعريف</w:t>
      </w:r>
      <w:r>
        <w:t xml:space="preserve"> </w:t>
      </w:r>
      <w:r>
        <w:t>الهيئة</w:t>
      </w:r>
      <w:r>
        <w:t xml:space="preserve"> </w:t>
      </w:r>
      <w:r>
        <w:t>العامة</w:t>
      </w:r>
      <w:r>
        <w:t xml:space="preserve"> </w:t>
      </w:r>
      <w:r>
        <w:t>للمنشآت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«</w:t>
      </w:r>
      <w:r>
        <w:t>منشآت</w:t>
      </w:r>
      <w:r>
        <w:t xml:space="preserve">». </w:t>
      </w:r>
      <w:r>
        <w:t>وتغطي</w:t>
      </w:r>
      <w:r>
        <w:t xml:space="preserve"> </w:t>
      </w:r>
      <w:r>
        <w:t>هذه</w:t>
      </w:r>
      <w:r>
        <w:t xml:space="preserve"> </w:t>
      </w:r>
      <w:r>
        <w:t>المنشآت</w:t>
      </w:r>
      <w:r>
        <w:t xml:space="preserve"> </w:t>
      </w:r>
      <w:r>
        <w:t>قطاعات</w:t>
      </w:r>
      <w:r>
        <w:t xml:space="preserve"> </w:t>
      </w:r>
      <w:r>
        <w:t>متعددة،</w:t>
      </w:r>
      <w:r>
        <w:t xml:space="preserve"> </w:t>
      </w:r>
      <w:r>
        <w:t>من</w:t>
      </w:r>
      <w:r>
        <w:t xml:space="preserve"> </w:t>
      </w:r>
      <w:r>
        <w:t>التجارة</w:t>
      </w:r>
      <w:r>
        <w:t xml:space="preserve"> </w:t>
      </w:r>
      <w:r>
        <w:t>والخدمات</w:t>
      </w:r>
      <w:r>
        <w:t xml:space="preserve"> </w:t>
      </w:r>
      <w:r>
        <w:t>إلى</w:t>
      </w:r>
      <w:r>
        <w:t xml:space="preserve"> </w:t>
      </w:r>
      <w:r>
        <w:t>الصناعة</w:t>
      </w:r>
      <w:r>
        <w:t xml:space="preserve"> </w:t>
      </w:r>
      <w:r>
        <w:t>والتقنية</w:t>
      </w:r>
      <w:r>
        <w:t xml:space="preserve"> </w:t>
      </w:r>
      <w:r>
        <w:t>والإنشاءات،</w:t>
      </w:r>
      <w:r>
        <w:t xml:space="preserve"> </w:t>
      </w:r>
      <w:r>
        <w:t>ولذلك</w:t>
      </w:r>
      <w:r>
        <w:t xml:space="preserve"> </w:t>
      </w:r>
      <w:r>
        <w:t>تتباين</w:t>
      </w:r>
      <w:r>
        <w:t xml:space="preserve"> </w:t>
      </w:r>
      <w:r>
        <w:t>مخاطرها</w:t>
      </w:r>
      <w:r>
        <w:t xml:space="preserve"> </w:t>
      </w:r>
      <w:r>
        <w:t>واحتياجاتها</w:t>
      </w:r>
      <w:r>
        <w:t>.</w:t>
      </w:r>
    </w:p>
    <w:p w14:paraId="23ACB967" w14:textId="77777777" w:rsidR="00660561" w:rsidRDefault="005B109C">
      <w:pPr>
        <w:bidi/>
      </w:pPr>
      <w:r>
        <w:t>تتميز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بسرعة</w:t>
      </w:r>
      <w:r>
        <w:t xml:space="preserve"> </w:t>
      </w:r>
      <w:r>
        <w:t>اتخاذ</w:t>
      </w:r>
      <w:r>
        <w:t xml:space="preserve"> </w:t>
      </w:r>
      <w:r>
        <w:t>القرار،</w:t>
      </w:r>
      <w:r>
        <w:t xml:space="preserve"> </w:t>
      </w:r>
      <w:r>
        <w:t>وقرب</w:t>
      </w:r>
      <w:r>
        <w:t xml:space="preserve"> </w:t>
      </w:r>
      <w:r>
        <w:t>المالك</w:t>
      </w:r>
      <w:r>
        <w:t xml:space="preserve"> </w:t>
      </w:r>
      <w:r>
        <w:t>أو</w:t>
      </w:r>
      <w:r>
        <w:t xml:space="preserve"> </w:t>
      </w:r>
      <w:r>
        <w:t>الإدارة</w:t>
      </w:r>
      <w:r>
        <w:t xml:space="preserve"> </w:t>
      </w:r>
      <w:r>
        <w:t>من</w:t>
      </w:r>
      <w:r>
        <w:t xml:space="preserve"> </w:t>
      </w:r>
      <w:r>
        <w:t>العمليات</w:t>
      </w:r>
      <w:r>
        <w:t xml:space="preserve"> </w:t>
      </w:r>
      <w:r>
        <w:t>والعملاء،</w:t>
      </w:r>
      <w:r>
        <w:t xml:space="preserve"> </w:t>
      </w:r>
      <w:r>
        <w:t>والقدرة</w:t>
      </w:r>
      <w:r>
        <w:t xml:space="preserve"> </w:t>
      </w:r>
      <w:r>
        <w:t>على</w:t>
      </w:r>
      <w:r>
        <w:t xml:space="preserve"> </w:t>
      </w:r>
      <w:r>
        <w:t>تعديل</w:t>
      </w:r>
      <w:r>
        <w:t xml:space="preserve"> </w:t>
      </w:r>
      <w:r>
        <w:t>أسلوب</w:t>
      </w:r>
      <w:r>
        <w:t xml:space="preserve"> </w:t>
      </w:r>
      <w:r>
        <w:t>العمل</w:t>
      </w:r>
      <w:r>
        <w:t xml:space="preserve"> </w:t>
      </w:r>
      <w:r>
        <w:t>بسرعة</w:t>
      </w:r>
      <w:r>
        <w:t xml:space="preserve">. </w:t>
      </w:r>
      <w:r>
        <w:t>وفي</w:t>
      </w:r>
      <w:r>
        <w:t xml:space="preserve"> </w:t>
      </w:r>
      <w:r>
        <w:t>المقابل</w:t>
      </w:r>
      <w:r>
        <w:t xml:space="preserve"> </w:t>
      </w:r>
      <w:r>
        <w:t>قد</w:t>
      </w:r>
      <w:r>
        <w:t xml:space="preserve"> </w:t>
      </w:r>
      <w:r>
        <w:t>تعاني</w:t>
      </w:r>
      <w:r>
        <w:t xml:space="preserve"> </w:t>
      </w:r>
      <w:r>
        <w:t>من</w:t>
      </w:r>
      <w:r>
        <w:t xml:space="preserve"> </w:t>
      </w:r>
      <w:r>
        <w:t>محدودية</w:t>
      </w:r>
      <w:r>
        <w:t xml:space="preserve"> </w:t>
      </w:r>
      <w:r>
        <w:t>التمويل</w:t>
      </w:r>
      <w:r>
        <w:t xml:space="preserve"> </w:t>
      </w:r>
      <w:r>
        <w:t>والتخصص</w:t>
      </w:r>
      <w:r>
        <w:t xml:space="preserve"> </w:t>
      </w:r>
      <w:r>
        <w:t>والاحتياطيات،</w:t>
      </w:r>
      <w:r>
        <w:t xml:space="preserve"> </w:t>
      </w:r>
      <w:r>
        <w:t>وضعف</w:t>
      </w:r>
      <w:r>
        <w:t xml:space="preserve"> </w:t>
      </w:r>
      <w:r>
        <w:t>التوثيق،</w:t>
      </w:r>
      <w:r>
        <w:t xml:space="preserve"> </w:t>
      </w:r>
      <w:r>
        <w:t>وتركز</w:t>
      </w:r>
      <w:r>
        <w:t xml:space="preserve"> </w:t>
      </w:r>
      <w:r>
        <w:t>المعرفة</w:t>
      </w:r>
      <w:r>
        <w:t xml:space="preserve"> </w:t>
      </w:r>
      <w:r>
        <w:t>والصلاحيات،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عدد</w:t>
      </w:r>
      <w:r>
        <w:t xml:space="preserve"> </w:t>
      </w:r>
      <w:r>
        <w:t>محدود</w:t>
      </w:r>
      <w:r>
        <w:t xml:space="preserve"> </w:t>
      </w:r>
      <w:r>
        <w:lastRenderedPageBreak/>
        <w:t>من</w:t>
      </w:r>
      <w:r>
        <w:t xml:space="preserve"> </w:t>
      </w:r>
      <w:r>
        <w:t>الموردين</w:t>
      </w:r>
      <w:r>
        <w:t xml:space="preserve"> </w:t>
      </w:r>
      <w:r>
        <w:t>أو</w:t>
      </w:r>
      <w:r>
        <w:t xml:space="preserve"> </w:t>
      </w:r>
      <w:r>
        <w:t>العملاء،</w:t>
      </w:r>
      <w:r>
        <w:t xml:space="preserve"> </w:t>
      </w:r>
      <w:r>
        <w:t>وعدم</w:t>
      </w:r>
      <w:r>
        <w:t xml:space="preserve"> </w:t>
      </w:r>
      <w:r>
        <w:t>وجود</w:t>
      </w:r>
      <w:r>
        <w:t xml:space="preserve"> </w:t>
      </w:r>
      <w:r>
        <w:t>أنظمة</w:t>
      </w:r>
      <w:r>
        <w:t xml:space="preserve"> </w:t>
      </w:r>
      <w:r>
        <w:t>أو</w:t>
      </w:r>
      <w:r>
        <w:t xml:space="preserve"> </w:t>
      </w:r>
      <w:r>
        <w:t>مواقع</w:t>
      </w:r>
      <w:r>
        <w:t xml:space="preserve"> </w:t>
      </w:r>
      <w:r>
        <w:t>بديلة</w:t>
      </w:r>
      <w:r>
        <w:t xml:space="preserve">. </w:t>
      </w:r>
      <w:r>
        <w:t>وهذه</w:t>
      </w:r>
      <w:r>
        <w:t xml:space="preserve"> </w:t>
      </w:r>
      <w:r>
        <w:t>الخصائص</w:t>
      </w:r>
      <w:r>
        <w:t xml:space="preserve"> </w:t>
      </w:r>
      <w:r>
        <w:t>قد</w:t>
      </w:r>
      <w:r>
        <w:t xml:space="preserve"> </w:t>
      </w:r>
      <w:r>
        <w:t>تزيد</w:t>
      </w:r>
      <w:r>
        <w:t xml:space="preserve"> </w:t>
      </w:r>
      <w:r>
        <w:t>أثر</w:t>
      </w:r>
      <w:r>
        <w:t xml:space="preserve"> </w:t>
      </w:r>
      <w:r>
        <w:t>التعطل</w:t>
      </w:r>
      <w:r>
        <w:t xml:space="preserve"> </w:t>
      </w:r>
      <w:r>
        <w:t>لكنها</w:t>
      </w:r>
      <w:r>
        <w:t xml:space="preserve"> </w:t>
      </w:r>
      <w:r>
        <w:t>تسمح</w:t>
      </w:r>
      <w:r>
        <w:t xml:space="preserve"> </w:t>
      </w:r>
      <w:r>
        <w:t>في</w:t>
      </w:r>
      <w:r>
        <w:t xml:space="preserve"> </w:t>
      </w:r>
      <w:r>
        <w:t>الوقت</w:t>
      </w:r>
      <w:r>
        <w:t xml:space="preserve"> </w:t>
      </w:r>
      <w:r>
        <w:t>نفسه</w:t>
      </w:r>
      <w:r>
        <w:t xml:space="preserve"> </w:t>
      </w:r>
      <w:r>
        <w:t>بحلول</w:t>
      </w:r>
      <w:r>
        <w:t xml:space="preserve"> </w:t>
      </w:r>
      <w:r>
        <w:t>بسيطة</w:t>
      </w:r>
      <w:r>
        <w:t xml:space="preserve"> </w:t>
      </w:r>
      <w:r>
        <w:t>وسريعة</w:t>
      </w:r>
      <w:r>
        <w:t xml:space="preserve"> </w:t>
      </w:r>
      <w:r>
        <w:t>إذا</w:t>
      </w:r>
      <w:r>
        <w:t xml:space="preserve"> </w:t>
      </w:r>
      <w:r>
        <w:t>توفرت</w:t>
      </w:r>
      <w:r>
        <w:t xml:space="preserve"> </w:t>
      </w:r>
      <w:r>
        <w:t>الأولويات</w:t>
      </w:r>
      <w:r>
        <w:t xml:space="preserve"> </w:t>
      </w:r>
      <w:r>
        <w:t>والقيادة</w:t>
      </w:r>
      <w:r>
        <w:t>.</w:t>
      </w:r>
    </w:p>
    <w:p w14:paraId="345170B2" w14:textId="77777777" w:rsidR="00660561" w:rsidRDefault="005B109C">
      <w:pPr>
        <w:bidi/>
      </w:pPr>
      <w:r>
        <w:t>تتطلب</w:t>
      </w:r>
      <w:r>
        <w:t xml:space="preserve"> </w:t>
      </w:r>
      <w:r>
        <w:t>الملاءمة</w:t>
      </w:r>
      <w:r>
        <w:t xml:space="preserve"> </w:t>
      </w:r>
      <w:r>
        <w:t>عدم</w:t>
      </w:r>
      <w:r>
        <w:t xml:space="preserve"> </w:t>
      </w:r>
      <w:r>
        <w:t>نسخ</w:t>
      </w:r>
      <w:r>
        <w:t xml:space="preserve"> </w:t>
      </w:r>
      <w:r>
        <w:t>نماذج</w:t>
      </w:r>
      <w:r>
        <w:t xml:space="preserve"> </w:t>
      </w:r>
      <w:r>
        <w:t>الشركات</w:t>
      </w:r>
      <w:r>
        <w:t xml:space="preserve"> </w:t>
      </w:r>
      <w:r>
        <w:t>الكبرى</w:t>
      </w:r>
      <w:r>
        <w:t xml:space="preserve"> </w:t>
      </w:r>
      <w:r>
        <w:t>بحجمها</w:t>
      </w:r>
      <w:r>
        <w:t xml:space="preserve"> </w:t>
      </w:r>
      <w:r>
        <w:t>وتعقيدها</w:t>
      </w:r>
      <w:r>
        <w:t xml:space="preserve">. </w:t>
      </w:r>
      <w:r>
        <w:t>فالمنشأة</w:t>
      </w:r>
      <w:r>
        <w:t xml:space="preserve"> </w:t>
      </w:r>
      <w:r>
        <w:t>الصغيرة</w:t>
      </w:r>
      <w:r>
        <w:t xml:space="preserve"> </w:t>
      </w:r>
      <w:r>
        <w:t>تحتاج</w:t>
      </w:r>
      <w:r>
        <w:t xml:space="preserve"> </w:t>
      </w:r>
      <w:r>
        <w:t>إلى</w:t>
      </w:r>
      <w:r>
        <w:t xml:space="preserve"> </w:t>
      </w:r>
      <w:r>
        <w:t>تحديد</w:t>
      </w:r>
      <w:r>
        <w:t xml:space="preserve"> </w:t>
      </w:r>
      <w:r>
        <w:t>العمليات</w:t>
      </w:r>
      <w:r>
        <w:t xml:space="preserve"> </w:t>
      </w:r>
      <w:r>
        <w:t>التي</w:t>
      </w:r>
      <w:r>
        <w:t xml:space="preserve"> </w:t>
      </w:r>
      <w:r>
        <w:t>تحفظ</w:t>
      </w:r>
      <w:r>
        <w:t xml:space="preserve"> </w:t>
      </w:r>
      <w:r>
        <w:t>الإيراد</w:t>
      </w:r>
      <w:r>
        <w:t xml:space="preserve"> </w:t>
      </w:r>
      <w:r>
        <w:t>وخدمة</w:t>
      </w:r>
      <w:r>
        <w:t xml:space="preserve"> </w:t>
      </w:r>
      <w:r>
        <w:t>العميل</w:t>
      </w:r>
      <w:r>
        <w:t xml:space="preserve"> </w:t>
      </w:r>
      <w:r>
        <w:t>والالتزام،</w:t>
      </w:r>
      <w:r>
        <w:t xml:space="preserve"> </w:t>
      </w:r>
      <w:r>
        <w:t>وسجل</w:t>
      </w:r>
      <w:r>
        <w:t xml:space="preserve"> </w:t>
      </w:r>
      <w:r>
        <w:t>مخاطر</w:t>
      </w:r>
      <w:r>
        <w:t xml:space="preserve"> </w:t>
      </w:r>
      <w:r>
        <w:t>مختصر،</w:t>
      </w:r>
      <w:r>
        <w:t xml:space="preserve"> </w:t>
      </w:r>
      <w:r>
        <w:t>ومسؤوليات</w:t>
      </w:r>
      <w:r>
        <w:t xml:space="preserve"> </w:t>
      </w:r>
      <w:r>
        <w:t>واضحة،</w:t>
      </w:r>
      <w:r>
        <w:t xml:space="preserve"> </w:t>
      </w:r>
      <w:r>
        <w:t>وبدائل</w:t>
      </w:r>
      <w:r>
        <w:t xml:space="preserve"> </w:t>
      </w:r>
      <w:r>
        <w:t>عملية</w:t>
      </w:r>
      <w:r>
        <w:t xml:space="preserve"> </w:t>
      </w:r>
      <w:r>
        <w:t>للبيانات</w:t>
      </w:r>
      <w:r>
        <w:t xml:space="preserve"> </w:t>
      </w:r>
      <w:r>
        <w:t>والأفراد</w:t>
      </w:r>
      <w:r>
        <w:t xml:space="preserve"> </w:t>
      </w:r>
      <w:r>
        <w:t>والموردين،</w:t>
      </w:r>
      <w:r>
        <w:t xml:space="preserve"> </w:t>
      </w:r>
      <w:r>
        <w:t>وتمارين</w:t>
      </w:r>
      <w:r>
        <w:t xml:space="preserve"> </w:t>
      </w:r>
      <w:r>
        <w:t>قصيرة</w:t>
      </w:r>
      <w:r>
        <w:t xml:space="preserve">. </w:t>
      </w:r>
      <w:r>
        <w:t>وكلما</w:t>
      </w:r>
      <w:r>
        <w:t xml:space="preserve"> </w:t>
      </w:r>
      <w:r>
        <w:t>نما</w:t>
      </w:r>
      <w:r>
        <w:t xml:space="preserve"> </w:t>
      </w:r>
      <w:r>
        <w:t>النشاط</w:t>
      </w:r>
      <w:r>
        <w:t xml:space="preserve"> </w:t>
      </w:r>
      <w:r>
        <w:t>يمكن</w:t>
      </w:r>
      <w:r>
        <w:t xml:space="preserve"> </w:t>
      </w:r>
      <w:r>
        <w:t>زيادة</w:t>
      </w:r>
      <w:r>
        <w:t xml:space="preserve"> </w:t>
      </w:r>
      <w:r>
        <w:t>مستوى</w:t>
      </w:r>
      <w:r>
        <w:t xml:space="preserve"> </w:t>
      </w:r>
      <w:r>
        <w:t>التفصيل</w:t>
      </w:r>
      <w:r>
        <w:t xml:space="preserve"> </w:t>
      </w:r>
      <w:r>
        <w:t>والحوكمة،</w:t>
      </w:r>
      <w:r>
        <w:t xml:space="preserve"> </w:t>
      </w:r>
      <w:r>
        <w:t>مع</w:t>
      </w:r>
      <w:r>
        <w:t xml:space="preserve"> </w:t>
      </w:r>
      <w:r>
        <w:t>المحافظة</w:t>
      </w:r>
      <w:r>
        <w:t xml:space="preserve"> </w:t>
      </w:r>
      <w:r>
        <w:t>على</w:t>
      </w:r>
      <w:r>
        <w:t xml:space="preserve"> </w:t>
      </w:r>
      <w:r>
        <w:t>بساطة</w:t>
      </w:r>
      <w:r>
        <w:t xml:space="preserve"> </w:t>
      </w:r>
      <w:r>
        <w:t>الاستخدام</w:t>
      </w:r>
      <w:r>
        <w:t>.</w:t>
      </w:r>
    </w:p>
    <w:p w14:paraId="335D330F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1-18 </w:t>
      </w:r>
      <w:r>
        <w:rPr>
          <w:rFonts w:ascii="Arial" w:hAnsi="Arial" w:cs="Arial"/>
        </w:rPr>
        <w:t>أبرز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التي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تواجه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المنشآت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الصغيرة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والمتوسطة</w:t>
      </w:r>
    </w:p>
    <w:p w14:paraId="197C8A7D" w14:textId="77777777" w:rsidR="00660561" w:rsidRDefault="005B109C">
      <w:pPr>
        <w:bidi/>
      </w:pPr>
      <w:r>
        <w:t>تواجه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مخاطر</w:t>
      </w:r>
      <w:r>
        <w:t xml:space="preserve"> </w:t>
      </w:r>
      <w:r>
        <w:t>السيولة</w:t>
      </w:r>
      <w:r>
        <w:t xml:space="preserve"> </w:t>
      </w:r>
      <w:r>
        <w:t>وتذبذب</w:t>
      </w:r>
      <w:r>
        <w:t xml:space="preserve"> </w:t>
      </w:r>
      <w:r>
        <w:t>التدفقات</w:t>
      </w:r>
      <w:r>
        <w:t xml:space="preserve"> </w:t>
      </w:r>
      <w:r>
        <w:t>النقدية</w:t>
      </w:r>
      <w:r>
        <w:t xml:space="preserve"> </w:t>
      </w:r>
      <w:r>
        <w:t>وتأخر</w:t>
      </w:r>
      <w:r>
        <w:t xml:space="preserve"> </w:t>
      </w:r>
      <w:r>
        <w:t>التحصيل</w:t>
      </w:r>
      <w:r>
        <w:t xml:space="preserve"> </w:t>
      </w:r>
      <w:r>
        <w:t>وارتفاع</w:t>
      </w:r>
      <w:r>
        <w:t xml:space="preserve"> </w:t>
      </w:r>
      <w:r>
        <w:t>التكاليف</w:t>
      </w:r>
      <w:r>
        <w:t xml:space="preserve"> </w:t>
      </w:r>
      <w:r>
        <w:t>وصعوبة</w:t>
      </w:r>
      <w:r>
        <w:t xml:space="preserve"> </w:t>
      </w:r>
      <w:r>
        <w:t>التمويل،</w:t>
      </w:r>
      <w:r>
        <w:t xml:space="preserve"> </w:t>
      </w:r>
      <w:r>
        <w:t>وقد</w:t>
      </w:r>
      <w:r>
        <w:t xml:space="preserve"> </w:t>
      </w:r>
      <w:r>
        <w:t>يحول</w:t>
      </w:r>
      <w:r>
        <w:t xml:space="preserve"> </w:t>
      </w:r>
      <w:r>
        <w:t>نقص</w:t>
      </w:r>
      <w:r>
        <w:t xml:space="preserve"> </w:t>
      </w:r>
      <w:r>
        <w:t>السيولة</w:t>
      </w:r>
      <w:r>
        <w:t xml:space="preserve"> </w:t>
      </w:r>
      <w:r>
        <w:t>المؤقت</w:t>
      </w:r>
      <w:r>
        <w:t xml:space="preserve"> </w:t>
      </w:r>
      <w:r>
        <w:t>اضطرابًا</w:t>
      </w:r>
      <w:r>
        <w:t xml:space="preserve"> </w:t>
      </w:r>
      <w:r>
        <w:t>تشغيليًا</w:t>
      </w:r>
      <w:r>
        <w:t xml:space="preserve"> </w:t>
      </w:r>
      <w:r>
        <w:t>إلى</w:t>
      </w:r>
      <w:r>
        <w:t xml:space="preserve"> </w:t>
      </w:r>
      <w:r>
        <w:t>تهديد</w:t>
      </w:r>
      <w:r>
        <w:t xml:space="preserve"> </w:t>
      </w:r>
      <w:r>
        <w:t>لاستمرار</w:t>
      </w:r>
      <w:r>
        <w:t xml:space="preserve"> </w:t>
      </w:r>
      <w:r>
        <w:t>النشاط</w:t>
      </w:r>
      <w:r>
        <w:t xml:space="preserve">. </w:t>
      </w:r>
      <w:r>
        <w:t>كما</w:t>
      </w:r>
      <w:r>
        <w:t xml:space="preserve"> </w:t>
      </w:r>
      <w:r>
        <w:t>تواجه</w:t>
      </w:r>
      <w:r>
        <w:t xml:space="preserve"> </w:t>
      </w:r>
      <w:r>
        <w:t>مخاطر</w:t>
      </w:r>
      <w:r>
        <w:t xml:space="preserve"> </w:t>
      </w:r>
      <w:r>
        <w:t>تركز</w:t>
      </w:r>
      <w:r>
        <w:t xml:space="preserve"> </w:t>
      </w:r>
      <w:r>
        <w:t>العملاء،</w:t>
      </w:r>
      <w:r>
        <w:t xml:space="preserve"> </w:t>
      </w:r>
      <w:r>
        <w:t>إذ</w:t>
      </w:r>
      <w:r>
        <w:t xml:space="preserve"> </w:t>
      </w:r>
      <w:r>
        <w:t>قد</w:t>
      </w:r>
      <w:r>
        <w:t xml:space="preserve"> </w:t>
      </w:r>
      <w:r>
        <w:t>يؤدي</w:t>
      </w:r>
      <w:r>
        <w:t xml:space="preserve"> </w:t>
      </w:r>
      <w:r>
        <w:t>فقد</w:t>
      </w:r>
      <w:r>
        <w:t xml:space="preserve"> </w:t>
      </w:r>
      <w:r>
        <w:t>عميل</w:t>
      </w:r>
      <w:r>
        <w:t xml:space="preserve"> </w:t>
      </w:r>
      <w:r>
        <w:t>رئيسي</w:t>
      </w:r>
      <w:r>
        <w:t xml:space="preserve"> </w:t>
      </w:r>
      <w:r>
        <w:t>إلى</w:t>
      </w:r>
      <w:r>
        <w:t xml:space="preserve"> </w:t>
      </w:r>
      <w:r>
        <w:t>انخفاض</w:t>
      </w:r>
      <w:r>
        <w:t xml:space="preserve"> </w:t>
      </w:r>
      <w:r>
        <w:t>حاد</w:t>
      </w:r>
      <w:r>
        <w:t xml:space="preserve"> </w:t>
      </w:r>
      <w:r>
        <w:t>في</w:t>
      </w:r>
      <w:r>
        <w:t xml:space="preserve"> </w:t>
      </w:r>
      <w:r>
        <w:t>الإيرادات،</w:t>
      </w:r>
      <w:r>
        <w:t xml:space="preserve"> </w:t>
      </w:r>
      <w:r>
        <w:t>ومخاطر</w:t>
      </w:r>
      <w:r>
        <w:t xml:space="preserve"> </w:t>
      </w:r>
      <w:r>
        <w:t>المورد</w:t>
      </w:r>
      <w:r>
        <w:t xml:space="preserve"> </w:t>
      </w:r>
      <w:r>
        <w:t>الواحد</w:t>
      </w:r>
      <w:r>
        <w:t xml:space="preserve"> </w:t>
      </w:r>
      <w:r>
        <w:t>التي</w:t>
      </w:r>
      <w:r>
        <w:t xml:space="preserve"> </w:t>
      </w:r>
      <w:r>
        <w:t>قد</w:t>
      </w:r>
      <w:r>
        <w:t xml:space="preserve"> </w:t>
      </w:r>
      <w:r>
        <w:t>توقف</w:t>
      </w:r>
      <w:r>
        <w:t xml:space="preserve"> </w:t>
      </w:r>
      <w:r>
        <w:t>المواد</w:t>
      </w:r>
      <w:r>
        <w:t xml:space="preserve"> </w:t>
      </w:r>
      <w:r>
        <w:t>أو</w:t>
      </w:r>
      <w:r>
        <w:t xml:space="preserve"> </w:t>
      </w:r>
      <w:r>
        <w:t>الخدمات</w:t>
      </w:r>
      <w:r>
        <w:t xml:space="preserve"> </w:t>
      </w:r>
      <w:r>
        <w:t>الضرورية</w:t>
      </w:r>
      <w:r>
        <w:t>.</w:t>
      </w:r>
    </w:p>
    <w:p w14:paraId="59D98E30" w14:textId="77777777" w:rsidR="00660561" w:rsidRDefault="005B109C">
      <w:pPr>
        <w:bidi/>
      </w:pPr>
      <w:r>
        <w:t>وتزداد</w:t>
      </w:r>
      <w:r>
        <w:t xml:space="preserve"> </w:t>
      </w:r>
      <w:r>
        <w:t>المخاطر</w:t>
      </w:r>
      <w:r>
        <w:t xml:space="preserve"> </w:t>
      </w:r>
      <w:r>
        <w:t>التقنية</w:t>
      </w:r>
      <w:r>
        <w:t xml:space="preserve"> </w:t>
      </w:r>
      <w:r>
        <w:t>مع</w:t>
      </w:r>
      <w:r>
        <w:t xml:space="preserve"> </w:t>
      </w:r>
      <w:r>
        <w:t>الاعتماد</w:t>
      </w:r>
      <w:r>
        <w:t xml:space="preserve"> </w:t>
      </w:r>
      <w:r>
        <w:t>على</w:t>
      </w:r>
      <w:r>
        <w:t xml:space="preserve"> </w:t>
      </w:r>
      <w:r>
        <w:t>التجارة</w:t>
      </w:r>
      <w:r>
        <w:t xml:space="preserve"> </w:t>
      </w:r>
      <w:r>
        <w:t>الإلكترونية</w:t>
      </w:r>
      <w:r>
        <w:t xml:space="preserve"> </w:t>
      </w:r>
      <w:r>
        <w:t>والحوسبة</w:t>
      </w:r>
      <w:r>
        <w:t xml:space="preserve"> </w:t>
      </w:r>
      <w:r>
        <w:t>السحابية</w:t>
      </w:r>
      <w:r>
        <w:t xml:space="preserve"> </w:t>
      </w:r>
      <w:r>
        <w:t>والدفع</w:t>
      </w:r>
      <w:r>
        <w:t xml:space="preserve"> </w:t>
      </w:r>
      <w:r>
        <w:t>الرقمي،</w:t>
      </w:r>
      <w:r>
        <w:t xml:space="preserve"> </w:t>
      </w:r>
      <w:r>
        <w:t>وتشمل</w:t>
      </w:r>
      <w:r>
        <w:t xml:space="preserve"> </w:t>
      </w:r>
      <w:r>
        <w:t>الاختراق</w:t>
      </w:r>
      <w:r>
        <w:t xml:space="preserve"> </w:t>
      </w:r>
      <w:r>
        <w:t>وفقد</w:t>
      </w:r>
      <w:r>
        <w:t xml:space="preserve"> </w:t>
      </w:r>
      <w:r>
        <w:t>البيانات</w:t>
      </w:r>
      <w:r>
        <w:t xml:space="preserve"> </w:t>
      </w:r>
      <w:r>
        <w:t>وتعطل</w:t>
      </w:r>
      <w:r>
        <w:t xml:space="preserve"> </w:t>
      </w:r>
      <w:r>
        <w:t>المنصات</w:t>
      </w:r>
      <w:r>
        <w:t xml:space="preserve"> </w:t>
      </w:r>
      <w:r>
        <w:t>وضعف</w:t>
      </w:r>
      <w:r>
        <w:t xml:space="preserve"> </w:t>
      </w:r>
      <w:r>
        <w:t>التحكم</w:t>
      </w:r>
      <w:r>
        <w:t xml:space="preserve"> </w:t>
      </w:r>
      <w:r>
        <w:t>في</w:t>
      </w:r>
      <w:r>
        <w:t xml:space="preserve"> </w:t>
      </w:r>
      <w:r>
        <w:t>الحسابات</w:t>
      </w:r>
      <w:r>
        <w:t xml:space="preserve">. </w:t>
      </w:r>
      <w:r>
        <w:t>كما</w:t>
      </w:r>
      <w:r>
        <w:t xml:space="preserve"> </w:t>
      </w:r>
      <w:r>
        <w:t>تبرز</w:t>
      </w:r>
      <w:r>
        <w:t xml:space="preserve"> </w:t>
      </w:r>
      <w:r>
        <w:t>مخاطر</w:t>
      </w:r>
      <w:r>
        <w:t xml:space="preserve"> </w:t>
      </w:r>
      <w:r>
        <w:t>الموارد</w:t>
      </w:r>
      <w:r>
        <w:t xml:space="preserve"> </w:t>
      </w:r>
      <w:r>
        <w:t>البشرية</w:t>
      </w:r>
      <w:r>
        <w:t xml:space="preserve"> </w:t>
      </w:r>
      <w:r>
        <w:t>بسبب</w:t>
      </w:r>
      <w:r>
        <w:t xml:space="preserve"> </w:t>
      </w:r>
      <w:r>
        <w:t>اعتماد</w:t>
      </w:r>
      <w:r>
        <w:t xml:space="preserve"> </w:t>
      </w:r>
      <w:r>
        <w:t>المعرفة</w:t>
      </w:r>
      <w:r>
        <w:t xml:space="preserve"> </w:t>
      </w:r>
      <w:r>
        <w:t>أو</w:t>
      </w:r>
      <w:r>
        <w:t xml:space="preserve"> </w:t>
      </w:r>
      <w:r>
        <w:t>العلاقة</w:t>
      </w:r>
      <w:r>
        <w:t xml:space="preserve"> </w:t>
      </w:r>
      <w:r>
        <w:t>بالعملاء</w:t>
      </w:r>
      <w:r>
        <w:t xml:space="preserve"> </w:t>
      </w:r>
      <w:r>
        <w:t>على</w:t>
      </w:r>
      <w:r>
        <w:t xml:space="preserve"> </w:t>
      </w:r>
      <w:r>
        <w:t>أفراد</w:t>
      </w:r>
      <w:r>
        <w:t xml:space="preserve"> </w:t>
      </w:r>
      <w:r>
        <w:t>محدودين،</w:t>
      </w:r>
      <w:r>
        <w:t xml:space="preserve"> </w:t>
      </w:r>
      <w:r>
        <w:t>ومخاطر</w:t>
      </w:r>
      <w:r>
        <w:t xml:space="preserve"> </w:t>
      </w:r>
      <w:r>
        <w:t>الامتثال</w:t>
      </w:r>
      <w:r>
        <w:t xml:space="preserve"> </w:t>
      </w:r>
      <w:r>
        <w:t>والتغيرات</w:t>
      </w:r>
      <w:r>
        <w:t xml:space="preserve"> </w:t>
      </w:r>
      <w:r>
        <w:t>النظامية،</w:t>
      </w:r>
      <w:r>
        <w:t xml:space="preserve"> </w:t>
      </w:r>
      <w:r>
        <w:t>ومخاطر</w:t>
      </w:r>
      <w:r>
        <w:t xml:space="preserve"> </w:t>
      </w:r>
      <w:r>
        <w:t>السمعة</w:t>
      </w:r>
      <w:r>
        <w:t xml:space="preserve"> </w:t>
      </w:r>
      <w:r>
        <w:t>التي</w:t>
      </w:r>
      <w:r>
        <w:t xml:space="preserve"> </w:t>
      </w:r>
      <w:r>
        <w:t>تنتشر</w:t>
      </w:r>
      <w:r>
        <w:t xml:space="preserve"> </w:t>
      </w:r>
      <w:r>
        <w:t>بسرعة</w:t>
      </w:r>
      <w:r>
        <w:t xml:space="preserve"> </w:t>
      </w:r>
      <w:r>
        <w:t>عبر</w:t>
      </w:r>
      <w:r>
        <w:t xml:space="preserve"> </w:t>
      </w:r>
      <w:r>
        <w:t>المنصات</w:t>
      </w:r>
      <w:r>
        <w:t xml:space="preserve"> </w:t>
      </w:r>
      <w:r>
        <w:t>الرقمية</w:t>
      </w:r>
      <w:r>
        <w:t>.</w:t>
      </w:r>
    </w:p>
    <w:p w14:paraId="0A30AACC" w14:textId="77777777" w:rsidR="00660561" w:rsidRDefault="005B109C">
      <w:pPr>
        <w:bidi/>
      </w:pPr>
      <w:r>
        <w:t>وتتفاعل</w:t>
      </w:r>
      <w:r>
        <w:t xml:space="preserve"> </w:t>
      </w:r>
      <w:r>
        <w:t>هذه</w:t>
      </w:r>
      <w:r>
        <w:t xml:space="preserve"> </w:t>
      </w:r>
      <w:r>
        <w:t>المخاطر</w:t>
      </w:r>
      <w:r>
        <w:t xml:space="preserve"> </w:t>
      </w:r>
      <w:r>
        <w:t>بدل</w:t>
      </w:r>
      <w:r>
        <w:t xml:space="preserve"> </w:t>
      </w:r>
      <w:r>
        <w:t>أن</w:t>
      </w:r>
      <w:r>
        <w:t xml:space="preserve"> </w:t>
      </w:r>
      <w:r>
        <w:t>تعمل</w:t>
      </w:r>
      <w:r>
        <w:t xml:space="preserve"> </w:t>
      </w:r>
      <w:r>
        <w:t>بصورة</w:t>
      </w:r>
      <w:r>
        <w:t xml:space="preserve"> </w:t>
      </w:r>
      <w:r>
        <w:t>منفصلة؛</w:t>
      </w:r>
      <w:r>
        <w:t xml:space="preserve"> </w:t>
      </w:r>
      <w:r>
        <w:t>فقد</w:t>
      </w:r>
      <w:r>
        <w:t xml:space="preserve"> </w:t>
      </w:r>
      <w:r>
        <w:t>يؤدي</w:t>
      </w:r>
      <w:r>
        <w:t xml:space="preserve"> </w:t>
      </w:r>
      <w:r>
        <w:t>هجوم</w:t>
      </w:r>
      <w:r>
        <w:t xml:space="preserve"> </w:t>
      </w:r>
      <w:r>
        <w:t>سيبراني</w:t>
      </w:r>
      <w:r>
        <w:t xml:space="preserve"> </w:t>
      </w:r>
      <w:r>
        <w:t>إلى</w:t>
      </w:r>
      <w:r>
        <w:t xml:space="preserve"> </w:t>
      </w:r>
      <w:r>
        <w:t>توقف</w:t>
      </w:r>
      <w:r>
        <w:t xml:space="preserve"> </w:t>
      </w:r>
      <w:r>
        <w:t>المبيعات</w:t>
      </w:r>
      <w:r>
        <w:t xml:space="preserve"> </w:t>
      </w:r>
      <w:r>
        <w:t>ثم</w:t>
      </w:r>
      <w:r>
        <w:t xml:space="preserve"> </w:t>
      </w:r>
      <w:r>
        <w:t>أزمة</w:t>
      </w:r>
      <w:r>
        <w:t xml:space="preserve"> </w:t>
      </w:r>
      <w:r>
        <w:t>سيولة</w:t>
      </w:r>
      <w:r>
        <w:t xml:space="preserve"> </w:t>
      </w:r>
      <w:r>
        <w:t>وشكاوى</w:t>
      </w:r>
      <w:r>
        <w:t xml:space="preserve"> </w:t>
      </w:r>
      <w:r>
        <w:t>عملاء</w:t>
      </w:r>
      <w:r>
        <w:t xml:space="preserve"> </w:t>
      </w:r>
      <w:r>
        <w:t>وضرر</w:t>
      </w:r>
      <w:r>
        <w:t xml:space="preserve"> </w:t>
      </w:r>
      <w:r>
        <w:t>في</w:t>
      </w:r>
      <w:r>
        <w:t xml:space="preserve"> </w:t>
      </w:r>
      <w:r>
        <w:t>السمعة</w:t>
      </w:r>
      <w:r>
        <w:t xml:space="preserve">. </w:t>
      </w:r>
      <w:r>
        <w:t>لذلك</w:t>
      </w:r>
      <w:r>
        <w:t xml:space="preserve"> </w:t>
      </w:r>
      <w:r>
        <w:t>تحتاج</w:t>
      </w:r>
      <w:r>
        <w:t xml:space="preserve"> </w:t>
      </w:r>
      <w:r>
        <w:t>المنشأة</w:t>
      </w:r>
      <w:r>
        <w:t xml:space="preserve"> </w:t>
      </w:r>
      <w:r>
        <w:t>إلى</w:t>
      </w:r>
      <w:r>
        <w:t xml:space="preserve"> </w:t>
      </w:r>
      <w:r>
        <w:t>رؤية</w:t>
      </w:r>
      <w:r>
        <w:t xml:space="preserve"> </w:t>
      </w:r>
      <w:r>
        <w:t>مترابطة</w:t>
      </w:r>
      <w:r>
        <w:t xml:space="preserve"> </w:t>
      </w:r>
      <w:r>
        <w:t>تركز</w:t>
      </w:r>
      <w:r>
        <w:t xml:space="preserve"> </w:t>
      </w:r>
      <w:r>
        <w:t>على</w:t>
      </w:r>
      <w:r>
        <w:t xml:space="preserve"> </w:t>
      </w:r>
      <w:r>
        <w:t>سيناريوهات</w:t>
      </w:r>
      <w:r>
        <w:t xml:space="preserve"> </w:t>
      </w:r>
      <w:r>
        <w:t>الانقطاع</w:t>
      </w:r>
      <w:r>
        <w:t xml:space="preserve"> </w:t>
      </w:r>
      <w:r>
        <w:t>وتأثيرها</w:t>
      </w:r>
      <w:r>
        <w:t xml:space="preserve"> </w:t>
      </w:r>
      <w:r>
        <w:t>المتسلسل،</w:t>
      </w:r>
      <w:r>
        <w:t xml:space="preserve"> </w:t>
      </w:r>
      <w:r>
        <w:t>وتضع</w:t>
      </w:r>
      <w:r>
        <w:t xml:space="preserve"> </w:t>
      </w:r>
      <w:r>
        <w:t>أولويات</w:t>
      </w:r>
      <w:r>
        <w:t xml:space="preserve"> </w:t>
      </w:r>
      <w:r>
        <w:t>استجابة</w:t>
      </w:r>
      <w:r>
        <w:t xml:space="preserve"> </w:t>
      </w:r>
      <w:r>
        <w:t>تتناسب</w:t>
      </w:r>
      <w:r>
        <w:t xml:space="preserve"> </w:t>
      </w:r>
      <w:r>
        <w:t>مع</w:t>
      </w:r>
      <w:r>
        <w:t xml:space="preserve"> </w:t>
      </w:r>
      <w:r>
        <w:t>قدرتها</w:t>
      </w:r>
      <w:r>
        <w:t xml:space="preserve"> </w:t>
      </w:r>
      <w:r>
        <w:t>المالية</w:t>
      </w:r>
      <w:r>
        <w:t xml:space="preserve"> </w:t>
      </w:r>
      <w:r>
        <w:t>والتشغيلية</w:t>
      </w:r>
      <w:r>
        <w:t>.</w:t>
      </w:r>
    </w:p>
    <w:p w14:paraId="0815020B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1-19 </w:t>
      </w:r>
      <w:r>
        <w:rPr>
          <w:rFonts w:ascii="Arial" w:hAnsi="Arial" w:cs="Arial"/>
        </w:rPr>
        <w:t>العلاقة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التكاملية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بين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</w:p>
    <w:p w14:paraId="28FC20BC" w14:textId="77777777" w:rsidR="00660561" w:rsidRDefault="005B109C">
      <w:pPr>
        <w:bidi/>
      </w:pPr>
      <w:r>
        <w:t>تمثل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المدخل</w:t>
      </w:r>
      <w:r>
        <w:t xml:space="preserve"> </w:t>
      </w:r>
      <w:r>
        <w:t>الذي</w:t>
      </w:r>
      <w:r>
        <w:t xml:space="preserve"> </w:t>
      </w:r>
      <w:r>
        <w:t>يحدد</w:t>
      </w:r>
      <w:r>
        <w:t xml:space="preserve"> </w:t>
      </w:r>
      <w:r>
        <w:t>ما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يهدد</w:t>
      </w:r>
      <w:r>
        <w:t xml:space="preserve"> </w:t>
      </w:r>
      <w:r>
        <w:t>أهداف</w:t>
      </w:r>
      <w:r>
        <w:t xml:space="preserve"> </w:t>
      </w:r>
      <w:r>
        <w:t>المنشأة</w:t>
      </w:r>
      <w:r>
        <w:t xml:space="preserve"> </w:t>
      </w:r>
      <w:r>
        <w:t>وعملياتها،</w:t>
      </w:r>
      <w:r>
        <w:t xml:space="preserve"> </w:t>
      </w:r>
      <w:r>
        <w:t>بينما</w:t>
      </w:r>
      <w:r>
        <w:t xml:space="preserve"> </w:t>
      </w:r>
      <w:r>
        <w:t>تمثل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القدرة</w:t>
      </w:r>
      <w:r>
        <w:t xml:space="preserve"> </w:t>
      </w:r>
      <w:r>
        <w:t>العملية</w:t>
      </w:r>
      <w:r>
        <w:t xml:space="preserve"> </w:t>
      </w:r>
      <w:r>
        <w:t>على</w:t>
      </w:r>
      <w:r>
        <w:t xml:space="preserve"> </w:t>
      </w:r>
      <w:r>
        <w:t>مواصلة</w:t>
      </w:r>
      <w:r>
        <w:t xml:space="preserve"> </w:t>
      </w:r>
      <w:r>
        <w:t>الخدمات</w:t>
      </w:r>
      <w:r>
        <w:t xml:space="preserve"> </w:t>
      </w:r>
      <w:r>
        <w:t>الحرجة</w:t>
      </w:r>
      <w:r>
        <w:t xml:space="preserve"> </w:t>
      </w:r>
      <w:r>
        <w:t>عند</w:t>
      </w:r>
      <w:r>
        <w:t xml:space="preserve"> </w:t>
      </w:r>
      <w:r>
        <w:t>تحقق</w:t>
      </w:r>
      <w:r>
        <w:t xml:space="preserve"> </w:t>
      </w:r>
      <w:r>
        <w:t>بعض</w:t>
      </w:r>
      <w:r>
        <w:t xml:space="preserve"> </w:t>
      </w:r>
      <w:r>
        <w:t>هذه</w:t>
      </w:r>
      <w:r>
        <w:t xml:space="preserve"> </w:t>
      </w:r>
      <w:r>
        <w:t>التهديدات</w:t>
      </w:r>
      <w:r>
        <w:t xml:space="preserve">. </w:t>
      </w:r>
      <w:r>
        <w:t>فتحديد</w:t>
      </w:r>
      <w:r>
        <w:t xml:space="preserve"> </w:t>
      </w:r>
      <w:r>
        <w:t>المخاطر</w:t>
      </w:r>
      <w:r>
        <w:t xml:space="preserve"> </w:t>
      </w:r>
      <w:r>
        <w:t>يزود</w:t>
      </w:r>
      <w:r>
        <w:t xml:space="preserve"> </w:t>
      </w:r>
      <w:r>
        <w:t>برنامج</w:t>
      </w:r>
      <w:r>
        <w:t xml:space="preserve"> </w:t>
      </w:r>
      <w:r>
        <w:t>الاستمرارية</w:t>
      </w:r>
      <w:r>
        <w:t xml:space="preserve"> </w:t>
      </w:r>
      <w:r>
        <w:t>بسيناريوهات</w:t>
      </w:r>
      <w:r>
        <w:t xml:space="preserve"> </w:t>
      </w:r>
      <w:r>
        <w:t>الانقطاع</w:t>
      </w:r>
      <w:r>
        <w:t xml:space="preserve"> </w:t>
      </w:r>
      <w:r>
        <w:t>ومصادره،</w:t>
      </w:r>
      <w:r>
        <w:t xml:space="preserve"> </w:t>
      </w:r>
      <w:r>
        <w:t>والتحليل</w:t>
      </w:r>
      <w:r>
        <w:t xml:space="preserve"> </w:t>
      </w:r>
      <w:r>
        <w:t>والتقييم</w:t>
      </w:r>
      <w:r>
        <w:t xml:space="preserve"> </w:t>
      </w:r>
      <w:r>
        <w:t>يحددان</w:t>
      </w:r>
      <w:r>
        <w:t xml:space="preserve"> </w:t>
      </w:r>
      <w:r>
        <w:t>شدة</w:t>
      </w:r>
      <w:r>
        <w:t xml:space="preserve"> </w:t>
      </w:r>
      <w:r>
        <w:t>السيناريوهات</w:t>
      </w:r>
      <w:r>
        <w:t xml:space="preserve"> </w:t>
      </w:r>
      <w:r>
        <w:t>وأولويات</w:t>
      </w:r>
      <w:r>
        <w:t xml:space="preserve"> </w:t>
      </w:r>
      <w:r>
        <w:t>الحماية</w:t>
      </w:r>
      <w:r>
        <w:t xml:space="preserve"> </w:t>
      </w:r>
      <w:r>
        <w:t>والتعافي،</w:t>
      </w:r>
      <w:r>
        <w:t xml:space="preserve"> </w:t>
      </w:r>
      <w:r>
        <w:t>ومعالجة</w:t>
      </w:r>
      <w:r>
        <w:t xml:space="preserve"> </w:t>
      </w:r>
      <w:r>
        <w:t>المخاطر</w:t>
      </w:r>
      <w:r>
        <w:t xml:space="preserve"> </w:t>
      </w:r>
      <w:r>
        <w:t>توفر</w:t>
      </w:r>
      <w:r>
        <w:t xml:space="preserve"> </w:t>
      </w:r>
      <w:r>
        <w:t>ضوابط</w:t>
      </w:r>
      <w:r>
        <w:t xml:space="preserve"> </w:t>
      </w:r>
      <w:r>
        <w:t>وقائية</w:t>
      </w:r>
      <w:r>
        <w:t xml:space="preserve"> </w:t>
      </w:r>
      <w:r>
        <w:t>وحلولًا</w:t>
      </w:r>
      <w:r>
        <w:t xml:space="preserve"> </w:t>
      </w:r>
      <w:r>
        <w:t>بديلة،</w:t>
      </w:r>
      <w:r>
        <w:t xml:space="preserve"> </w:t>
      </w:r>
      <w:r>
        <w:t>والمراقبة</w:t>
      </w:r>
      <w:r>
        <w:t xml:space="preserve"> </w:t>
      </w:r>
      <w:r>
        <w:t>تكشف</w:t>
      </w:r>
      <w:r>
        <w:t xml:space="preserve"> </w:t>
      </w:r>
      <w:r>
        <w:t>التغيرات</w:t>
      </w:r>
      <w:r>
        <w:t xml:space="preserve"> </w:t>
      </w:r>
      <w:r>
        <w:t>التي</w:t>
      </w:r>
      <w:r>
        <w:t xml:space="preserve"> </w:t>
      </w:r>
      <w:r>
        <w:t>تستلزم</w:t>
      </w:r>
      <w:r>
        <w:t xml:space="preserve"> </w:t>
      </w:r>
      <w:r>
        <w:t>تحديث</w:t>
      </w:r>
      <w:r>
        <w:t xml:space="preserve"> </w:t>
      </w:r>
      <w:r>
        <w:t>الخطط</w:t>
      </w:r>
      <w:r>
        <w:t>.</w:t>
      </w:r>
    </w:p>
    <w:p w14:paraId="6B80A3BC" w14:textId="77777777" w:rsidR="00660561" w:rsidRDefault="005B109C">
      <w:pPr>
        <w:bidi/>
      </w:pPr>
      <w:r>
        <w:t>وفي</w:t>
      </w:r>
      <w:r>
        <w:t xml:space="preserve"> </w:t>
      </w:r>
      <w:r>
        <w:t>الاتجاه</w:t>
      </w:r>
      <w:r>
        <w:t xml:space="preserve"> </w:t>
      </w:r>
      <w:r>
        <w:t>المقابل</w:t>
      </w:r>
      <w:r>
        <w:t xml:space="preserve"> </w:t>
      </w:r>
      <w:r>
        <w:t>تغذي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عملية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. </w:t>
      </w:r>
      <w:r>
        <w:t>فتحليل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يوضح</w:t>
      </w:r>
      <w:r>
        <w:t xml:space="preserve"> </w:t>
      </w:r>
      <w:r>
        <w:t>الأصول</w:t>
      </w:r>
      <w:r>
        <w:t xml:space="preserve"> </w:t>
      </w:r>
      <w:r>
        <w:t>والعمليات</w:t>
      </w:r>
      <w:r>
        <w:t xml:space="preserve"> </w:t>
      </w:r>
      <w:r>
        <w:t>والاعتماديات</w:t>
      </w:r>
      <w:r>
        <w:t xml:space="preserve"> </w:t>
      </w:r>
      <w:r>
        <w:t>التي</w:t>
      </w:r>
      <w:r>
        <w:t xml:space="preserve"> </w:t>
      </w:r>
      <w:r>
        <w:t>تستحق</w:t>
      </w:r>
      <w:r>
        <w:t xml:space="preserve"> </w:t>
      </w:r>
      <w:r>
        <w:t>أولوية</w:t>
      </w:r>
      <w:r>
        <w:t xml:space="preserve"> </w:t>
      </w:r>
      <w:r>
        <w:t>أعلى،</w:t>
      </w:r>
      <w:r>
        <w:t xml:space="preserve"> </w:t>
      </w:r>
      <w:r>
        <w:t>وتكشف</w:t>
      </w:r>
      <w:r>
        <w:t xml:space="preserve"> </w:t>
      </w:r>
      <w:r>
        <w:t>التمارين</w:t>
      </w:r>
      <w:r>
        <w:t xml:space="preserve"> </w:t>
      </w:r>
      <w:r>
        <w:t>والحوادث</w:t>
      </w:r>
      <w:r>
        <w:t xml:space="preserve"> </w:t>
      </w:r>
      <w:r>
        <w:t>نقاط</w:t>
      </w:r>
      <w:r>
        <w:t xml:space="preserve"> </w:t>
      </w:r>
      <w:r>
        <w:t>ضعف</w:t>
      </w:r>
      <w:r>
        <w:t xml:space="preserve"> </w:t>
      </w:r>
      <w:r>
        <w:t>لم</w:t>
      </w:r>
      <w:r>
        <w:t xml:space="preserve"> </w:t>
      </w:r>
      <w:r>
        <w:t>تكن</w:t>
      </w:r>
      <w:r>
        <w:t xml:space="preserve"> </w:t>
      </w:r>
      <w:r>
        <w:lastRenderedPageBreak/>
        <w:t>ظاهرة،</w:t>
      </w:r>
      <w:r>
        <w:t xml:space="preserve"> </w:t>
      </w:r>
      <w:r>
        <w:t>وتوفر</w:t>
      </w:r>
      <w:r>
        <w:t xml:space="preserve"> </w:t>
      </w:r>
      <w:r>
        <w:t>نتائج</w:t>
      </w:r>
      <w:r>
        <w:t xml:space="preserve"> </w:t>
      </w:r>
      <w:r>
        <w:t>زمن</w:t>
      </w:r>
      <w:r>
        <w:t xml:space="preserve"> </w:t>
      </w:r>
      <w:r>
        <w:t>الاستعادة</w:t>
      </w:r>
      <w:r>
        <w:t xml:space="preserve"> </w:t>
      </w:r>
      <w:r>
        <w:t>دليلًا</w:t>
      </w:r>
      <w:r>
        <w:t xml:space="preserve"> </w:t>
      </w:r>
      <w:r>
        <w:t>على</w:t>
      </w:r>
      <w:r>
        <w:t xml:space="preserve"> </w:t>
      </w:r>
      <w:r>
        <w:t>فاعلية</w:t>
      </w:r>
      <w:r>
        <w:t xml:space="preserve"> </w:t>
      </w:r>
      <w:r>
        <w:t>الضوابط</w:t>
      </w:r>
      <w:r>
        <w:t xml:space="preserve">. </w:t>
      </w:r>
      <w:r>
        <w:t>وبذلك</w:t>
      </w:r>
      <w:r>
        <w:t xml:space="preserve"> </w:t>
      </w:r>
      <w:r>
        <w:t>تتكون</w:t>
      </w:r>
      <w:r>
        <w:t xml:space="preserve"> </w:t>
      </w:r>
      <w:r>
        <w:t>حلقة</w:t>
      </w:r>
      <w:r>
        <w:t xml:space="preserve"> </w:t>
      </w:r>
      <w:r>
        <w:t>تعلم</w:t>
      </w:r>
      <w:r>
        <w:t xml:space="preserve"> </w:t>
      </w:r>
      <w:r>
        <w:t>مستمرة</w:t>
      </w:r>
      <w:r>
        <w:t xml:space="preserve"> </w:t>
      </w:r>
      <w:r>
        <w:t>بين</w:t>
      </w:r>
      <w:r>
        <w:t xml:space="preserve"> </w:t>
      </w:r>
      <w:r>
        <w:t>سجل</w:t>
      </w:r>
      <w:r>
        <w:t xml:space="preserve"> </w:t>
      </w:r>
      <w:r>
        <w:t>المخاطر</w:t>
      </w:r>
      <w:r>
        <w:t xml:space="preserve"> </w:t>
      </w:r>
      <w:r>
        <w:t>وتحليل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وخطط</w:t>
      </w:r>
      <w:r>
        <w:t xml:space="preserve"> </w:t>
      </w:r>
      <w:r>
        <w:t>الاستجابة</w:t>
      </w:r>
      <w:r>
        <w:t xml:space="preserve"> </w:t>
      </w:r>
      <w:r>
        <w:t>والاختبار</w:t>
      </w:r>
      <w:r>
        <w:t xml:space="preserve"> </w:t>
      </w:r>
      <w:r>
        <w:t>والتحسين</w:t>
      </w:r>
      <w:r>
        <w:t>.</w:t>
      </w:r>
    </w:p>
    <w:p w14:paraId="41166286" w14:textId="77777777" w:rsidR="00660561" w:rsidRDefault="005B109C">
      <w:pPr>
        <w:bidi/>
      </w:pPr>
      <w:r>
        <w:t>يؤدي</w:t>
      </w:r>
      <w:r>
        <w:t xml:space="preserve"> </w:t>
      </w:r>
      <w:r>
        <w:t>الفصل</w:t>
      </w:r>
      <w:r>
        <w:t xml:space="preserve"> </w:t>
      </w:r>
      <w:r>
        <w:t>بين</w:t>
      </w:r>
      <w:r>
        <w:t xml:space="preserve"> </w:t>
      </w:r>
      <w:r>
        <w:t>المجالين</w:t>
      </w:r>
      <w:r>
        <w:t xml:space="preserve"> </w:t>
      </w:r>
      <w:r>
        <w:t>إلى</w:t>
      </w:r>
      <w:r>
        <w:t xml:space="preserve"> </w:t>
      </w:r>
      <w:r>
        <w:t>مشكلات</w:t>
      </w:r>
      <w:r>
        <w:t xml:space="preserve"> </w:t>
      </w:r>
      <w:r>
        <w:t>عملية؛</w:t>
      </w:r>
      <w:r>
        <w:t xml:space="preserve"> </w:t>
      </w:r>
      <w:r>
        <w:t>فقد</w:t>
      </w:r>
      <w:r>
        <w:t xml:space="preserve"> </w:t>
      </w:r>
      <w:r>
        <w:t>تحتوي</w:t>
      </w:r>
      <w:r>
        <w:t xml:space="preserve"> </w:t>
      </w:r>
      <w:r>
        <w:t>سجلات</w:t>
      </w:r>
      <w:r>
        <w:t xml:space="preserve"> </w:t>
      </w:r>
      <w:r>
        <w:t>المخاطر</w:t>
      </w:r>
      <w:r>
        <w:t xml:space="preserve"> </w:t>
      </w:r>
      <w:r>
        <w:t>على</w:t>
      </w:r>
      <w:r>
        <w:t xml:space="preserve"> </w:t>
      </w:r>
      <w:r>
        <w:t>مخاطر</w:t>
      </w:r>
      <w:r>
        <w:t xml:space="preserve"> </w:t>
      </w:r>
      <w:r>
        <w:t>مرتفعة</w:t>
      </w:r>
      <w:r>
        <w:t xml:space="preserve"> </w:t>
      </w:r>
      <w:r>
        <w:t>لا</w:t>
      </w:r>
      <w:r>
        <w:t xml:space="preserve"> </w:t>
      </w:r>
      <w:r>
        <w:t>تقابلها</w:t>
      </w:r>
      <w:r>
        <w:t xml:space="preserve"> </w:t>
      </w:r>
      <w:r>
        <w:t>ترتيبات</w:t>
      </w:r>
      <w:r>
        <w:t xml:space="preserve"> </w:t>
      </w:r>
      <w:r>
        <w:t>للتعافي،</w:t>
      </w:r>
      <w:r>
        <w:t xml:space="preserve"> </w:t>
      </w:r>
      <w:r>
        <w:t>أو</w:t>
      </w:r>
      <w:r>
        <w:t xml:space="preserve"> </w:t>
      </w:r>
      <w:r>
        <w:t>قد</w:t>
      </w:r>
      <w:r>
        <w:t xml:space="preserve"> </w:t>
      </w:r>
      <w:r>
        <w:t>تتضمن</w:t>
      </w:r>
      <w:r>
        <w:t xml:space="preserve"> </w:t>
      </w:r>
      <w:r>
        <w:t>خطط</w:t>
      </w:r>
      <w:r>
        <w:t xml:space="preserve"> </w:t>
      </w:r>
      <w:r>
        <w:t>الاستمرارية</w:t>
      </w:r>
      <w:r>
        <w:t xml:space="preserve"> </w:t>
      </w:r>
      <w:r>
        <w:t>سيناريوهات</w:t>
      </w:r>
      <w:r>
        <w:t xml:space="preserve"> </w:t>
      </w:r>
      <w:r>
        <w:t>قديمة</w:t>
      </w:r>
      <w:r>
        <w:t xml:space="preserve"> </w:t>
      </w:r>
      <w:r>
        <w:t>لا</w:t>
      </w:r>
      <w:r>
        <w:t xml:space="preserve"> </w:t>
      </w:r>
      <w:r>
        <w:t>تعكس</w:t>
      </w:r>
      <w:r>
        <w:t xml:space="preserve"> </w:t>
      </w:r>
      <w:r>
        <w:t>تغير</w:t>
      </w:r>
      <w:r>
        <w:t xml:space="preserve"> </w:t>
      </w:r>
      <w:r>
        <w:t>الموردين</w:t>
      </w:r>
      <w:r>
        <w:t xml:space="preserve"> </w:t>
      </w:r>
      <w:r>
        <w:t>والأنظمة</w:t>
      </w:r>
      <w:r>
        <w:t xml:space="preserve">. </w:t>
      </w:r>
      <w:r>
        <w:t>أما</w:t>
      </w:r>
      <w:r>
        <w:t xml:space="preserve"> </w:t>
      </w:r>
      <w:r>
        <w:t>التكامل</w:t>
      </w:r>
      <w:r>
        <w:t xml:space="preserve"> </w:t>
      </w:r>
      <w:r>
        <w:t>فيربط</w:t>
      </w:r>
      <w:r>
        <w:t xml:space="preserve"> </w:t>
      </w:r>
      <w:r>
        <w:t>كل</w:t>
      </w:r>
      <w:r>
        <w:t xml:space="preserve"> </w:t>
      </w:r>
      <w:r>
        <w:t>خطر</w:t>
      </w:r>
      <w:r>
        <w:t xml:space="preserve"> </w:t>
      </w:r>
      <w:r>
        <w:t>حرج</w:t>
      </w:r>
      <w:r>
        <w:t xml:space="preserve"> </w:t>
      </w:r>
      <w:r>
        <w:t>بعملية</w:t>
      </w:r>
      <w:r>
        <w:t xml:space="preserve"> </w:t>
      </w:r>
      <w:r>
        <w:t>أو</w:t>
      </w:r>
      <w:r>
        <w:t xml:space="preserve"> </w:t>
      </w:r>
      <w:r>
        <w:t>خدمة،</w:t>
      </w:r>
      <w:r>
        <w:t xml:space="preserve"> </w:t>
      </w:r>
      <w:r>
        <w:t>ويحدد</w:t>
      </w:r>
      <w:r>
        <w:t xml:space="preserve"> </w:t>
      </w:r>
      <w:r>
        <w:t>الضوابط</w:t>
      </w:r>
      <w:r>
        <w:t xml:space="preserve"> </w:t>
      </w:r>
      <w:r>
        <w:t>والبدائل</w:t>
      </w:r>
      <w:r>
        <w:t xml:space="preserve"> </w:t>
      </w:r>
      <w:r>
        <w:t>والمالك</w:t>
      </w:r>
      <w:r>
        <w:t xml:space="preserve"> </w:t>
      </w:r>
      <w:r>
        <w:t>وزمن</w:t>
      </w:r>
      <w:r>
        <w:t xml:space="preserve"> </w:t>
      </w:r>
      <w:r>
        <w:t>التعافي،</w:t>
      </w:r>
      <w:r>
        <w:t xml:space="preserve"> </w:t>
      </w:r>
      <w:r>
        <w:t>ويجعل</w:t>
      </w:r>
      <w:r>
        <w:t xml:space="preserve"> </w:t>
      </w:r>
      <w:r>
        <w:t>التقارير</w:t>
      </w:r>
      <w:r>
        <w:t xml:space="preserve"> </w:t>
      </w:r>
      <w:r>
        <w:t>والاختبارات</w:t>
      </w:r>
      <w:r>
        <w:t xml:space="preserve"> </w:t>
      </w:r>
      <w:r>
        <w:t>مصدرًا</w:t>
      </w:r>
      <w:r>
        <w:t xml:space="preserve"> </w:t>
      </w:r>
      <w:r>
        <w:t>مشتركًا</w:t>
      </w:r>
      <w:r>
        <w:t xml:space="preserve"> </w:t>
      </w:r>
      <w:r>
        <w:t>للقرار</w:t>
      </w:r>
      <w:r>
        <w:t>.</w:t>
      </w:r>
    </w:p>
    <w:p w14:paraId="12CE9902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1-20 </w:t>
      </w:r>
      <w:r>
        <w:rPr>
          <w:rFonts w:ascii="Arial" w:hAnsi="Arial" w:cs="Arial"/>
        </w:rPr>
        <w:t>الأسس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النظرية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المفسرة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للعلاقة</w:t>
      </w:r>
    </w:p>
    <w:p w14:paraId="1AD08B8A" w14:textId="77777777" w:rsidR="00660561" w:rsidRDefault="005B109C">
      <w:pPr>
        <w:bidi/>
      </w:pPr>
      <w:r>
        <w:t>يقدم</w:t>
      </w:r>
      <w:r>
        <w:t xml:space="preserve"> </w:t>
      </w:r>
      <w:r>
        <w:t>مدخل</w:t>
      </w:r>
      <w:r>
        <w:t xml:space="preserve"> </w:t>
      </w:r>
      <w:r>
        <w:t>القدرات</w:t>
      </w:r>
      <w:r>
        <w:t xml:space="preserve"> </w:t>
      </w:r>
      <w:r>
        <w:t>الديناميكية</w:t>
      </w:r>
      <w:r>
        <w:t xml:space="preserve"> </w:t>
      </w:r>
      <w:r>
        <w:t>تفسيرًا</w:t>
      </w:r>
      <w:r>
        <w:t xml:space="preserve"> </w:t>
      </w:r>
      <w:r>
        <w:t>لقدرة</w:t>
      </w:r>
      <w:r>
        <w:t xml:space="preserve"> </w:t>
      </w:r>
      <w:r>
        <w:t>المنظمة</w:t>
      </w:r>
      <w:r>
        <w:t xml:space="preserve"> </w:t>
      </w:r>
      <w:r>
        <w:t>على</w:t>
      </w:r>
      <w:r>
        <w:t xml:space="preserve"> </w:t>
      </w:r>
      <w:r>
        <w:t>استشعار</w:t>
      </w:r>
      <w:r>
        <w:t xml:space="preserve"> </w:t>
      </w:r>
      <w:r>
        <w:t>التغيرات</w:t>
      </w:r>
      <w:r>
        <w:t xml:space="preserve"> </w:t>
      </w:r>
      <w:r>
        <w:t>والتهديدات،</w:t>
      </w:r>
      <w:r>
        <w:t xml:space="preserve"> </w:t>
      </w:r>
      <w:r>
        <w:t>واغتنام</w:t>
      </w:r>
      <w:r>
        <w:t xml:space="preserve"> </w:t>
      </w:r>
      <w:r>
        <w:t>الفرص،</w:t>
      </w:r>
      <w:r>
        <w:t xml:space="preserve"> </w:t>
      </w:r>
      <w:r>
        <w:t>وإعادة</w:t>
      </w:r>
      <w:r>
        <w:t xml:space="preserve"> </w:t>
      </w:r>
      <w:r>
        <w:t>تشكيل</w:t>
      </w:r>
      <w:r>
        <w:t xml:space="preserve"> </w:t>
      </w:r>
      <w:r>
        <w:t>الموارد</w:t>
      </w:r>
      <w:r>
        <w:t xml:space="preserve"> </w:t>
      </w:r>
      <w:r>
        <w:t>والعمليات</w:t>
      </w:r>
      <w:r>
        <w:t xml:space="preserve"> </w:t>
      </w:r>
      <w:r>
        <w:t>بما</w:t>
      </w:r>
      <w:r>
        <w:t xml:space="preserve"> </w:t>
      </w:r>
      <w:r>
        <w:t>يضمن</w:t>
      </w:r>
      <w:r>
        <w:t xml:space="preserve"> </w:t>
      </w:r>
      <w:r>
        <w:t>التكيف</w:t>
      </w:r>
      <w:r>
        <w:t xml:space="preserve"> </w:t>
      </w:r>
      <w:r>
        <w:t>في</w:t>
      </w:r>
      <w:r>
        <w:t xml:space="preserve"> </w:t>
      </w:r>
      <w:r>
        <w:t>البيئات</w:t>
      </w:r>
      <w:r>
        <w:t xml:space="preserve"> </w:t>
      </w:r>
      <w:r>
        <w:t>المتغيرة</w:t>
      </w:r>
      <w:r>
        <w:t xml:space="preserve"> (Teece, Pisano, &amp; Shuen, 1997). </w:t>
      </w:r>
      <w:r>
        <w:t>وفي</w:t>
      </w:r>
      <w:r>
        <w:t xml:space="preserve"> </w:t>
      </w:r>
      <w:r>
        <w:t>سياق</w:t>
      </w:r>
      <w:r>
        <w:t xml:space="preserve"> </w:t>
      </w:r>
      <w:r>
        <w:t>الدراسة</w:t>
      </w:r>
      <w:r>
        <w:t xml:space="preserve"> </w:t>
      </w:r>
      <w:r>
        <w:t>يمثل</w:t>
      </w:r>
      <w:r>
        <w:t xml:space="preserve"> </w:t>
      </w:r>
      <w:r>
        <w:t>تحديد</w:t>
      </w:r>
      <w:r>
        <w:t xml:space="preserve"> </w:t>
      </w:r>
      <w:r>
        <w:t>المخاطر</w:t>
      </w:r>
      <w:r>
        <w:t xml:space="preserve"> </w:t>
      </w:r>
      <w:r>
        <w:t>قدرة</w:t>
      </w:r>
      <w:r>
        <w:t xml:space="preserve"> </w:t>
      </w:r>
      <w:r>
        <w:t>على</w:t>
      </w:r>
      <w:r>
        <w:t xml:space="preserve"> </w:t>
      </w:r>
      <w:r>
        <w:t>الاستشعار،</w:t>
      </w:r>
      <w:r>
        <w:t xml:space="preserve"> </w:t>
      </w:r>
      <w:r>
        <w:t>ويمثل</w:t>
      </w:r>
      <w:r>
        <w:t xml:space="preserve"> </w:t>
      </w:r>
      <w:r>
        <w:t>التحليل</w:t>
      </w:r>
      <w:r>
        <w:t xml:space="preserve"> </w:t>
      </w:r>
      <w:r>
        <w:t>والتقييم</w:t>
      </w:r>
      <w:r>
        <w:t xml:space="preserve"> </w:t>
      </w:r>
      <w:r>
        <w:t>تفسيرًا</w:t>
      </w:r>
      <w:r>
        <w:t xml:space="preserve"> </w:t>
      </w:r>
      <w:r>
        <w:t>وترتيبًا</w:t>
      </w:r>
      <w:r>
        <w:t xml:space="preserve"> </w:t>
      </w:r>
      <w:r>
        <w:t>للتهديدات،</w:t>
      </w:r>
      <w:r>
        <w:t xml:space="preserve"> </w:t>
      </w:r>
      <w:r>
        <w:t>وتمثل</w:t>
      </w:r>
      <w:r>
        <w:t xml:space="preserve"> </w:t>
      </w:r>
      <w:r>
        <w:t>الاستجابة</w:t>
      </w:r>
      <w:r>
        <w:t xml:space="preserve"> </w:t>
      </w:r>
      <w:r>
        <w:t>إعادة</w:t>
      </w:r>
      <w:r>
        <w:t xml:space="preserve"> </w:t>
      </w:r>
      <w:r>
        <w:t>تخصيص</w:t>
      </w:r>
      <w:r>
        <w:t xml:space="preserve"> </w:t>
      </w:r>
      <w:r>
        <w:t>للموارد</w:t>
      </w:r>
      <w:r>
        <w:t xml:space="preserve"> </w:t>
      </w:r>
      <w:r>
        <w:t>وتعديلًا</w:t>
      </w:r>
      <w:r>
        <w:t xml:space="preserve"> </w:t>
      </w:r>
      <w:r>
        <w:t>للعمليات،</w:t>
      </w:r>
      <w:r>
        <w:t xml:space="preserve"> </w:t>
      </w:r>
      <w:r>
        <w:t>بينما</w:t>
      </w:r>
      <w:r>
        <w:t xml:space="preserve"> </w:t>
      </w:r>
      <w:r>
        <w:t>تمثل</w:t>
      </w:r>
      <w:r>
        <w:t xml:space="preserve"> </w:t>
      </w:r>
      <w:r>
        <w:t>المراقبة</w:t>
      </w:r>
      <w:r>
        <w:t xml:space="preserve"> </w:t>
      </w:r>
      <w:r>
        <w:t>والمراجعة</w:t>
      </w:r>
      <w:r>
        <w:t xml:space="preserve"> </w:t>
      </w:r>
      <w:r>
        <w:t>تعلمًا</w:t>
      </w:r>
      <w:r>
        <w:t xml:space="preserve"> </w:t>
      </w:r>
      <w:r>
        <w:t>وتجديدًا</w:t>
      </w:r>
      <w:r>
        <w:t xml:space="preserve"> </w:t>
      </w:r>
      <w:r>
        <w:t>مستمرًا</w:t>
      </w:r>
      <w:r>
        <w:t>.</w:t>
      </w:r>
    </w:p>
    <w:p w14:paraId="4D85EE3F" w14:textId="77777777" w:rsidR="00660561" w:rsidRDefault="005B109C">
      <w:pPr>
        <w:bidi/>
      </w:pPr>
      <w:r>
        <w:t>كما</w:t>
      </w:r>
      <w:r>
        <w:t xml:space="preserve"> </w:t>
      </w:r>
      <w:r>
        <w:t>يفسر</w:t>
      </w:r>
      <w:r>
        <w:t xml:space="preserve"> </w:t>
      </w:r>
      <w:r>
        <w:t>مفهوم</w:t>
      </w:r>
      <w:r>
        <w:t xml:space="preserve"> </w:t>
      </w:r>
      <w:r>
        <w:t>المرونة</w:t>
      </w:r>
      <w:r>
        <w:t xml:space="preserve"> </w:t>
      </w:r>
      <w:r>
        <w:t>التنظيمية</w:t>
      </w:r>
      <w:r>
        <w:t xml:space="preserve"> </w:t>
      </w:r>
      <w:r>
        <w:t>العلاقة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قدرة</w:t>
      </w:r>
      <w:r>
        <w:t xml:space="preserve"> </w:t>
      </w:r>
      <w:r>
        <w:t>المنشأة</w:t>
      </w:r>
      <w:r>
        <w:t xml:space="preserve"> </w:t>
      </w:r>
      <w:r>
        <w:t>على</w:t>
      </w:r>
      <w:r>
        <w:t xml:space="preserve"> </w:t>
      </w:r>
      <w:r>
        <w:t>الاستعداد</w:t>
      </w:r>
      <w:r>
        <w:t xml:space="preserve"> </w:t>
      </w:r>
      <w:r>
        <w:t>للاضطرابات</w:t>
      </w:r>
      <w:r>
        <w:t xml:space="preserve"> </w:t>
      </w:r>
      <w:r>
        <w:t>وامتصاص</w:t>
      </w:r>
      <w:r>
        <w:t xml:space="preserve"> </w:t>
      </w:r>
      <w:r>
        <w:t>آثارها</w:t>
      </w:r>
      <w:r>
        <w:t xml:space="preserve"> </w:t>
      </w:r>
      <w:r>
        <w:t>والاستجابة</w:t>
      </w:r>
      <w:r>
        <w:t xml:space="preserve"> </w:t>
      </w:r>
      <w:r>
        <w:t>لها</w:t>
      </w:r>
      <w:r>
        <w:t xml:space="preserve"> </w:t>
      </w:r>
      <w:r>
        <w:t>واستعادة</w:t>
      </w:r>
      <w:r>
        <w:t xml:space="preserve"> </w:t>
      </w:r>
      <w:r>
        <w:t>الأداء</w:t>
      </w:r>
      <w:r>
        <w:t xml:space="preserve"> </w:t>
      </w:r>
      <w:r>
        <w:t>والتكيف</w:t>
      </w:r>
      <w:r>
        <w:t xml:space="preserve"> </w:t>
      </w:r>
      <w:r>
        <w:t>بعدها</w:t>
      </w:r>
      <w:r>
        <w:t xml:space="preserve">. </w:t>
      </w:r>
      <w:r>
        <w:t>ولا</w:t>
      </w:r>
      <w:r>
        <w:t xml:space="preserve"> </w:t>
      </w:r>
      <w:r>
        <w:t>تعني</w:t>
      </w:r>
      <w:r>
        <w:t xml:space="preserve"> </w:t>
      </w:r>
      <w:r>
        <w:t>المرونة</w:t>
      </w:r>
      <w:r>
        <w:t xml:space="preserve"> </w:t>
      </w:r>
      <w:r>
        <w:t>العودة</w:t>
      </w:r>
      <w:r>
        <w:t xml:space="preserve"> </w:t>
      </w:r>
      <w:r>
        <w:t>إلى</w:t>
      </w:r>
      <w:r>
        <w:t xml:space="preserve"> </w:t>
      </w:r>
      <w:r>
        <w:t>الوضع</w:t>
      </w:r>
      <w:r>
        <w:t xml:space="preserve"> </w:t>
      </w:r>
      <w:r>
        <w:t>السابق</w:t>
      </w:r>
      <w:r>
        <w:t xml:space="preserve"> </w:t>
      </w:r>
      <w:r>
        <w:t>فقط،</w:t>
      </w:r>
      <w:r>
        <w:t xml:space="preserve"> </w:t>
      </w:r>
      <w:r>
        <w:t>بل</w:t>
      </w:r>
      <w:r>
        <w:t xml:space="preserve"> </w:t>
      </w:r>
      <w:r>
        <w:t>قد</w:t>
      </w:r>
      <w:r>
        <w:t xml:space="preserve"> </w:t>
      </w:r>
      <w:r>
        <w:t>تشمل</w:t>
      </w:r>
      <w:r>
        <w:t xml:space="preserve"> </w:t>
      </w:r>
      <w:r>
        <w:t>التعلم</w:t>
      </w:r>
      <w:r>
        <w:t xml:space="preserve"> </w:t>
      </w:r>
      <w:r>
        <w:t>وإعادة</w:t>
      </w:r>
      <w:r>
        <w:t xml:space="preserve"> </w:t>
      </w:r>
      <w:r>
        <w:t>التصميم</w:t>
      </w:r>
      <w:r>
        <w:t xml:space="preserve"> </w:t>
      </w:r>
      <w:r>
        <w:t>وبناء</w:t>
      </w:r>
      <w:r>
        <w:t xml:space="preserve"> </w:t>
      </w:r>
      <w:r>
        <w:t>بدائل</w:t>
      </w:r>
      <w:r>
        <w:t xml:space="preserve"> </w:t>
      </w:r>
      <w:r>
        <w:t>أفضل</w:t>
      </w:r>
      <w:r>
        <w:t xml:space="preserve">. </w:t>
      </w:r>
      <w:r>
        <w:t>وتدعم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مرحلة</w:t>
      </w:r>
      <w:r>
        <w:t xml:space="preserve"> </w:t>
      </w:r>
      <w:r>
        <w:t>الاستعداد</w:t>
      </w:r>
      <w:r>
        <w:t xml:space="preserve"> </w:t>
      </w:r>
      <w:r>
        <w:t>والاستشعار،</w:t>
      </w:r>
      <w:r>
        <w:t xml:space="preserve"> </w:t>
      </w:r>
      <w:r>
        <w:t>بينما</w:t>
      </w:r>
      <w:r>
        <w:t xml:space="preserve"> </w:t>
      </w:r>
      <w:r>
        <w:t>تعكس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القدرة</w:t>
      </w:r>
      <w:r>
        <w:t xml:space="preserve"> </w:t>
      </w:r>
      <w:r>
        <w:t>على</w:t>
      </w:r>
      <w:r>
        <w:t xml:space="preserve"> </w:t>
      </w:r>
      <w:r>
        <w:t>الاستجابة</w:t>
      </w:r>
      <w:r>
        <w:t xml:space="preserve"> </w:t>
      </w:r>
      <w:r>
        <w:t>والتعافي</w:t>
      </w:r>
      <w:r>
        <w:t xml:space="preserve"> </w:t>
      </w:r>
      <w:r>
        <w:t>والتكيف</w:t>
      </w:r>
      <w:r>
        <w:t>.</w:t>
      </w:r>
    </w:p>
    <w:p w14:paraId="2611BACF" w14:textId="77777777" w:rsidR="00660561" w:rsidRDefault="005B109C">
      <w:pPr>
        <w:bidi/>
      </w:pPr>
      <w:r>
        <w:t>ويتيح</w:t>
      </w:r>
      <w:r>
        <w:t xml:space="preserve"> </w:t>
      </w:r>
      <w:r>
        <w:t>الجمع</w:t>
      </w:r>
      <w:r>
        <w:t xml:space="preserve"> </w:t>
      </w:r>
      <w:r>
        <w:t>بين</w:t>
      </w:r>
      <w:r>
        <w:t xml:space="preserve"> </w:t>
      </w:r>
      <w:r>
        <w:t>المدخلين</w:t>
      </w:r>
      <w:r>
        <w:t xml:space="preserve"> </w:t>
      </w:r>
      <w:r>
        <w:t>فهم</w:t>
      </w:r>
      <w:r>
        <w:t xml:space="preserve"> </w:t>
      </w:r>
      <w:r>
        <w:t>أن</w:t>
      </w:r>
      <w:r>
        <w:t xml:space="preserve"> </w:t>
      </w:r>
      <w:r>
        <w:t>الموارد</w:t>
      </w:r>
      <w:r>
        <w:t xml:space="preserve"> </w:t>
      </w:r>
      <w:r>
        <w:t>وحدها</w:t>
      </w:r>
      <w:r>
        <w:t xml:space="preserve"> </w:t>
      </w:r>
      <w:r>
        <w:t>لا</w:t>
      </w:r>
      <w:r>
        <w:t xml:space="preserve"> </w:t>
      </w:r>
      <w:r>
        <w:t>تكفي؛</w:t>
      </w:r>
      <w:r>
        <w:t xml:space="preserve"> </w:t>
      </w:r>
      <w:r>
        <w:t>فقد</w:t>
      </w:r>
      <w:r>
        <w:t xml:space="preserve"> </w:t>
      </w:r>
      <w:r>
        <w:t>تمتلك</w:t>
      </w:r>
      <w:r>
        <w:t xml:space="preserve"> </w:t>
      </w:r>
      <w:r>
        <w:t>المنشأة</w:t>
      </w:r>
      <w:r>
        <w:t xml:space="preserve"> </w:t>
      </w:r>
      <w:r>
        <w:t>تقنية</w:t>
      </w:r>
      <w:r>
        <w:t xml:space="preserve"> </w:t>
      </w:r>
      <w:r>
        <w:t>أو</w:t>
      </w:r>
      <w:r>
        <w:t xml:space="preserve"> </w:t>
      </w:r>
      <w:r>
        <w:t>تمويلًا</w:t>
      </w:r>
      <w:r>
        <w:t xml:space="preserve"> </w:t>
      </w:r>
      <w:r>
        <w:t>لكنها</w:t>
      </w:r>
      <w:r>
        <w:t xml:space="preserve"> </w:t>
      </w:r>
      <w:r>
        <w:t>لا</w:t>
      </w:r>
      <w:r>
        <w:t xml:space="preserve"> </w:t>
      </w:r>
      <w:r>
        <w:t>تستخدمه</w:t>
      </w:r>
      <w:r>
        <w:t xml:space="preserve"> </w:t>
      </w:r>
      <w:r>
        <w:t>في</w:t>
      </w:r>
      <w:r>
        <w:t xml:space="preserve"> </w:t>
      </w:r>
      <w:r>
        <w:t>الوقت</w:t>
      </w:r>
      <w:r>
        <w:t xml:space="preserve"> </w:t>
      </w:r>
      <w:r>
        <w:t>المناسب</w:t>
      </w:r>
      <w:r>
        <w:t xml:space="preserve"> </w:t>
      </w:r>
      <w:r>
        <w:t>بسبب</w:t>
      </w:r>
      <w:r>
        <w:t xml:space="preserve"> </w:t>
      </w:r>
      <w:r>
        <w:t>ضعف</w:t>
      </w:r>
      <w:r>
        <w:t xml:space="preserve"> </w:t>
      </w:r>
      <w:r>
        <w:t>المعلومات</w:t>
      </w:r>
      <w:r>
        <w:t xml:space="preserve"> </w:t>
      </w:r>
      <w:r>
        <w:t>أو</w:t>
      </w:r>
      <w:r>
        <w:t xml:space="preserve"> </w:t>
      </w:r>
      <w:r>
        <w:t>المسؤوليات</w:t>
      </w:r>
      <w:r>
        <w:t xml:space="preserve">. </w:t>
      </w:r>
      <w:r>
        <w:t>وتظهر</w:t>
      </w:r>
      <w:r>
        <w:t xml:space="preserve"> </w:t>
      </w:r>
      <w:r>
        <w:t>القيمة</w:t>
      </w:r>
      <w:r>
        <w:t xml:space="preserve"> </w:t>
      </w:r>
      <w:r>
        <w:t>عندما</w:t>
      </w:r>
      <w:r>
        <w:t xml:space="preserve"> </w:t>
      </w:r>
      <w:r>
        <w:t>تتحول</w:t>
      </w:r>
      <w:r>
        <w:t xml:space="preserve"> </w:t>
      </w:r>
      <w:r>
        <w:t>المعرفة</w:t>
      </w:r>
      <w:r>
        <w:t xml:space="preserve"> </w:t>
      </w:r>
      <w:r>
        <w:t>بالمخاطر</w:t>
      </w:r>
      <w:r>
        <w:t xml:space="preserve"> </w:t>
      </w:r>
      <w:r>
        <w:t>إلى</w:t>
      </w:r>
      <w:r>
        <w:t xml:space="preserve"> </w:t>
      </w:r>
      <w:r>
        <w:t>قرارات</w:t>
      </w:r>
      <w:r>
        <w:t xml:space="preserve"> </w:t>
      </w:r>
      <w:r>
        <w:t>وضوابط</w:t>
      </w:r>
      <w:r>
        <w:t xml:space="preserve"> </w:t>
      </w:r>
      <w:r>
        <w:t>وخطط</w:t>
      </w:r>
      <w:r>
        <w:t xml:space="preserve"> </w:t>
      </w:r>
      <w:r>
        <w:t>واختبارات</w:t>
      </w:r>
      <w:r>
        <w:t xml:space="preserve"> </w:t>
      </w:r>
      <w:r>
        <w:t>وقدرة</w:t>
      </w:r>
      <w:r>
        <w:t xml:space="preserve"> </w:t>
      </w:r>
      <w:r>
        <w:t>فعلية</w:t>
      </w:r>
      <w:r>
        <w:t xml:space="preserve"> </w:t>
      </w:r>
      <w:r>
        <w:t>على</w:t>
      </w:r>
      <w:r>
        <w:t xml:space="preserve"> </w:t>
      </w:r>
      <w:r>
        <w:t>إعادة</w:t>
      </w:r>
      <w:r>
        <w:t xml:space="preserve"> </w:t>
      </w:r>
      <w:r>
        <w:t>توزيع</w:t>
      </w:r>
      <w:r>
        <w:t xml:space="preserve"> </w:t>
      </w:r>
      <w:r>
        <w:t>الموارد</w:t>
      </w:r>
      <w:r>
        <w:t xml:space="preserve"> </w:t>
      </w:r>
      <w:r>
        <w:t>واستمرار</w:t>
      </w:r>
      <w:r>
        <w:t xml:space="preserve"> </w:t>
      </w:r>
      <w:r>
        <w:t>العمليات</w:t>
      </w:r>
      <w:r>
        <w:t xml:space="preserve"> </w:t>
      </w:r>
      <w:r>
        <w:t>الحرجة</w:t>
      </w:r>
      <w:r>
        <w:t>.</w:t>
      </w:r>
    </w:p>
    <w:p w14:paraId="11385B76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1-21 </w:t>
      </w:r>
      <w:r>
        <w:rPr>
          <w:rFonts w:ascii="Arial" w:hAnsi="Arial" w:cs="Arial"/>
        </w:rPr>
        <w:t>خلاصة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الفصل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الأول</w:t>
      </w:r>
    </w:p>
    <w:p w14:paraId="3A19838D" w14:textId="77777777" w:rsidR="00660561" w:rsidRDefault="005B109C">
      <w:pPr>
        <w:bidi/>
      </w:pPr>
      <w:r>
        <w:t>عرض</w:t>
      </w:r>
      <w:r>
        <w:t xml:space="preserve"> </w:t>
      </w:r>
      <w:r>
        <w:t>الفصل</w:t>
      </w:r>
      <w:r>
        <w:t xml:space="preserve"> </w:t>
      </w:r>
      <w:r>
        <w:t>المفاهيم</w:t>
      </w:r>
      <w:r>
        <w:t xml:space="preserve"> </w:t>
      </w:r>
      <w:r>
        <w:t>النظرية</w:t>
      </w:r>
      <w:r>
        <w:t xml:space="preserve"> </w:t>
      </w:r>
      <w:r>
        <w:t>المرتبطة</w:t>
      </w:r>
      <w:r>
        <w:t xml:space="preserve"> </w:t>
      </w:r>
      <w:r>
        <w:t>بالمخاطر</w:t>
      </w:r>
      <w:r>
        <w:t xml:space="preserve"> </w:t>
      </w:r>
      <w:r>
        <w:t>من</w:t>
      </w:r>
      <w:r>
        <w:t xml:space="preserve"> </w:t>
      </w:r>
      <w:r>
        <w:t>حيث</w:t>
      </w:r>
      <w:r>
        <w:t xml:space="preserve"> </w:t>
      </w:r>
      <w:r>
        <w:t>تعريفها</w:t>
      </w:r>
      <w:r>
        <w:t xml:space="preserve"> </w:t>
      </w:r>
      <w:r>
        <w:t>وخصائصها</w:t>
      </w:r>
      <w:r>
        <w:t xml:space="preserve"> </w:t>
      </w:r>
      <w:r>
        <w:t>ومصادرها</w:t>
      </w:r>
      <w:r>
        <w:t xml:space="preserve"> </w:t>
      </w:r>
      <w:r>
        <w:t>وتصنيفاتها،</w:t>
      </w:r>
      <w:r>
        <w:t xml:space="preserve"> </w:t>
      </w:r>
      <w:r>
        <w:t>وبيّن</w:t>
      </w:r>
      <w:r>
        <w:t xml:space="preserve"> </w:t>
      </w:r>
      <w:r>
        <w:t>تطور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ومبادئها</w:t>
      </w:r>
      <w:r>
        <w:t xml:space="preserve"> </w:t>
      </w:r>
      <w:r>
        <w:t>وأهدافها</w:t>
      </w:r>
      <w:r>
        <w:t xml:space="preserve"> </w:t>
      </w:r>
      <w:r>
        <w:t>وخطواتها</w:t>
      </w:r>
      <w:r>
        <w:t xml:space="preserve"> </w:t>
      </w:r>
      <w:r>
        <w:t>وأدواتها</w:t>
      </w:r>
      <w:r>
        <w:t xml:space="preserve">. </w:t>
      </w:r>
      <w:r>
        <w:t>كما</w:t>
      </w:r>
      <w:r>
        <w:t xml:space="preserve"> </w:t>
      </w:r>
      <w:r>
        <w:t>تناول</w:t>
      </w:r>
      <w:r>
        <w:t xml:space="preserve"> </w:t>
      </w:r>
      <w:r>
        <w:t>مفهوم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وأهدافه</w:t>
      </w:r>
      <w:r>
        <w:t xml:space="preserve"> </w:t>
      </w:r>
      <w:r>
        <w:t>وعناصره</w:t>
      </w:r>
      <w:r>
        <w:t xml:space="preserve"> </w:t>
      </w:r>
      <w:r>
        <w:t>وتحليل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واستراتيجيات</w:t>
      </w:r>
      <w:r>
        <w:t xml:space="preserve"> </w:t>
      </w:r>
      <w:r>
        <w:t>الاستمرارية،</w:t>
      </w:r>
      <w:r>
        <w:t xml:space="preserve"> </w:t>
      </w:r>
      <w:r>
        <w:t>ووضح</w:t>
      </w:r>
      <w:r>
        <w:t xml:space="preserve"> </w:t>
      </w:r>
      <w:r>
        <w:t>خصائص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وأبرز</w:t>
      </w:r>
      <w:r>
        <w:t xml:space="preserve"> </w:t>
      </w:r>
      <w:r>
        <w:t>المخاطر</w:t>
      </w:r>
      <w:r>
        <w:t xml:space="preserve"> </w:t>
      </w:r>
      <w:r>
        <w:t>التي</w:t>
      </w:r>
      <w:r>
        <w:t xml:space="preserve"> </w:t>
      </w:r>
      <w:r>
        <w:t>تواجهها</w:t>
      </w:r>
      <w:r>
        <w:t xml:space="preserve">. </w:t>
      </w:r>
      <w:r>
        <w:t>وانتهى</w:t>
      </w:r>
      <w:r>
        <w:t xml:space="preserve"> </w:t>
      </w:r>
      <w:r>
        <w:t>إلى</w:t>
      </w:r>
      <w:r>
        <w:t xml:space="preserve"> </w:t>
      </w:r>
      <w:r>
        <w:t>أن</w:t>
      </w:r>
      <w:r>
        <w:t xml:space="preserve"> </w:t>
      </w:r>
      <w:r>
        <w:t>التكامل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lastRenderedPageBreak/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 xml:space="preserve"> </w:t>
      </w:r>
      <w:r>
        <w:t>يحول</w:t>
      </w:r>
      <w:r>
        <w:t xml:space="preserve"> </w:t>
      </w:r>
      <w:r>
        <w:t>المعرفة</w:t>
      </w:r>
      <w:r>
        <w:t xml:space="preserve"> </w:t>
      </w:r>
      <w:r>
        <w:t>بالتهديدات</w:t>
      </w:r>
      <w:r>
        <w:t xml:space="preserve"> </w:t>
      </w:r>
      <w:r>
        <w:t>إلى</w:t>
      </w:r>
      <w:r>
        <w:t xml:space="preserve"> </w:t>
      </w:r>
      <w:r>
        <w:t>قدرة</w:t>
      </w:r>
      <w:r>
        <w:t xml:space="preserve"> </w:t>
      </w:r>
      <w:r>
        <w:t>عملية</w:t>
      </w:r>
      <w:r>
        <w:t xml:space="preserve"> </w:t>
      </w:r>
      <w:r>
        <w:t>على</w:t>
      </w:r>
      <w:r>
        <w:t xml:space="preserve"> </w:t>
      </w:r>
      <w:r>
        <w:t>الاستعداد</w:t>
      </w:r>
      <w:r>
        <w:t xml:space="preserve"> </w:t>
      </w:r>
      <w:r>
        <w:t>والاستجابة</w:t>
      </w:r>
      <w:r>
        <w:t xml:space="preserve"> </w:t>
      </w:r>
      <w:r>
        <w:t>والتعافي،</w:t>
      </w:r>
      <w:r>
        <w:t xml:space="preserve"> </w:t>
      </w:r>
      <w:r>
        <w:t>ويهيئ</w:t>
      </w:r>
      <w:r>
        <w:t xml:space="preserve"> </w:t>
      </w:r>
      <w:r>
        <w:t>ذلك</w:t>
      </w:r>
      <w:r>
        <w:t xml:space="preserve"> </w:t>
      </w:r>
      <w:r>
        <w:t>للانتقال</w:t>
      </w:r>
      <w:r>
        <w:t xml:space="preserve"> </w:t>
      </w:r>
      <w:r>
        <w:t>إلى</w:t>
      </w:r>
      <w:r>
        <w:t xml:space="preserve"> </w:t>
      </w:r>
      <w:r>
        <w:t>الفصل</w:t>
      </w:r>
      <w:r>
        <w:t xml:space="preserve"> </w:t>
      </w:r>
      <w:r>
        <w:t>الثاني</w:t>
      </w:r>
      <w:r>
        <w:t xml:space="preserve"> </w:t>
      </w:r>
      <w:r>
        <w:t>الذي</w:t>
      </w:r>
      <w:r>
        <w:t xml:space="preserve"> </w:t>
      </w:r>
      <w:r>
        <w:t>يستعرض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 xml:space="preserve"> </w:t>
      </w:r>
      <w:r>
        <w:t>ذات</w:t>
      </w:r>
      <w:r>
        <w:t xml:space="preserve"> </w:t>
      </w:r>
      <w:r>
        <w:t>ا</w:t>
      </w:r>
      <w:r>
        <w:t>لصلة</w:t>
      </w:r>
      <w:r>
        <w:t>.</w:t>
      </w:r>
    </w:p>
    <w:p w14:paraId="7FD88F36" w14:textId="77777777" w:rsidR="00660561" w:rsidRDefault="005B109C">
      <w:pPr>
        <w:bidi/>
      </w:pPr>
      <w:r>
        <w:br w:type="page"/>
      </w:r>
    </w:p>
    <w:p w14:paraId="31FB0666" w14:textId="77777777" w:rsidR="00660561" w:rsidRDefault="005B109C">
      <w:pPr>
        <w:pStyle w:val="1"/>
        <w:bidi/>
      </w:pPr>
      <w:r>
        <w:rPr>
          <w:rFonts w:ascii="Arial" w:hAnsi="Arial" w:cs="Arial"/>
        </w:rPr>
        <w:lastRenderedPageBreak/>
        <w:t>الفصل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الثاني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الدراسات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السابقة</w:t>
      </w:r>
    </w:p>
    <w:p w14:paraId="06315398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2-1 </w:t>
      </w:r>
      <w:r>
        <w:rPr>
          <w:rFonts w:ascii="Arial" w:hAnsi="Arial" w:cs="Arial"/>
        </w:rPr>
        <w:t>مقدمة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الفصل</w:t>
      </w:r>
    </w:p>
    <w:p w14:paraId="2D60AE35" w14:textId="77777777" w:rsidR="00660561" w:rsidRDefault="005B109C">
      <w:pPr>
        <w:bidi/>
      </w:pPr>
      <w:r>
        <w:t>يتناول</w:t>
      </w:r>
      <w:r>
        <w:t xml:space="preserve"> </w:t>
      </w:r>
      <w:r>
        <w:t>هذا</w:t>
      </w:r>
      <w:r>
        <w:t xml:space="preserve"> </w:t>
      </w:r>
      <w:r>
        <w:t>الفصل</w:t>
      </w:r>
      <w:r>
        <w:t xml:space="preserve"> </w:t>
      </w:r>
      <w:r>
        <w:t>مراجعة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الدراسات</w:t>
      </w:r>
      <w:r>
        <w:t xml:space="preserve"> </w:t>
      </w:r>
      <w:r>
        <w:t>العربية</w:t>
      </w:r>
      <w:r>
        <w:t xml:space="preserve"> </w:t>
      </w:r>
      <w:r>
        <w:t>والأجنبية</w:t>
      </w:r>
      <w:r>
        <w:t xml:space="preserve"> </w:t>
      </w:r>
      <w:r>
        <w:t>المرتبطة</w:t>
      </w:r>
      <w:r>
        <w:t xml:space="preserve"> </w:t>
      </w:r>
      <w:r>
        <w:t>بإدارة</w:t>
      </w:r>
      <w:r>
        <w:t xml:space="preserve"> </w:t>
      </w:r>
      <w:r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 xml:space="preserve"> </w:t>
      </w:r>
      <w:r>
        <w:t>والمنشآت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. </w:t>
      </w:r>
      <w:r>
        <w:t>ويعرض</w:t>
      </w:r>
      <w:r>
        <w:t xml:space="preserve"> </w:t>
      </w:r>
      <w:r>
        <w:t>هدف</w:t>
      </w:r>
      <w:r>
        <w:t xml:space="preserve"> </w:t>
      </w:r>
      <w:r>
        <w:t>كل</w:t>
      </w:r>
      <w:r>
        <w:t xml:space="preserve"> </w:t>
      </w:r>
      <w:r>
        <w:t>دراسة</w:t>
      </w:r>
      <w:r>
        <w:t xml:space="preserve"> </w:t>
      </w:r>
      <w:r>
        <w:t>ومحورها</w:t>
      </w:r>
      <w:r>
        <w:t xml:space="preserve"> </w:t>
      </w:r>
      <w:r>
        <w:t>وأبرز</w:t>
      </w:r>
      <w:r>
        <w:t xml:space="preserve"> </w:t>
      </w:r>
      <w:r>
        <w:t>نتائجها،</w:t>
      </w:r>
      <w:r>
        <w:t xml:space="preserve"> </w:t>
      </w:r>
      <w:r>
        <w:t>ثم</w:t>
      </w:r>
      <w:r>
        <w:t xml:space="preserve"> </w:t>
      </w:r>
      <w:r>
        <w:t>يوضح</w:t>
      </w:r>
      <w:r>
        <w:t xml:space="preserve"> </w:t>
      </w:r>
      <w:r>
        <w:t>أوجه</w:t>
      </w:r>
      <w:r>
        <w:t xml:space="preserve"> </w:t>
      </w:r>
      <w:r>
        <w:t>الإفادة</w:t>
      </w:r>
      <w:r>
        <w:t xml:space="preserve"> </w:t>
      </w:r>
      <w:r>
        <w:t>منها</w:t>
      </w:r>
      <w:r>
        <w:t xml:space="preserve"> </w:t>
      </w:r>
      <w:r>
        <w:t>وحدود</w:t>
      </w:r>
      <w:r>
        <w:t xml:space="preserve"> </w:t>
      </w:r>
      <w:r>
        <w:t>ارتباطها</w:t>
      </w:r>
      <w:r>
        <w:t xml:space="preserve"> </w:t>
      </w:r>
      <w:r>
        <w:t>بموضوع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. </w:t>
      </w:r>
      <w:r>
        <w:t>وبعد</w:t>
      </w:r>
      <w:r>
        <w:t xml:space="preserve"> </w:t>
      </w:r>
      <w:r>
        <w:t>ذلك</w:t>
      </w:r>
      <w:r>
        <w:t xml:space="preserve"> </w:t>
      </w:r>
      <w:r>
        <w:t>يقدم</w:t>
      </w:r>
      <w:r>
        <w:t xml:space="preserve"> </w:t>
      </w:r>
      <w:r>
        <w:t>تعقيبًا</w:t>
      </w:r>
      <w:r>
        <w:t xml:space="preserve"> </w:t>
      </w:r>
      <w:r>
        <w:t>مقارنًا</w:t>
      </w:r>
      <w:r>
        <w:t xml:space="preserve"> </w:t>
      </w:r>
      <w:r>
        <w:t>يبين</w:t>
      </w:r>
      <w:r>
        <w:t xml:space="preserve"> </w:t>
      </w:r>
      <w:r>
        <w:t>اتجاهات</w:t>
      </w:r>
      <w:r>
        <w:t xml:space="preserve"> </w:t>
      </w:r>
      <w:r>
        <w:t>الاتفاق</w:t>
      </w:r>
      <w:r>
        <w:t xml:space="preserve"> </w:t>
      </w:r>
      <w:r>
        <w:t>والاختلاف،</w:t>
      </w:r>
      <w:r>
        <w:t xml:space="preserve"> </w:t>
      </w:r>
      <w:r>
        <w:t>والفجوة</w:t>
      </w:r>
      <w:r>
        <w:t xml:space="preserve"> </w:t>
      </w:r>
      <w:r>
        <w:t>البحثية،</w:t>
      </w:r>
      <w:r>
        <w:t xml:space="preserve"> </w:t>
      </w:r>
      <w:r>
        <w:t>وما</w:t>
      </w:r>
      <w:r>
        <w:t xml:space="preserve"> </w:t>
      </w:r>
      <w:r>
        <w:t>يميز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عن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>.</w:t>
      </w:r>
    </w:p>
    <w:p w14:paraId="710805BC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2-2 </w:t>
      </w:r>
      <w:r>
        <w:rPr>
          <w:rFonts w:ascii="Arial" w:hAnsi="Arial" w:cs="Arial"/>
        </w:rPr>
        <w:t>الدراسات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العربية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السابقة</w:t>
      </w:r>
    </w:p>
    <w:p w14:paraId="5BD0FF5F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2-2-1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طلوش</w:t>
      </w:r>
      <w:r>
        <w:rPr>
          <w:rFonts w:ascii="Arial" w:hAnsi="Arial" w:cs="Arial"/>
        </w:rPr>
        <w:t xml:space="preserve"> (2022): </w:t>
      </w:r>
      <w:r>
        <w:rPr>
          <w:rFonts w:ascii="Arial" w:hAnsi="Arial" w:cs="Arial"/>
        </w:rPr>
        <w:t>مساهمة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نظام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الأعمال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الأزمات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للمؤسسات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الصغيرة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والمتوسطة</w:t>
      </w:r>
    </w:p>
    <w:p w14:paraId="7BE1C5EF" w14:textId="77777777" w:rsidR="00660561" w:rsidRDefault="005B109C">
      <w:pPr>
        <w:bidi/>
      </w:pPr>
      <w:r>
        <w:t>ركزت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دور</w:t>
      </w:r>
      <w:r>
        <w:t xml:space="preserve"> </w:t>
      </w:r>
      <w:r>
        <w:t>نظام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في</w:t>
      </w:r>
      <w:r>
        <w:t xml:space="preserve"> </w:t>
      </w:r>
      <w:r>
        <w:t>الحد</w:t>
      </w:r>
      <w:r>
        <w:t xml:space="preserve"> </w:t>
      </w:r>
      <w:r>
        <w:t>من</w:t>
      </w:r>
      <w:r>
        <w:t xml:space="preserve"> </w:t>
      </w:r>
      <w:r>
        <w:t>آثار</w:t>
      </w:r>
      <w:r>
        <w:t xml:space="preserve"> </w:t>
      </w:r>
      <w:r>
        <w:t>الأزمات</w:t>
      </w:r>
      <w:r>
        <w:t xml:space="preserve"> </w:t>
      </w:r>
      <w:r>
        <w:t>التي</w:t>
      </w:r>
      <w:r>
        <w:t xml:space="preserve"> </w:t>
      </w:r>
      <w:r>
        <w:t>تواجه</w:t>
      </w:r>
      <w:r>
        <w:t xml:space="preserve"> </w:t>
      </w:r>
      <w:r>
        <w:t>المؤسسات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بالتركيز</w:t>
      </w:r>
      <w:r>
        <w:t xml:space="preserve"> </w:t>
      </w:r>
      <w:r>
        <w:t>على</w:t>
      </w:r>
      <w:r>
        <w:t xml:space="preserve"> </w:t>
      </w:r>
      <w:r>
        <w:t>أزمة</w:t>
      </w:r>
      <w:r>
        <w:t xml:space="preserve"> </w:t>
      </w:r>
      <w:r>
        <w:t>كوفيد</w:t>
      </w:r>
      <w:r>
        <w:t xml:space="preserve">-19. </w:t>
      </w:r>
      <w:r>
        <w:t>وأبرزت</w:t>
      </w:r>
      <w:r>
        <w:t xml:space="preserve"> </w:t>
      </w:r>
      <w:r>
        <w:t>أهمية</w:t>
      </w:r>
      <w:r>
        <w:t xml:space="preserve"> </w:t>
      </w:r>
      <w:r>
        <w:t>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وتحديد</w:t>
      </w:r>
      <w:r>
        <w:t xml:space="preserve"> </w:t>
      </w:r>
      <w:r>
        <w:t>الأنشطة</w:t>
      </w:r>
      <w:r>
        <w:t xml:space="preserve"> </w:t>
      </w:r>
      <w:r>
        <w:t>الحرجة</w:t>
      </w:r>
      <w:r>
        <w:t xml:space="preserve"> </w:t>
      </w:r>
      <w:r>
        <w:t>ووضع</w:t>
      </w:r>
      <w:r>
        <w:t xml:space="preserve"> </w:t>
      </w:r>
      <w:r>
        <w:t>البدائل</w:t>
      </w:r>
      <w:r>
        <w:t xml:space="preserve"> </w:t>
      </w:r>
      <w:r>
        <w:t>والاختبار</w:t>
      </w:r>
      <w:r>
        <w:t xml:space="preserve"> </w:t>
      </w:r>
      <w:r>
        <w:t>الدوري</w:t>
      </w:r>
      <w:r>
        <w:t xml:space="preserve"> </w:t>
      </w:r>
      <w:r>
        <w:t>في</w:t>
      </w:r>
      <w:r>
        <w:t xml:space="preserve"> </w:t>
      </w:r>
      <w:r>
        <w:t>الانتقال</w:t>
      </w:r>
      <w:r>
        <w:t xml:space="preserve"> </w:t>
      </w:r>
      <w:r>
        <w:t>من</w:t>
      </w:r>
      <w:r>
        <w:t xml:space="preserve"> </w:t>
      </w:r>
      <w:r>
        <w:t>الاستجابة</w:t>
      </w:r>
      <w:r>
        <w:t xml:space="preserve"> </w:t>
      </w:r>
      <w:r>
        <w:t>العفوية</w:t>
      </w:r>
      <w:r>
        <w:t xml:space="preserve"> </w:t>
      </w:r>
      <w:r>
        <w:t>إلى</w:t>
      </w:r>
      <w:r>
        <w:t xml:space="preserve"> </w:t>
      </w:r>
      <w:r>
        <w:t>الاستعداد</w:t>
      </w:r>
      <w:r>
        <w:t xml:space="preserve"> </w:t>
      </w:r>
      <w:r>
        <w:t>المنظم</w:t>
      </w:r>
      <w:r>
        <w:t xml:space="preserve">. </w:t>
      </w:r>
      <w:r>
        <w:t>وأوضحت</w:t>
      </w:r>
      <w:r>
        <w:t xml:space="preserve"> </w:t>
      </w:r>
      <w:r>
        <w:t>أن</w:t>
      </w:r>
      <w:r>
        <w:t xml:space="preserve"> </w:t>
      </w:r>
      <w:r>
        <w:t>محدودية</w:t>
      </w:r>
      <w:r>
        <w:t xml:space="preserve"> </w:t>
      </w:r>
      <w:r>
        <w:t>الموارد</w:t>
      </w:r>
      <w:r>
        <w:t xml:space="preserve"> </w:t>
      </w:r>
      <w:r>
        <w:t>لا</w:t>
      </w:r>
      <w:r>
        <w:t xml:space="preserve"> </w:t>
      </w:r>
      <w:r>
        <w:t>تلغي</w:t>
      </w:r>
      <w:r>
        <w:t xml:space="preserve">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الاستمرارية،</w:t>
      </w:r>
      <w:r>
        <w:t xml:space="preserve"> </w:t>
      </w:r>
      <w:r>
        <w:t>بل</w:t>
      </w:r>
      <w:r>
        <w:t xml:space="preserve"> </w:t>
      </w:r>
      <w:r>
        <w:t>تستدعي</w:t>
      </w:r>
      <w:r>
        <w:t xml:space="preserve"> </w:t>
      </w:r>
      <w:r>
        <w:t>حلولًا</w:t>
      </w:r>
      <w:r>
        <w:t xml:space="preserve"> </w:t>
      </w:r>
      <w:r>
        <w:t>متناسبة</w:t>
      </w:r>
      <w:r>
        <w:t xml:space="preserve"> </w:t>
      </w:r>
      <w:r>
        <w:t>مع</w:t>
      </w:r>
      <w:r>
        <w:t xml:space="preserve"> </w:t>
      </w:r>
      <w:r>
        <w:t>حجم</w:t>
      </w:r>
      <w:r>
        <w:t xml:space="preserve"> </w:t>
      </w:r>
      <w:r>
        <w:t>المؤسسة</w:t>
      </w:r>
      <w:r>
        <w:t xml:space="preserve">. </w:t>
      </w:r>
      <w:r>
        <w:t>تفيد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في</w:t>
      </w:r>
      <w:r>
        <w:t xml:space="preserve"> </w:t>
      </w:r>
      <w:r>
        <w:t>تأصيل</w:t>
      </w:r>
      <w:r>
        <w:t xml:space="preserve"> </w:t>
      </w:r>
      <w:r>
        <w:t>مفهوم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وبيان</w:t>
      </w:r>
      <w:r>
        <w:t xml:space="preserve"> </w:t>
      </w:r>
      <w:r>
        <w:t>خصوصية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إلا</w:t>
      </w:r>
      <w:r>
        <w:t xml:space="preserve"> </w:t>
      </w:r>
      <w:r>
        <w:t>أن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توسع</w:t>
      </w:r>
      <w:r>
        <w:t xml:space="preserve"> </w:t>
      </w:r>
      <w:r>
        <w:t>زاوية</w:t>
      </w:r>
      <w:r>
        <w:t xml:space="preserve"> </w:t>
      </w:r>
      <w:r>
        <w:t>النظر</w:t>
      </w:r>
      <w:r>
        <w:t xml:space="preserve"> </w:t>
      </w:r>
      <w:r>
        <w:t>لتشرح</w:t>
      </w:r>
      <w:r>
        <w:t xml:space="preserve"> </w:t>
      </w:r>
      <w:r>
        <w:t>التك</w:t>
      </w:r>
      <w:r>
        <w:t>امل</w:t>
      </w:r>
      <w:r>
        <w:t xml:space="preserve"> </w:t>
      </w:r>
      <w:r>
        <w:t>بين</w:t>
      </w:r>
      <w:r>
        <w:t xml:space="preserve"> </w:t>
      </w:r>
      <w:r>
        <w:t>مراحل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والاستمرارية</w:t>
      </w:r>
      <w:r>
        <w:t xml:space="preserve"> </w:t>
      </w:r>
      <w:r>
        <w:t>في</w:t>
      </w:r>
      <w:r>
        <w:t xml:space="preserve"> </w:t>
      </w:r>
      <w:r>
        <w:t>السياق</w:t>
      </w:r>
      <w:r>
        <w:t xml:space="preserve"> </w:t>
      </w:r>
      <w:r>
        <w:t>السعودي</w:t>
      </w:r>
      <w:r>
        <w:t>.</w:t>
      </w:r>
    </w:p>
    <w:p w14:paraId="1F736DA5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2-2-2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دردوري</w:t>
      </w:r>
      <w:r>
        <w:rPr>
          <w:rFonts w:ascii="Arial" w:hAnsi="Arial" w:cs="Arial"/>
        </w:rPr>
        <w:t xml:space="preserve"> (2015): </w:t>
      </w:r>
      <w:r>
        <w:rPr>
          <w:rFonts w:ascii="Arial" w:hAnsi="Arial" w:cs="Arial"/>
        </w:rPr>
        <w:t>دور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الائتمانية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استمرارية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ونجاح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المؤسسات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المصرفية</w:t>
      </w:r>
    </w:p>
    <w:p w14:paraId="2A420452" w14:textId="77777777" w:rsidR="00660561" w:rsidRDefault="005B109C">
      <w:pPr>
        <w:bidi/>
      </w:pPr>
      <w:r>
        <w:t>تناولت</w:t>
      </w:r>
      <w:r>
        <w:t xml:space="preserve"> </w:t>
      </w:r>
      <w:r>
        <w:t>الدراسة</w:t>
      </w:r>
      <w:r>
        <w:t xml:space="preserve"> </w:t>
      </w:r>
      <w:r>
        <w:t>دور</w:t>
      </w:r>
      <w:r>
        <w:t xml:space="preserve"> </w:t>
      </w:r>
      <w:r>
        <w:t>سياسات</w:t>
      </w:r>
      <w:r>
        <w:t xml:space="preserve">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المخاطر</w:t>
      </w:r>
      <w:r>
        <w:t xml:space="preserve"> </w:t>
      </w:r>
      <w:r>
        <w:t>الائتمانية</w:t>
      </w:r>
      <w:r>
        <w:t xml:space="preserve"> </w:t>
      </w:r>
      <w:r>
        <w:t>وقياسها</w:t>
      </w:r>
      <w:r>
        <w:t xml:space="preserve"> </w:t>
      </w:r>
      <w:r>
        <w:t>ومتابعتها</w:t>
      </w:r>
      <w:r>
        <w:t xml:space="preserve"> </w:t>
      </w:r>
      <w:r>
        <w:t>في</w:t>
      </w:r>
      <w:r>
        <w:t xml:space="preserve"> </w:t>
      </w:r>
      <w:r>
        <w:t>حماية</w:t>
      </w:r>
      <w:r>
        <w:t xml:space="preserve"> </w:t>
      </w:r>
      <w:r>
        <w:t>المؤسسات</w:t>
      </w:r>
      <w:r>
        <w:t xml:space="preserve"> </w:t>
      </w:r>
      <w:r>
        <w:t>المصرفية</w:t>
      </w:r>
      <w:r>
        <w:t xml:space="preserve"> </w:t>
      </w:r>
      <w:r>
        <w:t>من</w:t>
      </w:r>
      <w:r>
        <w:t xml:space="preserve"> </w:t>
      </w:r>
      <w:r>
        <w:t>التعثر،</w:t>
      </w:r>
      <w:r>
        <w:t xml:space="preserve"> </w:t>
      </w:r>
      <w:r>
        <w:t>وأكدت</w:t>
      </w:r>
      <w:r>
        <w:t xml:space="preserve"> </w:t>
      </w:r>
      <w:r>
        <w:t>أن</w:t>
      </w:r>
      <w:r>
        <w:t xml:space="preserve"> </w:t>
      </w:r>
      <w:r>
        <w:t>جودة</w:t>
      </w:r>
      <w:r>
        <w:t xml:space="preserve"> </w:t>
      </w:r>
      <w:r>
        <w:t>المعلومات</w:t>
      </w:r>
      <w:r>
        <w:t xml:space="preserve"> </w:t>
      </w:r>
      <w:r>
        <w:t>والتصنيف</w:t>
      </w:r>
      <w:r>
        <w:t xml:space="preserve"> </w:t>
      </w:r>
      <w:r>
        <w:t>والمتابعة</w:t>
      </w:r>
      <w:r>
        <w:t xml:space="preserve"> </w:t>
      </w:r>
      <w:r>
        <w:t>المستمرة</w:t>
      </w:r>
      <w:r>
        <w:t xml:space="preserve"> </w:t>
      </w:r>
      <w:r>
        <w:t>تساعد</w:t>
      </w:r>
      <w:r>
        <w:t xml:space="preserve"> </w:t>
      </w:r>
      <w:r>
        <w:t>على</w:t>
      </w:r>
      <w:r>
        <w:t xml:space="preserve"> </w:t>
      </w:r>
      <w:r>
        <w:t>تقليل</w:t>
      </w:r>
      <w:r>
        <w:t xml:space="preserve"> </w:t>
      </w:r>
      <w:r>
        <w:t>الخسائر</w:t>
      </w:r>
      <w:r>
        <w:t xml:space="preserve"> </w:t>
      </w:r>
      <w:r>
        <w:t>ودعم</w:t>
      </w:r>
      <w:r>
        <w:t xml:space="preserve"> </w:t>
      </w:r>
      <w:r>
        <w:t>الاستمرار</w:t>
      </w:r>
      <w:r>
        <w:t xml:space="preserve"> </w:t>
      </w:r>
      <w:r>
        <w:t>والنجاح</w:t>
      </w:r>
      <w:r>
        <w:t xml:space="preserve">. </w:t>
      </w:r>
      <w:r>
        <w:t>وتفيد</w:t>
      </w:r>
      <w:r>
        <w:t xml:space="preserve"> </w:t>
      </w:r>
      <w:r>
        <w:t>في</w:t>
      </w:r>
      <w:r>
        <w:t xml:space="preserve"> </w:t>
      </w:r>
      <w:r>
        <w:t>تأكيد</w:t>
      </w:r>
      <w:r>
        <w:t xml:space="preserve"> </w:t>
      </w:r>
      <w:r>
        <w:t>الصلة</w:t>
      </w:r>
      <w:r>
        <w:t xml:space="preserve"> </w:t>
      </w:r>
      <w:r>
        <w:t>بين</w:t>
      </w:r>
      <w:r>
        <w:t xml:space="preserve"> </w:t>
      </w:r>
      <w:r>
        <w:t>الإدارة</w:t>
      </w:r>
      <w:r>
        <w:t xml:space="preserve"> </w:t>
      </w:r>
      <w:r>
        <w:t>المنهجية</w:t>
      </w:r>
      <w:r>
        <w:t xml:space="preserve"> </w:t>
      </w:r>
      <w:r>
        <w:t>للمخاطر</w:t>
      </w:r>
      <w:r>
        <w:t xml:space="preserve"> </w:t>
      </w:r>
      <w:r>
        <w:t>والاستمرارية،</w:t>
      </w:r>
      <w:r>
        <w:t xml:space="preserve"> </w:t>
      </w:r>
      <w:r>
        <w:t>لكنها</w:t>
      </w:r>
      <w:r>
        <w:t xml:space="preserve"> </w:t>
      </w:r>
      <w:r>
        <w:t>ركزت</w:t>
      </w:r>
      <w:r>
        <w:t xml:space="preserve"> </w:t>
      </w:r>
      <w:r>
        <w:t>على</w:t>
      </w:r>
      <w:r>
        <w:t xml:space="preserve"> </w:t>
      </w:r>
      <w:r>
        <w:t>قطاع</w:t>
      </w:r>
      <w:r>
        <w:t xml:space="preserve"> </w:t>
      </w:r>
      <w:r>
        <w:t>مصرفي</w:t>
      </w:r>
      <w:r>
        <w:t xml:space="preserve"> </w:t>
      </w:r>
      <w:r>
        <w:t>ونوع</w:t>
      </w:r>
      <w:r>
        <w:t xml:space="preserve"> </w:t>
      </w:r>
      <w:r>
        <w:t>واحد</w:t>
      </w:r>
      <w:r>
        <w:t xml:space="preserve"> </w:t>
      </w:r>
      <w:r>
        <w:t>من</w:t>
      </w:r>
      <w:r>
        <w:t xml:space="preserve"> </w:t>
      </w:r>
      <w:r>
        <w:t>المخاطر،</w:t>
      </w:r>
      <w:r>
        <w:t xml:space="preserve"> </w:t>
      </w:r>
      <w:r>
        <w:t>بينما</w:t>
      </w:r>
      <w:r>
        <w:t xml:space="preserve"> </w:t>
      </w:r>
      <w:r>
        <w:t>تتناول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بصورة</w:t>
      </w:r>
      <w:r>
        <w:t xml:space="preserve"> </w:t>
      </w:r>
      <w:r>
        <w:t>أوسع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>.</w:t>
      </w:r>
    </w:p>
    <w:p w14:paraId="41AC8C2A" w14:textId="77777777" w:rsidR="00660561" w:rsidRDefault="005B109C">
      <w:pPr>
        <w:pStyle w:val="31"/>
        <w:bidi/>
      </w:pPr>
      <w:r>
        <w:rPr>
          <w:rFonts w:ascii="Arial" w:hAnsi="Arial" w:cs="Arial"/>
        </w:rPr>
        <w:lastRenderedPageBreak/>
        <w:t xml:space="preserve">2-2-3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بن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مسعود</w:t>
      </w:r>
      <w:r>
        <w:rPr>
          <w:rFonts w:ascii="Arial" w:hAnsi="Arial" w:cs="Arial"/>
        </w:rPr>
        <w:t xml:space="preserve"> (2013): </w:t>
      </w:r>
      <w:r>
        <w:rPr>
          <w:rFonts w:ascii="Arial" w:hAnsi="Arial" w:cs="Arial"/>
        </w:rPr>
        <w:t>الأهمية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الاقتصادية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لأساليب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الخطر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المؤسسة</w:t>
      </w:r>
    </w:p>
    <w:p w14:paraId="138A00F3" w14:textId="77777777" w:rsidR="00660561" w:rsidRDefault="005B109C">
      <w:pPr>
        <w:bidi/>
      </w:pPr>
      <w:r>
        <w:t>ناقشت</w:t>
      </w:r>
      <w:r>
        <w:t xml:space="preserve"> </w:t>
      </w:r>
      <w:r>
        <w:t>الدراسة</w:t>
      </w:r>
      <w:r>
        <w:t xml:space="preserve"> </w:t>
      </w:r>
      <w:r>
        <w:t>إدارة</w:t>
      </w:r>
      <w:r>
        <w:t xml:space="preserve"> </w:t>
      </w:r>
      <w:r>
        <w:t>الخطر</w:t>
      </w:r>
      <w:r>
        <w:t xml:space="preserve"> </w:t>
      </w:r>
      <w:r>
        <w:t>بوصفها</w:t>
      </w:r>
      <w:r>
        <w:t xml:space="preserve"> </w:t>
      </w:r>
      <w:r>
        <w:t>جزءًا</w:t>
      </w:r>
      <w:r>
        <w:t xml:space="preserve"> </w:t>
      </w:r>
      <w:r>
        <w:t>من</w:t>
      </w:r>
      <w:r>
        <w:t xml:space="preserve"> </w:t>
      </w:r>
      <w:r>
        <w:t>الإدارة</w:t>
      </w:r>
      <w:r>
        <w:t xml:space="preserve"> </w:t>
      </w:r>
      <w:r>
        <w:t>الاستراتيجية،</w:t>
      </w:r>
      <w:r>
        <w:t xml:space="preserve"> </w:t>
      </w:r>
      <w:r>
        <w:t>واستعرضت</w:t>
      </w:r>
      <w:r>
        <w:t xml:space="preserve"> </w:t>
      </w:r>
      <w:r>
        <w:t>أساليب</w:t>
      </w:r>
      <w:r>
        <w:t xml:space="preserve"> </w:t>
      </w:r>
      <w:r>
        <w:t>التجنب</w:t>
      </w:r>
      <w:r>
        <w:t xml:space="preserve"> </w:t>
      </w:r>
      <w:r>
        <w:t>والوقاية</w:t>
      </w:r>
      <w:r>
        <w:t xml:space="preserve"> </w:t>
      </w:r>
      <w:r>
        <w:t>والنقل</w:t>
      </w:r>
      <w:r>
        <w:t xml:space="preserve"> </w:t>
      </w:r>
      <w:r>
        <w:t>والاحتفاظ،</w:t>
      </w:r>
      <w:r>
        <w:t xml:space="preserve"> </w:t>
      </w:r>
      <w:r>
        <w:t>وأوضحت</w:t>
      </w:r>
      <w:r>
        <w:t xml:space="preserve"> </w:t>
      </w:r>
      <w:r>
        <w:t>أثر</w:t>
      </w:r>
      <w:r>
        <w:t xml:space="preserve"> </w:t>
      </w:r>
      <w:r>
        <w:t>اختيار</w:t>
      </w:r>
      <w:r>
        <w:t xml:space="preserve"> </w:t>
      </w:r>
      <w:r>
        <w:t>الاستجابة</w:t>
      </w:r>
      <w:r>
        <w:t xml:space="preserve"> </w:t>
      </w:r>
      <w:r>
        <w:t>الملائمة</w:t>
      </w:r>
      <w:r>
        <w:t xml:space="preserve"> </w:t>
      </w:r>
      <w:r>
        <w:t>في</w:t>
      </w:r>
      <w:r>
        <w:t xml:space="preserve"> </w:t>
      </w:r>
      <w:r>
        <w:t>حماية</w:t>
      </w:r>
      <w:r>
        <w:t xml:space="preserve"> </w:t>
      </w:r>
      <w:r>
        <w:t>الأصول</w:t>
      </w:r>
      <w:r>
        <w:t xml:space="preserve"> </w:t>
      </w:r>
      <w:r>
        <w:t>والنتائج</w:t>
      </w:r>
      <w:r>
        <w:t xml:space="preserve"> </w:t>
      </w:r>
      <w:r>
        <w:t>الاقتصادية</w:t>
      </w:r>
      <w:r>
        <w:t xml:space="preserve">. </w:t>
      </w:r>
      <w:r>
        <w:t>وتدعم</w:t>
      </w:r>
      <w:r>
        <w:t xml:space="preserve"> </w:t>
      </w:r>
      <w:r>
        <w:t>هذه</w:t>
      </w:r>
      <w:r>
        <w:t xml:space="preserve"> </w:t>
      </w:r>
      <w:r>
        <w:t>الدراسة</w:t>
      </w:r>
      <w:r>
        <w:t xml:space="preserve"> </w:t>
      </w:r>
      <w:r>
        <w:t>جانب</w:t>
      </w:r>
      <w:r>
        <w:t xml:space="preserve"> </w:t>
      </w:r>
      <w:r>
        <w:t>معالجة</w:t>
      </w:r>
      <w:r>
        <w:t xml:space="preserve"> </w:t>
      </w:r>
      <w:r>
        <w:t>المخاطر،</w:t>
      </w:r>
      <w:r>
        <w:t xml:space="preserve"> </w:t>
      </w:r>
      <w:r>
        <w:t>غير</w:t>
      </w:r>
      <w:r>
        <w:t xml:space="preserve"> </w:t>
      </w:r>
      <w:r>
        <w:t>أنها</w:t>
      </w:r>
      <w:r>
        <w:t xml:space="preserve"> </w:t>
      </w:r>
      <w:r>
        <w:t>ذات</w:t>
      </w:r>
      <w:r>
        <w:t xml:space="preserve"> </w:t>
      </w:r>
      <w:r>
        <w:t>طابع</w:t>
      </w:r>
      <w:r>
        <w:t xml:space="preserve"> </w:t>
      </w:r>
      <w:r>
        <w:t>مفاهيمي</w:t>
      </w:r>
      <w:r>
        <w:t xml:space="preserve"> </w:t>
      </w:r>
      <w:r>
        <w:t>ولم</w:t>
      </w:r>
      <w:r>
        <w:t xml:space="preserve"> </w:t>
      </w:r>
      <w:r>
        <w:t>تجعل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بمحاورها</w:t>
      </w:r>
      <w:r>
        <w:t xml:space="preserve"> </w:t>
      </w:r>
      <w:r>
        <w:t>المختلفة</w:t>
      </w:r>
      <w:r>
        <w:t xml:space="preserve"> </w:t>
      </w:r>
      <w:r>
        <w:t>نتيجة</w:t>
      </w:r>
      <w:r>
        <w:t xml:space="preserve"> </w:t>
      </w:r>
      <w:r>
        <w:t>مباشرة</w:t>
      </w:r>
      <w:r>
        <w:t xml:space="preserve"> </w:t>
      </w:r>
      <w:r>
        <w:t>لجميع</w:t>
      </w:r>
      <w:r>
        <w:t xml:space="preserve"> </w:t>
      </w:r>
      <w:r>
        <w:t>مراحل</w:t>
      </w:r>
      <w:r>
        <w:t xml:space="preserve"> </w:t>
      </w:r>
      <w:r>
        <w:t>إدارة</w:t>
      </w:r>
      <w:r>
        <w:t xml:space="preserve"> </w:t>
      </w:r>
      <w:r>
        <w:t>المخاطر،</w:t>
      </w:r>
      <w:r>
        <w:t xml:space="preserve"> </w:t>
      </w:r>
      <w:r>
        <w:t>وهو</w:t>
      </w:r>
      <w:r>
        <w:t xml:space="preserve"> </w:t>
      </w:r>
      <w:r>
        <w:t>الجانب</w:t>
      </w:r>
      <w:r>
        <w:t xml:space="preserve"> </w:t>
      </w:r>
      <w:r>
        <w:t>الذي</w:t>
      </w:r>
      <w:r>
        <w:t xml:space="preserve"> </w:t>
      </w:r>
      <w:r>
        <w:t>تركز</w:t>
      </w:r>
      <w:r>
        <w:t xml:space="preserve"> </w:t>
      </w:r>
      <w:r>
        <w:t>عليه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>.</w:t>
      </w:r>
    </w:p>
    <w:p w14:paraId="30532E04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2-2-4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بوقرة</w:t>
      </w:r>
      <w:r>
        <w:rPr>
          <w:rFonts w:ascii="Arial" w:hAnsi="Arial" w:cs="Arial"/>
        </w:rPr>
        <w:t xml:space="preserve"> (2016): </w:t>
      </w:r>
      <w:r>
        <w:rPr>
          <w:rFonts w:ascii="Arial" w:hAnsi="Arial" w:cs="Arial"/>
        </w:rPr>
        <w:t>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الائتمانية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للمؤسسات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الصغيرة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والمتوسطة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البنوك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التجارية</w:t>
      </w:r>
    </w:p>
    <w:p w14:paraId="02190ABA" w14:textId="77777777" w:rsidR="00660561" w:rsidRDefault="005B109C">
      <w:pPr>
        <w:bidi/>
      </w:pPr>
      <w:r>
        <w:t>تناولت</w:t>
      </w:r>
      <w:r>
        <w:t xml:space="preserve"> </w:t>
      </w:r>
      <w:r>
        <w:t>الدراسة</w:t>
      </w:r>
      <w:r>
        <w:t xml:space="preserve"> </w:t>
      </w:r>
      <w:r>
        <w:t>خصائص</w:t>
      </w:r>
      <w:r>
        <w:t xml:space="preserve"> </w:t>
      </w:r>
      <w:r>
        <w:t>المخاطر</w:t>
      </w:r>
      <w:r>
        <w:t xml:space="preserve"> </w:t>
      </w:r>
      <w:r>
        <w:t>المحيطة</w:t>
      </w:r>
      <w:r>
        <w:t xml:space="preserve"> </w:t>
      </w:r>
      <w:r>
        <w:t>بتمويل</w:t>
      </w:r>
      <w:r>
        <w:t xml:space="preserve"> </w:t>
      </w:r>
      <w:r>
        <w:t>المؤسسات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وأشارت</w:t>
      </w:r>
      <w:r>
        <w:t xml:space="preserve"> </w:t>
      </w:r>
      <w:r>
        <w:t>إلى</w:t>
      </w:r>
      <w:r>
        <w:t xml:space="preserve"> </w:t>
      </w:r>
      <w:r>
        <w:t>أن</w:t>
      </w:r>
      <w:r>
        <w:t xml:space="preserve"> </w:t>
      </w:r>
      <w:r>
        <w:t>ضعف</w:t>
      </w:r>
      <w:r>
        <w:t xml:space="preserve"> </w:t>
      </w:r>
      <w:r>
        <w:t>المعلومات</w:t>
      </w:r>
      <w:r>
        <w:t xml:space="preserve"> </w:t>
      </w:r>
      <w:r>
        <w:t>وضيق</w:t>
      </w:r>
      <w:r>
        <w:t xml:space="preserve"> </w:t>
      </w:r>
      <w:r>
        <w:t>الموارد</w:t>
      </w:r>
      <w:r>
        <w:t xml:space="preserve"> </w:t>
      </w:r>
      <w:r>
        <w:t>وتقلب</w:t>
      </w:r>
      <w:r>
        <w:t xml:space="preserve"> </w:t>
      </w:r>
      <w:r>
        <w:t>التدفقات</w:t>
      </w:r>
      <w:r>
        <w:t xml:space="preserve"> </w:t>
      </w:r>
      <w:r>
        <w:t>النقدية</w:t>
      </w:r>
      <w:r>
        <w:t xml:space="preserve"> </w:t>
      </w:r>
      <w:r>
        <w:t>ترفع</w:t>
      </w:r>
      <w:r>
        <w:t xml:space="preserve"> </w:t>
      </w:r>
      <w:r>
        <w:t>مستوى</w:t>
      </w:r>
      <w:r>
        <w:t xml:space="preserve"> </w:t>
      </w:r>
      <w:r>
        <w:t>التعرض،</w:t>
      </w:r>
      <w:r>
        <w:t xml:space="preserve"> </w:t>
      </w:r>
      <w:r>
        <w:t>وأن</w:t>
      </w:r>
      <w:r>
        <w:t xml:space="preserve"> </w:t>
      </w:r>
      <w:r>
        <w:t>التحليل</w:t>
      </w:r>
      <w:r>
        <w:t xml:space="preserve"> </w:t>
      </w:r>
      <w:r>
        <w:t>المسبق</w:t>
      </w:r>
      <w:r>
        <w:t xml:space="preserve"> </w:t>
      </w:r>
      <w:r>
        <w:t>والمتابعة</w:t>
      </w:r>
      <w:r>
        <w:t xml:space="preserve"> </w:t>
      </w:r>
      <w:r>
        <w:t>والضمانات</w:t>
      </w:r>
      <w:r>
        <w:t xml:space="preserve"> </w:t>
      </w:r>
      <w:r>
        <w:t>المناسبة</w:t>
      </w:r>
      <w:r>
        <w:t xml:space="preserve"> </w:t>
      </w:r>
      <w:r>
        <w:t>تقلل</w:t>
      </w:r>
      <w:r>
        <w:t xml:space="preserve"> </w:t>
      </w:r>
      <w:r>
        <w:t>الخسائر</w:t>
      </w:r>
      <w:r>
        <w:t xml:space="preserve">. </w:t>
      </w:r>
      <w:r>
        <w:t>وتساعد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</w:t>
      </w:r>
      <w:r>
        <w:t>فهم</w:t>
      </w:r>
      <w:r>
        <w:t xml:space="preserve"> </w:t>
      </w:r>
      <w:r>
        <w:t>الهشاشة</w:t>
      </w:r>
      <w:r>
        <w:t xml:space="preserve"> </w:t>
      </w:r>
      <w:r>
        <w:t>المالية</w:t>
      </w:r>
      <w:r>
        <w:t xml:space="preserve"> </w:t>
      </w:r>
      <w:r>
        <w:t>لهذه</w:t>
      </w:r>
      <w:r>
        <w:t xml:space="preserve"> </w:t>
      </w:r>
      <w:r>
        <w:t>المنشآت،</w:t>
      </w:r>
      <w:r>
        <w:t xml:space="preserve"> </w:t>
      </w:r>
      <w:r>
        <w:t>إلا</w:t>
      </w:r>
      <w:r>
        <w:t xml:space="preserve"> </w:t>
      </w:r>
      <w:r>
        <w:t>أن</w:t>
      </w:r>
      <w:r>
        <w:t xml:space="preserve"> </w:t>
      </w:r>
      <w:r>
        <w:t>زاوية</w:t>
      </w:r>
      <w:r>
        <w:t xml:space="preserve"> </w:t>
      </w:r>
      <w:r>
        <w:t>التحليل</w:t>
      </w:r>
      <w:r>
        <w:t xml:space="preserve"> </w:t>
      </w:r>
      <w:r>
        <w:t>كانت</w:t>
      </w:r>
      <w:r>
        <w:t xml:space="preserve"> </w:t>
      </w:r>
      <w:r>
        <w:t>من</w:t>
      </w:r>
      <w:r>
        <w:t xml:space="preserve"> </w:t>
      </w:r>
      <w:r>
        <w:t>منظور</w:t>
      </w:r>
      <w:r>
        <w:t xml:space="preserve"> </w:t>
      </w:r>
      <w:r>
        <w:t>الجهة</w:t>
      </w:r>
      <w:r>
        <w:t xml:space="preserve"> </w:t>
      </w:r>
      <w:r>
        <w:t>الممولة،</w:t>
      </w:r>
      <w:r>
        <w:t xml:space="preserve"> </w:t>
      </w:r>
      <w:r>
        <w:t>بينما</w:t>
      </w:r>
      <w:r>
        <w:t xml:space="preserve"> </w:t>
      </w:r>
      <w:r>
        <w:t>تنظر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إلى</w:t>
      </w:r>
      <w:r>
        <w:t xml:space="preserve"> </w:t>
      </w:r>
      <w:r>
        <w:t>قدرة</w:t>
      </w:r>
      <w:r>
        <w:t xml:space="preserve"> </w:t>
      </w:r>
      <w:r>
        <w:t>المنشأة</w:t>
      </w:r>
      <w:r>
        <w:t xml:space="preserve"> </w:t>
      </w:r>
      <w:r>
        <w:t>نفسها</w:t>
      </w:r>
      <w:r>
        <w:t xml:space="preserve"> </w:t>
      </w:r>
      <w:r>
        <w:t>على</w:t>
      </w:r>
      <w:r>
        <w:t xml:space="preserve"> </w:t>
      </w:r>
      <w:r>
        <w:t>إدارة</w:t>
      </w:r>
      <w:r>
        <w:t xml:space="preserve"> </w:t>
      </w:r>
      <w:r>
        <w:t>مخاطر</w:t>
      </w:r>
      <w:r>
        <w:t xml:space="preserve"> </w:t>
      </w:r>
      <w:r>
        <w:t>متعددة</w:t>
      </w:r>
      <w:r>
        <w:t xml:space="preserve"> </w:t>
      </w:r>
      <w:r>
        <w:t>والاستعداد</w:t>
      </w:r>
      <w:r>
        <w:t xml:space="preserve"> </w:t>
      </w:r>
      <w:r>
        <w:t>للاضطرابات</w:t>
      </w:r>
      <w:r>
        <w:t>.</w:t>
      </w:r>
    </w:p>
    <w:p w14:paraId="15BD28B0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2-2-5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جيرار</w:t>
      </w:r>
      <w:r>
        <w:rPr>
          <w:rFonts w:ascii="Arial" w:hAnsi="Arial" w:cs="Arial"/>
        </w:rPr>
        <w:t xml:space="preserve"> (2018): </w:t>
      </w:r>
      <w:r>
        <w:rPr>
          <w:rFonts w:ascii="Arial" w:hAnsi="Arial" w:cs="Arial"/>
        </w:rPr>
        <w:t>دور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التقنيات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الكمية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كأداة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لإدارة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شركات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التأمين</w:t>
      </w:r>
    </w:p>
    <w:p w14:paraId="14CE9460" w14:textId="77777777" w:rsidR="00660561" w:rsidRDefault="005B109C">
      <w:pPr>
        <w:bidi/>
      </w:pPr>
      <w:r>
        <w:t>بحثت</w:t>
      </w:r>
      <w:r>
        <w:t xml:space="preserve"> </w:t>
      </w:r>
      <w:r>
        <w:t>الدراسة</w:t>
      </w:r>
      <w:r>
        <w:t xml:space="preserve"> </w:t>
      </w:r>
      <w:r>
        <w:t>استخدام</w:t>
      </w:r>
      <w:r>
        <w:t xml:space="preserve"> </w:t>
      </w:r>
      <w:r>
        <w:t>التقنيات</w:t>
      </w:r>
      <w:r>
        <w:t xml:space="preserve"> </w:t>
      </w:r>
      <w:r>
        <w:t>الكمية</w:t>
      </w:r>
      <w:r>
        <w:t xml:space="preserve"> </w:t>
      </w:r>
      <w:r>
        <w:t>في</w:t>
      </w:r>
      <w:r>
        <w:t xml:space="preserve"> </w:t>
      </w:r>
      <w:r>
        <w:t>قياس</w:t>
      </w:r>
      <w:r>
        <w:t xml:space="preserve"> </w:t>
      </w:r>
      <w:r>
        <w:t>المخاطر</w:t>
      </w:r>
      <w:r>
        <w:t xml:space="preserve"> </w:t>
      </w:r>
      <w:r>
        <w:t>وترتيبها</w:t>
      </w:r>
      <w:r>
        <w:t xml:space="preserve"> </w:t>
      </w:r>
      <w:r>
        <w:t>داخل</w:t>
      </w:r>
      <w:r>
        <w:t xml:space="preserve"> </w:t>
      </w:r>
      <w:r>
        <w:t>شركات</w:t>
      </w:r>
      <w:r>
        <w:t xml:space="preserve"> </w:t>
      </w:r>
      <w:r>
        <w:t>التأمين،</w:t>
      </w:r>
      <w:r>
        <w:t xml:space="preserve"> </w:t>
      </w:r>
      <w:r>
        <w:t>وأبرزت</w:t>
      </w:r>
      <w:r>
        <w:t xml:space="preserve"> </w:t>
      </w:r>
      <w:r>
        <w:t>أهمية</w:t>
      </w:r>
      <w:r>
        <w:t xml:space="preserve"> </w:t>
      </w:r>
      <w:r>
        <w:t>الانتقال</w:t>
      </w:r>
      <w:r>
        <w:t xml:space="preserve"> </w:t>
      </w:r>
      <w:r>
        <w:t>من</w:t>
      </w:r>
      <w:r>
        <w:t xml:space="preserve"> </w:t>
      </w:r>
      <w:r>
        <w:t>التقدير</w:t>
      </w:r>
      <w:r>
        <w:t xml:space="preserve"> </w:t>
      </w:r>
      <w:r>
        <w:t>الحدسي</w:t>
      </w:r>
      <w:r>
        <w:t xml:space="preserve"> </w:t>
      </w:r>
      <w:r>
        <w:t>إلى</w:t>
      </w:r>
      <w:r>
        <w:t xml:space="preserve"> </w:t>
      </w:r>
      <w:r>
        <w:t>التحليل</w:t>
      </w:r>
      <w:r>
        <w:t xml:space="preserve"> </w:t>
      </w:r>
      <w:r>
        <w:t>المبني</w:t>
      </w:r>
      <w:r>
        <w:t xml:space="preserve"> </w:t>
      </w:r>
      <w:r>
        <w:t>على</w:t>
      </w:r>
      <w:r>
        <w:t xml:space="preserve"> </w:t>
      </w:r>
      <w:r>
        <w:t>البيانات</w:t>
      </w:r>
      <w:r>
        <w:t xml:space="preserve"> </w:t>
      </w:r>
      <w:r>
        <w:t>عند</w:t>
      </w:r>
      <w:r>
        <w:t xml:space="preserve"> </w:t>
      </w:r>
      <w:r>
        <w:t>اختيار</w:t>
      </w:r>
      <w:r>
        <w:t xml:space="preserve"> </w:t>
      </w:r>
      <w:r>
        <w:t>بدائل</w:t>
      </w:r>
      <w:r>
        <w:t xml:space="preserve"> </w:t>
      </w:r>
      <w:r>
        <w:t>المعالجة</w:t>
      </w:r>
      <w:r>
        <w:t xml:space="preserve">. </w:t>
      </w:r>
      <w:r>
        <w:t>وتفيد</w:t>
      </w:r>
      <w:r>
        <w:t xml:space="preserve"> </w:t>
      </w:r>
      <w:r>
        <w:t>في</w:t>
      </w:r>
      <w:r>
        <w:t xml:space="preserve"> </w:t>
      </w:r>
      <w:r>
        <w:t>دعم</w:t>
      </w:r>
      <w:r>
        <w:t xml:space="preserve"> </w:t>
      </w:r>
      <w:r>
        <w:t>مرحلة</w:t>
      </w:r>
      <w:r>
        <w:t xml:space="preserve"> </w:t>
      </w:r>
      <w:r>
        <w:t>تحليل</w:t>
      </w:r>
      <w:r>
        <w:t xml:space="preserve"> </w:t>
      </w:r>
      <w:r>
        <w:t>المخاطر</w:t>
      </w:r>
      <w:r>
        <w:t xml:space="preserve"> </w:t>
      </w:r>
      <w:r>
        <w:t>وتقييمها،</w:t>
      </w:r>
      <w:r>
        <w:t xml:space="preserve"> </w:t>
      </w:r>
      <w:r>
        <w:t>لكنها</w:t>
      </w:r>
      <w:r>
        <w:t xml:space="preserve"> </w:t>
      </w:r>
      <w:r>
        <w:t>طبقت</w:t>
      </w:r>
      <w:r>
        <w:t xml:space="preserve"> </w:t>
      </w:r>
      <w:r>
        <w:t>في</w:t>
      </w:r>
      <w:r>
        <w:t xml:space="preserve"> </w:t>
      </w:r>
      <w:r>
        <w:t>شركات</w:t>
      </w:r>
      <w:r>
        <w:t xml:space="preserve"> </w:t>
      </w:r>
      <w:r>
        <w:t>التأمين</w:t>
      </w:r>
      <w:r>
        <w:t xml:space="preserve"> </w:t>
      </w:r>
      <w:r>
        <w:t>ولم</w:t>
      </w:r>
      <w:r>
        <w:t xml:space="preserve"> </w:t>
      </w:r>
      <w:r>
        <w:t>تتناول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مما</w:t>
      </w:r>
      <w:r>
        <w:t xml:space="preserve"> </w:t>
      </w:r>
      <w:r>
        <w:t>يحد</w:t>
      </w:r>
      <w:r>
        <w:t xml:space="preserve"> </w:t>
      </w:r>
      <w:r>
        <w:t>من</w:t>
      </w:r>
      <w:r>
        <w:t xml:space="preserve"> </w:t>
      </w:r>
      <w:r>
        <w:t>تعميمها</w:t>
      </w:r>
      <w:r>
        <w:t xml:space="preserve"> </w:t>
      </w:r>
      <w:r>
        <w:t>المباشر</w:t>
      </w:r>
      <w:r>
        <w:t xml:space="preserve"> </w:t>
      </w:r>
      <w:r>
        <w:t>على</w:t>
      </w:r>
      <w:r>
        <w:t xml:space="preserve"> </w:t>
      </w:r>
      <w:r>
        <w:t>موضوع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>.</w:t>
      </w:r>
    </w:p>
    <w:p w14:paraId="541EE657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2-2-6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جيرار</w:t>
      </w:r>
      <w:r>
        <w:rPr>
          <w:rFonts w:ascii="Arial" w:hAnsi="Arial" w:cs="Arial"/>
        </w:rPr>
        <w:t xml:space="preserve"> (2019): </w:t>
      </w:r>
      <w:r>
        <w:rPr>
          <w:rFonts w:ascii="Arial" w:hAnsi="Arial" w:cs="Arial"/>
        </w:rPr>
        <w:t>دور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الابتكارات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المالية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مجال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التأمين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في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دعم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قدرة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شركاته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على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تغطية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المخاطر</w:t>
      </w:r>
    </w:p>
    <w:p w14:paraId="40776BAD" w14:textId="77777777" w:rsidR="00660561" w:rsidRDefault="005B109C">
      <w:pPr>
        <w:bidi/>
      </w:pPr>
      <w:r>
        <w:t>ناقشت</w:t>
      </w:r>
      <w:r>
        <w:t xml:space="preserve"> </w:t>
      </w:r>
      <w:r>
        <w:t>الدراسة</w:t>
      </w:r>
      <w:r>
        <w:t xml:space="preserve"> </w:t>
      </w:r>
      <w:r>
        <w:t>أثر</w:t>
      </w:r>
      <w:r>
        <w:t xml:space="preserve"> </w:t>
      </w:r>
      <w:r>
        <w:t>الابتكارات</w:t>
      </w:r>
      <w:r>
        <w:t xml:space="preserve"> </w:t>
      </w:r>
      <w:r>
        <w:t>المالية</w:t>
      </w:r>
      <w:r>
        <w:t xml:space="preserve"> </w:t>
      </w:r>
      <w:r>
        <w:t>والتأمينية</w:t>
      </w:r>
      <w:r>
        <w:t xml:space="preserve"> </w:t>
      </w:r>
      <w:r>
        <w:t>في</w:t>
      </w:r>
      <w:r>
        <w:t xml:space="preserve"> </w:t>
      </w:r>
      <w:r>
        <w:t>توسيع</w:t>
      </w:r>
      <w:r>
        <w:t xml:space="preserve"> </w:t>
      </w:r>
      <w:r>
        <w:t>بدائل</w:t>
      </w:r>
      <w:r>
        <w:t xml:space="preserve"> </w:t>
      </w:r>
      <w:r>
        <w:t>نقل</w:t>
      </w:r>
      <w:r>
        <w:t xml:space="preserve"> </w:t>
      </w:r>
      <w:r>
        <w:t>المخاطر</w:t>
      </w:r>
      <w:r>
        <w:t xml:space="preserve"> </w:t>
      </w:r>
      <w:r>
        <w:t>وتغطيتها،</w:t>
      </w:r>
      <w:r>
        <w:t xml:space="preserve"> </w:t>
      </w:r>
      <w:r>
        <w:t>وأشارت</w:t>
      </w:r>
      <w:r>
        <w:t xml:space="preserve"> </w:t>
      </w:r>
      <w:r>
        <w:t>إلى</w:t>
      </w:r>
      <w:r>
        <w:t xml:space="preserve"> </w:t>
      </w:r>
      <w:r>
        <w:t>أن</w:t>
      </w:r>
      <w:r>
        <w:t xml:space="preserve"> </w:t>
      </w:r>
      <w:r>
        <w:t>تطوير</w:t>
      </w:r>
      <w:r>
        <w:t xml:space="preserve"> </w:t>
      </w:r>
      <w:r>
        <w:t>أدوات</w:t>
      </w:r>
      <w:r>
        <w:t xml:space="preserve"> </w:t>
      </w:r>
      <w:r>
        <w:t>المعالجة</w:t>
      </w:r>
      <w:r>
        <w:t xml:space="preserve"> </w:t>
      </w:r>
      <w:r>
        <w:t>يعزز</w:t>
      </w:r>
      <w:r>
        <w:t xml:space="preserve"> </w:t>
      </w:r>
      <w:r>
        <w:t>قدرة</w:t>
      </w:r>
      <w:r>
        <w:t xml:space="preserve"> </w:t>
      </w:r>
      <w:r>
        <w:t>المؤسسة</w:t>
      </w:r>
      <w:r>
        <w:t xml:space="preserve"> </w:t>
      </w:r>
      <w:r>
        <w:t>على</w:t>
      </w:r>
      <w:r>
        <w:t xml:space="preserve"> </w:t>
      </w:r>
      <w:r>
        <w:t>امتصاص</w:t>
      </w:r>
      <w:r>
        <w:t xml:space="preserve"> </w:t>
      </w:r>
      <w:r>
        <w:t>الخسائر</w:t>
      </w:r>
      <w:r>
        <w:t xml:space="preserve"> </w:t>
      </w:r>
      <w:r>
        <w:t>والمحافظة</w:t>
      </w:r>
      <w:r>
        <w:t xml:space="preserve"> </w:t>
      </w:r>
      <w:r>
        <w:t>على</w:t>
      </w:r>
      <w:r>
        <w:t xml:space="preserve"> </w:t>
      </w:r>
      <w:r>
        <w:t>نشاطها</w:t>
      </w:r>
      <w:r>
        <w:t xml:space="preserve">. </w:t>
      </w:r>
      <w:r>
        <w:t>وتفيد</w:t>
      </w:r>
      <w:r>
        <w:t xml:space="preserve"> </w:t>
      </w:r>
      <w:r>
        <w:t>في</w:t>
      </w:r>
      <w:r>
        <w:t xml:space="preserve"> </w:t>
      </w:r>
      <w:r>
        <w:t>توضيح</w:t>
      </w:r>
      <w:r>
        <w:t xml:space="preserve"> </w:t>
      </w:r>
      <w:r>
        <w:t>النقل</w:t>
      </w:r>
      <w:r>
        <w:t xml:space="preserve"> </w:t>
      </w:r>
      <w:r>
        <w:t>والتمويل</w:t>
      </w:r>
      <w:r>
        <w:t xml:space="preserve"> </w:t>
      </w:r>
      <w:r>
        <w:t>ضمن</w:t>
      </w:r>
      <w:r>
        <w:t xml:space="preserve"> </w:t>
      </w:r>
      <w:r>
        <w:t>استجابات</w:t>
      </w:r>
      <w:r>
        <w:t xml:space="preserve"> </w:t>
      </w:r>
      <w:r>
        <w:t>المخاطر،</w:t>
      </w:r>
      <w:r>
        <w:t xml:space="preserve"> </w:t>
      </w:r>
      <w:r>
        <w:t>بينما</w:t>
      </w:r>
      <w:r>
        <w:t xml:space="preserve"> </w:t>
      </w:r>
      <w:r>
        <w:t>تتناول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حزمة</w:t>
      </w:r>
      <w:r>
        <w:t xml:space="preserve"> </w:t>
      </w:r>
      <w:r>
        <w:t>أوسع</w:t>
      </w:r>
      <w:r>
        <w:t xml:space="preserve"> </w:t>
      </w:r>
      <w:r>
        <w:t>تشمل</w:t>
      </w:r>
      <w:r>
        <w:t xml:space="preserve"> </w:t>
      </w:r>
      <w:r>
        <w:t>التحديد</w:t>
      </w:r>
      <w:r>
        <w:t xml:space="preserve"> </w:t>
      </w:r>
      <w:r>
        <w:t>والتحليل</w:t>
      </w:r>
      <w:r>
        <w:t xml:space="preserve"> </w:t>
      </w:r>
      <w:r>
        <w:t>والتقييم</w:t>
      </w:r>
      <w:r>
        <w:t xml:space="preserve"> </w:t>
      </w:r>
      <w:r>
        <w:t>والاستجابة</w:t>
      </w:r>
      <w:r>
        <w:t xml:space="preserve"> </w:t>
      </w:r>
      <w:r>
        <w:t>والمراقبة</w:t>
      </w:r>
      <w:r>
        <w:t xml:space="preserve"> </w:t>
      </w:r>
      <w:r>
        <w:t>وعلاقتها</w:t>
      </w:r>
      <w:r>
        <w:t xml:space="preserve"> </w:t>
      </w:r>
      <w:r>
        <w:t>باستمرارية</w:t>
      </w:r>
      <w:r>
        <w:t xml:space="preserve"> </w:t>
      </w:r>
      <w:r>
        <w:t>العمليات</w:t>
      </w:r>
      <w:r>
        <w:t>.</w:t>
      </w:r>
    </w:p>
    <w:p w14:paraId="406A9E0B" w14:textId="77777777" w:rsidR="00660561" w:rsidRDefault="005B109C">
      <w:pPr>
        <w:pStyle w:val="21"/>
        <w:bidi/>
      </w:pPr>
      <w:r>
        <w:rPr>
          <w:rFonts w:ascii="Arial" w:hAnsi="Arial" w:cs="Arial"/>
        </w:rPr>
        <w:lastRenderedPageBreak/>
        <w:t xml:space="preserve">2-3 </w:t>
      </w:r>
      <w:r>
        <w:rPr>
          <w:rFonts w:ascii="Arial" w:hAnsi="Arial" w:cs="Arial"/>
        </w:rPr>
        <w:t>الدراسات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الأجنبية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السابقة</w:t>
      </w:r>
    </w:p>
    <w:p w14:paraId="553DEFCD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2-3-1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Herbane (2010): Small business research: Time for a crisis-based view</w:t>
      </w:r>
    </w:p>
    <w:p w14:paraId="44256337" w14:textId="77777777" w:rsidR="00660561" w:rsidRDefault="005B109C">
      <w:pPr>
        <w:bidi/>
      </w:pPr>
      <w:r>
        <w:t>راجعت</w:t>
      </w:r>
      <w:r>
        <w:t xml:space="preserve"> </w:t>
      </w:r>
      <w:r>
        <w:t>الدراسة</w:t>
      </w:r>
      <w:r>
        <w:t xml:space="preserve"> </w:t>
      </w:r>
      <w:r>
        <w:t>أدبيات</w:t>
      </w:r>
      <w:r>
        <w:t xml:space="preserve"> </w:t>
      </w:r>
      <w:r>
        <w:t>الأزمات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الصغيرة،</w:t>
      </w:r>
      <w:r>
        <w:t xml:space="preserve"> </w:t>
      </w:r>
      <w:r>
        <w:t>وبينت</w:t>
      </w:r>
      <w:r>
        <w:t xml:space="preserve"> </w:t>
      </w:r>
      <w:r>
        <w:t>أن</w:t>
      </w:r>
      <w:r>
        <w:t xml:space="preserve"> </w:t>
      </w:r>
      <w:r>
        <w:t>محدودية</w:t>
      </w:r>
      <w:r>
        <w:t xml:space="preserve"> </w:t>
      </w:r>
      <w:r>
        <w:t>الموارد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أشخاص</w:t>
      </w:r>
      <w:r>
        <w:t xml:space="preserve"> </w:t>
      </w:r>
      <w:r>
        <w:t>وعملاء</w:t>
      </w:r>
      <w:r>
        <w:t xml:space="preserve"> </w:t>
      </w:r>
      <w:r>
        <w:t>محددين</w:t>
      </w:r>
      <w:r>
        <w:t xml:space="preserve"> </w:t>
      </w:r>
      <w:r>
        <w:t>يزيدان</w:t>
      </w:r>
      <w:r>
        <w:t xml:space="preserve"> </w:t>
      </w:r>
      <w:r>
        <w:t>حساسية</w:t>
      </w:r>
      <w:r>
        <w:t xml:space="preserve"> </w:t>
      </w:r>
      <w:r>
        <w:t>المنشآت</w:t>
      </w:r>
      <w:r>
        <w:t xml:space="preserve"> </w:t>
      </w:r>
      <w:r>
        <w:t>للاضطرابات،</w:t>
      </w:r>
      <w:r>
        <w:t xml:space="preserve"> </w:t>
      </w:r>
      <w:r>
        <w:t>مع</w:t>
      </w:r>
      <w:r>
        <w:t xml:space="preserve"> </w:t>
      </w:r>
      <w:r>
        <w:t>وجود</w:t>
      </w:r>
      <w:r>
        <w:t xml:space="preserve"> </w:t>
      </w:r>
      <w:r>
        <w:t>فجوة</w:t>
      </w:r>
      <w:r>
        <w:t xml:space="preserve"> </w:t>
      </w:r>
      <w:r>
        <w:t>بين</w:t>
      </w:r>
      <w:r>
        <w:t xml:space="preserve"> </w:t>
      </w:r>
      <w:r>
        <w:t>الوعي</w:t>
      </w:r>
      <w:r>
        <w:t xml:space="preserve"> </w:t>
      </w:r>
      <w:r>
        <w:t>بالمخاطر</w:t>
      </w:r>
      <w:r>
        <w:t xml:space="preserve"> </w:t>
      </w:r>
      <w:r>
        <w:t>والتخطيط</w:t>
      </w:r>
      <w:r>
        <w:t xml:space="preserve"> </w:t>
      </w:r>
      <w:r>
        <w:t>الرسمي</w:t>
      </w:r>
      <w:r>
        <w:t xml:space="preserve">. </w:t>
      </w:r>
      <w:r>
        <w:t>وتفيد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في</w:t>
      </w:r>
      <w:r>
        <w:t xml:space="preserve"> </w:t>
      </w:r>
      <w:r>
        <w:t>تأصيل</w:t>
      </w:r>
      <w:r>
        <w:t xml:space="preserve"> </w:t>
      </w:r>
      <w:r>
        <w:t>خصوصية</w:t>
      </w:r>
      <w:r>
        <w:t xml:space="preserve"> </w:t>
      </w:r>
      <w:r>
        <w:t>المنشآت</w:t>
      </w:r>
      <w:r>
        <w:t xml:space="preserve"> </w:t>
      </w:r>
      <w:r>
        <w:t>الصغيرة،</w:t>
      </w:r>
      <w:r>
        <w:t xml:space="preserve"> </w:t>
      </w:r>
      <w:r>
        <w:t>وتستفيد</w:t>
      </w:r>
      <w:r>
        <w:t xml:space="preserve"> </w:t>
      </w:r>
      <w:r>
        <w:t>منها</w:t>
      </w:r>
      <w:r>
        <w:t xml:space="preserve"> </w:t>
      </w:r>
      <w:r>
        <w:t>في</w:t>
      </w:r>
      <w:r>
        <w:t xml:space="preserve"> </w:t>
      </w:r>
      <w:r>
        <w:t>تفسير</w:t>
      </w:r>
      <w:r>
        <w:t xml:space="preserve">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تحويل</w:t>
      </w:r>
      <w:r>
        <w:t xml:space="preserve"> </w:t>
      </w:r>
      <w:r>
        <w:t>الوعي</w:t>
      </w:r>
      <w:r>
        <w:t xml:space="preserve"> </w:t>
      </w:r>
      <w:r>
        <w:t>بالمخاطر</w:t>
      </w:r>
      <w:r>
        <w:t xml:space="preserve"> </w:t>
      </w:r>
      <w:r>
        <w:t>إلى</w:t>
      </w:r>
      <w:r>
        <w:t xml:space="preserve"> </w:t>
      </w:r>
      <w:r>
        <w:t>إجراءات</w:t>
      </w:r>
      <w:r>
        <w:t xml:space="preserve"> </w:t>
      </w:r>
      <w:r>
        <w:t>للاستمرارية</w:t>
      </w:r>
      <w:r>
        <w:t>.</w:t>
      </w:r>
    </w:p>
    <w:p w14:paraId="695C035A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2-3-2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Sullivan-Taylor and Branicki (2011): Creating resilient SMEs</w:t>
      </w:r>
    </w:p>
    <w:p w14:paraId="09F993C0" w14:textId="77777777" w:rsidR="00660561" w:rsidRDefault="005B109C">
      <w:pPr>
        <w:bidi/>
      </w:pPr>
      <w:r>
        <w:t>استخدمت</w:t>
      </w:r>
      <w:r>
        <w:t xml:space="preserve"> </w:t>
      </w:r>
      <w:r>
        <w:t>الدراسة</w:t>
      </w:r>
      <w:r>
        <w:t xml:space="preserve"> </w:t>
      </w:r>
      <w:r>
        <w:t>أدلة</w:t>
      </w:r>
      <w:r>
        <w:t xml:space="preserve"> </w:t>
      </w:r>
      <w:r>
        <w:t>نوعية</w:t>
      </w:r>
      <w:r>
        <w:t xml:space="preserve"> </w:t>
      </w:r>
      <w:r>
        <w:t>لفهم</w:t>
      </w:r>
      <w:r>
        <w:t xml:space="preserve"> </w:t>
      </w:r>
      <w:r>
        <w:t>كيفية</w:t>
      </w:r>
      <w:r>
        <w:t xml:space="preserve"> </w:t>
      </w:r>
      <w:r>
        <w:t>بناء</w:t>
      </w:r>
      <w:r>
        <w:t xml:space="preserve"> </w:t>
      </w:r>
      <w:r>
        <w:t>المرونة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ووجدت</w:t>
      </w:r>
      <w:r>
        <w:t xml:space="preserve"> </w:t>
      </w:r>
      <w:r>
        <w:t>أن</w:t>
      </w:r>
      <w:r>
        <w:t xml:space="preserve"> </w:t>
      </w:r>
      <w:r>
        <w:t>المرونة</w:t>
      </w:r>
      <w:r>
        <w:t xml:space="preserve"> </w:t>
      </w:r>
      <w:r>
        <w:t>ترتبط</w:t>
      </w:r>
      <w:r>
        <w:t xml:space="preserve"> </w:t>
      </w:r>
      <w:r>
        <w:t>بالقيادة</w:t>
      </w:r>
      <w:r>
        <w:t xml:space="preserve"> </w:t>
      </w:r>
      <w:r>
        <w:t>وشبكات</w:t>
      </w:r>
      <w:r>
        <w:t xml:space="preserve"> </w:t>
      </w:r>
      <w:r>
        <w:t>العلاقات</w:t>
      </w:r>
      <w:r>
        <w:t xml:space="preserve"> </w:t>
      </w:r>
      <w:r>
        <w:t>والمرونة</w:t>
      </w:r>
      <w:r>
        <w:t xml:space="preserve"> </w:t>
      </w:r>
      <w:r>
        <w:t>التشغيلية</w:t>
      </w:r>
      <w:r>
        <w:t xml:space="preserve"> </w:t>
      </w:r>
      <w:r>
        <w:t>والتعلم،</w:t>
      </w:r>
      <w:r>
        <w:t xml:space="preserve"> </w:t>
      </w:r>
      <w:r>
        <w:t>مع</w:t>
      </w:r>
      <w:r>
        <w:t xml:space="preserve"> </w:t>
      </w:r>
      <w:r>
        <w:t>محدودية</w:t>
      </w:r>
      <w:r>
        <w:t xml:space="preserve"> </w:t>
      </w:r>
      <w:r>
        <w:t>انتشار</w:t>
      </w:r>
      <w:r>
        <w:t xml:space="preserve"> </w:t>
      </w:r>
      <w:r>
        <w:t>التخطيط</w:t>
      </w:r>
      <w:r>
        <w:t xml:space="preserve"> </w:t>
      </w:r>
      <w:r>
        <w:t>الرسمي</w:t>
      </w:r>
      <w:r>
        <w:t xml:space="preserve">. </w:t>
      </w:r>
      <w:r>
        <w:t>وتفيد</w:t>
      </w:r>
      <w:r>
        <w:t xml:space="preserve"> </w:t>
      </w:r>
      <w:r>
        <w:t>في</w:t>
      </w:r>
      <w:r>
        <w:t xml:space="preserve"> </w:t>
      </w:r>
      <w:r>
        <w:t>تفسير</w:t>
      </w:r>
      <w:r>
        <w:t xml:space="preserve"> </w:t>
      </w:r>
      <w:r>
        <w:t>العوامل</w:t>
      </w:r>
      <w:r>
        <w:t xml:space="preserve"> </w:t>
      </w:r>
      <w:r>
        <w:t>التنظيمية</w:t>
      </w:r>
      <w:r>
        <w:t xml:space="preserve"> </w:t>
      </w:r>
      <w:r>
        <w:t>التي</w:t>
      </w:r>
      <w:r>
        <w:t xml:space="preserve"> </w:t>
      </w:r>
      <w:r>
        <w:t>تدعم</w:t>
      </w:r>
      <w:r>
        <w:t xml:space="preserve"> </w:t>
      </w:r>
      <w:r>
        <w:t>الاستمرارية،</w:t>
      </w:r>
      <w:r>
        <w:t xml:space="preserve"> </w:t>
      </w:r>
      <w:r>
        <w:t>بينما</w:t>
      </w:r>
      <w:r>
        <w:t xml:space="preserve"> </w:t>
      </w:r>
      <w:r>
        <w:t>تركز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بصورة</w:t>
      </w:r>
      <w:r>
        <w:t xml:space="preserve"> </w:t>
      </w:r>
      <w:r>
        <w:t>مباشرة</w:t>
      </w:r>
      <w:r>
        <w:t xml:space="preserve"> </w:t>
      </w:r>
      <w:r>
        <w:t>على</w:t>
      </w:r>
      <w:r>
        <w:t xml:space="preserve"> </w:t>
      </w:r>
      <w:r>
        <w:t>الصلة</w:t>
      </w:r>
      <w:r>
        <w:t xml:space="preserve"> </w:t>
      </w:r>
      <w:r>
        <w:t>النظرية</w:t>
      </w:r>
      <w:r>
        <w:t xml:space="preserve"> </w:t>
      </w:r>
      <w:r>
        <w:t>بين</w:t>
      </w:r>
      <w:r>
        <w:t xml:space="preserve"> </w:t>
      </w:r>
      <w:r>
        <w:t>عملية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وقدرة</w:t>
      </w:r>
      <w:r>
        <w:t xml:space="preserve"> </w:t>
      </w:r>
      <w:r>
        <w:t>المنشأة</w:t>
      </w:r>
      <w:r>
        <w:t xml:space="preserve"> </w:t>
      </w:r>
      <w:r>
        <w:t>على</w:t>
      </w:r>
      <w:r>
        <w:t xml:space="preserve"> </w:t>
      </w:r>
      <w:r>
        <w:t>الاستمرار</w:t>
      </w:r>
      <w:r>
        <w:t>.</w:t>
      </w:r>
    </w:p>
    <w:p w14:paraId="46A5F07C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2-3-3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Falkner and Hiebl (2015): Risk management in SMEs: A systematic review</w:t>
      </w:r>
    </w:p>
    <w:p w14:paraId="6707A6AD" w14:textId="77777777" w:rsidR="00660561" w:rsidRDefault="005B109C">
      <w:pPr>
        <w:bidi/>
      </w:pPr>
      <w:r>
        <w:t>قدمت</w:t>
      </w:r>
      <w:r>
        <w:t xml:space="preserve"> </w:t>
      </w:r>
      <w:r>
        <w:t>الدراسة</w:t>
      </w:r>
      <w:r>
        <w:t xml:space="preserve"> </w:t>
      </w:r>
      <w:r>
        <w:t>مراجعة</w:t>
      </w:r>
      <w:r>
        <w:t xml:space="preserve"> </w:t>
      </w:r>
      <w:r>
        <w:t>منهجية</w:t>
      </w:r>
      <w:r>
        <w:t xml:space="preserve"> </w:t>
      </w:r>
      <w:r>
        <w:t>للأدلة</w:t>
      </w:r>
      <w:r>
        <w:t xml:space="preserve"> </w:t>
      </w:r>
      <w:r>
        <w:t>المتعلقة</w:t>
      </w:r>
      <w:r>
        <w:t xml:space="preserve"> </w:t>
      </w:r>
      <w:r>
        <w:t>بالمخاطر</w:t>
      </w:r>
      <w:r>
        <w:t xml:space="preserve"> </w:t>
      </w:r>
      <w:r>
        <w:t>وإدارتها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وخلصت</w:t>
      </w:r>
      <w:r>
        <w:t xml:space="preserve"> </w:t>
      </w:r>
      <w:r>
        <w:t>إلى</w:t>
      </w:r>
      <w:r>
        <w:t xml:space="preserve"> </w:t>
      </w:r>
      <w:r>
        <w:t>بروز</w:t>
      </w:r>
      <w:r>
        <w:t xml:space="preserve"> </w:t>
      </w:r>
      <w:r>
        <w:t>المخاطر</w:t>
      </w:r>
      <w:r>
        <w:t xml:space="preserve"> </w:t>
      </w:r>
      <w:r>
        <w:t>المالية</w:t>
      </w:r>
      <w:r>
        <w:t xml:space="preserve"> </w:t>
      </w:r>
      <w:r>
        <w:t>والتشغيلية</w:t>
      </w:r>
      <w:r>
        <w:t xml:space="preserve"> </w:t>
      </w:r>
      <w:r>
        <w:t>والاستراتيجية،</w:t>
      </w:r>
      <w:r>
        <w:t xml:space="preserve"> </w:t>
      </w:r>
      <w:r>
        <w:t>وإلى</w:t>
      </w:r>
      <w:r>
        <w:t xml:space="preserve"> </w:t>
      </w:r>
      <w:r>
        <w:t>تأثر</w:t>
      </w:r>
      <w:r>
        <w:t xml:space="preserve"> </w:t>
      </w:r>
      <w:r>
        <w:t>ممارسات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بخصائص</w:t>
      </w:r>
      <w:r>
        <w:t xml:space="preserve"> </w:t>
      </w:r>
      <w:r>
        <w:t>المالك</w:t>
      </w:r>
      <w:r>
        <w:t xml:space="preserve"> </w:t>
      </w:r>
      <w:r>
        <w:t>والمدير</w:t>
      </w:r>
      <w:r>
        <w:t xml:space="preserve"> </w:t>
      </w:r>
      <w:r>
        <w:t>والموارد</w:t>
      </w:r>
      <w:r>
        <w:t xml:space="preserve"> </w:t>
      </w:r>
      <w:r>
        <w:t>والثقافة</w:t>
      </w:r>
      <w:r>
        <w:t xml:space="preserve">. </w:t>
      </w:r>
      <w:r>
        <w:t>وتدعم</w:t>
      </w:r>
      <w:r>
        <w:t xml:space="preserve"> </w:t>
      </w:r>
      <w:r>
        <w:t>الدراسة</w:t>
      </w:r>
      <w:r>
        <w:t xml:space="preserve"> </w:t>
      </w:r>
      <w:r>
        <w:t>اختيار</w:t>
      </w:r>
      <w:r>
        <w:t xml:space="preserve"> </w:t>
      </w:r>
      <w:r>
        <w:t>سياق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وتوضح</w:t>
      </w:r>
      <w:r>
        <w:t xml:space="preserve">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أدلة</w:t>
      </w:r>
      <w:r>
        <w:t xml:space="preserve"> </w:t>
      </w:r>
      <w:r>
        <w:t>من</w:t>
      </w:r>
      <w:r>
        <w:t xml:space="preserve"> </w:t>
      </w:r>
      <w:r>
        <w:t>بيئات</w:t>
      </w:r>
      <w:r>
        <w:t xml:space="preserve"> </w:t>
      </w:r>
      <w:r>
        <w:t>وطنية</w:t>
      </w:r>
      <w:r>
        <w:t xml:space="preserve"> </w:t>
      </w:r>
      <w:r>
        <w:t>متنوعة</w:t>
      </w:r>
      <w:r>
        <w:t>.</w:t>
      </w:r>
    </w:p>
    <w:p w14:paraId="2B922EB0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2-3-4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Brustbauer (2016): Enterprise risk management in SMEs: Towards a structural model</w:t>
      </w:r>
    </w:p>
    <w:p w14:paraId="2215E8BC" w14:textId="77777777" w:rsidR="00660561" w:rsidRDefault="005B109C">
      <w:pPr>
        <w:bidi/>
      </w:pPr>
      <w:r>
        <w:t>تناولت</w:t>
      </w:r>
      <w:r>
        <w:t xml:space="preserve"> </w:t>
      </w:r>
      <w:r>
        <w:t>الدراسة</w:t>
      </w:r>
      <w:r>
        <w:t xml:space="preserve"> </w:t>
      </w:r>
      <w:r>
        <w:t>تطبيق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وأوضحت</w:t>
      </w:r>
      <w:r>
        <w:t xml:space="preserve"> </w:t>
      </w:r>
      <w:r>
        <w:t>أثر</w:t>
      </w:r>
      <w:r>
        <w:t xml:space="preserve"> </w:t>
      </w:r>
      <w:r>
        <w:t>التوجه</w:t>
      </w:r>
      <w:r>
        <w:t xml:space="preserve"> </w:t>
      </w:r>
      <w:r>
        <w:t>الاستراتيجي</w:t>
      </w:r>
      <w:r>
        <w:t xml:space="preserve"> </w:t>
      </w:r>
      <w:r>
        <w:t>والخصائص</w:t>
      </w:r>
      <w:r>
        <w:t xml:space="preserve"> </w:t>
      </w:r>
      <w:r>
        <w:t>التنظيمية</w:t>
      </w:r>
      <w:r>
        <w:t xml:space="preserve"> </w:t>
      </w:r>
      <w:r>
        <w:t>في</w:t>
      </w:r>
      <w:r>
        <w:t xml:space="preserve"> </w:t>
      </w:r>
      <w:r>
        <w:t>تبني</w:t>
      </w:r>
      <w:r>
        <w:t xml:space="preserve"> </w:t>
      </w:r>
      <w:r>
        <w:t>منهج</w:t>
      </w:r>
      <w:r>
        <w:t xml:space="preserve"> </w:t>
      </w:r>
      <w:r>
        <w:t>استباقي</w:t>
      </w:r>
      <w:r>
        <w:t xml:space="preserve"> </w:t>
      </w:r>
      <w:r>
        <w:t>أو</w:t>
      </w:r>
      <w:r>
        <w:t xml:space="preserve"> </w:t>
      </w:r>
      <w:r>
        <w:t>تفاعلي</w:t>
      </w:r>
      <w:r>
        <w:t xml:space="preserve">. </w:t>
      </w:r>
      <w:r>
        <w:t>وتؤكد</w:t>
      </w:r>
      <w:r>
        <w:t xml:space="preserve"> </w:t>
      </w:r>
      <w:r>
        <w:t>أن</w:t>
      </w:r>
      <w:r>
        <w:t xml:space="preserve"> </w:t>
      </w:r>
      <w:r>
        <w:t>نضج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يختلف</w:t>
      </w:r>
      <w:r>
        <w:t xml:space="preserve"> </w:t>
      </w:r>
      <w:r>
        <w:t>بين</w:t>
      </w:r>
      <w:r>
        <w:t xml:space="preserve"> </w:t>
      </w:r>
      <w:r>
        <w:t>المنشآت،</w:t>
      </w:r>
      <w:r>
        <w:t xml:space="preserve"> </w:t>
      </w:r>
      <w:r>
        <w:t>وتفيد</w:t>
      </w:r>
      <w:r>
        <w:t xml:space="preserve"> </w:t>
      </w:r>
      <w:r>
        <w:t>في</w:t>
      </w:r>
      <w:r>
        <w:t xml:space="preserve"> </w:t>
      </w:r>
      <w:r>
        <w:t>فهم</w:t>
      </w:r>
      <w:r>
        <w:t xml:space="preserve"> </w:t>
      </w:r>
      <w:r>
        <w:t>دور</w:t>
      </w:r>
      <w:r>
        <w:t xml:space="preserve"> </w:t>
      </w:r>
      <w:r>
        <w:t>القيادة</w:t>
      </w:r>
      <w:r>
        <w:t xml:space="preserve"> </w:t>
      </w:r>
      <w:r>
        <w:t>والموارد،</w:t>
      </w:r>
      <w:r>
        <w:t xml:space="preserve"> </w:t>
      </w:r>
      <w:r>
        <w:t>بينما</w:t>
      </w:r>
      <w:r>
        <w:t xml:space="preserve"> </w:t>
      </w:r>
      <w:r>
        <w:t>تركز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على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بوصفها</w:t>
      </w:r>
      <w:r>
        <w:t xml:space="preserve"> </w:t>
      </w:r>
      <w:r>
        <w:t>مخرجًا</w:t>
      </w:r>
      <w:r>
        <w:t xml:space="preserve"> </w:t>
      </w:r>
      <w:r>
        <w:t>تنظيميًا</w:t>
      </w:r>
      <w:r>
        <w:t xml:space="preserve"> </w:t>
      </w:r>
      <w:r>
        <w:t>مرتبطًا</w:t>
      </w:r>
      <w:r>
        <w:t xml:space="preserve"> </w:t>
      </w:r>
      <w:r>
        <w:t>بهذه</w:t>
      </w:r>
      <w:r>
        <w:t xml:space="preserve"> </w:t>
      </w:r>
      <w:r>
        <w:t>الممارسات</w:t>
      </w:r>
      <w:r>
        <w:t>.</w:t>
      </w:r>
    </w:p>
    <w:p w14:paraId="3D8E431F" w14:textId="77777777" w:rsidR="00660561" w:rsidRDefault="005B109C">
      <w:pPr>
        <w:pStyle w:val="31"/>
        <w:bidi/>
      </w:pPr>
      <w:r>
        <w:rPr>
          <w:rFonts w:ascii="Arial" w:hAnsi="Arial" w:cs="Arial"/>
        </w:rPr>
        <w:lastRenderedPageBreak/>
        <w:t xml:space="preserve">2-3-5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Sahebjamnia, Torabi, and Mansouri (2015): Integrated business continuity and disaster recovery planning</w:t>
      </w:r>
    </w:p>
    <w:p w14:paraId="15B1D967" w14:textId="77777777" w:rsidR="00660561" w:rsidRDefault="005B109C">
      <w:pPr>
        <w:bidi/>
      </w:pPr>
      <w:r>
        <w:t>طورت</w:t>
      </w:r>
      <w:r>
        <w:t xml:space="preserve"> </w:t>
      </w:r>
      <w:r>
        <w:t>الدراسة</w:t>
      </w:r>
      <w:r>
        <w:t xml:space="preserve"> </w:t>
      </w:r>
      <w:r>
        <w:t>إطارًا</w:t>
      </w:r>
      <w:r>
        <w:t xml:space="preserve"> </w:t>
      </w:r>
      <w:r>
        <w:t>متكاملًا</w:t>
      </w:r>
      <w:r>
        <w:t xml:space="preserve"> </w:t>
      </w:r>
      <w:r>
        <w:t>يربط</w:t>
      </w:r>
      <w:r>
        <w:t xml:space="preserve"> </w:t>
      </w:r>
      <w:r>
        <w:t>تقييم</w:t>
      </w:r>
      <w:r>
        <w:t xml:space="preserve"> </w:t>
      </w:r>
      <w:r>
        <w:t>المخاطر</w:t>
      </w:r>
      <w:r>
        <w:t xml:space="preserve"> </w:t>
      </w:r>
      <w:r>
        <w:t>بتحليل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واختيار</w:t>
      </w:r>
      <w:r>
        <w:t xml:space="preserve"> </w:t>
      </w:r>
      <w:r>
        <w:t>استراتيجيات</w:t>
      </w:r>
      <w:r>
        <w:t xml:space="preserve"> </w:t>
      </w:r>
      <w:r>
        <w:t>الاستمرارية</w:t>
      </w:r>
      <w:r>
        <w:t xml:space="preserve"> </w:t>
      </w:r>
      <w:r>
        <w:t>والتعافي،</w:t>
      </w:r>
      <w:r>
        <w:t xml:space="preserve"> </w:t>
      </w:r>
      <w:r>
        <w:t>وأظهرت</w:t>
      </w:r>
      <w:r>
        <w:t xml:space="preserve"> </w:t>
      </w:r>
      <w:r>
        <w:t>أن</w:t>
      </w:r>
      <w:r>
        <w:t xml:space="preserve"> </w:t>
      </w:r>
      <w:r>
        <w:t>التكامل</w:t>
      </w:r>
      <w:r>
        <w:t xml:space="preserve"> </w:t>
      </w:r>
      <w:r>
        <w:t>يحسن</w:t>
      </w:r>
      <w:r>
        <w:t xml:space="preserve"> </w:t>
      </w:r>
      <w:r>
        <w:t>تخصيص</w:t>
      </w:r>
      <w:r>
        <w:t xml:space="preserve"> </w:t>
      </w:r>
      <w:r>
        <w:t>الموارد</w:t>
      </w:r>
      <w:r>
        <w:t xml:space="preserve"> </w:t>
      </w:r>
      <w:r>
        <w:t>ويوازن</w:t>
      </w:r>
      <w:r>
        <w:t xml:space="preserve"> </w:t>
      </w:r>
      <w:r>
        <w:t>بين</w:t>
      </w:r>
      <w:r>
        <w:t xml:space="preserve"> </w:t>
      </w:r>
      <w:r>
        <w:t>زمن</w:t>
      </w:r>
      <w:r>
        <w:t xml:space="preserve"> </w:t>
      </w:r>
      <w:r>
        <w:t>التعافي</w:t>
      </w:r>
      <w:r>
        <w:t xml:space="preserve"> </w:t>
      </w:r>
      <w:r>
        <w:t>والتكلفة</w:t>
      </w:r>
      <w:r>
        <w:t xml:space="preserve">. </w:t>
      </w:r>
      <w:r>
        <w:t>وتقدم</w:t>
      </w:r>
      <w:r>
        <w:t xml:space="preserve"> </w:t>
      </w:r>
      <w:r>
        <w:t>أساسًا</w:t>
      </w:r>
      <w:r>
        <w:t xml:space="preserve"> </w:t>
      </w:r>
      <w:r>
        <w:t>مباشرًا</w:t>
      </w:r>
      <w:r>
        <w:t xml:space="preserve"> </w:t>
      </w:r>
      <w:r>
        <w:t>للعلاقة</w:t>
      </w:r>
      <w:r>
        <w:t xml:space="preserve"> </w:t>
      </w:r>
      <w:r>
        <w:t>بين</w:t>
      </w:r>
      <w:r>
        <w:t xml:space="preserve"> </w:t>
      </w:r>
      <w:r>
        <w:t>المتغيرين،</w:t>
      </w:r>
      <w:r>
        <w:t xml:space="preserve"> </w:t>
      </w:r>
      <w:r>
        <w:t>مع</w:t>
      </w:r>
      <w:r>
        <w:t xml:space="preserve"> </w:t>
      </w:r>
      <w:r>
        <w:t>اختلاف</w:t>
      </w:r>
      <w:r>
        <w:t xml:space="preserve"> </w:t>
      </w:r>
      <w:r>
        <w:t>أن</w:t>
      </w:r>
      <w:r>
        <w:t xml:space="preserve"> </w:t>
      </w:r>
      <w:r>
        <w:t>نموذجها</w:t>
      </w:r>
      <w:r>
        <w:t xml:space="preserve"> </w:t>
      </w:r>
      <w:r>
        <w:t>تخطيطي</w:t>
      </w:r>
      <w:r>
        <w:t xml:space="preserve"> </w:t>
      </w:r>
      <w:r>
        <w:t>وتحسيني</w:t>
      </w:r>
      <w:r>
        <w:t xml:space="preserve"> </w:t>
      </w:r>
      <w:r>
        <w:t>ولا</w:t>
      </w:r>
      <w:r>
        <w:t xml:space="preserve"> </w:t>
      </w:r>
      <w:r>
        <w:t>يركز</w:t>
      </w:r>
      <w:r>
        <w:t xml:space="preserve"> </w:t>
      </w:r>
      <w:r>
        <w:t>بصورة</w:t>
      </w:r>
      <w:r>
        <w:t xml:space="preserve"> </w:t>
      </w:r>
      <w:r>
        <w:t>خاصة</w:t>
      </w:r>
      <w:r>
        <w:t xml:space="preserve"> </w:t>
      </w:r>
      <w:r>
        <w:t>على</w:t>
      </w:r>
      <w:r>
        <w:t xml:space="preserve"> </w:t>
      </w:r>
      <w:r>
        <w:t>بساطة</w:t>
      </w:r>
      <w:r>
        <w:t xml:space="preserve"> </w:t>
      </w:r>
      <w:r>
        <w:t>التطبيق</w:t>
      </w:r>
      <w:r>
        <w:t xml:space="preserve"> </w:t>
      </w:r>
      <w:r>
        <w:t>في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السعودية</w:t>
      </w:r>
      <w:r>
        <w:t>.</w:t>
      </w:r>
    </w:p>
    <w:p w14:paraId="62EDEF6D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2-3-6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Herbane (2013): Exploring crisis management in UK small- and medium-sized enterprises</w:t>
      </w:r>
    </w:p>
    <w:p w14:paraId="5D070C7A" w14:textId="77777777" w:rsidR="00660561" w:rsidRDefault="005B109C">
      <w:pPr>
        <w:bidi/>
      </w:pPr>
      <w:r>
        <w:t>درست</w:t>
      </w:r>
      <w:r>
        <w:t xml:space="preserve"> </w:t>
      </w:r>
      <w:r>
        <w:t>ممارسات</w:t>
      </w:r>
      <w:r>
        <w:t xml:space="preserve"> </w:t>
      </w:r>
      <w:r>
        <w:t>إدارة</w:t>
      </w:r>
      <w:r>
        <w:t xml:space="preserve"> </w:t>
      </w:r>
      <w:r>
        <w:t>الأزمات</w:t>
      </w:r>
      <w:r>
        <w:t xml:space="preserve"> </w:t>
      </w:r>
      <w:r>
        <w:t>في</w:t>
      </w:r>
      <w:r>
        <w:t xml:space="preserve"> </w:t>
      </w:r>
      <w:r>
        <w:t>منشآت</w:t>
      </w:r>
      <w:r>
        <w:t xml:space="preserve"> </w:t>
      </w:r>
      <w:r>
        <w:t>بريطانية</w:t>
      </w:r>
      <w:r>
        <w:t xml:space="preserve"> </w:t>
      </w:r>
      <w:r>
        <w:t>صغيرة</w:t>
      </w:r>
      <w:r>
        <w:t xml:space="preserve"> </w:t>
      </w:r>
      <w:r>
        <w:t>ومتوسطة،</w:t>
      </w:r>
      <w:r>
        <w:t xml:space="preserve"> </w:t>
      </w:r>
      <w:r>
        <w:t>وأظهرت</w:t>
      </w:r>
      <w:r>
        <w:t xml:space="preserve"> </w:t>
      </w:r>
      <w:r>
        <w:t>تفاوت</w:t>
      </w:r>
      <w:r>
        <w:t xml:space="preserve"> </w:t>
      </w:r>
      <w:r>
        <w:t>الاستعداد</w:t>
      </w:r>
      <w:r>
        <w:t xml:space="preserve"> </w:t>
      </w:r>
      <w:r>
        <w:t>وارتباطه</w:t>
      </w:r>
      <w:r>
        <w:t xml:space="preserve"> </w:t>
      </w:r>
      <w:r>
        <w:t>بخبرة</w:t>
      </w:r>
      <w:r>
        <w:t xml:space="preserve"> </w:t>
      </w:r>
      <w:r>
        <w:t>الأزمات</w:t>
      </w:r>
      <w:r>
        <w:t xml:space="preserve"> </w:t>
      </w:r>
      <w:r>
        <w:t>والإدراك</w:t>
      </w:r>
      <w:r>
        <w:t xml:space="preserve"> </w:t>
      </w:r>
      <w:r>
        <w:t>الإداري</w:t>
      </w:r>
      <w:r>
        <w:t xml:space="preserve"> </w:t>
      </w:r>
      <w:r>
        <w:t>والتخطيط</w:t>
      </w:r>
      <w:r>
        <w:t xml:space="preserve"> </w:t>
      </w:r>
      <w:r>
        <w:t>والتعلم</w:t>
      </w:r>
      <w:r>
        <w:t xml:space="preserve">. </w:t>
      </w:r>
      <w:r>
        <w:t>وتدعم</w:t>
      </w:r>
      <w:r>
        <w:t xml:space="preserve"> </w:t>
      </w:r>
      <w:r>
        <w:t>أهمية</w:t>
      </w:r>
      <w:r>
        <w:t xml:space="preserve"> </w:t>
      </w:r>
      <w:r>
        <w:t>المراقبة</w:t>
      </w:r>
      <w:r>
        <w:t xml:space="preserve"> </w:t>
      </w:r>
      <w:r>
        <w:t>والمراجعة</w:t>
      </w:r>
      <w:r>
        <w:t xml:space="preserve"> </w:t>
      </w:r>
      <w:r>
        <w:t>والاستفادة</w:t>
      </w:r>
      <w:r>
        <w:t xml:space="preserve"> </w:t>
      </w:r>
      <w:r>
        <w:t>من</w:t>
      </w:r>
      <w:r>
        <w:t xml:space="preserve"> </w:t>
      </w:r>
      <w:r>
        <w:t>الخبرة،</w:t>
      </w:r>
      <w:r>
        <w:t xml:space="preserve"> </w:t>
      </w:r>
      <w:r>
        <w:t>كما</w:t>
      </w:r>
      <w:r>
        <w:t xml:space="preserve"> </w:t>
      </w:r>
      <w:r>
        <w:t>تشير</w:t>
      </w:r>
      <w:r>
        <w:t xml:space="preserve"> </w:t>
      </w:r>
      <w:r>
        <w:t>إلى</w:t>
      </w:r>
      <w:r>
        <w:t xml:space="preserve"> </w:t>
      </w:r>
      <w:r>
        <w:t>أن</w:t>
      </w:r>
      <w:r>
        <w:t xml:space="preserve"> </w:t>
      </w:r>
      <w:r>
        <w:t>اختلاف</w:t>
      </w:r>
      <w:r>
        <w:t xml:space="preserve"> </w:t>
      </w:r>
      <w:r>
        <w:t>البيئة</w:t>
      </w:r>
      <w:r>
        <w:t xml:space="preserve"> </w:t>
      </w:r>
      <w:r>
        <w:t>المؤسسية</w:t>
      </w:r>
      <w:r>
        <w:t xml:space="preserve"> </w:t>
      </w:r>
      <w:r>
        <w:t>يستلزم</w:t>
      </w:r>
      <w:r>
        <w:t xml:space="preserve"> </w:t>
      </w:r>
      <w:r>
        <w:t>دراسة</w:t>
      </w:r>
      <w:r>
        <w:t xml:space="preserve"> </w:t>
      </w:r>
      <w:r>
        <w:t>الموضوع</w:t>
      </w:r>
      <w:r>
        <w:t xml:space="preserve"> </w:t>
      </w:r>
      <w:r>
        <w:t>في</w:t>
      </w:r>
      <w:r>
        <w:t xml:space="preserve"> </w:t>
      </w:r>
      <w:r>
        <w:t>سياقات</w:t>
      </w:r>
      <w:r>
        <w:t xml:space="preserve"> </w:t>
      </w:r>
      <w:r>
        <w:t>أخرى</w:t>
      </w:r>
      <w:r>
        <w:t xml:space="preserve"> </w:t>
      </w:r>
      <w:r>
        <w:t>ومنها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</w:t>
      </w:r>
      <w:r>
        <w:t>.</w:t>
      </w:r>
    </w:p>
    <w:p w14:paraId="72768307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2-3-7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Rehman and Anwar (2019): Mediating role of enterprise risk management practices between business strategy and SME performance</w:t>
      </w:r>
    </w:p>
    <w:p w14:paraId="478D9429" w14:textId="77777777" w:rsidR="00660561" w:rsidRDefault="005B109C">
      <w:pPr>
        <w:bidi/>
      </w:pPr>
      <w:r>
        <w:t>بحثت</w:t>
      </w:r>
      <w:r>
        <w:t xml:space="preserve"> </w:t>
      </w:r>
      <w:r>
        <w:t>الدراسة</w:t>
      </w:r>
      <w:r>
        <w:t xml:space="preserve"> </w:t>
      </w:r>
      <w:r>
        <w:t>دور</w:t>
      </w:r>
      <w:r>
        <w:t xml:space="preserve"> </w:t>
      </w:r>
      <w:r>
        <w:t>ممارسات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في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استراتيجية</w:t>
      </w:r>
      <w:r>
        <w:t xml:space="preserve"> </w:t>
      </w:r>
      <w:r>
        <w:t>الأعمال</w:t>
      </w:r>
      <w:r>
        <w:t xml:space="preserve"> </w:t>
      </w:r>
      <w:r>
        <w:t>وأداء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وأكدت</w:t>
      </w:r>
      <w:r>
        <w:t xml:space="preserve"> </w:t>
      </w:r>
      <w:r>
        <w:t>أن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قدرة</w:t>
      </w:r>
      <w:r>
        <w:t xml:space="preserve"> </w:t>
      </w:r>
      <w:r>
        <w:t>تنظيمية</w:t>
      </w:r>
      <w:r>
        <w:t xml:space="preserve"> </w:t>
      </w:r>
      <w:r>
        <w:t>وليست</w:t>
      </w:r>
      <w:r>
        <w:t xml:space="preserve"> </w:t>
      </w:r>
      <w:r>
        <w:t>وظيفة</w:t>
      </w:r>
      <w:r>
        <w:t xml:space="preserve"> </w:t>
      </w:r>
      <w:r>
        <w:t>امتثال</w:t>
      </w:r>
      <w:r>
        <w:t xml:space="preserve"> </w:t>
      </w:r>
      <w:r>
        <w:t>فقط</w:t>
      </w:r>
      <w:r>
        <w:t xml:space="preserve">. </w:t>
      </w:r>
      <w:r>
        <w:t>وتدعم</w:t>
      </w:r>
      <w:r>
        <w:t xml:space="preserve"> </w:t>
      </w:r>
      <w:r>
        <w:t>مدخل</w:t>
      </w:r>
      <w:r>
        <w:t xml:space="preserve"> </w:t>
      </w:r>
      <w:r>
        <w:t>القدرات</w:t>
      </w:r>
      <w:r>
        <w:t xml:space="preserve"> </w:t>
      </w:r>
      <w:r>
        <w:t>الديناميكية،</w:t>
      </w:r>
      <w:r>
        <w:t xml:space="preserve"> </w:t>
      </w:r>
      <w:r>
        <w:t>بينما</w:t>
      </w:r>
      <w:r>
        <w:t xml:space="preserve"> </w:t>
      </w:r>
      <w:r>
        <w:t>تركز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على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بدل</w:t>
      </w:r>
      <w:r>
        <w:t xml:space="preserve"> </w:t>
      </w:r>
      <w:r>
        <w:t>الأداء</w:t>
      </w:r>
      <w:r>
        <w:t xml:space="preserve"> </w:t>
      </w:r>
      <w:r>
        <w:t>العام</w:t>
      </w:r>
      <w:r>
        <w:t xml:space="preserve"> </w:t>
      </w:r>
      <w:r>
        <w:t>بوصفها</w:t>
      </w:r>
      <w:r>
        <w:t xml:space="preserve"> </w:t>
      </w:r>
      <w:r>
        <w:t>نتيجة</w:t>
      </w:r>
      <w:r>
        <w:t xml:space="preserve"> </w:t>
      </w:r>
      <w:r>
        <w:t>أكثر</w:t>
      </w:r>
      <w:r>
        <w:t xml:space="preserve"> </w:t>
      </w:r>
      <w:r>
        <w:t>اتصالًا</w:t>
      </w:r>
      <w:r>
        <w:t xml:space="preserve"> </w:t>
      </w:r>
      <w:r>
        <w:t>بالاستعداد</w:t>
      </w:r>
      <w:r>
        <w:t xml:space="preserve"> </w:t>
      </w:r>
      <w:r>
        <w:t>للاضطرابات</w:t>
      </w:r>
      <w:r>
        <w:t>.</w:t>
      </w:r>
    </w:p>
    <w:p w14:paraId="1D79C309" w14:textId="77777777" w:rsidR="00660561" w:rsidRDefault="005B109C">
      <w:pPr>
        <w:pStyle w:val="31"/>
        <w:bidi/>
      </w:pPr>
      <w:r>
        <w:rPr>
          <w:rFonts w:ascii="Arial" w:hAnsi="Arial" w:cs="Arial"/>
        </w:rPr>
        <w:t xml:space="preserve">2-3-8 </w:t>
      </w:r>
      <w:r>
        <w:rPr>
          <w:rFonts w:ascii="Arial" w:hAnsi="Arial" w:cs="Arial"/>
        </w:rPr>
        <w:t>دراسة</w:t>
      </w:r>
      <w:r>
        <w:rPr>
          <w:rFonts w:ascii="Arial" w:hAnsi="Arial" w:cs="Arial"/>
        </w:rPr>
        <w:t xml:space="preserve"> Fitriasari (2020): How do small and medium enterprises survive the COVID-19 outbreak?</w:t>
      </w:r>
    </w:p>
    <w:p w14:paraId="633BF773" w14:textId="77777777" w:rsidR="00660561" w:rsidRDefault="005B109C">
      <w:pPr>
        <w:bidi/>
      </w:pPr>
      <w:r>
        <w:t>ناقشت</w:t>
      </w:r>
      <w:r>
        <w:t xml:space="preserve"> </w:t>
      </w:r>
      <w:r>
        <w:t>الدراسة</w:t>
      </w:r>
      <w:r>
        <w:t xml:space="preserve"> </w:t>
      </w:r>
      <w:r>
        <w:t>استجابات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خلال</w:t>
      </w:r>
      <w:r>
        <w:t xml:space="preserve"> </w:t>
      </w:r>
      <w:r>
        <w:t>جائحة</w:t>
      </w:r>
      <w:r>
        <w:t xml:space="preserve"> </w:t>
      </w:r>
      <w:r>
        <w:t>كوفيد</w:t>
      </w:r>
      <w:r>
        <w:t>-19</w:t>
      </w:r>
      <w:r>
        <w:t>،</w:t>
      </w:r>
      <w:r>
        <w:t xml:space="preserve"> </w:t>
      </w:r>
      <w:r>
        <w:t>وأبرزت</w:t>
      </w:r>
      <w:r>
        <w:t xml:space="preserve"> </w:t>
      </w:r>
      <w:r>
        <w:t>أهمية</w:t>
      </w:r>
      <w:r>
        <w:t xml:space="preserve"> </w:t>
      </w:r>
      <w:r>
        <w:t>التحول</w:t>
      </w:r>
      <w:r>
        <w:t xml:space="preserve"> </w:t>
      </w:r>
      <w:r>
        <w:t>الرقمي</w:t>
      </w:r>
      <w:r>
        <w:t xml:space="preserve"> </w:t>
      </w:r>
      <w:r>
        <w:t>والمرونة</w:t>
      </w:r>
      <w:r>
        <w:t xml:space="preserve"> </w:t>
      </w:r>
      <w:r>
        <w:t>في</w:t>
      </w:r>
      <w:r>
        <w:t xml:space="preserve"> </w:t>
      </w:r>
      <w:r>
        <w:t>نموذج</w:t>
      </w:r>
      <w:r>
        <w:t xml:space="preserve"> </w:t>
      </w:r>
      <w:r>
        <w:t>الأعمال</w:t>
      </w:r>
      <w:r>
        <w:t xml:space="preserve"> </w:t>
      </w:r>
      <w:r>
        <w:t>وإدارة</w:t>
      </w:r>
      <w:r>
        <w:t xml:space="preserve"> </w:t>
      </w:r>
      <w:r>
        <w:t>التدفقات</w:t>
      </w:r>
      <w:r>
        <w:t xml:space="preserve"> </w:t>
      </w:r>
      <w:r>
        <w:t>النقدية</w:t>
      </w:r>
      <w:r>
        <w:t xml:space="preserve"> </w:t>
      </w:r>
      <w:r>
        <w:t>والتكيف</w:t>
      </w:r>
      <w:r>
        <w:t xml:space="preserve"> </w:t>
      </w:r>
      <w:r>
        <w:t>السريع</w:t>
      </w:r>
      <w:r>
        <w:t xml:space="preserve"> </w:t>
      </w:r>
      <w:r>
        <w:t>لاستمرار</w:t>
      </w:r>
      <w:r>
        <w:t xml:space="preserve"> </w:t>
      </w:r>
      <w:r>
        <w:t>النشاط</w:t>
      </w:r>
      <w:r>
        <w:t xml:space="preserve">. </w:t>
      </w:r>
      <w:r>
        <w:t>وتقدم</w:t>
      </w:r>
      <w:r>
        <w:t xml:space="preserve"> </w:t>
      </w:r>
      <w:r>
        <w:t>دليلًا</w:t>
      </w:r>
      <w:r>
        <w:t xml:space="preserve"> </w:t>
      </w:r>
      <w:r>
        <w:t>على</w:t>
      </w:r>
      <w:r>
        <w:t xml:space="preserve"> </w:t>
      </w:r>
      <w:r>
        <w:t>أهمية</w:t>
      </w:r>
      <w:r>
        <w:t xml:space="preserve"> </w:t>
      </w:r>
      <w:r>
        <w:t>الاستجابة</w:t>
      </w:r>
      <w:r>
        <w:t xml:space="preserve"> </w:t>
      </w:r>
      <w:r>
        <w:t>والتكيف،</w:t>
      </w:r>
      <w:r>
        <w:t xml:space="preserve"> </w:t>
      </w:r>
      <w:r>
        <w:t>لكنها</w:t>
      </w:r>
      <w:r>
        <w:t xml:space="preserve"> </w:t>
      </w:r>
      <w:r>
        <w:t>ترتبط</w:t>
      </w:r>
      <w:r>
        <w:t xml:space="preserve"> </w:t>
      </w:r>
      <w:r>
        <w:t>بصدمة</w:t>
      </w:r>
      <w:r>
        <w:t xml:space="preserve"> </w:t>
      </w:r>
      <w:r>
        <w:t>واحدة،</w:t>
      </w:r>
      <w:r>
        <w:t xml:space="preserve"> </w:t>
      </w:r>
      <w:r>
        <w:t>في</w:t>
      </w:r>
      <w:r>
        <w:t xml:space="preserve"> </w:t>
      </w:r>
      <w:r>
        <w:t>حين</w:t>
      </w:r>
      <w:r>
        <w:t xml:space="preserve"> </w:t>
      </w:r>
      <w:r>
        <w:t>تتناول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إطارًا</w:t>
      </w:r>
      <w:r>
        <w:t xml:space="preserve"> </w:t>
      </w:r>
      <w:r>
        <w:t>أشمل</w:t>
      </w:r>
      <w:r>
        <w:t xml:space="preserve"> </w:t>
      </w:r>
      <w:r>
        <w:t>للمخاطر</w:t>
      </w:r>
      <w:r>
        <w:t xml:space="preserve"> </w:t>
      </w:r>
      <w:r>
        <w:t>ومراحل</w:t>
      </w:r>
      <w:r>
        <w:t xml:space="preserve"> </w:t>
      </w:r>
      <w:r>
        <w:t>إدارتها</w:t>
      </w:r>
      <w:r>
        <w:t>.</w:t>
      </w:r>
    </w:p>
    <w:p w14:paraId="0E90E60D" w14:textId="77777777" w:rsidR="00660561" w:rsidRDefault="005B109C">
      <w:pPr>
        <w:pStyle w:val="21"/>
        <w:bidi/>
      </w:pPr>
      <w:r>
        <w:rPr>
          <w:rFonts w:ascii="Arial" w:hAnsi="Arial" w:cs="Arial"/>
        </w:rPr>
        <w:lastRenderedPageBreak/>
        <w:t xml:space="preserve">2-4 </w:t>
      </w:r>
      <w:r>
        <w:rPr>
          <w:rFonts w:ascii="Arial" w:hAnsi="Arial" w:cs="Arial"/>
        </w:rPr>
        <w:t>التعقيب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العام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على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الدراسات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السابقة</w:t>
      </w:r>
    </w:p>
    <w:p w14:paraId="67D62A15" w14:textId="77777777" w:rsidR="00660561" w:rsidRDefault="005B109C">
      <w:pPr>
        <w:bidi/>
      </w:pPr>
      <w:r>
        <w:t>تكشف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 xml:space="preserve"> </w:t>
      </w:r>
      <w:r>
        <w:t>عن</w:t>
      </w:r>
      <w:r>
        <w:t xml:space="preserve"> </w:t>
      </w:r>
      <w:r>
        <w:t>اتفاق</w:t>
      </w:r>
      <w:r>
        <w:t xml:space="preserve"> </w:t>
      </w:r>
      <w:r>
        <w:t>واضح</w:t>
      </w:r>
      <w:r>
        <w:t xml:space="preserve"> </w:t>
      </w:r>
      <w:r>
        <w:t>على</w:t>
      </w:r>
      <w:r>
        <w:t xml:space="preserve"> </w:t>
      </w:r>
      <w:r>
        <w:t>أن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أكثر</w:t>
      </w:r>
      <w:r>
        <w:t xml:space="preserve"> </w:t>
      </w:r>
      <w:r>
        <w:t>حساسية</w:t>
      </w:r>
      <w:r>
        <w:t xml:space="preserve"> </w:t>
      </w:r>
      <w:r>
        <w:t>للاضطرابات</w:t>
      </w:r>
      <w:r>
        <w:t xml:space="preserve"> </w:t>
      </w:r>
      <w:r>
        <w:t>بسبب</w:t>
      </w:r>
      <w:r>
        <w:t xml:space="preserve"> </w:t>
      </w:r>
      <w:r>
        <w:t>محدودية</w:t>
      </w:r>
      <w:r>
        <w:t xml:space="preserve"> </w:t>
      </w:r>
      <w:r>
        <w:t>الاحتياطيات</w:t>
      </w:r>
      <w:r>
        <w:t xml:space="preserve"> </w:t>
      </w:r>
      <w:r>
        <w:t>والبدائل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أفراد</w:t>
      </w:r>
      <w:r>
        <w:t xml:space="preserve"> </w:t>
      </w:r>
      <w:r>
        <w:t>أو</w:t>
      </w:r>
      <w:r>
        <w:t xml:space="preserve"> </w:t>
      </w:r>
      <w:r>
        <w:t>عملاء</w:t>
      </w:r>
      <w:r>
        <w:t xml:space="preserve"> </w:t>
      </w:r>
      <w:r>
        <w:t>أو</w:t>
      </w:r>
      <w:r>
        <w:t xml:space="preserve"> </w:t>
      </w:r>
      <w:r>
        <w:t>موردين</w:t>
      </w:r>
      <w:r>
        <w:t xml:space="preserve"> </w:t>
      </w:r>
      <w:r>
        <w:t>رئيسيين</w:t>
      </w:r>
      <w:r>
        <w:t xml:space="preserve">. </w:t>
      </w:r>
      <w:r>
        <w:t>كما</w:t>
      </w:r>
      <w:r>
        <w:t xml:space="preserve"> </w:t>
      </w:r>
      <w:r>
        <w:t>تتفق</w:t>
      </w:r>
      <w:r>
        <w:t xml:space="preserve"> </w:t>
      </w:r>
      <w:r>
        <w:t>على</w:t>
      </w:r>
      <w:r>
        <w:t xml:space="preserve"> </w:t>
      </w:r>
      <w:r>
        <w:t>أن</w:t>
      </w:r>
      <w:r>
        <w:t xml:space="preserve"> </w:t>
      </w:r>
      <w:r>
        <w:t>الوعي</w:t>
      </w:r>
      <w:r>
        <w:t xml:space="preserve"> </w:t>
      </w:r>
      <w:r>
        <w:t>بالمخاطر</w:t>
      </w:r>
      <w:r>
        <w:t xml:space="preserve"> </w:t>
      </w:r>
      <w:r>
        <w:t>لا</w:t>
      </w:r>
      <w:r>
        <w:t xml:space="preserve"> </w:t>
      </w:r>
      <w:r>
        <w:t>يكفي</w:t>
      </w:r>
      <w:r>
        <w:t xml:space="preserve"> </w:t>
      </w:r>
      <w:r>
        <w:t>وحده،</w:t>
      </w:r>
      <w:r>
        <w:t xml:space="preserve"> </w:t>
      </w:r>
      <w:r>
        <w:t>وأن</w:t>
      </w:r>
      <w:r>
        <w:t xml:space="preserve"> </w:t>
      </w:r>
      <w:r>
        <w:t>الاستعداد</w:t>
      </w:r>
      <w:r>
        <w:t xml:space="preserve"> </w:t>
      </w:r>
      <w:r>
        <w:t>يحتاج</w:t>
      </w:r>
      <w:r>
        <w:t xml:space="preserve"> </w:t>
      </w:r>
      <w:r>
        <w:t>إلى</w:t>
      </w:r>
      <w:r>
        <w:t xml:space="preserve"> </w:t>
      </w:r>
      <w:r>
        <w:t>تحديد</w:t>
      </w:r>
      <w:r>
        <w:t xml:space="preserve"> </w:t>
      </w:r>
      <w:r>
        <w:t>منظم</w:t>
      </w:r>
      <w:r>
        <w:t xml:space="preserve"> </w:t>
      </w:r>
      <w:r>
        <w:t>للمخاطر</w:t>
      </w:r>
      <w:r>
        <w:t xml:space="preserve"> </w:t>
      </w:r>
      <w:r>
        <w:t>وتحليلها</w:t>
      </w:r>
      <w:r>
        <w:t xml:space="preserve"> </w:t>
      </w:r>
      <w:r>
        <w:t>وترتيبها</w:t>
      </w:r>
      <w:r>
        <w:t xml:space="preserve"> </w:t>
      </w:r>
      <w:r>
        <w:t>ووضع</w:t>
      </w:r>
      <w:r>
        <w:t xml:space="preserve"> </w:t>
      </w:r>
      <w:r>
        <w:t>استجابات</w:t>
      </w:r>
      <w:r>
        <w:t xml:space="preserve"> </w:t>
      </w:r>
      <w:r>
        <w:t>ومتابعتها،</w:t>
      </w:r>
      <w:r>
        <w:t xml:space="preserve"> </w:t>
      </w:r>
      <w:r>
        <w:t>وربط</w:t>
      </w:r>
      <w:r>
        <w:t xml:space="preserve"> </w:t>
      </w:r>
      <w:r>
        <w:t>ذلك</w:t>
      </w:r>
      <w:r>
        <w:t xml:space="preserve"> </w:t>
      </w:r>
      <w:r>
        <w:t>بالقيادة</w:t>
      </w:r>
      <w:r>
        <w:t xml:space="preserve"> </w:t>
      </w:r>
      <w:r>
        <w:t>والتعلم</w:t>
      </w:r>
      <w:r>
        <w:t xml:space="preserve"> </w:t>
      </w:r>
      <w:r>
        <w:t>والمرونة</w:t>
      </w:r>
      <w:r>
        <w:t xml:space="preserve"> </w:t>
      </w:r>
      <w:r>
        <w:t>التشغيلية</w:t>
      </w:r>
      <w:r>
        <w:t>.</w:t>
      </w:r>
    </w:p>
    <w:p w14:paraId="1E194BA9" w14:textId="77777777" w:rsidR="00660561" w:rsidRDefault="005B109C">
      <w:pPr>
        <w:bidi/>
      </w:pPr>
      <w:r>
        <w:t>وتظهر</w:t>
      </w:r>
      <w:r>
        <w:t xml:space="preserve"> </w:t>
      </w:r>
      <w:r>
        <w:t>الدراسات</w:t>
      </w:r>
      <w:r>
        <w:t xml:space="preserve"> </w:t>
      </w:r>
      <w:r>
        <w:t>الأجنبية</w:t>
      </w:r>
      <w:r>
        <w:t xml:space="preserve"> </w:t>
      </w:r>
      <w:r>
        <w:t>اهتمامًا</w:t>
      </w:r>
      <w:r>
        <w:t xml:space="preserve"> </w:t>
      </w:r>
      <w:r>
        <w:t>أكبر</w:t>
      </w:r>
      <w:r>
        <w:t xml:space="preserve"> </w:t>
      </w:r>
      <w:r>
        <w:t>بإدارة</w:t>
      </w:r>
      <w:r>
        <w:t xml:space="preserve"> </w:t>
      </w:r>
      <w:r>
        <w:t>المخاطر</w:t>
      </w:r>
      <w:r>
        <w:t xml:space="preserve"> </w:t>
      </w:r>
      <w:r>
        <w:t>المؤسسية</w:t>
      </w:r>
      <w:r>
        <w:t xml:space="preserve"> </w:t>
      </w:r>
      <w:r>
        <w:t>والمرونة</w:t>
      </w:r>
      <w:r>
        <w:t xml:space="preserve"> </w:t>
      </w:r>
      <w:r>
        <w:t>وإدارة</w:t>
      </w:r>
      <w:r>
        <w:t xml:space="preserve"> </w:t>
      </w:r>
      <w:r>
        <w:t>الأزمات</w:t>
      </w:r>
      <w:r>
        <w:t xml:space="preserve"> </w:t>
      </w:r>
      <w:r>
        <w:t>والتكامل</w:t>
      </w:r>
      <w:r>
        <w:t xml:space="preserve"> </w:t>
      </w:r>
      <w:r>
        <w:t>بين</w:t>
      </w:r>
      <w:r>
        <w:t xml:space="preserve"> </w:t>
      </w:r>
      <w:r>
        <w:t>الاستمرارية</w:t>
      </w:r>
      <w:r>
        <w:t xml:space="preserve"> </w:t>
      </w:r>
      <w:r>
        <w:t>والتعافي،</w:t>
      </w:r>
      <w:r>
        <w:t xml:space="preserve"> </w:t>
      </w:r>
      <w:r>
        <w:t>بينما</w:t>
      </w:r>
      <w:r>
        <w:t xml:space="preserve"> </w:t>
      </w:r>
      <w:r>
        <w:t>ركز</w:t>
      </w:r>
      <w:r>
        <w:t xml:space="preserve"> </w:t>
      </w:r>
      <w:r>
        <w:t>جانب</w:t>
      </w:r>
      <w:r>
        <w:t xml:space="preserve"> </w:t>
      </w:r>
      <w:r>
        <w:t>من</w:t>
      </w:r>
      <w:r>
        <w:t xml:space="preserve"> </w:t>
      </w:r>
      <w:r>
        <w:t>الدراسات</w:t>
      </w:r>
      <w:r>
        <w:t xml:space="preserve"> </w:t>
      </w:r>
      <w:r>
        <w:t>العربية</w:t>
      </w:r>
      <w:r>
        <w:t xml:space="preserve"> </w:t>
      </w:r>
      <w:r>
        <w:t>على</w:t>
      </w:r>
      <w:r>
        <w:t xml:space="preserve"> </w:t>
      </w:r>
      <w:r>
        <w:t>المخاطر</w:t>
      </w:r>
      <w:r>
        <w:t xml:space="preserve"> </w:t>
      </w:r>
      <w:r>
        <w:t>المالية</w:t>
      </w:r>
      <w:r>
        <w:t xml:space="preserve"> </w:t>
      </w:r>
      <w:r>
        <w:t>والائتمانية</w:t>
      </w:r>
      <w:r>
        <w:t xml:space="preserve"> </w:t>
      </w:r>
      <w:r>
        <w:t>أو</w:t>
      </w:r>
      <w:r>
        <w:t xml:space="preserve"> </w:t>
      </w:r>
      <w:r>
        <w:t>العرض</w:t>
      </w:r>
      <w:r>
        <w:t xml:space="preserve"> </w:t>
      </w:r>
      <w:r>
        <w:t>المفاهيمي</w:t>
      </w:r>
      <w:r>
        <w:t xml:space="preserve"> </w:t>
      </w:r>
      <w:r>
        <w:t>لأساليب</w:t>
      </w:r>
      <w:r>
        <w:t xml:space="preserve"> </w:t>
      </w:r>
      <w:r>
        <w:t>المعالجة</w:t>
      </w:r>
      <w:r>
        <w:t xml:space="preserve">. </w:t>
      </w:r>
      <w:r>
        <w:t>كما</w:t>
      </w:r>
      <w:r>
        <w:t xml:space="preserve"> </w:t>
      </w:r>
      <w:r>
        <w:t>اختلفت</w:t>
      </w:r>
      <w:r>
        <w:t xml:space="preserve"> </w:t>
      </w:r>
      <w:r>
        <w:t>الدراسات</w:t>
      </w:r>
      <w:r>
        <w:t xml:space="preserve"> </w:t>
      </w:r>
      <w:r>
        <w:t>في</w:t>
      </w:r>
      <w:r>
        <w:t xml:space="preserve"> </w:t>
      </w:r>
      <w:r>
        <w:t>النتائج</w:t>
      </w:r>
      <w:r>
        <w:t xml:space="preserve"> </w:t>
      </w:r>
      <w:r>
        <w:t>التي</w:t>
      </w:r>
      <w:r>
        <w:t xml:space="preserve"> </w:t>
      </w:r>
      <w:r>
        <w:t>اهتمت</w:t>
      </w:r>
      <w:r>
        <w:t xml:space="preserve"> </w:t>
      </w:r>
      <w:r>
        <w:t>بها؛</w:t>
      </w:r>
      <w:r>
        <w:t xml:space="preserve"> </w:t>
      </w:r>
      <w:r>
        <w:t>فبعضها</w:t>
      </w:r>
      <w:r>
        <w:t xml:space="preserve"> </w:t>
      </w:r>
      <w:r>
        <w:t>تناول</w:t>
      </w:r>
      <w:r>
        <w:t xml:space="preserve"> </w:t>
      </w:r>
      <w:r>
        <w:t>الأداء</w:t>
      </w:r>
      <w:r>
        <w:t xml:space="preserve"> </w:t>
      </w:r>
      <w:r>
        <w:t>أو</w:t>
      </w:r>
      <w:r>
        <w:t xml:space="preserve"> </w:t>
      </w:r>
      <w:r>
        <w:t>النجاح،</w:t>
      </w:r>
      <w:r>
        <w:t xml:space="preserve"> </w:t>
      </w:r>
      <w:r>
        <w:t>وبعضها</w:t>
      </w:r>
      <w:r>
        <w:t xml:space="preserve"> </w:t>
      </w:r>
      <w:r>
        <w:t>تناول</w:t>
      </w:r>
      <w:r>
        <w:t xml:space="preserve"> </w:t>
      </w:r>
      <w:r>
        <w:t>إدارة</w:t>
      </w:r>
      <w:r>
        <w:t xml:space="preserve"> </w:t>
      </w:r>
      <w:r>
        <w:t>الأزمات</w:t>
      </w:r>
      <w:r>
        <w:t xml:space="preserve"> </w:t>
      </w:r>
      <w:r>
        <w:t>أو</w:t>
      </w:r>
      <w:r>
        <w:t xml:space="preserve"> </w:t>
      </w:r>
      <w:r>
        <w:t>المرونة،</w:t>
      </w:r>
      <w:r>
        <w:t xml:space="preserve"> </w:t>
      </w:r>
      <w:r>
        <w:t>وقليل</w:t>
      </w:r>
      <w:r>
        <w:t xml:space="preserve"> </w:t>
      </w:r>
      <w:r>
        <w:t>منها</w:t>
      </w:r>
      <w:r>
        <w:t xml:space="preserve"> </w:t>
      </w:r>
      <w:r>
        <w:t>ربط</w:t>
      </w:r>
      <w:r>
        <w:t xml:space="preserve"> </w:t>
      </w:r>
      <w:r>
        <w:t>مراحل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باستمرارية</w:t>
      </w:r>
      <w:r>
        <w:t xml:space="preserve"> </w:t>
      </w:r>
      <w:r>
        <w:t>الأعمال</w:t>
      </w:r>
      <w:r>
        <w:t xml:space="preserve"> </w:t>
      </w:r>
      <w:r>
        <w:t>بصورة</w:t>
      </w:r>
      <w:r>
        <w:t xml:space="preserve"> </w:t>
      </w:r>
      <w:r>
        <w:t>متكاملة</w:t>
      </w:r>
      <w:r>
        <w:t>.</w:t>
      </w:r>
    </w:p>
    <w:p w14:paraId="4B7858AD" w14:textId="77777777" w:rsidR="00660561" w:rsidRDefault="005B109C">
      <w:pPr>
        <w:bidi/>
      </w:pPr>
      <w:r>
        <w:t>وتختلف</w:t>
      </w:r>
      <w:r>
        <w:t xml:space="preserve"> </w:t>
      </w:r>
      <w:r>
        <w:t>البيئات</w:t>
      </w:r>
      <w:r>
        <w:t xml:space="preserve"> </w:t>
      </w:r>
      <w:r>
        <w:t>والقطاعات</w:t>
      </w:r>
      <w:r>
        <w:t xml:space="preserve"> </w:t>
      </w:r>
      <w:r>
        <w:t>التي</w:t>
      </w:r>
      <w:r>
        <w:t xml:space="preserve"> </w:t>
      </w:r>
      <w:r>
        <w:t>أجريت</w:t>
      </w:r>
      <w:r>
        <w:t xml:space="preserve"> </w:t>
      </w:r>
      <w:r>
        <w:t>فيها</w:t>
      </w:r>
      <w:r>
        <w:t xml:space="preserve"> </w:t>
      </w:r>
      <w:r>
        <w:t>الدراسات؛</w:t>
      </w:r>
      <w:r>
        <w:t xml:space="preserve"> </w:t>
      </w:r>
      <w:r>
        <w:t>إذ</w:t>
      </w:r>
      <w:r>
        <w:t xml:space="preserve"> </w:t>
      </w:r>
      <w:r>
        <w:t>تناول</w:t>
      </w:r>
      <w:r>
        <w:t xml:space="preserve"> </w:t>
      </w:r>
      <w:r>
        <w:t>عدد</w:t>
      </w:r>
      <w:r>
        <w:t xml:space="preserve"> </w:t>
      </w:r>
      <w:r>
        <w:t>منها</w:t>
      </w:r>
      <w:r>
        <w:t xml:space="preserve"> </w:t>
      </w:r>
      <w:r>
        <w:t>المصارف</w:t>
      </w:r>
      <w:r>
        <w:t xml:space="preserve"> </w:t>
      </w:r>
      <w:r>
        <w:t>أو</w:t>
      </w:r>
      <w:r>
        <w:t xml:space="preserve"> </w:t>
      </w:r>
      <w:r>
        <w:t>التأمين</w:t>
      </w:r>
      <w:r>
        <w:t xml:space="preserve"> </w:t>
      </w:r>
      <w:r>
        <w:t>أو</w:t>
      </w:r>
      <w:r>
        <w:t xml:space="preserve"> </w:t>
      </w:r>
      <w:r>
        <w:t>منشآت</w:t>
      </w:r>
      <w:r>
        <w:t xml:space="preserve"> </w:t>
      </w:r>
      <w:r>
        <w:t>في</w:t>
      </w:r>
      <w:r>
        <w:t xml:space="preserve"> </w:t>
      </w:r>
      <w:r>
        <w:t>دول</w:t>
      </w:r>
      <w:r>
        <w:t xml:space="preserve"> </w:t>
      </w:r>
      <w:r>
        <w:t>أوروبية</w:t>
      </w:r>
      <w:r>
        <w:t xml:space="preserve"> </w:t>
      </w:r>
      <w:r>
        <w:t>وآسيوية،</w:t>
      </w:r>
      <w:r>
        <w:t xml:space="preserve"> </w:t>
      </w:r>
      <w:r>
        <w:t>وهو</w:t>
      </w:r>
      <w:r>
        <w:t xml:space="preserve"> </w:t>
      </w:r>
      <w:r>
        <w:t>ما</w:t>
      </w:r>
      <w:r>
        <w:t xml:space="preserve"> </w:t>
      </w:r>
      <w:r>
        <w:t>يحد</w:t>
      </w:r>
      <w:r>
        <w:t xml:space="preserve"> </w:t>
      </w:r>
      <w:r>
        <w:t>من</w:t>
      </w:r>
      <w:r>
        <w:t xml:space="preserve"> </w:t>
      </w:r>
      <w:r>
        <w:t>النقل</w:t>
      </w:r>
      <w:r>
        <w:t xml:space="preserve"> </w:t>
      </w:r>
      <w:r>
        <w:t>المباشر</w:t>
      </w:r>
      <w:r>
        <w:t xml:space="preserve"> </w:t>
      </w:r>
      <w:r>
        <w:t>للنتائج</w:t>
      </w:r>
      <w:r>
        <w:t xml:space="preserve"> </w:t>
      </w:r>
      <w:r>
        <w:t>إلى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في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</w:t>
      </w:r>
      <w:r>
        <w:t xml:space="preserve">. </w:t>
      </w:r>
      <w:r>
        <w:t>كذلك</w:t>
      </w:r>
      <w:r>
        <w:t xml:space="preserve"> </w:t>
      </w:r>
      <w:r>
        <w:t>تفاوتت</w:t>
      </w:r>
      <w:r>
        <w:t xml:space="preserve"> </w:t>
      </w:r>
      <w:r>
        <w:t>المناهج</w:t>
      </w:r>
      <w:r>
        <w:t xml:space="preserve"> </w:t>
      </w:r>
      <w:r>
        <w:t>بين</w:t>
      </w:r>
      <w:r>
        <w:t xml:space="preserve"> </w:t>
      </w:r>
      <w:r>
        <w:t>المراجعات</w:t>
      </w:r>
      <w:r>
        <w:t xml:space="preserve"> </w:t>
      </w:r>
      <w:r>
        <w:t>النظرية</w:t>
      </w:r>
      <w:r>
        <w:t xml:space="preserve"> </w:t>
      </w:r>
      <w:r>
        <w:t>والدراسات</w:t>
      </w:r>
      <w:r>
        <w:t xml:space="preserve"> </w:t>
      </w:r>
      <w:r>
        <w:t>النوعية</w:t>
      </w:r>
      <w:r>
        <w:t xml:space="preserve"> </w:t>
      </w:r>
      <w:r>
        <w:t>والنماذج</w:t>
      </w:r>
      <w:r>
        <w:t xml:space="preserve"> </w:t>
      </w:r>
      <w:r>
        <w:t>الكمية</w:t>
      </w:r>
      <w:r>
        <w:t xml:space="preserve"> </w:t>
      </w:r>
      <w:r>
        <w:t>والأطر</w:t>
      </w:r>
      <w:r>
        <w:t xml:space="preserve"> </w:t>
      </w:r>
      <w:r>
        <w:t>التخطيطية،</w:t>
      </w:r>
      <w:r>
        <w:t xml:space="preserve"> </w:t>
      </w:r>
      <w:r>
        <w:t>الأمر</w:t>
      </w:r>
      <w:r>
        <w:t xml:space="preserve"> </w:t>
      </w:r>
      <w:r>
        <w:t>الذي</w:t>
      </w:r>
      <w:r>
        <w:t xml:space="preserve"> </w:t>
      </w:r>
      <w:r>
        <w:t>يوفر</w:t>
      </w:r>
      <w:r>
        <w:t xml:space="preserve"> </w:t>
      </w:r>
      <w:r>
        <w:t>أساسًا</w:t>
      </w:r>
      <w:r>
        <w:t xml:space="preserve"> </w:t>
      </w:r>
      <w:r>
        <w:t>متنوعًا</w:t>
      </w:r>
      <w:r>
        <w:t xml:space="preserve"> </w:t>
      </w:r>
      <w:r>
        <w:t>لبناء</w:t>
      </w:r>
      <w:r>
        <w:t xml:space="preserve"> </w:t>
      </w:r>
      <w:r>
        <w:t>فهم</w:t>
      </w:r>
      <w:r>
        <w:t xml:space="preserve"> </w:t>
      </w:r>
      <w:r>
        <w:t>متكامل</w:t>
      </w:r>
      <w:r>
        <w:t xml:space="preserve"> </w:t>
      </w:r>
      <w:r>
        <w:t>للموضوع</w:t>
      </w:r>
      <w:r>
        <w:t>.</w:t>
      </w:r>
    </w:p>
    <w:p w14:paraId="62EECD39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2-5 </w:t>
      </w:r>
      <w:r>
        <w:rPr>
          <w:rFonts w:ascii="Arial" w:hAnsi="Arial" w:cs="Arial"/>
        </w:rPr>
        <w:t>أوجه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الاستفادة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من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الدراسات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السابقة</w:t>
      </w:r>
    </w:p>
    <w:p w14:paraId="7E43DE84" w14:textId="77777777" w:rsidR="00660561" w:rsidRDefault="005B109C">
      <w:pPr>
        <w:bidi/>
      </w:pPr>
      <w:r>
        <w:t>استفادت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من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 xml:space="preserve"> </w:t>
      </w:r>
      <w:r>
        <w:t>في</w:t>
      </w:r>
      <w:r>
        <w:t xml:space="preserve"> </w:t>
      </w:r>
      <w:r>
        <w:t>تحديد</w:t>
      </w:r>
      <w:r>
        <w:t xml:space="preserve"> </w:t>
      </w:r>
      <w:r>
        <w:t>المفاهيم</w:t>
      </w:r>
      <w:r>
        <w:t xml:space="preserve"> </w:t>
      </w:r>
      <w:r>
        <w:t>الأساسية</w:t>
      </w:r>
      <w:r>
        <w:t xml:space="preserve"> </w:t>
      </w:r>
      <w:r>
        <w:t>لإدارة</w:t>
      </w:r>
      <w:r>
        <w:t xml:space="preserve"> </w:t>
      </w:r>
      <w:r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الأعمال،</w:t>
      </w:r>
      <w:r>
        <w:t xml:space="preserve"> </w:t>
      </w:r>
      <w:r>
        <w:t>وفهم</w:t>
      </w:r>
      <w:r>
        <w:t xml:space="preserve"> </w:t>
      </w:r>
      <w:r>
        <w:t>خصوصية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ومحدودية</w:t>
      </w:r>
      <w:r>
        <w:t xml:space="preserve"> </w:t>
      </w:r>
      <w:r>
        <w:t>مواردها،</w:t>
      </w:r>
      <w:r>
        <w:t xml:space="preserve"> </w:t>
      </w:r>
      <w:r>
        <w:t>وتصنيف</w:t>
      </w:r>
      <w:r>
        <w:t xml:space="preserve"> </w:t>
      </w:r>
      <w:r>
        <w:t>المخاطر</w:t>
      </w:r>
      <w:r>
        <w:t xml:space="preserve"> </w:t>
      </w:r>
      <w:r>
        <w:t>المالية</w:t>
      </w:r>
      <w:r>
        <w:t xml:space="preserve"> </w:t>
      </w:r>
      <w:r>
        <w:t>والتشغيلية</w:t>
      </w:r>
      <w:r>
        <w:t xml:space="preserve"> </w:t>
      </w:r>
      <w:r>
        <w:t>والاستراتيجية</w:t>
      </w:r>
      <w:r>
        <w:t xml:space="preserve"> </w:t>
      </w:r>
      <w:r>
        <w:t>والتقنية</w:t>
      </w:r>
      <w:r>
        <w:t xml:space="preserve"> </w:t>
      </w:r>
      <w:r>
        <w:t>ومخاطر</w:t>
      </w:r>
      <w:r>
        <w:t xml:space="preserve"> </w:t>
      </w:r>
      <w:r>
        <w:t>سلسلة</w:t>
      </w:r>
      <w:r>
        <w:t xml:space="preserve"> </w:t>
      </w:r>
      <w:r>
        <w:t>الإمداد</w:t>
      </w:r>
      <w:r>
        <w:t xml:space="preserve">. </w:t>
      </w:r>
      <w:r>
        <w:t>كما</w:t>
      </w:r>
      <w:r>
        <w:t xml:space="preserve"> </w:t>
      </w:r>
      <w:r>
        <w:t>ساعدت</w:t>
      </w:r>
      <w:r>
        <w:t xml:space="preserve"> </w:t>
      </w:r>
      <w:r>
        <w:t>في</w:t>
      </w:r>
      <w:r>
        <w:t xml:space="preserve"> </w:t>
      </w:r>
      <w:r>
        <w:t>توضيح</w:t>
      </w:r>
      <w:r>
        <w:t xml:space="preserve"> </w:t>
      </w:r>
      <w:r>
        <w:t>مراحل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المتمثلة</w:t>
      </w:r>
      <w:r>
        <w:t xml:space="preserve"> </w:t>
      </w:r>
      <w:r>
        <w:t>في</w:t>
      </w:r>
      <w:r>
        <w:t xml:space="preserve"> </w:t>
      </w:r>
      <w:r>
        <w:t>التحديد</w:t>
      </w:r>
      <w:r>
        <w:t xml:space="preserve"> </w:t>
      </w:r>
      <w:r>
        <w:t>والتحليل</w:t>
      </w:r>
      <w:r>
        <w:t xml:space="preserve"> </w:t>
      </w:r>
      <w:r>
        <w:t>والتقييم</w:t>
      </w:r>
      <w:r>
        <w:t xml:space="preserve"> </w:t>
      </w:r>
      <w:r>
        <w:t>والاستجابة</w:t>
      </w:r>
      <w:r>
        <w:t xml:space="preserve"> </w:t>
      </w:r>
      <w:r>
        <w:t>والمراقبة</w:t>
      </w:r>
      <w:r>
        <w:t xml:space="preserve"> </w:t>
      </w:r>
      <w:r>
        <w:t>والمراجعة</w:t>
      </w:r>
      <w:r>
        <w:t>.</w:t>
      </w:r>
    </w:p>
    <w:p w14:paraId="0CBC73DA" w14:textId="77777777" w:rsidR="00660561" w:rsidRDefault="005B109C">
      <w:pPr>
        <w:bidi/>
      </w:pPr>
      <w:r>
        <w:t>وأسهمت</w:t>
      </w:r>
      <w:r>
        <w:t xml:space="preserve"> </w:t>
      </w:r>
      <w:r>
        <w:t>الدراسات</w:t>
      </w:r>
      <w:r>
        <w:t xml:space="preserve"> </w:t>
      </w:r>
      <w:r>
        <w:t>في</w:t>
      </w:r>
      <w:r>
        <w:t xml:space="preserve"> </w:t>
      </w:r>
      <w:r>
        <w:t>بناء</w:t>
      </w:r>
      <w:r>
        <w:t xml:space="preserve"> </w:t>
      </w:r>
      <w:r>
        <w:t>تفسير</w:t>
      </w:r>
      <w:r>
        <w:t xml:space="preserve"> </w:t>
      </w:r>
      <w:r>
        <w:t>للعلاقة</w:t>
      </w:r>
      <w:r>
        <w:t xml:space="preserve"> </w:t>
      </w:r>
      <w:r>
        <w:t>بين</w:t>
      </w:r>
      <w:r>
        <w:t xml:space="preserve"> </w:t>
      </w:r>
      <w:r>
        <w:t>المتغيرين؛</w:t>
      </w:r>
      <w:r>
        <w:t xml:space="preserve"> </w:t>
      </w:r>
      <w:r>
        <w:t>فتقييم</w:t>
      </w:r>
      <w:r>
        <w:t xml:space="preserve"> </w:t>
      </w:r>
      <w:r>
        <w:t>المخاطر</w:t>
      </w:r>
      <w:r>
        <w:t xml:space="preserve"> </w:t>
      </w:r>
      <w:r>
        <w:t>يدعم</w:t>
      </w:r>
      <w:r>
        <w:t xml:space="preserve"> </w:t>
      </w:r>
      <w:r>
        <w:t>تحديد</w:t>
      </w:r>
      <w:r>
        <w:t xml:space="preserve"> </w:t>
      </w:r>
      <w:r>
        <w:t>أولويات</w:t>
      </w:r>
      <w:r>
        <w:t xml:space="preserve"> </w:t>
      </w:r>
      <w:r>
        <w:t>الاستمرارية،</w:t>
      </w:r>
      <w:r>
        <w:t xml:space="preserve"> </w:t>
      </w:r>
      <w:r>
        <w:t>وتحليل</w:t>
      </w:r>
      <w:r>
        <w:t xml:space="preserve"> </w:t>
      </w:r>
      <w:r>
        <w:t>أثر</w:t>
      </w:r>
      <w:r>
        <w:t xml:space="preserve"> </w:t>
      </w:r>
      <w:r>
        <w:t>الأعمال</w:t>
      </w:r>
      <w:r>
        <w:t xml:space="preserve"> </w:t>
      </w:r>
      <w:r>
        <w:t>يحول</w:t>
      </w:r>
      <w:r>
        <w:t xml:space="preserve"> </w:t>
      </w:r>
      <w:r>
        <w:t>تلك</w:t>
      </w:r>
      <w:r>
        <w:t xml:space="preserve"> </w:t>
      </w:r>
      <w:r>
        <w:t>الأولويات</w:t>
      </w:r>
      <w:r>
        <w:t xml:space="preserve"> </w:t>
      </w:r>
      <w:r>
        <w:t>إلى</w:t>
      </w:r>
      <w:r>
        <w:t xml:space="preserve"> </w:t>
      </w:r>
      <w:r>
        <w:t>أزمنة</w:t>
      </w:r>
      <w:r>
        <w:t xml:space="preserve"> </w:t>
      </w:r>
      <w:r>
        <w:t>وموارد</w:t>
      </w:r>
      <w:r>
        <w:t xml:space="preserve"> </w:t>
      </w:r>
      <w:r>
        <w:t>للتعافي،</w:t>
      </w:r>
      <w:r>
        <w:t xml:space="preserve"> </w:t>
      </w:r>
      <w:r>
        <w:t>بينما</w:t>
      </w:r>
      <w:r>
        <w:t xml:space="preserve"> </w:t>
      </w:r>
      <w:r>
        <w:t>توفر</w:t>
      </w:r>
      <w:r>
        <w:t xml:space="preserve"> </w:t>
      </w:r>
      <w:r>
        <w:t>الاختبارات</w:t>
      </w:r>
      <w:r>
        <w:t xml:space="preserve"> </w:t>
      </w:r>
      <w:r>
        <w:t>والحوادث</w:t>
      </w:r>
      <w:r>
        <w:t xml:space="preserve"> </w:t>
      </w:r>
      <w:r>
        <w:t>معلومات</w:t>
      </w:r>
      <w:r>
        <w:t xml:space="preserve"> </w:t>
      </w:r>
      <w:r>
        <w:t>تعود</w:t>
      </w:r>
      <w:r>
        <w:t xml:space="preserve"> </w:t>
      </w:r>
      <w:r>
        <w:t>إلى</w:t>
      </w:r>
      <w:r>
        <w:t xml:space="preserve"> </w:t>
      </w:r>
      <w:r>
        <w:t>سجل</w:t>
      </w:r>
      <w:r>
        <w:t xml:space="preserve"> </w:t>
      </w:r>
      <w:r>
        <w:t>المخاطر</w:t>
      </w:r>
      <w:r>
        <w:t xml:space="preserve">. </w:t>
      </w:r>
      <w:r>
        <w:t>كما</w:t>
      </w:r>
      <w:r>
        <w:t xml:space="preserve"> </w:t>
      </w:r>
      <w:r>
        <w:t>استفادت</w:t>
      </w:r>
      <w:r>
        <w:t xml:space="preserve"> </w:t>
      </w:r>
      <w:r>
        <w:t>الدراسة</w:t>
      </w:r>
      <w:r>
        <w:t xml:space="preserve"> </w:t>
      </w:r>
      <w:r>
        <w:t>من</w:t>
      </w:r>
      <w:r>
        <w:t xml:space="preserve"> </w:t>
      </w:r>
      <w:r>
        <w:t>مفاهيم</w:t>
      </w:r>
      <w:r>
        <w:t xml:space="preserve"> </w:t>
      </w:r>
      <w:r>
        <w:t>القدرات</w:t>
      </w:r>
      <w:r>
        <w:t xml:space="preserve"> </w:t>
      </w:r>
      <w:r>
        <w:t>الديناميكية</w:t>
      </w:r>
      <w:r>
        <w:t xml:space="preserve"> </w:t>
      </w:r>
      <w:r>
        <w:t>والمرونة</w:t>
      </w:r>
      <w:r>
        <w:t xml:space="preserve"> </w:t>
      </w:r>
      <w:r>
        <w:t>التنظيمية</w:t>
      </w:r>
      <w:r>
        <w:t xml:space="preserve"> </w:t>
      </w:r>
      <w:r>
        <w:t>في</w:t>
      </w:r>
      <w:r>
        <w:t xml:space="preserve"> </w:t>
      </w:r>
      <w:r>
        <w:t>تفسير</w:t>
      </w:r>
      <w:r>
        <w:t xml:space="preserve"> </w:t>
      </w:r>
      <w:r>
        <w:t>الاستشعار</w:t>
      </w:r>
      <w:r>
        <w:t xml:space="preserve"> </w:t>
      </w:r>
      <w:r>
        <w:t>والاستجابة</w:t>
      </w:r>
      <w:r>
        <w:t xml:space="preserve"> </w:t>
      </w:r>
      <w:r>
        <w:t>والتعلم</w:t>
      </w:r>
      <w:r>
        <w:t xml:space="preserve"> </w:t>
      </w:r>
      <w:r>
        <w:t>والتكيف</w:t>
      </w:r>
      <w:r>
        <w:t>.</w:t>
      </w:r>
    </w:p>
    <w:p w14:paraId="34B53C73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2-6 </w:t>
      </w:r>
      <w:r>
        <w:rPr>
          <w:rFonts w:ascii="Arial" w:hAnsi="Arial" w:cs="Arial"/>
        </w:rPr>
        <w:t>الفجوة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البحثية</w:t>
      </w:r>
    </w:p>
    <w:p w14:paraId="27DCE1D8" w14:textId="77777777" w:rsidR="00660561" w:rsidRDefault="005B109C">
      <w:pPr>
        <w:bidi/>
      </w:pPr>
      <w:r>
        <w:t>تتمثل</w:t>
      </w:r>
      <w:r>
        <w:t xml:space="preserve"> </w:t>
      </w:r>
      <w:r>
        <w:t>الفجوة</w:t>
      </w:r>
      <w:r>
        <w:t xml:space="preserve"> </w:t>
      </w:r>
      <w:r>
        <w:t>البحثية</w:t>
      </w:r>
      <w:r>
        <w:t xml:space="preserve"> </w:t>
      </w:r>
      <w:r>
        <w:t>في</w:t>
      </w:r>
      <w:r>
        <w:t xml:space="preserve"> </w:t>
      </w:r>
      <w:r>
        <w:t>محدودية</w:t>
      </w:r>
      <w:r>
        <w:t xml:space="preserve"> </w:t>
      </w:r>
      <w:r>
        <w:t>الدراسات</w:t>
      </w:r>
      <w:r>
        <w:t xml:space="preserve"> </w:t>
      </w:r>
      <w:r>
        <w:t>التي</w:t>
      </w:r>
      <w:r>
        <w:t xml:space="preserve"> </w:t>
      </w:r>
      <w:r>
        <w:t>تجمع،</w:t>
      </w:r>
      <w:r>
        <w:t xml:space="preserve"> </w:t>
      </w:r>
      <w:r>
        <w:t>في</w:t>
      </w:r>
      <w:r>
        <w:t xml:space="preserve"> </w:t>
      </w:r>
      <w:r>
        <w:t>معالجة</w:t>
      </w:r>
      <w:r>
        <w:t xml:space="preserve"> </w:t>
      </w:r>
      <w:r>
        <w:t>واحدة،</w:t>
      </w:r>
      <w:r>
        <w:t xml:space="preserve"> </w:t>
      </w:r>
      <w:r>
        <w:t>بين</w:t>
      </w:r>
      <w:r>
        <w:t xml:space="preserve"> </w:t>
      </w:r>
      <w:r>
        <w:t>جميع</w:t>
      </w:r>
      <w:r>
        <w:t xml:space="preserve"> </w:t>
      </w:r>
      <w:r>
        <w:t>المراحل</w:t>
      </w:r>
      <w:r>
        <w:t xml:space="preserve"> </w:t>
      </w:r>
      <w:r>
        <w:t>الأساسية</w:t>
      </w:r>
      <w:r>
        <w:t xml:space="preserve"> </w:t>
      </w:r>
      <w:r>
        <w:t>لإدارة</w:t>
      </w:r>
      <w:r>
        <w:t xml:space="preserve"> </w:t>
      </w:r>
      <w:r>
        <w:t>المخاطر</w:t>
      </w:r>
      <w:r>
        <w:t xml:space="preserve"> </w:t>
      </w:r>
      <w:r>
        <w:t>وبين</w:t>
      </w:r>
      <w:r>
        <w:t xml:space="preserve"> </w:t>
      </w:r>
      <w:r>
        <w:t>استمرارية</w:t>
      </w:r>
      <w:r>
        <w:t xml:space="preserve"> </w:t>
      </w:r>
      <w:r>
        <w:t>الأعمال</w:t>
      </w:r>
      <w:r>
        <w:t xml:space="preserve"> </w:t>
      </w:r>
      <w:r>
        <w:t>في</w:t>
      </w:r>
      <w:r>
        <w:t xml:space="preserve"> </w:t>
      </w:r>
      <w:r>
        <w:t>سياق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في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lastRenderedPageBreak/>
        <w:t>السعودية</w:t>
      </w:r>
      <w:r>
        <w:t xml:space="preserve">. </w:t>
      </w:r>
      <w:r>
        <w:t>فالدراسات</w:t>
      </w:r>
      <w:r>
        <w:t xml:space="preserve"> </w:t>
      </w:r>
      <w:r>
        <w:t>المتاحة</w:t>
      </w:r>
      <w:r>
        <w:t xml:space="preserve"> </w:t>
      </w:r>
      <w:r>
        <w:t>إما</w:t>
      </w:r>
      <w:r>
        <w:t xml:space="preserve"> </w:t>
      </w:r>
      <w:r>
        <w:t>ركزت</w:t>
      </w:r>
      <w:r>
        <w:t xml:space="preserve"> </w:t>
      </w:r>
      <w:r>
        <w:t>على</w:t>
      </w:r>
      <w:r>
        <w:t xml:space="preserve"> </w:t>
      </w:r>
      <w:r>
        <w:t>نوع</w:t>
      </w:r>
      <w:r>
        <w:t xml:space="preserve"> </w:t>
      </w:r>
      <w:r>
        <w:t>محدد</w:t>
      </w:r>
      <w:r>
        <w:t xml:space="preserve"> </w:t>
      </w:r>
      <w:r>
        <w:t>من</w:t>
      </w:r>
      <w:r>
        <w:t xml:space="preserve"> </w:t>
      </w:r>
      <w:r>
        <w:t>المخاطر،</w:t>
      </w:r>
      <w:r>
        <w:t xml:space="preserve"> </w:t>
      </w:r>
      <w:r>
        <w:t>أو</w:t>
      </w:r>
      <w:r>
        <w:t xml:space="preserve"> </w:t>
      </w:r>
      <w:r>
        <w:t>جعلت</w:t>
      </w:r>
      <w:r>
        <w:t xml:space="preserve"> </w:t>
      </w:r>
      <w:r>
        <w:t>الأداء</w:t>
      </w:r>
      <w:r>
        <w:t xml:space="preserve"> </w:t>
      </w:r>
      <w:r>
        <w:t>المالي</w:t>
      </w:r>
      <w:r>
        <w:t xml:space="preserve"> </w:t>
      </w:r>
      <w:r>
        <w:t>أو</w:t>
      </w:r>
      <w:r>
        <w:t xml:space="preserve"> </w:t>
      </w:r>
      <w:r>
        <w:t>النجاح</w:t>
      </w:r>
      <w:r>
        <w:t xml:space="preserve"> </w:t>
      </w:r>
      <w:r>
        <w:t>نتيجة</w:t>
      </w:r>
      <w:r>
        <w:t xml:space="preserve"> </w:t>
      </w:r>
      <w:r>
        <w:t>رئيسة،</w:t>
      </w:r>
      <w:r>
        <w:t xml:space="preserve"> </w:t>
      </w:r>
      <w:r>
        <w:t>أو</w:t>
      </w:r>
      <w:r>
        <w:t xml:space="preserve"> </w:t>
      </w:r>
      <w:r>
        <w:t>تناولت</w:t>
      </w:r>
      <w:r>
        <w:t xml:space="preserve"> </w:t>
      </w:r>
      <w:r>
        <w:t>الاستمرارية</w:t>
      </w:r>
      <w:r>
        <w:t xml:space="preserve"> </w:t>
      </w:r>
      <w:r>
        <w:t>من</w:t>
      </w:r>
      <w:r>
        <w:t xml:space="preserve"> </w:t>
      </w:r>
      <w:r>
        <w:t>زاوية</w:t>
      </w:r>
      <w:r>
        <w:t xml:space="preserve"> </w:t>
      </w:r>
      <w:r>
        <w:t>الأزمات</w:t>
      </w:r>
      <w:r>
        <w:t xml:space="preserve"> </w:t>
      </w:r>
      <w:r>
        <w:t>والتعافي،</w:t>
      </w:r>
      <w:r>
        <w:t xml:space="preserve"> </w:t>
      </w:r>
      <w:r>
        <w:t>أو</w:t>
      </w:r>
      <w:r>
        <w:t xml:space="preserve"> </w:t>
      </w:r>
      <w:r>
        <w:t>أجريت</w:t>
      </w:r>
      <w:r>
        <w:t xml:space="preserve"> </w:t>
      </w:r>
      <w:r>
        <w:t>في</w:t>
      </w:r>
      <w:r>
        <w:t xml:space="preserve"> </w:t>
      </w:r>
      <w:r>
        <w:t>قطاعات</w:t>
      </w:r>
      <w:r>
        <w:t xml:space="preserve"> </w:t>
      </w:r>
      <w:r>
        <w:t>وبيئات</w:t>
      </w:r>
      <w:r>
        <w:t xml:space="preserve"> </w:t>
      </w:r>
      <w:r>
        <w:t>تختلف</w:t>
      </w:r>
      <w:r>
        <w:t xml:space="preserve"> </w:t>
      </w:r>
      <w:r>
        <w:t>عن</w:t>
      </w:r>
      <w:r>
        <w:t xml:space="preserve"> </w:t>
      </w:r>
      <w:r>
        <w:t>السياق</w:t>
      </w:r>
      <w:r>
        <w:t xml:space="preserve"> </w:t>
      </w:r>
      <w:r>
        <w:t>السعودي</w:t>
      </w:r>
      <w:r>
        <w:t>.</w:t>
      </w:r>
    </w:p>
    <w:p w14:paraId="5FD0DBAE" w14:textId="77777777" w:rsidR="00660561" w:rsidRDefault="005B109C">
      <w:pPr>
        <w:bidi/>
      </w:pPr>
      <w:r>
        <w:t>كما</w:t>
      </w:r>
      <w:r>
        <w:t xml:space="preserve"> </w:t>
      </w:r>
      <w:r>
        <w:t>يظهر</w:t>
      </w:r>
      <w:r>
        <w:t xml:space="preserve"> </w:t>
      </w:r>
      <w:r>
        <w:t>نقص</w:t>
      </w:r>
      <w:r>
        <w:t xml:space="preserve"> </w:t>
      </w:r>
      <w:r>
        <w:t>في</w:t>
      </w:r>
      <w:r>
        <w:t xml:space="preserve"> </w:t>
      </w:r>
      <w:r>
        <w:t>المعالجات</w:t>
      </w:r>
      <w:r>
        <w:t xml:space="preserve"> </w:t>
      </w:r>
      <w:r>
        <w:t>التي</w:t>
      </w:r>
      <w:r>
        <w:t xml:space="preserve"> </w:t>
      </w:r>
      <w:r>
        <w:t>توضح</w:t>
      </w:r>
      <w:r>
        <w:t xml:space="preserve"> </w:t>
      </w:r>
      <w:r>
        <w:t>بصورة</w:t>
      </w:r>
      <w:r>
        <w:t xml:space="preserve"> </w:t>
      </w:r>
      <w:r>
        <w:t>مترابطة</w:t>
      </w:r>
      <w:r>
        <w:t xml:space="preserve"> </w:t>
      </w:r>
      <w:r>
        <w:t>كيف</w:t>
      </w:r>
      <w:r>
        <w:t xml:space="preserve"> </w:t>
      </w:r>
      <w:r>
        <w:t>ينتقل</w:t>
      </w:r>
      <w:r>
        <w:t xml:space="preserve"> </w:t>
      </w:r>
      <w:r>
        <w:t>أثر</w:t>
      </w:r>
      <w:r>
        <w:t xml:space="preserve"> </w:t>
      </w:r>
      <w:r>
        <w:t>تحديد</w:t>
      </w:r>
      <w:r>
        <w:t xml:space="preserve"> </w:t>
      </w:r>
      <w:r>
        <w:t>المخاطر</w:t>
      </w:r>
      <w:r>
        <w:t xml:space="preserve"> </w:t>
      </w:r>
      <w:r>
        <w:t>وتحليلها</w:t>
      </w:r>
      <w:r>
        <w:t xml:space="preserve"> </w:t>
      </w:r>
      <w:r>
        <w:t>وتقييمها</w:t>
      </w:r>
      <w:r>
        <w:t xml:space="preserve"> </w:t>
      </w:r>
      <w:r>
        <w:t>ومعالجتها</w:t>
      </w:r>
      <w:r>
        <w:t xml:space="preserve"> </w:t>
      </w:r>
      <w:r>
        <w:t>ومراقبتها</w:t>
      </w:r>
      <w:r>
        <w:t xml:space="preserve"> </w:t>
      </w:r>
      <w:r>
        <w:t>إلى</w:t>
      </w:r>
      <w:r>
        <w:t xml:space="preserve"> </w:t>
      </w:r>
      <w:r>
        <w:t>الجاهزية</w:t>
      </w:r>
      <w:r>
        <w:t xml:space="preserve"> </w:t>
      </w:r>
      <w:r>
        <w:t>واستمرار</w:t>
      </w:r>
      <w:r>
        <w:t xml:space="preserve"> </w:t>
      </w:r>
      <w:r>
        <w:t>العمليات</w:t>
      </w:r>
      <w:r>
        <w:t xml:space="preserve"> </w:t>
      </w:r>
      <w:r>
        <w:t>والاستجابة</w:t>
      </w:r>
      <w:r>
        <w:t xml:space="preserve"> </w:t>
      </w:r>
      <w:r>
        <w:t>والتعافي</w:t>
      </w:r>
      <w:r>
        <w:t xml:space="preserve"> </w:t>
      </w:r>
      <w:r>
        <w:t>والتكيف،</w:t>
      </w:r>
      <w:r>
        <w:t xml:space="preserve"> </w:t>
      </w:r>
      <w:r>
        <w:t>مع</w:t>
      </w:r>
      <w:r>
        <w:t xml:space="preserve"> </w:t>
      </w:r>
      <w:r>
        <w:t>مراعاة</w:t>
      </w:r>
      <w:r>
        <w:t xml:space="preserve"> </w:t>
      </w:r>
      <w:r>
        <w:t>محدودية</w:t>
      </w:r>
      <w:r>
        <w:t xml:space="preserve"> </w:t>
      </w:r>
      <w:r>
        <w:t>موارد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. </w:t>
      </w:r>
      <w:r>
        <w:t>ومن</w:t>
      </w:r>
      <w:r>
        <w:t xml:space="preserve"> </w:t>
      </w:r>
      <w:r>
        <w:t>هنا</w:t>
      </w:r>
      <w:r>
        <w:t xml:space="preserve"> </w:t>
      </w:r>
      <w:r>
        <w:t>تأتي</w:t>
      </w:r>
      <w:r>
        <w:t xml:space="preserve">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بناء</w:t>
      </w:r>
      <w:r>
        <w:t xml:space="preserve"> </w:t>
      </w:r>
      <w:r>
        <w:t>أساس</w:t>
      </w:r>
      <w:r>
        <w:t xml:space="preserve"> </w:t>
      </w:r>
      <w:r>
        <w:t>نظري</w:t>
      </w:r>
      <w:r>
        <w:t xml:space="preserve"> </w:t>
      </w:r>
      <w:r>
        <w:t>يجمع</w:t>
      </w:r>
      <w:r>
        <w:t xml:space="preserve"> </w:t>
      </w:r>
      <w:r>
        <w:t>المجالين</w:t>
      </w:r>
      <w:r>
        <w:t xml:space="preserve"> </w:t>
      </w:r>
      <w:r>
        <w:t>ويبين</w:t>
      </w:r>
      <w:r>
        <w:t xml:space="preserve"> </w:t>
      </w:r>
      <w:r>
        <w:t>آليات</w:t>
      </w:r>
      <w:r>
        <w:t xml:space="preserve"> </w:t>
      </w:r>
      <w:r>
        <w:t>التكامل</w:t>
      </w:r>
      <w:r>
        <w:t xml:space="preserve"> </w:t>
      </w:r>
      <w:r>
        <w:t>بينهما</w:t>
      </w:r>
      <w:r>
        <w:t xml:space="preserve"> </w:t>
      </w:r>
      <w:r>
        <w:t>في</w:t>
      </w:r>
      <w:r>
        <w:t xml:space="preserve"> </w:t>
      </w:r>
      <w:r>
        <w:t>هذا</w:t>
      </w:r>
      <w:r>
        <w:t xml:space="preserve"> </w:t>
      </w:r>
      <w:r>
        <w:t>السياق</w:t>
      </w:r>
      <w:r>
        <w:t>.</w:t>
      </w:r>
    </w:p>
    <w:p w14:paraId="6A889599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2-7 </w:t>
      </w:r>
      <w:r>
        <w:rPr>
          <w:rFonts w:ascii="Arial" w:hAnsi="Arial" w:cs="Arial"/>
        </w:rPr>
        <w:t>ما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يميز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الدراسة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الحالية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عن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الدراسات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السابقة</w:t>
      </w:r>
    </w:p>
    <w:p w14:paraId="14E0044C" w14:textId="77777777" w:rsidR="00660561" w:rsidRDefault="005B109C">
      <w:pPr>
        <w:bidi/>
      </w:pPr>
      <w:r>
        <w:t>تتميز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بتركيزها</w:t>
      </w:r>
      <w:r>
        <w:t xml:space="preserve"> </w:t>
      </w:r>
      <w:r>
        <w:t>المباشر</w:t>
      </w:r>
      <w:r>
        <w:t xml:space="preserve"> </w:t>
      </w:r>
      <w:r>
        <w:t>على</w:t>
      </w:r>
      <w:r>
        <w:t xml:space="preserve"> </w:t>
      </w:r>
      <w:r>
        <w:t>العلاقة</w:t>
      </w:r>
      <w:r>
        <w:t xml:space="preserve"> </w:t>
      </w:r>
      <w:r>
        <w:t>التكاملية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الأعمال،</w:t>
      </w:r>
      <w:r>
        <w:t xml:space="preserve"> </w:t>
      </w:r>
      <w:r>
        <w:t>بدل</w:t>
      </w:r>
      <w:r>
        <w:t xml:space="preserve"> </w:t>
      </w:r>
      <w:r>
        <w:t>تناول</w:t>
      </w:r>
      <w:r>
        <w:t xml:space="preserve"> </w:t>
      </w:r>
      <w:r>
        <w:t>كل</w:t>
      </w:r>
      <w:r>
        <w:t xml:space="preserve"> </w:t>
      </w:r>
      <w:r>
        <w:t>مجال</w:t>
      </w:r>
      <w:r>
        <w:t xml:space="preserve"> </w:t>
      </w:r>
      <w:r>
        <w:t>بصورة</w:t>
      </w:r>
      <w:r>
        <w:t xml:space="preserve"> </w:t>
      </w:r>
      <w:r>
        <w:t>منفصلة</w:t>
      </w:r>
      <w:r>
        <w:t xml:space="preserve">. </w:t>
      </w:r>
      <w:r>
        <w:t>كما</w:t>
      </w:r>
      <w:r>
        <w:t xml:space="preserve"> </w:t>
      </w:r>
      <w:r>
        <w:t>تنظر</w:t>
      </w:r>
      <w:r>
        <w:t xml:space="preserve"> </w:t>
      </w:r>
      <w:r>
        <w:t>إلى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بوصفها</w:t>
      </w:r>
      <w:r>
        <w:t xml:space="preserve"> </w:t>
      </w:r>
      <w:r>
        <w:t>عملية</w:t>
      </w:r>
      <w:r>
        <w:t xml:space="preserve"> </w:t>
      </w:r>
      <w:r>
        <w:t>مترابطة</w:t>
      </w:r>
      <w:r>
        <w:t xml:space="preserve"> </w:t>
      </w:r>
      <w:r>
        <w:t>تبدأ</w:t>
      </w:r>
      <w:r>
        <w:t xml:space="preserve"> </w:t>
      </w:r>
      <w:r>
        <w:t>بالتحديد</w:t>
      </w:r>
      <w:r>
        <w:t xml:space="preserve"> </w:t>
      </w:r>
      <w:r>
        <w:t>والتحليل</w:t>
      </w:r>
      <w:r>
        <w:t xml:space="preserve"> </w:t>
      </w:r>
      <w:r>
        <w:t>والتقييم،</w:t>
      </w:r>
      <w:r>
        <w:t xml:space="preserve"> </w:t>
      </w:r>
      <w:r>
        <w:t>ثم</w:t>
      </w:r>
      <w:r>
        <w:t xml:space="preserve"> </w:t>
      </w:r>
      <w:r>
        <w:t>المعالجة</w:t>
      </w:r>
      <w:r>
        <w:t xml:space="preserve"> </w:t>
      </w:r>
      <w:r>
        <w:t>والمراقبة</w:t>
      </w:r>
      <w:r>
        <w:t xml:space="preserve"> </w:t>
      </w:r>
      <w:r>
        <w:t>والمراجعة،</w:t>
      </w:r>
      <w:r>
        <w:t xml:space="preserve"> </w:t>
      </w:r>
      <w:r>
        <w:t>وتربط</w:t>
      </w:r>
      <w:r>
        <w:t xml:space="preserve"> </w:t>
      </w:r>
      <w:r>
        <w:t>كل</w:t>
      </w:r>
      <w:r>
        <w:t xml:space="preserve"> </w:t>
      </w:r>
      <w:r>
        <w:t>مرحلة</w:t>
      </w:r>
      <w:r>
        <w:t xml:space="preserve"> </w:t>
      </w:r>
      <w:r>
        <w:t>بمتطلبات</w:t>
      </w:r>
      <w:r>
        <w:t xml:space="preserve"> </w:t>
      </w:r>
      <w:r>
        <w:t>الاستعداد</w:t>
      </w:r>
      <w:r>
        <w:t xml:space="preserve"> </w:t>
      </w:r>
      <w:r>
        <w:t>واستمرار</w:t>
      </w:r>
      <w:r>
        <w:t xml:space="preserve"> </w:t>
      </w:r>
      <w:r>
        <w:t>العمليات</w:t>
      </w:r>
      <w:r>
        <w:t xml:space="preserve"> </w:t>
      </w:r>
      <w:r>
        <w:t>والاستجابة</w:t>
      </w:r>
      <w:r>
        <w:t xml:space="preserve"> </w:t>
      </w:r>
      <w:r>
        <w:t>والتعافي</w:t>
      </w:r>
      <w:r>
        <w:t>.</w:t>
      </w:r>
    </w:p>
    <w:p w14:paraId="711198CB" w14:textId="77777777" w:rsidR="00660561" w:rsidRDefault="005B109C">
      <w:pPr>
        <w:bidi/>
      </w:pPr>
      <w:r>
        <w:t>وتتميز</w:t>
      </w:r>
      <w:r>
        <w:t xml:space="preserve"> </w:t>
      </w:r>
      <w:r>
        <w:t>كذلك</w:t>
      </w:r>
      <w:r>
        <w:t xml:space="preserve"> </w:t>
      </w:r>
      <w:r>
        <w:t>بتركيزها</w:t>
      </w:r>
      <w:r>
        <w:t xml:space="preserve"> </w:t>
      </w:r>
      <w:r>
        <w:t>على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في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السعودية،</w:t>
      </w:r>
      <w:r>
        <w:t xml:space="preserve"> </w:t>
      </w:r>
      <w:r>
        <w:t>مع</w:t>
      </w:r>
      <w:r>
        <w:t xml:space="preserve"> </w:t>
      </w:r>
      <w:r>
        <w:t>مراعاة</w:t>
      </w:r>
      <w:r>
        <w:t xml:space="preserve"> </w:t>
      </w:r>
      <w:r>
        <w:t>خصائصها</w:t>
      </w:r>
      <w:r>
        <w:t xml:space="preserve"> </w:t>
      </w:r>
      <w:r>
        <w:t>من</w:t>
      </w:r>
      <w:r>
        <w:t xml:space="preserve"> </w:t>
      </w:r>
      <w:r>
        <w:t>حيث</w:t>
      </w:r>
      <w:r>
        <w:t xml:space="preserve"> </w:t>
      </w:r>
      <w:r>
        <w:t>محدودية</w:t>
      </w:r>
      <w:r>
        <w:t xml:space="preserve"> </w:t>
      </w:r>
      <w:r>
        <w:t>الموارد</w:t>
      </w:r>
      <w:r>
        <w:t xml:space="preserve"> </w:t>
      </w:r>
      <w:r>
        <w:t>وسرعة</w:t>
      </w:r>
      <w:r>
        <w:t xml:space="preserve"> </w:t>
      </w:r>
      <w:r>
        <w:t>القرار</w:t>
      </w:r>
      <w:r>
        <w:t xml:space="preserve"> </w:t>
      </w:r>
      <w:r>
        <w:t>والاعتماد</w:t>
      </w:r>
      <w:r>
        <w:t xml:space="preserve"> </w:t>
      </w:r>
      <w:r>
        <w:t>على</w:t>
      </w:r>
      <w:r>
        <w:t xml:space="preserve"> </w:t>
      </w:r>
      <w:r>
        <w:t>أفراد</w:t>
      </w:r>
      <w:r>
        <w:t xml:space="preserve"> </w:t>
      </w:r>
      <w:r>
        <w:t>أو</w:t>
      </w:r>
      <w:r>
        <w:t xml:space="preserve"> </w:t>
      </w:r>
      <w:r>
        <w:t>موردين</w:t>
      </w:r>
      <w:r>
        <w:t xml:space="preserve"> </w:t>
      </w:r>
      <w:r>
        <w:t>محددين،</w:t>
      </w:r>
      <w:r>
        <w:t xml:space="preserve"> </w:t>
      </w:r>
      <w:r>
        <w:t>وعدم</w:t>
      </w:r>
      <w:r>
        <w:t xml:space="preserve"> </w:t>
      </w:r>
      <w:r>
        <w:t>افتراض</w:t>
      </w:r>
      <w:r>
        <w:t xml:space="preserve"> </w:t>
      </w:r>
      <w:r>
        <w:t>قدرتها</w:t>
      </w:r>
      <w:r>
        <w:t xml:space="preserve"> </w:t>
      </w:r>
      <w:r>
        <w:t>على</w:t>
      </w:r>
      <w:r>
        <w:t xml:space="preserve"> </w:t>
      </w:r>
      <w:r>
        <w:t>تطبيق</w:t>
      </w:r>
      <w:r>
        <w:t xml:space="preserve"> </w:t>
      </w:r>
      <w:r>
        <w:t>أنظمة</w:t>
      </w:r>
      <w:r>
        <w:t xml:space="preserve"> </w:t>
      </w:r>
      <w:r>
        <w:t>الشركات</w:t>
      </w:r>
      <w:r>
        <w:t xml:space="preserve"> </w:t>
      </w:r>
      <w:r>
        <w:t>الكبرى</w:t>
      </w:r>
      <w:r>
        <w:t xml:space="preserve"> </w:t>
      </w:r>
      <w:r>
        <w:t>بالتعقيد</w:t>
      </w:r>
      <w:r>
        <w:t xml:space="preserve"> </w:t>
      </w:r>
      <w:r>
        <w:t>نفسه</w:t>
      </w:r>
      <w:r>
        <w:t xml:space="preserve">. </w:t>
      </w:r>
      <w:r>
        <w:t>كما</w:t>
      </w:r>
      <w:r>
        <w:t xml:space="preserve"> </w:t>
      </w:r>
      <w:r>
        <w:t>تجمع</w:t>
      </w:r>
      <w:r>
        <w:t xml:space="preserve"> </w:t>
      </w:r>
      <w:r>
        <w:t>في</w:t>
      </w:r>
      <w:r>
        <w:t xml:space="preserve"> </w:t>
      </w:r>
      <w:r>
        <w:t>إطارها</w:t>
      </w:r>
      <w:r>
        <w:t xml:space="preserve"> </w:t>
      </w:r>
      <w:r>
        <w:t>النظري</w:t>
      </w:r>
      <w:r>
        <w:t xml:space="preserve"> </w:t>
      </w:r>
      <w:r>
        <w:t>بين</w:t>
      </w:r>
      <w:r>
        <w:t xml:space="preserve"> </w:t>
      </w:r>
      <w:r>
        <w:t>إرشادات</w:t>
      </w:r>
      <w:r>
        <w:t xml:space="preserve"> ISO 31000 </w:t>
      </w:r>
      <w:r>
        <w:t>ومتطلبات</w:t>
      </w:r>
      <w:r>
        <w:t xml:space="preserve"> ISO 22301 </w:t>
      </w:r>
      <w:r>
        <w:t>ومدخل</w:t>
      </w:r>
      <w:r>
        <w:t xml:space="preserve"> </w:t>
      </w:r>
      <w:r>
        <w:t>القدرات</w:t>
      </w:r>
      <w:r>
        <w:t xml:space="preserve"> </w:t>
      </w:r>
      <w:r>
        <w:t>الديناميكية</w:t>
      </w:r>
      <w:r>
        <w:t xml:space="preserve"> </w:t>
      </w:r>
      <w:r>
        <w:t>والمرونة</w:t>
      </w:r>
      <w:r>
        <w:t xml:space="preserve"> </w:t>
      </w:r>
      <w:r>
        <w:t>التنظيمية،</w:t>
      </w:r>
      <w:r>
        <w:t xml:space="preserve"> </w:t>
      </w:r>
      <w:r>
        <w:t>بما</w:t>
      </w:r>
      <w:r>
        <w:t xml:space="preserve"> </w:t>
      </w:r>
      <w:r>
        <w:t>يوفر</w:t>
      </w:r>
      <w:r>
        <w:t xml:space="preserve"> </w:t>
      </w:r>
      <w:r>
        <w:t>تفسيرًا</w:t>
      </w:r>
      <w:r>
        <w:t xml:space="preserve"> </w:t>
      </w:r>
      <w:r>
        <w:t>متكاملًا</w:t>
      </w:r>
      <w:r>
        <w:t xml:space="preserve"> </w:t>
      </w:r>
      <w:r>
        <w:t>وملائمًا</w:t>
      </w:r>
      <w:r>
        <w:t xml:space="preserve"> </w:t>
      </w:r>
      <w:r>
        <w:t>لموضوع</w:t>
      </w:r>
      <w:r>
        <w:t xml:space="preserve"> </w:t>
      </w:r>
      <w:r>
        <w:t>الدراسة</w:t>
      </w:r>
      <w:r>
        <w:t>.</w:t>
      </w:r>
    </w:p>
    <w:p w14:paraId="4B1FA4FF" w14:textId="77777777" w:rsidR="00660561" w:rsidRDefault="005B109C">
      <w:pPr>
        <w:pStyle w:val="21"/>
        <w:bidi/>
      </w:pPr>
      <w:r>
        <w:rPr>
          <w:rFonts w:ascii="Arial" w:hAnsi="Arial" w:cs="Arial"/>
        </w:rPr>
        <w:t xml:space="preserve">2-8 </w:t>
      </w:r>
      <w:r>
        <w:rPr>
          <w:rFonts w:ascii="Arial" w:hAnsi="Arial" w:cs="Arial"/>
        </w:rPr>
        <w:t>خلاصة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الفصل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الثاني</w:t>
      </w:r>
    </w:p>
    <w:p w14:paraId="1809B137" w14:textId="77777777" w:rsidR="00660561" w:rsidRDefault="005B109C">
      <w:pPr>
        <w:bidi/>
      </w:pPr>
      <w:r>
        <w:t>استعرض</w:t>
      </w:r>
      <w:r>
        <w:t xml:space="preserve"> </w:t>
      </w:r>
      <w:r>
        <w:t>الفصل</w:t>
      </w:r>
      <w:r>
        <w:t xml:space="preserve"> </w:t>
      </w:r>
      <w:r>
        <w:t>الدراسات</w:t>
      </w:r>
      <w:r>
        <w:t xml:space="preserve"> </w:t>
      </w:r>
      <w:r>
        <w:t>العربية</w:t>
      </w:r>
      <w:r>
        <w:t xml:space="preserve"> </w:t>
      </w:r>
      <w:r>
        <w:t>والأجنبية</w:t>
      </w:r>
      <w:r>
        <w:t xml:space="preserve"> </w:t>
      </w:r>
      <w:r>
        <w:t>المرتبطة</w:t>
      </w:r>
      <w:r>
        <w:t xml:space="preserve"> </w:t>
      </w:r>
      <w:r>
        <w:t>بإدارة</w:t>
      </w:r>
      <w:r>
        <w:t xml:space="preserve"> </w:t>
      </w:r>
      <w:r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 xml:space="preserve"> </w:t>
      </w:r>
      <w:r>
        <w:t>والمنشآت</w:t>
      </w:r>
      <w:r>
        <w:t xml:space="preserve"> </w:t>
      </w:r>
      <w:r>
        <w:t>الصغيرة</w:t>
      </w:r>
      <w:r>
        <w:t xml:space="preserve"> </w:t>
      </w:r>
      <w:r>
        <w:t>والمتوسطة،</w:t>
      </w:r>
      <w:r>
        <w:t xml:space="preserve"> </w:t>
      </w:r>
      <w:r>
        <w:t>وبيّن</w:t>
      </w:r>
      <w:r>
        <w:t xml:space="preserve"> </w:t>
      </w:r>
      <w:r>
        <w:t>اتفاقها</w:t>
      </w:r>
      <w:r>
        <w:t xml:space="preserve"> </w:t>
      </w:r>
      <w:r>
        <w:t>على</w:t>
      </w:r>
      <w:r>
        <w:t xml:space="preserve"> </w:t>
      </w:r>
      <w:r>
        <w:t>أهمية</w:t>
      </w:r>
      <w:r>
        <w:t xml:space="preserve"> </w:t>
      </w:r>
      <w:r>
        <w:t>الاستعداد</w:t>
      </w:r>
      <w:r>
        <w:t xml:space="preserve"> </w:t>
      </w:r>
      <w:r>
        <w:t>المنظم</w:t>
      </w:r>
      <w:r>
        <w:t xml:space="preserve"> </w:t>
      </w:r>
      <w:r>
        <w:t>والقيادة</w:t>
      </w:r>
      <w:r>
        <w:t xml:space="preserve"> </w:t>
      </w:r>
      <w:r>
        <w:t>والتعلم</w:t>
      </w:r>
      <w:r>
        <w:t xml:space="preserve"> </w:t>
      </w:r>
      <w:r>
        <w:t>والمرونة،</w:t>
      </w:r>
      <w:r>
        <w:t xml:space="preserve"> </w:t>
      </w:r>
      <w:r>
        <w:t>واختلافها</w:t>
      </w:r>
      <w:r>
        <w:t xml:space="preserve"> </w:t>
      </w:r>
      <w:r>
        <w:t>في</w:t>
      </w:r>
      <w:r>
        <w:t xml:space="preserve"> </w:t>
      </w:r>
      <w:r>
        <w:t>القطاعات</w:t>
      </w:r>
      <w:r>
        <w:t xml:space="preserve"> </w:t>
      </w:r>
      <w:r>
        <w:t>والمناهج</w:t>
      </w:r>
      <w:r>
        <w:t xml:space="preserve"> </w:t>
      </w:r>
      <w:r>
        <w:t>والمتغيرات</w:t>
      </w:r>
      <w:r>
        <w:t xml:space="preserve"> </w:t>
      </w:r>
      <w:r>
        <w:t>التابعة</w:t>
      </w:r>
      <w:r>
        <w:t xml:space="preserve">. </w:t>
      </w:r>
      <w:r>
        <w:t>كما</w:t>
      </w:r>
      <w:r>
        <w:t xml:space="preserve"> </w:t>
      </w:r>
      <w:r>
        <w:t>أوضح</w:t>
      </w:r>
      <w:r>
        <w:t xml:space="preserve"> </w:t>
      </w:r>
      <w:r>
        <w:t>أوجه</w:t>
      </w:r>
      <w:r>
        <w:t xml:space="preserve"> </w:t>
      </w:r>
      <w:r>
        <w:t>الاستفادة</w:t>
      </w:r>
      <w:r>
        <w:t xml:space="preserve"> </w:t>
      </w:r>
      <w:r>
        <w:t>والفجوة</w:t>
      </w:r>
      <w:r>
        <w:t xml:space="preserve"> </w:t>
      </w:r>
      <w:r>
        <w:t>البحثية،</w:t>
      </w:r>
      <w:r>
        <w:t xml:space="preserve"> </w:t>
      </w:r>
      <w:r>
        <w:t>وبيّن</w:t>
      </w:r>
      <w:r>
        <w:t xml:space="preserve"> </w:t>
      </w:r>
      <w:r>
        <w:t>أن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تتميز</w:t>
      </w:r>
      <w:r>
        <w:t xml:space="preserve"> </w:t>
      </w:r>
      <w:r>
        <w:t>بجمع</w:t>
      </w:r>
      <w:r>
        <w:t xml:space="preserve"> </w:t>
      </w:r>
      <w:r>
        <w:t>مراحل</w:t>
      </w:r>
      <w:r>
        <w:t xml:space="preserve"> </w:t>
      </w:r>
      <w:r>
        <w:t>إدارة</w:t>
      </w:r>
      <w:r>
        <w:t xml:space="preserve"> </w:t>
      </w:r>
      <w:r>
        <w:t>المخاطر</w:t>
      </w:r>
      <w:r>
        <w:t xml:space="preserve"> </w:t>
      </w:r>
      <w:r>
        <w:t>واستمرارية</w:t>
      </w:r>
      <w:r>
        <w:t xml:space="preserve"> </w:t>
      </w:r>
      <w:r>
        <w:t>الأعمال</w:t>
      </w:r>
      <w:r>
        <w:t xml:space="preserve"> </w:t>
      </w:r>
      <w:r>
        <w:t>في</w:t>
      </w:r>
      <w:r>
        <w:t xml:space="preserve"> </w:t>
      </w:r>
      <w:r>
        <w:t>إطار</w:t>
      </w:r>
      <w:r>
        <w:t xml:space="preserve"> </w:t>
      </w:r>
      <w:r>
        <w:t>نظري</w:t>
      </w:r>
      <w:r>
        <w:t xml:space="preserve"> </w:t>
      </w:r>
      <w:r>
        <w:t>واحد</w:t>
      </w:r>
      <w:r>
        <w:t xml:space="preserve"> </w:t>
      </w:r>
      <w:r>
        <w:t>يراعي</w:t>
      </w:r>
      <w:r>
        <w:t xml:space="preserve"> </w:t>
      </w:r>
      <w:r>
        <w:t>خصائص</w:t>
      </w:r>
      <w:r>
        <w:t xml:space="preserve"> </w:t>
      </w:r>
      <w:r>
        <w:t>المنشآت</w:t>
      </w:r>
      <w:r>
        <w:t xml:space="preserve"> </w:t>
      </w:r>
      <w:r>
        <w:t>الصغيرة</w:t>
      </w:r>
      <w:r>
        <w:t xml:space="preserve"> </w:t>
      </w:r>
      <w:r>
        <w:t>والمتوسطة</w:t>
      </w:r>
      <w:r>
        <w:t xml:space="preserve"> </w:t>
      </w:r>
      <w:r>
        <w:t>في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</w:t>
      </w:r>
      <w:r>
        <w:t>.</w:t>
      </w:r>
    </w:p>
    <w:sectPr w:rsidR="00660561" w:rsidSect="00034616">
      <w:footerReference w:type="default" r:id="rId9"/>
      <w:pgSz w:w="11906" w:h="16838"/>
      <w:pgMar w:top="1417" w:right="1417" w:bottom="1417" w:left="1417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D5C37" w14:textId="77777777" w:rsidR="005B109C" w:rsidRDefault="005B109C">
      <w:pPr>
        <w:spacing w:after="0" w:line="240" w:lineRule="auto"/>
      </w:pPr>
      <w:r>
        <w:separator/>
      </w:r>
    </w:p>
  </w:endnote>
  <w:endnote w:type="continuationSeparator" w:id="0">
    <w:p w14:paraId="2FEFFB09" w14:textId="77777777" w:rsidR="005B109C" w:rsidRDefault="005B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81AA8" w14:textId="77777777" w:rsidR="00660561" w:rsidRDefault="005B109C">
    <w:pPr>
      <w:pStyle w:val="a6"/>
      <w:jc w:val="center"/>
    </w:pPr>
    <w:r>
      <w:fldChar w:fldCharType="begin"/>
    </w:r>
    <w:r>
      <w:instrText>PAGE</w:instrText>
    </w:r>
    <w:r>
      <w:fldChar w:fldCharType="separate"/>
    </w:r>
    <w:r w:rsidR="00C92A7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DA85A" w14:textId="77777777" w:rsidR="005B109C" w:rsidRDefault="005B109C">
      <w:pPr>
        <w:spacing w:after="0" w:line="240" w:lineRule="auto"/>
      </w:pPr>
      <w:r>
        <w:separator/>
      </w:r>
    </w:p>
  </w:footnote>
  <w:footnote w:type="continuationSeparator" w:id="0">
    <w:p w14:paraId="70CDF18C" w14:textId="77777777" w:rsidR="005B109C" w:rsidRDefault="005B1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5445017">
    <w:abstractNumId w:val="8"/>
  </w:num>
  <w:num w:numId="2" w16cid:durableId="1884713143">
    <w:abstractNumId w:val="6"/>
  </w:num>
  <w:num w:numId="3" w16cid:durableId="1137793274">
    <w:abstractNumId w:val="5"/>
  </w:num>
  <w:num w:numId="4" w16cid:durableId="2103406402">
    <w:abstractNumId w:val="4"/>
  </w:num>
  <w:num w:numId="5" w16cid:durableId="887840819">
    <w:abstractNumId w:val="7"/>
  </w:num>
  <w:num w:numId="6" w16cid:durableId="663242619">
    <w:abstractNumId w:val="3"/>
  </w:num>
  <w:num w:numId="7" w16cid:durableId="1880362816">
    <w:abstractNumId w:val="2"/>
  </w:num>
  <w:num w:numId="8" w16cid:durableId="516702057">
    <w:abstractNumId w:val="1"/>
  </w:num>
  <w:num w:numId="9" w16cid:durableId="831260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C3998"/>
    <w:rsid w:val="00326F90"/>
    <w:rsid w:val="005B109C"/>
    <w:rsid w:val="00660561"/>
    <w:rsid w:val="00AA1D8D"/>
    <w:rsid w:val="00B47730"/>
    <w:rsid w:val="00C92A7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F8020E"/>
  <w14:defaultImageDpi w14:val="300"/>
  <w15:docId w15:val="{2D985C87-15A4-44B3-89EF-373A3395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360" w:lineRule="auto"/>
      <w:jc w:val="both"/>
    </w:pPr>
    <w:rPr>
      <w:rFonts w:ascii="Arial" w:hAnsi="Arial" w:cs="Arial"/>
      <w:sz w:val="28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280" w:after="200"/>
      <w:jc w:val="right"/>
      <w:outlineLvl w:val="0"/>
    </w:pPr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40" w:after="160"/>
      <w:jc w:val="right"/>
      <w:outlineLvl w:val="1"/>
    </w:pPr>
    <w:rPr>
      <w:rFonts w:asciiTheme="majorHAnsi" w:eastAsiaTheme="majorEastAsia" w:hAnsiTheme="majorHAnsi" w:cstheme="majorBidi"/>
      <w:b/>
      <w:bCs/>
      <w:color w:val="000000"/>
      <w:sz w:val="32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/>
      <w:jc w:val="right"/>
      <w:outlineLvl w:val="2"/>
    </w:pPr>
    <w:rPr>
      <w:rFonts w:asciiTheme="majorHAnsi" w:eastAsiaTheme="majorEastAsia" w:hAnsiTheme="majorHAnsi" w:cstheme="majorBidi"/>
      <w:b/>
      <w:bCs/>
      <w:color w:val="000000"/>
      <w:sz w:val="30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5854</Words>
  <Characters>33368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39144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الفصلان الأول والثاني: الإطار النظري والدراسات السابقة</dc:title>
  <dc:subject>أثر إدارة المخاطر على استمرارية الأعمال في المنشآت الصغيرة والمتوسطة في المملكة العربية السعودية</dc:subject>
  <dc:creator>أحمد سليمان علي الفارسي</dc:creator>
  <cp:keywords>إدارة المخاطر، استمرارية الأعمال، المنشآت الصغيرة والمتوسطة</cp:keywords>
  <dc:description>generated by python-docx</dc:description>
  <cp:lastModifiedBy>احمد الفارسي</cp:lastModifiedBy>
  <cp:revision>2</cp:revision>
  <dcterms:created xsi:type="dcterms:W3CDTF">2026-08-12T17:29:00Z</dcterms:created>
  <dcterms:modified xsi:type="dcterms:W3CDTF">2026-08-12T17:29:00Z</dcterms:modified>
  <cp:category/>
</cp:coreProperties>
</file>