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74309" w14:textId="46A8ABDD" w:rsidR="00551973" w:rsidRDefault="00D05959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D62A4E" wp14:editId="0AC03E9C">
            <wp:simplePos x="0" y="0"/>
            <wp:positionH relativeFrom="column">
              <wp:posOffset>-930496</wp:posOffset>
            </wp:positionH>
            <wp:positionV relativeFrom="paragraph">
              <wp:posOffset>-589667</wp:posOffset>
            </wp:positionV>
            <wp:extent cx="2537460" cy="1203960"/>
            <wp:effectExtent l="0" t="0" r="2540" b="2540"/>
            <wp:wrapTopAndBottom/>
            <wp:docPr id="331617296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17296" name="صورة 33161729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7460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/>
      </w:r>
      <w:r>
        <w:br/>
      </w:r>
      <w:r>
        <w:br/>
      </w:r>
    </w:p>
    <w:p w14:paraId="25179094" w14:textId="77777777" w:rsidR="00551973" w:rsidRPr="007051C8" w:rsidRDefault="005156FC">
      <w:pPr>
        <w:jc w:val="center"/>
        <w:rPr>
          <w:rFonts w:ascii="Baguet Script" w:hAnsi="Baguet Script" w:cs="Angsana New"/>
          <w:b/>
          <w:bCs/>
          <w:color w:val="000000" w:themeColor="text1"/>
          <w:sz w:val="40"/>
          <w:szCs w:val="40"/>
        </w:rPr>
      </w:pPr>
      <w:r w:rsidRPr="007051C8">
        <w:rPr>
          <w:rFonts w:ascii="Arial" w:hAnsi="Arial" w:cs="Arial"/>
          <w:b/>
          <w:bCs/>
          <w:color w:val="000000" w:themeColor="text1"/>
          <w:sz w:val="40"/>
          <w:szCs w:val="40"/>
        </w:rPr>
        <w:t>عنوان</w:t>
      </w:r>
      <w:r w:rsidRPr="007051C8">
        <w:rPr>
          <w:rFonts w:ascii="Baguet Script" w:hAnsi="Baguet Script" w:cs="Angsana New"/>
          <w:b/>
          <w:bCs/>
          <w:color w:val="000000" w:themeColor="text1"/>
          <w:sz w:val="40"/>
          <w:szCs w:val="40"/>
        </w:rPr>
        <w:t xml:space="preserve"> </w:t>
      </w:r>
      <w:r w:rsidRPr="007051C8">
        <w:rPr>
          <w:rFonts w:ascii="Arial" w:hAnsi="Arial" w:cs="Arial"/>
          <w:b/>
          <w:bCs/>
          <w:color w:val="000000" w:themeColor="text1"/>
          <w:sz w:val="40"/>
          <w:szCs w:val="40"/>
        </w:rPr>
        <w:t>بحث</w:t>
      </w:r>
      <w:r w:rsidRPr="007051C8">
        <w:rPr>
          <w:rFonts w:ascii="Baguet Script" w:hAnsi="Baguet Script" w:cs="Angsana New"/>
          <w:b/>
          <w:bCs/>
          <w:color w:val="000000" w:themeColor="text1"/>
          <w:sz w:val="40"/>
          <w:szCs w:val="40"/>
        </w:rPr>
        <w:t xml:space="preserve"> </w:t>
      </w:r>
      <w:r w:rsidRPr="007051C8">
        <w:rPr>
          <w:rFonts w:ascii="Arial" w:hAnsi="Arial" w:cs="Arial"/>
          <w:b/>
          <w:bCs/>
          <w:color w:val="000000" w:themeColor="text1"/>
          <w:sz w:val="40"/>
          <w:szCs w:val="40"/>
        </w:rPr>
        <w:t>مشروع</w:t>
      </w:r>
      <w:r w:rsidRPr="007051C8">
        <w:rPr>
          <w:rFonts w:ascii="Baguet Script" w:hAnsi="Baguet Script" w:cs="Angsana New"/>
          <w:b/>
          <w:bCs/>
          <w:color w:val="000000" w:themeColor="text1"/>
          <w:sz w:val="40"/>
          <w:szCs w:val="40"/>
        </w:rPr>
        <w:t xml:space="preserve"> </w:t>
      </w:r>
      <w:r w:rsidRPr="007051C8">
        <w:rPr>
          <w:rFonts w:ascii="Arial" w:hAnsi="Arial" w:cs="Arial"/>
          <w:b/>
          <w:bCs/>
          <w:color w:val="000000" w:themeColor="text1"/>
          <w:sz w:val="40"/>
          <w:szCs w:val="40"/>
        </w:rPr>
        <w:t>التخرج</w:t>
      </w:r>
    </w:p>
    <w:p w14:paraId="14125403" w14:textId="77777777" w:rsidR="00551973" w:rsidRDefault="005156FC">
      <w:r>
        <w:br/>
      </w:r>
      <w:r>
        <w:br/>
      </w:r>
    </w:p>
    <w:p w14:paraId="1E2DAD31" w14:textId="77777777" w:rsidR="00551973" w:rsidRDefault="005156FC">
      <w:pPr>
        <w:jc w:val="center"/>
      </w:pPr>
      <w:r>
        <w:rPr>
          <w:b/>
          <w:sz w:val="32"/>
        </w:rPr>
        <w:t>أثر</w:t>
      </w:r>
      <w:r>
        <w:rPr>
          <w:b/>
          <w:sz w:val="32"/>
        </w:rPr>
        <w:t xml:space="preserve"> </w:t>
      </w:r>
      <w:r>
        <w:rPr>
          <w:b/>
          <w:sz w:val="32"/>
        </w:rPr>
        <w:t>وسائل</w:t>
      </w:r>
      <w:r>
        <w:rPr>
          <w:b/>
          <w:sz w:val="32"/>
        </w:rPr>
        <w:t xml:space="preserve"> </w:t>
      </w:r>
      <w:r>
        <w:rPr>
          <w:b/>
          <w:sz w:val="32"/>
        </w:rPr>
        <w:t>التواصل</w:t>
      </w:r>
      <w:r>
        <w:rPr>
          <w:b/>
          <w:sz w:val="32"/>
        </w:rPr>
        <w:t xml:space="preserve"> </w:t>
      </w:r>
      <w:r>
        <w:rPr>
          <w:b/>
          <w:sz w:val="32"/>
        </w:rPr>
        <w:t>الاجتماعي</w:t>
      </w:r>
      <w:r>
        <w:rPr>
          <w:b/>
          <w:sz w:val="32"/>
        </w:rPr>
        <w:t xml:space="preserve"> </w:t>
      </w:r>
      <w:r>
        <w:rPr>
          <w:b/>
          <w:sz w:val="32"/>
        </w:rPr>
        <w:t>على</w:t>
      </w:r>
      <w:r>
        <w:rPr>
          <w:b/>
          <w:sz w:val="32"/>
        </w:rPr>
        <w:t xml:space="preserve"> </w:t>
      </w:r>
      <w:r>
        <w:rPr>
          <w:b/>
          <w:sz w:val="32"/>
        </w:rPr>
        <w:t>وعي</w:t>
      </w:r>
      <w:r>
        <w:rPr>
          <w:b/>
          <w:sz w:val="32"/>
        </w:rPr>
        <w:t xml:space="preserve"> </w:t>
      </w:r>
      <w:r>
        <w:rPr>
          <w:b/>
          <w:sz w:val="32"/>
        </w:rPr>
        <w:t>الشباب</w:t>
      </w:r>
      <w:r>
        <w:rPr>
          <w:b/>
          <w:sz w:val="32"/>
        </w:rPr>
        <w:t xml:space="preserve"> </w:t>
      </w:r>
      <w:r>
        <w:rPr>
          <w:b/>
          <w:sz w:val="32"/>
        </w:rPr>
        <w:t>السعودي</w:t>
      </w:r>
    </w:p>
    <w:p w14:paraId="5959E9D2" w14:textId="77777777" w:rsidR="00551973" w:rsidRDefault="005156FC">
      <w:pPr>
        <w:jc w:val="center"/>
      </w:pPr>
      <w:r>
        <w:rPr>
          <w:i/>
          <w:sz w:val="28"/>
        </w:rPr>
        <w:t>The Impact of Social Media on Saudi Youth Awareness</w:t>
      </w:r>
    </w:p>
    <w:p w14:paraId="696BFFE4" w14:textId="77777777" w:rsidR="00551973" w:rsidRDefault="005156FC">
      <w:pPr>
        <w:jc w:val="center"/>
      </w:pPr>
      <w:r>
        <w:rPr>
          <w:sz w:val="26"/>
        </w:rPr>
        <w:t>تم</w:t>
      </w:r>
      <w:r>
        <w:rPr>
          <w:sz w:val="26"/>
        </w:rPr>
        <w:t xml:space="preserve"> </w:t>
      </w:r>
      <w:r>
        <w:rPr>
          <w:sz w:val="26"/>
        </w:rPr>
        <w:t>اختيار</w:t>
      </w:r>
      <w:r>
        <w:rPr>
          <w:sz w:val="26"/>
        </w:rPr>
        <w:t xml:space="preserve"> </w:t>
      </w:r>
      <w:r>
        <w:rPr>
          <w:sz w:val="26"/>
        </w:rPr>
        <w:t>هذا</w:t>
      </w:r>
      <w:r>
        <w:rPr>
          <w:sz w:val="26"/>
        </w:rPr>
        <w:t xml:space="preserve"> </w:t>
      </w:r>
      <w:r>
        <w:rPr>
          <w:sz w:val="26"/>
        </w:rPr>
        <w:t>العنوان</w:t>
      </w:r>
      <w:r>
        <w:rPr>
          <w:sz w:val="26"/>
        </w:rPr>
        <w:t xml:space="preserve"> </w:t>
      </w:r>
      <w:r>
        <w:rPr>
          <w:sz w:val="26"/>
        </w:rPr>
        <w:t>لما</w:t>
      </w:r>
      <w:r>
        <w:rPr>
          <w:sz w:val="26"/>
        </w:rPr>
        <w:t xml:space="preserve"> </w:t>
      </w:r>
      <w:r>
        <w:rPr>
          <w:sz w:val="26"/>
        </w:rPr>
        <w:t>لوسائل</w:t>
      </w:r>
      <w:r>
        <w:rPr>
          <w:sz w:val="26"/>
        </w:rPr>
        <w:t xml:space="preserve"> </w:t>
      </w:r>
      <w:r>
        <w:rPr>
          <w:sz w:val="26"/>
        </w:rPr>
        <w:t>التواصل</w:t>
      </w:r>
      <w:r>
        <w:rPr>
          <w:sz w:val="26"/>
        </w:rPr>
        <w:t xml:space="preserve"> </w:t>
      </w:r>
      <w:r>
        <w:rPr>
          <w:sz w:val="26"/>
        </w:rPr>
        <w:t>الاجتماعي</w:t>
      </w:r>
      <w:r>
        <w:rPr>
          <w:sz w:val="26"/>
        </w:rPr>
        <w:t xml:space="preserve"> </w:t>
      </w:r>
      <w:r>
        <w:rPr>
          <w:sz w:val="26"/>
        </w:rPr>
        <w:t>من</w:t>
      </w:r>
      <w:r>
        <w:rPr>
          <w:sz w:val="26"/>
        </w:rPr>
        <w:t xml:space="preserve"> </w:t>
      </w:r>
      <w:r>
        <w:rPr>
          <w:sz w:val="26"/>
        </w:rPr>
        <w:t>تأثير</w:t>
      </w:r>
      <w:r>
        <w:rPr>
          <w:sz w:val="26"/>
        </w:rPr>
        <w:t xml:space="preserve"> </w:t>
      </w:r>
      <w:r>
        <w:rPr>
          <w:sz w:val="26"/>
        </w:rPr>
        <w:t>واضح</w:t>
      </w:r>
      <w:r>
        <w:rPr>
          <w:sz w:val="26"/>
        </w:rPr>
        <w:t xml:space="preserve"> </w:t>
      </w:r>
      <w:r>
        <w:rPr>
          <w:sz w:val="26"/>
        </w:rPr>
        <w:t>ومباشر</w:t>
      </w:r>
      <w:r>
        <w:rPr>
          <w:sz w:val="26"/>
        </w:rPr>
        <w:t xml:space="preserve"> </w:t>
      </w:r>
      <w:r>
        <w:rPr>
          <w:sz w:val="26"/>
        </w:rPr>
        <w:t>على</w:t>
      </w:r>
      <w:r>
        <w:rPr>
          <w:sz w:val="26"/>
        </w:rPr>
        <w:t xml:space="preserve"> </w:t>
      </w:r>
      <w:r>
        <w:rPr>
          <w:sz w:val="26"/>
        </w:rPr>
        <w:t>أفكار</w:t>
      </w:r>
      <w:r>
        <w:rPr>
          <w:sz w:val="26"/>
        </w:rPr>
        <w:t xml:space="preserve"> </w:t>
      </w:r>
      <w:r>
        <w:rPr>
          <w:sz w:val="26"/>
        </w:rPr>
        <w:t>الشباب</w:t>
      </w:r>
      <w:r>
        <w:rPr>
          <w:sz w:val="26"/>
        </w:rPr>
        <w:t xml:space="preserve"> </w:t>
      </w:r>
      <w:r>
        <w:rPr>
          <w:sz w:val="26"/>
        </w:rPr>
        <w:t>وسلوكهم،</w:t>
      </w:r>
      <w:r>
        <w:rPr>
          <w:sz w:val="26"/>
        </w:rPr>
        <w:t xml:space="preserve"> </w:t>
      </w:r>
      <w:r>
        <w:rPr>
          <w:sz w:val="26"/>
        </w:rPr>
        <w:t>ودورها</w:t>
      </w:r>
      <w:r>
        <w:rPr>
          <w:sz w:val="26"/>
        </w:rPr>
        <w:t xml:space="preserve"> </w:t>
      </w:r>
      <w:r>
        <w:rPr>
          <w:sz w:val="26"/>
        </w:rPr>
        <w:t>في</w:t>
      </w:r>
      <w:r>
        <w:rPr>
          <w:sz w:val="26"/>
        </w:rPr>
        <w:t xml:space="preserve"> </w:t>
      </w:r>
      <w:r>
        <w:rPr>
          <w:sz w:val="26"/>
        </w:rPr>
        <w:t>تشكيل</w:t>
      </w:r>
      <w:r>
        <w:rPr>
          <w:sz w:val="26"/>
        </w:rPr>
        <w:t xml:space="preserve"> </w:t>
      </w:r>
      <w:r>
        <w:rPr>
          <w:sz w:val="26"/>
        </w:rPr>
        <w:t>الوعي</w:t>
      </w:r>
      <w:r>
        <w:rPr>
          <w:sz w:val="26"/>
        </w:rPr>
        <w:t xml:space="preserve"> </w:t>
      </w:r>
      <w:r>
        <w:rPr>
          <w:sz w:val="26"/>
        </w:rPr>
        <w:t>المجتمعي</w:t>
      </w:r>
      <w:r>
        <w:rPr>
          <w:sz w:val="26"/>
        </w:rPr>
        <w:t xml:space="preserve"> </w:t>
      </w:r>
      <w:r>
        <w:rPr>
          <w:sz w:val="26"/>
        </w:rPr>
        <w:t>في</w:t>
      </w:r>
      <w:r>
        <w:rPr>
          <w:sz w:val="26"/>
        </w:rPr>
        <w:t xml:space="preserve"> </w:t>
      </w:r>
      <w:r>
        <w:rPr>
          <w:sz w:val="26"/>
        </w:rPr>
        <w:t>العصر</w:t>
      </w:r>
      <w:r>
        <w:rPr>
          <w:sz w:val="26"/>
        </w:rPr>
        <w:t xml:space="preserve"> </w:t>
      </w:r>
      <w:r>
        <w:rPr>
          <w:sz w:val="26"/>
        </w:rPr>
        <w:t>الرقمي</w:t>
      </w:r>
      <w:r>
        <w:rPr>
          <w:sz w:val="26"/>
        </w:rPr>
        <w:t>.</w:t>
      </w:r>
    </w:p>
    <w:p w14:paraId="6F44CF87" w14:textId="77777777" w:rsidR="00551973" w:rsidRDefault="005156FC">
      <w:r>
        <w:br/>
      </w:r>
    </w:p>
    <w:p w14:paraId="3DDA57FE" w14:textId="77777777" w:rsidR="00551973" w:rsidRDefault="005156FC">
      <w:pPr>
        <w:jc w:val="center"/>
      </w:pPr>
      <w:r>
        <w:rPr>
          <w:b/>
          <w:sz w:val="32"/>
        </w:rPr>
        <w:t>دور</w:t>
      </w:r>
      <w:r>
        <w:rPr>
          <w:b/>
          <w:sz w:val="32"/>
        </w:rPr>
        <w:t xml:space="preserve"> </w:t>
      </w:r>
      <w:r>
        <w:rPr>
          <w:b/>
          <w:sz w:val="32"/>
        </w:rPr>
        <w:t>الإعلام</w:t>
      </w:r>
      <w:r>
        <w:rPr>
          <w:b/>
          <w:sz w:val="32"/>
        </w:rPr>
        <w:t xml:space="preserve"> </w:t>
      </w:r>
      <w:r>
        <w:rPr>
          <w:b/>
          <w:sz w:val="32"/>
        </w:rPr>
        <w:t>الرقمي</w:t>
      </w:r>
      <w:r>
        <w:rPr>
          <w:b/>
          <w:sz w:val="32"/>
        </w:rPr>
        <w:t xml:space="preserve"> </w:t>
      </w:r>
      <w:r>
        <w:rPr>
          <w:b/>
          <w:sz w:val="32"/>
        </w:rPr>
        <w:t>في</w:t>
      </w:r>
      <w:r>
        <w:rPr>
          <w:b/>
          <w:sz w:val="32"/>
        </w:rPr>
        <w:t xml:space="preserve"> </w:t>
      </w:r>
      <w:r>
        <w:rPr>
          <w:b/>
          <w:sz w:val="32"/>
        </w:rPr>
        <w:t>تعزيز</w:t>
      </w:r>
      <w:r>
        <w:rPr>
          <w:b/>
          <w:sz w:val="32"/>
        </w:rPr>
        <w:t xml:space="preserve"> </w:t>
      </w:r>
      <w:r>
        <w:rPr>
          <w:b/>
          <w:sz w:val="32"/>
        </w:rPr>
        <w:t>الهوية</w:t>
      </w:r>
      <w:r>
        <w:rPr>
          <w:b/>
          <w:sz w:val="32"/>
        </w:rPr>
        <w:t xml:space="preserve"> </w:t>
      </w:r>
      <w:r>
        <w:rPr>
          <w:b/>
          <w:sz w:val="32"/>
        </w:rPr>
        <w:t>الوطنية</w:t>
      </w:r>
    </w:p>
    <w:p w14:paraId="7C6E7EF7" w14:textId="77777777" w:rsidR="00551973" w:rsidRDefault="005156FC">
      <w:pPr>
        <w:jc w:val="center"/>
      </w:pPr>
      <w:r>
        <w:rPr>
          <w:i/>
          <w:sz w:val="28"/>
        </w:rPr>
        <w:t>The Role of Digital Media in Strengthening National Identity</w:t>
      </w:r>
    </w:p>
    <w:p w14:paraId="3609C5D0" w14:textId="77777777" w:rsidR="00551973" w:rsidRDefault="005156FC">
      <w:pPr>
        <w:jc w:val="center"/>
      </w:pPr>
      <w:r>
        <w:rPr>
          <w:sz w:val="26"/>
        </w:rPr>
        <w:t>تم</w:t>
      </w:r>
      <w:r>
        <w:rPr>
          <w:sz w:val="26"/>
        </w:rPr>
        <w:t xml:space="preserve"> </w:t>
      </w:r>
      <w:r>
        <w:rPr>
          <w:sz w:val="26"/>
        </w:rPr>
        <w:t>اختيار</w:t>
      </w:r>
      <w:r>
        <w:rPr>
          <w:sz w:val="26"/>
        </w:rPr>
        <w:t xml:space="preserve"> </w:t>
      </w:r>
      <w:r>
        <w:rPr>
          <w:sz w:val="26"/>
        </w:rPr>
        <w:t>هذا</w:t>
      </w:r>
      <w:r>
        <w:rPr>
          <w:sz w:val="26"/>
        </w:rPr>
        <w:t xml:space="preserve"> </w:t>
      </w:r>
      <w:r>
        <w:rPr>
          <w:sz w:val="26"/>
        </w:rPr>
        <w:t>العنوان</w:t>
      </w:r>
      <w:r>
        <w:rPr>
          <w:sz w:val="26"/>
        </w:rPr>
        <w:t xml:space="preserve"> </w:t>
      </w:r>
      <w:r>
        <w:rPr>
          <w:sz w:val="26"/>
        </w:rPr>
        <w:t>لأهمية</w:t>
      </w:r>
      <w:r>
        <w:rPr>
          <w:sz w:val="26"/>
        </w:rPr>
        <w:t xml:space="preserve"> </w:t>
      </w:r>
      <w:r>
        <w:rPr>
          <w:sz w:val="26"/>
        </w:rPr>
        <w:t>الإعلام</w:t>
      </w:r>
      <w:r>
        <w:rPr>
          <w:sz w:val="26"/>
        </w:rPr>
        <w:t xml:space="preserve"> </w:t>
      </w:r>
      <w:r>
        <w:rPr>
          <w:sz w:val="26"/>
        </w:rPr>
        <w:t>الرقمي</w:t>
      </w:r>
      <w:r>
        <w:rPr>
          <w:sz w:val="26"/>
        </w:rPr>
        <w:t xml:space="preserve"> </w:t>
      </w:r>
      <w:r>
        <w:rPr>
          <w:sz w:val="26"/>
        </w:rPr>
        <w:t>في</w:t>
      </w:r>
      <w:r>
        <w:rPr>
          <w:sz w:val="26"/>
        </w:rPr>
        <w:t xml:space="preserve"> </w:t>
      </w:r>
      <w:r>
        <w:rPr>
          <w:sz w:val="26"/>
        </w:rPr>
        <w:t>دعم</w:t>
      </w:r>
      <w:r>
        <w:rPr>
          <w:sz w:val="26"/>
        </w:rPr>
        <w:t xml:space="preserve"> </w:t>
      </w:r>
      <w:r>
        <w:rPr>
          <w:sz w:val="26"/>
        </w:rPr>
        <w:t>القيم</w:t>
      </w:r>
      <w:r>
        <w:rPr>
          <w:sz w:val="26"/>
        </w:rPr>
        <w:t xml:space="preserve"> </w:t>
      </w:r>
      <w:r>
        <w:rPr>
          <w:sz w:val="26"/>
        </w:rPr>
        <w:t>الوطنية</w:t>
      </w:r>
      <w:r>
        <w:rPr>
          <w:sz w:val="26"/>
        </w:rPr>
        <w:t xml:space="preserve"> </w:t>
      </w:r>
      <w:r>
        <w:rPr>
          <w:sz w:val="26"/>
        </w:rPr>
        <w:t>وتعزيز</w:t>
      </w:r>
      <w:r>
        <w:rPr>
          <w:sz w:val="26"/>
        </w:rPr>
        <w:t xml:space="preserve"> </w:t>
      </w:r>
      <w:r>
        <w:rPr>
          <w:sz w:val="26"/>
        </w:rPr>
        <w:t>الانتماء،</w:t>
      </w:r>
      <w:r>
        <w:rPr>
          <w:sz w:val="26"/>
        </w:rPr>
        <w:t xml:space="preserve"> </w:t>
      </w:r>
      <w:r>
        <w:rPr>
          <w:sz w:val="26"/>
        </w:rPr>
        <w:t>خاصة</w:t>
      </w:r>
      <w:r>
        <w:rPr>
          <w:sz w:val="26"/>
        </w:rPr>
        <w:t xml:space="preserve"> </w:t>
      </w:r>
      <w:r>
        <w:rPr>
          <w:sz w:val="26"/>
        </w:rPr>
        <w:t>مع</w:t>
      </w:r>
      <w:r>
        <w:rPr>
          <w:sz w:val="26"/>
        </w:rPr>
        <w:t xml:space="preserve"> </w:t>
      </w:r>
      <w:r>
        <w:rPr>
          <w:sz w:val="26"/>
        </w:rPr>
        <w:t>انتشار</w:t>
      </w:r>
      <w:r>
        <w:rPr>
          <w:sz w:val="26"/>
        </w:rPr>
        <w:t xml:space="preserve"> </w:t>
      </w:r>
      <w:r>
        <w:rPr>
          <w:sz w:val="26"/>
        </w:rPr>
        <w:t>المنصات</w:t>
      </w:r>
      <w:r>
        <w:rPr>
          <w:sz w:val="26"/>
        </w:rPr>
        <w:t xml:space="preserve"> </w:t>
      </w:r>
      <w:r>
        <w:rPr>
          <w:sz w:val="26"/>
        </w:rPr>
        <w:t>الرقمية</w:t>
      </w:r>
      <w:r>
        <w:rPr>
          <w:sz w:val="26"/>
        </w:rPr>
        <w:t xml:space="preserve"> </w:t>
      </w:r>
      <w:r>
        <w:rPr>
          <w:sz w:val="26"/>
        </w:rPr>
        <w:t>وتأثيرها</w:t>
      </w:r>
      <w:r>
        <w:rPr>
          <w:sz w:val="26"/>
        </w:rPr>
        <w:t xml:space="preserve"> </w:t>
      </w:r>
      <w:r>
        <w:rPr>
          <w:sz w:val="26"/>
        </w:rPr>
        <w:t>في</w:t>
      </w:r>
      <w:r>
        <w:rPr>
          <w:sz w:val="26"/>
        </w:rPr>
        <w:t xml:space="preserve"> </w:t>
      </w:r>
      <w:r>
        <w:rPr>
          <w:sz w:val="26"/>
        </w:rPr>
        <w:t>بناء</w:t>
      </w:r>
      <w:r>
        <w:rPr>
          <w:sz w:val="26"/>
        </w:rPr>
        <w:t xml:space="preserve"> </w:t>
      </w:r>
      <w:r>
        <w:rPr>
          <w:sz w:val="26"/>
        </w:rPr>
        <w:t>الصورة</w:t>
      </w:r>
      <w:r>
        <w:rPr>
          <w:sz w:val="26"/>
        </w:rPr>
        <w:t xml:space="preserve"> </w:t>
      </w:r>
      <w:r>
        <w:rPr>
          <w:sz w:val="26"/>
        </w:rPr>
        <w:t>الذهنية</w:t>
      </w:r>
      <w:r>
        <w:rPr>
          <w:sz w:val="26"/>
        </w:rPr>
        <w:t xml:space="preserve"> </w:t>
      </w:r>
      <w:r>
        <w:rPr>
          <w:sz w:val="26"/>
        </w:rPr>
        <w:t>للمجتمع</w:t>
      </w:r>
      <w:r>
        <w:rPr>
          <w:sz w:val="26"/>
        </w:rPr>
        <w:t>.</w:t>
      </w:r>
    </w:p>
    <w:p w14:paraId="2FF68E9C" w14:textId="77777777" w:rsidR="00551973" w:rsidRDefault="005156FC">
      <w:r>
        <w:br/>
      </w:r>
      <w:r>
        <w:br/>
      </w:r>
    </w:p>
    <w:p w14:paraId="1B08CFDD" w14:textId="027D9282" w:rsidR="001D3A66" w:rsidRDefault="00013BF4" w:rsidP="001D3A66">
      <w:pPr>
        <w:bidi/>
        <w:rPr>
          <w:rFonts w:asciiTheme="majorHAnsi" w:hAnsiTheme="majorHAnsi"/>
          <w:b/>
          <w:bCs/>
          <w:rtl/>
        </w:rPr>
      </w:pPr>
      <w:r>
        <w:rPr>
          <w:rFonts w:ascii="Arial" w:hAnsi="Arial" w:cs="Arial" w:hint="cs"/>
          <w:b/>
          <w:bCs/>
          <w:sz w:val="28"/>
          <w:rtl/>
        </w:rPr>
        <w:t xml:space="preserve">   </w:t>
      </w:r>
      <w:r w:rsidRPr="00013BF4">
        <w:rPr>
          <w:rFonts w:ascii="Arial" w:hAnsi="Arial" w:cs="Arial"/>
          <w:b/>
          <w:bCs/>
          <w:sz w:val="28"/>
        </w:rPr>
        <w:t>إعداد</w:t>
      </w:r>
      <w:r w:rsidRPr="00013BF4">
        <w:rPr>
          <w:rFonts w:asciiTheme="majorHAnsi" w:hAnsiTheme="majorHAnsi"/>
          <w:b/>
          <w:bCs/>
          <w:sz w:val="28"/>
        </w:rPr>
        <w:t xml:space="preserve"> </w:t>
      </w:r>
      <w:r w:rsidRPr="00013BF4">
        <w:rPr>
          <w:rFonts w:ascii="Arial" w:hAnsi="Arial" w:cs="Arial"/>
          <w:b/>
          <w:bCs/>
          <w:sz w:val="28"/>
        </w:rPr>
        <w:t>الطالبة</w:t>
      </w:r>
      <w:r w:rsidRPr="00013BF4">
        <w:rPr>
          <w:rFonts w:asciiTheme="majorHAnsi" w:hAnsiTheme="majorHAnsi"/>
          <w:b/>
          <w:bCs/>
          <w:sz w:val="28"/>
        </w:rPr>
        <w:t>:</w:t>
      </w:r>
      <w:r w:rsidRPr="00013BF4">
        <w:rPr>
          <w:rFonts w:asciiTheme="majorHAnsi" w:hAnsiTheme="majorHAnsi"/>
          <w:b/>
          <w:bCs/>
          <w:sz w:val="28"/>
        </w:rPr>
        <w:br/>
      </w:r>
      <w:r w:rsidRPr="00013BF4">
        <w:rPr>
          <w:rFonts w:ascii="Arial" w:hAnsi="Arial" w:cs="Arial"/>
          <w:b/>
          <w:bCs/>
          <w:sz w:val="28"/>
        </w:rPr>
        <w:t>ساره</w:t>
      </w:r>
      <w:r w:rsidRPr="00013BF4">
        <w:rPr>
          <w:rFonts w:asciiTheme="majorHAnsi" w:hAnsiTheme="majorHAnsi"/>
          <w:b/>
          <w:bCs/>
          <w:sz w:val="28"/>
        </w:rPr>
        <w:t xml:space="preserve"> </w:t>
      </w:r>
      <w:r w:rsidRPr="00013BF4">
        <w:rPr>
          <w:rFonts w:ascii="Arial" w:hAnsi="Arial" w:cs="Arial"/>
          <w:b/>
          <w:bCs/>
          <w:sz w:val="28"/>
        </w:rPr>
        <w:t>سامي</w:t>
      </w:r>
      <w:r w:rsidRPr="00013BF4">
        <w:rPr>
          <w:rFonts w:asciiTheme="majorHAnsi" w:hAnsiTheme="majorHAnsi"/>
          <w:b/>
          <w:bCs/>
          <w:sz w:val="28"/>
        </w:rPr>
        <w:t xml:space="preserve"> </w:t>
      </w:r>
      <w:r w:rsidRPr="00013BF4">
        <w:rPr>
          <w:rFonts w:ascii="Arial" w:hAnsi="Arial" w:cs="Arial"/>
          <w:b/>
          <w:bCs/>
          <w:sz w:val="28"/>
        </w:rPr>
        <w:t>الخنيفر</w:t>
      </w:r>
    </w:p>
    <w:p w14:paraId="282831A5" w14:textId="6A19712E" w:rsidR="001D3A66" w:rsidRPr="00C338D5" w:rsidRDefault="001D3A66" w:rsidP="001D3A66">
      <w:pPr>
        <w:bidi/>
        <w:rPr>
          <w:rFonts w:asciiTheme="majorHAnsi" w:hAnsiTheme="majorHAnsi"/>
          <w:lang w:val="en-GB"/>
        </w:rPr>
      </w:pPr>
      <w:r w:rsidRPr="00C338D5">
        <w:rPr>
          <w:rFonts w:asciiTheme="majorHAnsi" w:hAnsiTheme="majorHAnsi" w:hint="cs"/>
          <w:b/>
          <w:bCs/>
          <w:rtl/>
        </w:rPr>
        <w:t>الرقم الجامعي</w:t>
      </w:r>
      <w:r w:rsidRPr="00C338D5">
        <w:rPr>
          <w:rFonts w:asciiTheme="majorHAnsi" w:hAnsiTheme="majorHAnsi" w:hint="cs"/>
          <w:rtl/>
        </w:rPr>
        <w:t xml:space="preserve"> </w:t>
      </w:r>
      <w:r w:rsidRPr="00C338D5">
        <w:rPr>
          <w:rFonts w:asciiTheme="majorHAnsi" w:hAnsiTheme="majorHAnsi" w:hint="cs"/>
          <w:rtl/>
          <w:lang w:val="en-GB"/>
        </w:rPr>
        <w:t>:</w:t>
      </w:r>
      <w:r w:rsidR="004B1B22" w:rsidRPr="00C338D5">
        <w:rPr>
          <w:rFonts w:asciiTheme="majorHAnsi" w:hAnsiTheme="majorHAnsi"/>
          <w:lang w:val="en-GB"/>
        </w:rPr>
        <w:t>222001300</w:t>
      </w:r>
    </w:p>
    <w:p w14:paraId="4A40F456" w14:textId="77777777" w:rsidR="004B1B22" w:rsidRPr="001D3A66" w:rsidRDefault="004B1B22" w:rsidP="004B1B22">
      <w:pPr>
        <w:bidi/>
        <w:rPr>
          <w:rFonts w:asciiTheme="majorHAnsi" w:hAnsiTheme="majorHAnsi"/>
          <w:b/>
          <w:bCs/>
          <w:lang w:val="en-GB"/>
        </w:rPr>
      </w:pPr>
    </w:p>
    <w:p w14:paraId="1097B303" w14:textId="266A31D0" w:rsidR="007051C8" w:rsidRPr="00826B36" w:rsidRDefault="007051C8" w:rsidP="007051C8">
      <w:pPr>
        <w:ind w:left="2160"/>
        <w:jc w:val="center"/>
        <w:rPr>
          <w:rFonts w:asciiTheme="majorHAnsi" w:hAnsiTheme="majorHAnsi"/>
          <w:b/>
          <w:bCs/>
          <w:sz w:val="28"/>
          <w:lang w:val="en-GB"/>
        </w:rPr>
      </w:pPr>
    </w:p>
    <w:sectPr w:rsidR="007051C8" w:rsidRPr="00826B36" w:rsidSect="00CA2E9F">
      <w:pgSz w:w="12240" w:h="15840"/>
      <w:pgMar w:top="1440" w:right="1800" w:bottom="1440" w:left="1800" w:header="720" w:footer="720" w:gutter="0"/>
      <w:pgBorders w:offsetFrom="page">
        <w:top w:val="threeDEmboss" w:sz="12" w:space="24" w:color="auto"/>
        <w:left w:val="threeDEmboss" w:sz="12" w:space="24" w:color="auto"/>
        <w:bottom w:val="threeDEmboss" w:sz="12" w:space="24" w:color="auto"/>
        <w:right w:val="threeDEmboss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aguet Script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28494121">
    <w:abstractNumId w:val="8"/>
  </w:num>
  <w:num w:numId="2" w16cid:durableId="952708035">
    <w:abstractNumId w:val="6"/>
  </w:num>
  <w:num w:numId="3" w16cid:durableId="228537598">
    <w:abstractNumId w:val="5"/>
  </w:num>
  <w:num w:numId="4" w16cid:durableId="478348745">
    <w:abstractNumId w:val="4"/>
  </w:num>
  <w:num w:numId="5" w16cid:durableId="85883718">
    <w:abstractNumId w:val="7"/>
  </w:num>
  <w:num w:numId="6" w16cid:durableId="1278175623">
    <w:abstractNumId w:val="3"/>
  </w:num>
  <w:num w:numId="7" w16cid:durableId="817918582">
    <w:abstractNumId w:val="2"/>
  </w:num>
  <w:num w:numId="8" w16cid:durableId="1222134285">
    <w:abstractNumId w:val="1"/>
  </w:num>
  <w:num w:numId="9" w16cid:durableId="1101416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1B90"/>
    <w:rsid w:val="00013BF4"/>
    <w:rsid w:val="00034616"/>
    <w:rsid w:val="0006063C"/>
    <w:rsid w:val="000C0FE8"/>
    <w:rsid w:val="0015074B"/>
    <w:rsid w:val="00186257"/>
    <w:rsid w:val="001D3A66"/>
    <w:rsid w:val="001E667A"/>
    <w:rsid w:val="0029639D"/>
    <w:rsid w:val="00326F90"/>
    <w:rsid w:val="004B1B22"/>
    <w:rsid w:val="005156FC"/>
    <w:rsid w:val="00551973"/>
    <w:rsid w:val="00586899"/>
    <w:rsid w:val="005A39B0"/>
    <w:rsid w:val="007051C8"/>
    <w:rsid w:val="00826B36"/>
    <w:rsid w:val="00AA1D8D"/>
    <w:rsid w:val="00B47730"/>
    <w:rsid w:val="00C338D5"/>
    <w:rsid w:val="00C71C6C"/>
    <w:rsid w:val="00C848B8"/>
    <w:rsid w:val="00CA2E9F"/>
    <w:rsid w:val="00CB0664"/>
    <w:rsid w:val="00D05959"/>
    <w:rsid w:val="00D11856"/>
    <w:rsid w:val="00FC693F"/>
    <w:rsid w:val="00FD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٫"/>
  <w:listSeparator w:val=";"/>
  <w14:docId w14:val="15B60CDB"/>
  <w14:defaultImageDpi w14:val="300"/>
  <w15:docId w15:val="{9D4E3C0C-880A-FD4A-BA5D-1B55E8B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ساره  سامي محمد الخنيفر</cp:lastModifiedBy>
  <cp:revision>2</cp:revision>
  <dcterms:created xsi:type="dcterms:W3CDTF">2026-02-18T19:05:00Z</dcterms:created>
  <dcterms:modified xsi:type="dcterms:W3CDTF">2026-02-18T19:05:00Z</dcterms:modified>
  <cp:category/>
</cp:coreProperties>
</file>