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37864" w14:textId="512169C0" w:rsidR="00CC595E" w:rsidRDefault="00E64672" w:rsidP="00E64672">
      <w:pPr>
        <w:bidi/>
        <w:spacing w:after="80" w:line="360" w:lineRule="auto"/>
        <w:rPr>
          <w:rtl/>
        </w:rPr>
      </w:pPr>
      <w:r w:rsidRPr="002D35A2">
        <w:rPr>
          <w:rFonts w:asciiTheme="majorBidi" w:hAnsiTheme="majorBidi" w:cstheme="majorBidi"/>
          <w:b/>
          <w:bCs/>
          <w:noProof/>
          <w:sz w:val="28"/>
          <w:szCs w:val="28"/>
        </w:rPr>
        <w:drawing>
          <wp:anchor distT="0" distB="0" distL="114300" distR="114300" simplePos="0" relativeHeight="251658240" behindDoc="0" locked="0" layoutInCell="1" allowOverlap="1" wp14:anchorId="66D73ED6" wp14:editId="57E626C7">
            <wp:simplePos x="0" y="0"/>
            <wp:positionH relativeFrom="margin">
              <wp:posOffset>-371475</wp:posOffset>
            </wp:positionH>
            <wp:positionV relativeFrom="margin">
              <wp:posOffset>-353060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b/>
          <w:sz w:val="32"/>
        </w:rPr>
        <w:t>جامعة ميدأوشن</w:t>
      </w:r>
    </w:p>
    <w:p w14:paraId="09DE51B3" w14:textId="35A83D40" w:rsidR="00CC595E" w:rsidRDefault="00000000" w:rsidP="00E64672">
      <w:pPr>
        <w:bidi/>
        <w:spacing w:after="80" w:line="360" w:lineRule="auto"/>
        <w:rPr>
          <w:rtl/>
        </w:rPr>
      </w:pPr>
      <w:r>
        <w:rPr>
          <w:b/>
          <w:sz w:val="28"/>
        </w:rPr>
        <w:t>كلية الإدارة</w:t>
      </w:r>
    </w:p>
    <w:p w14:paraId="30F0EA70" w14:textId="6EAA6380" w:rsidR="00CC595E" w:rsidRPr="00EA2FD2" w:rsidRDefault="00EA2FD2" w:rsidP="00E64672">
      <w:pPr>
        <w:bidi/>
        <w:spacing w:after="800" w:line="360" w:lineRule="auto"/>
        <w:rPr>
          <w:b/>
          <w:sz w:val="28"/>
          <w:szCs w:val="28"/>
          <w:rtl/>
        </w:rPr>
      </w:pPr>
      <w:r w:rsidRPr="00EA2FD2">
        <w:rPr>
          <w:rFonts w:hint="cs"/>
          <w:bCs/>
          <w:sz w:val="28"/>
          <w:szCs w:val="28"/>
          <w:rtl/>
        </w:rPr>
        <w:t>ماجستير</w:t>
      </w:r>
      <w:r w:rsidRPr="00EA2FD2">
        <w:rPr>
          <w:bCs/>
          <w:sz w:val="28"/>
          <w:szCs w:val="28"/>
        </w:rPr>
        <w:t xml:space="preserve"> </w:t>
      </w:r>
      <w:r w:rsidRPr="00EA2FD2">
        <w:rPr>
          <w:bCs/>
          <w:sz w:val="28"/>
          <w:szCs w:val="28"/>
          <w:rtl/>
        </w:rPr>
        <w:t>إدارة</w:t>
      </w:r>
      <w:r w:rsidRPr="00EA2FD2">
        <w:rPr>
          <w:b/>
          <w:sz w:val="28"/>
          <w:szCs w:val="28"/>
        </w:rPr>
        <w:t xml:space="preserve"> الأعمال </w:t>
      </w:r>
      <w:r w:rsidRPr="00EA2FD2">
        <w:rPr>
          <w:rFonts w:hint="cs"/>
          <w:b/>
          <w:sz w:val="28"/>
          <w:szCs w:val="28"/>
          <w:rtl/>
        </w:rPr>
        <w:t xml:space="preserve"> </w:t>
      </w:r>
      <w:r w:rsidRPr="00EA2FD2">
        <w:rPr>
          <w:b/>
          <w:sz w:val="28"/>
          <w:szCs w:val="28"/>
        </w:rPr>
        <w:t>(MBA)</w:t>
      </w:r>
    </w:p>
    <w:p w14:paraId="0C4ECC5C" w14:textId="77777777" w:rsidR="001B2CB2" w:rsidRDefault="001B2CB2" w:rsidP="001B2CB2">
      <w:pPr>
        <w:bidi/>
        <w:spacing w:after="800" w:line="360" w:lineRule="auto"/>
        <w:rPr>
          <w:rtl/>
        </w:rPr>
      </w:pPr>
    </w:p>
    <w:p w14:paraId="65BC9AD0" w14:textId="77777777" w:rsidR="005570EC" w:rsidRPr="005570EC" w:rsidRDefault="005570EC" w:rsidP="005570EC">
      <w:pPr>
        <w:bidi/>
        <w:spacing w:after="440"/>
        <w:jc w:val="center"/>
        <w:rPr>
          <w:rFonts w:ascii="Noto Naskh Arabic" w:hAnsi="Noto Naskh Arabic" w:cs="Noto Naskh Arabic" w:hint="eastAsia"/>
        </w:rPr>
      </w:pPr>
    </w:p>
    <w:p w14:paraId="0F8BFC6D" w14:textId="77777777" w:rsidR="005570EC" w:rsidRPr="005570EC" w:rsidRDefault="005570EC" w:rsidP="005570EC">
      <w:pPr>
        <w:bidi/>
        <w:jc w:val="center"/>
        <w:rPr>
          <w:rFonts w:ascii="Noto Naskh Arabic" w:hAnsi="Noto Naskh Arabic" w:cs="Noto Naskh Arabic" w:hint="eastAsia"/>
        </w:rPr>
      </w:pPr>
      <w:r w:rsidRPr="005570EC">
        <w:rPr>
          <w:rFonts w:ascii="Arial" w:hAnsi="Arial" w:cs="Arial"/>
          <w:b/>
          <w:sz w:val="34"/>
        </w:rPr>
        <w:t>المشروع</w:t>
      </w:r>
      <w:r w:rsidRPr="005570EC">
        <w:rPr>
          <w:rFonts w:ascii="Noto Naskh Arabic" w:hAnsi="Noto Naskh Arabic" w:cs="Noto Naskh Arabic"/>
          <w:b/>
          <w:sz w:val="34"/>
        </w:rPr>
        <w:t xml:space="preserve"> </w:t>
      </w:r>
      <w:r w:rsidRPr="005570EC">
        <w:rPr>
          <w:rFonts w:ascii="Arial" w:hAnsi="Arial" w:cs="Arial"/>
          <w:b/>
          <w:sz w:val="34"/>
        </w:rPr>
        <w:t>النهائي</w:t>
      </w:r>
    </w:p>
    <w:p w14:paraId="55A78E6B" w14:textId="73C770BF" w:rsidR="005570EC" w:rsidRPr="00EA2FD2" w:rsidRDefault="00EA2FD2" w:rsidP="00EA2FD2">
      <w:pPr>
        <w:bidi/>
        <w:spacing w:after="480"/>
        <w:jc w:val="center"/>
        <w:rPr>
          <w:rFonts w:ascii="Noto Naskh Arabic" w:hAnsi="Noto Naskh Arabic" w:cstheme="minorBidi" w:hint="eastAsia"/>
          <w:bCs/>
          <w:sz w:val="28"/>
          <w:szCs w:val="28"/>
          <w:rtl/>
        </w:rPr>
      </w:pPr>
      <w:r w:rsidRPr="00EA2FD2">
        <w:rPr>
          <w:rFonts w:ascii="Arial" w:hAnsi="Arial" w:cs="Arial"/>
          <w:bCs/>
          <w:sz w:val="28"/>
          <w:szCs w:val="28"/>
          <w:rtl/>
        </w:rPr>
        <w:t>أثر تطبيق منهجية الإدارة الرشيقة</w:t>
      </w:r>
      <w:r w:rsidRPr="00EA2FD2">
        <w:rPr>
          <w:rFonts w:ascii="Arial" w:hAnsi="Arial" w:cs="Arial"/>
          <w:bCs/>
          <w:sz w:val="28"/>
          <w:szCs w:val="28"/>
        </w:rPr>
        <w:t xml:space="preserve"> (Agile) </w:t>
      </w:r>
      <w:r w:rsidRPr="00EA2FD2">
        <w:rPr>
          <w:rFonts w:ascii="Arial" w:hAnsi="Arial" w:cs="Arial"/>
          <w:bCs/>
          <w:sz w:val="28"/>
          <w:szCs w:val="28"/>
          <w:rtl/>
        </w:rPr>
        <w:t>على جودة مخرجات مشاريع البرمجيات في الشركات التقنية</w:t>
      </w:r>
      <w:r w:rsidR="005570EC" w:rsidRPr="00EA2FD2">
        <w:rPr>
          <w:rFonts w:ascii="Arial" w:hAnsi="Arial" w:cs="Arial"/>
          <w:b/>
          <w:sz w:val="28"/>
          <w:szCs w:val="28"/>
        </w:rPr>
        <w:t>دراسة</w:t>
      </w:r>
      <w:r w:rsidR="005570EC" w:rsidRPr="00EA2FD2">
        <w:rPr>
          <w:rFonts w:ascii="Noto Naskh Arabic" w:hAnsi="Noto Naskh Arabic" w:cs="Noto Naskh Arabic"/>
          <w:bCs/>
          <w:sz w:val="28"/>
          <w:szCs w:val="28"/>
        </w:rPr>
        <w:t xml:space="preserve"> </w:t>
      </w:r>
      <w:r w:rsidR="005570EC" w:rsidRPr="00EA2FD2">
        <w:rPr>
          <w:rFonts w:ascii="Arial" w:hAnsi="Arial" w:cs="Arial"/>
          <w:b/>
          <w:sz w:val="28"/>
          <w:szCs w:val="28"/>
        </w:rPr>
        <w:t>تحليلية</w:t>
      </w:r>
      <w:r w:rsidR="005570EC" w:rsidRPr="00EA2FD2">
        <w:rPr>
          <w:rFonts w:ascii="Noto Naskh Arabic" w:hAnsi="Noto Naskh Arabic" w:cs="Noto Naskh Arabic"/>
          <w:b/>
          <w:sz w:val="28"/>
          <w:szCs w:val="28"/>
        </w:rPr>
        <w:t xml:space="preserve"> </w:t>
      </w:r>
      <w:r w:rsidR="005570EC" w:rsidRPr="00EA2FD2">
        <w:rPr>
          <w:rFonts w:ascii="Arial" w:hAnsi="Arial" w:cs="Arial"/>
          <w:b/>
          <w:sz w:val="28"/>
          <w:szCs w:val="28"/>
        </w:rPr>
        <w:t>تكاملية</w:t>
      </w:r>
      <w:r w:rsidR="005570EC" w:rsidRPr="00EA2FD2">
        <w:rPr>
          <w:rFonts w:ascii="Noto Naskh Arabic" w:hAnsi="Noto Naskh Arabic" w:cs="Noto Naskh Arabic"/>
          <w:b/>
          <w:sz w:val="28"/>
          <w:szCs w:val="28"/>
        </w:rPr>
        <w:t xml:space="preserve"> </w:t>
      </w:r>
      <w:r w:rsidR="005570EC" w:rsidRPr="00EA2FD2">
        <w:rPr>
          <w:rFonts w:ascii="Arial" w:hAnsi="Arial" w:cs="Arial"/>
          <w:b/>
          <w:sz w:val="28"/>
          <w:szCs w:val="28"/>
        </w:rPr>
        <w:t>للأدبيات</w:t>
      </w:r>
      <w:r w:rsidR="005570EC" w:rsidRPr="00EA2FD2">
        <w:rPr>
          <w:rFonts w:ascii="Noto Naskh Arabic" w:hAnsi="Noto Naskh Arabic" w:cs="Noto Naskh Arabic"/>
          <w:b/>
          <w:sz w:val="28"/>
          <w:szCs w:val="28"/>
        </w:rPr>
        <w:t xml:space="preserve"> </w:t>
      </w:r>
      <w:r w:rsidR="005570EC" w:rsidRPr="00EA2FD2">
        <w:rPr>
          <w:rFonts w:ascii="Arial" w:hAnsi="Arial" w:cs="Arial"/>
          <w:b/>
          <w:sz w:val="28"/>
          <w:szCs w:val="28"/>
        </w:rPr>
        <w:t>والمعايير</w:t>
      </w:r>
      <w:r w:rsidR="005570EC" w:rsidRPr="00EA2FD2">
        <w:rPr>
          <w:rFonts w:ascii="Noto Naskh Arabic" w:hAnsi="Noto Naskh Arabic" w:cs="Noto Naskh Arabic"/>
          <w:b/>
          <w:sz w:val="28"/>
          <w:szCs w:val="28"/>
        </w:rPr>
        <w:t xml:space="preserve"> </w:t>
      </w:r>
      <w:r w:rsidR="005570EC" w:rsidRPr="00EA2FD2">
        <w:rPr>
          <w:rFonts w:ascii="Arial" w:hAnsi="Arial" w:cs="Arial"/>
          <w:b/>
          <w:sz w:val="28"/>
          <w:szCs w:val="28"/>
        </w:rPr>
        <w:t>المهنية</w:t>
      </w:r>
    </w:p>
    <w:p w14:paraId="180F8633" w14:textId="77777777" w:rsidR="005570EC" w:rsidRPr="005570EC" w:rsidRDefault="005570EC" w:rsidP="005570EC">
      <w:pPr>
        <w:bidi/>
        <w:spacing w:after="60"/>
        <w:jc w:val="center"/>
        <w:rPr>
          <w:rFonts w:ascii="Noto Naskh Arabic" w:hAnsi="Noto Naskh Arabic" w:cs="Noto Naskh Arabic" w:hint="eastAsia"/>
        </w:rPr>
      </w:pPr>
      <w:r w:rsidRPr="005570EC">
        <w:rPr>
          <w:rFonts w:ascii="Arial" w:hAnsi="Arial" w:cs="Arial"/>
          <w:b/>
          <w:sz w:val="26"/>
        </w:rPr>
        <w:t>إعداد</w:t>
      </w:r>
      <w:r w:rsidRPr="005570EC">
        <w:rPr>
          <w:rFonts w:ascii="Noto Naskh Arabic" w:hAnsi="Noto Naskh Arabic" w:cs="Noto Naskh Arabic"/>
          <w:b/>
          <w:sz w:val="26"/>
        </w:rPr>
        <w:t xml:space="preserve"> </w:t>
      </w:r>
      <w:r w:rsidRPr="005570EC">
        <w:rPr>
          <w:rFonts w:ascii="Arial" w:hAnsi="Arial" w:cs="Arial"/>
          <w:b/>
          <w:sz w:val="26"/>
        </w:rPr>
        <w:t>الطالب</w:t>
      </w:r>
    </w:p>
    <w:p w14:paraId="269C1883" w14:textId="77777777" w:rsidR="005570EC" w:rsidRPr="005570EC" w:rsidRDefault="005570EC" w:rsidP="005570EC">
      <w:pPr>
        <w:bidi/>
        <w:spacing w:after="60"/>
        <w:jc w:val="center"/>
        <w:rPr>
          <w:rFonts w:ascii="Noto Naskh Arabic" w:hAnsi="Noto Naskh Arabic" w:cs="Noto Naskh Arabic" w:hint="eastAsia"/>
        </w:rPr>
      </w:pPr>
      <w:r w:rsidRPr="005570EC">
        <w:rPr>
          <w:rFonts w:ascii="Arial" w:hAnsi="Arial" w:cs="Arial"/>
          <w:b/>
          <w:sz w:val="30"/>
        </w:rPr>
        <w:t>عبدالله</w:t>
      </w:r>
      <w:r w:rsidRPr="005570EC">
        <w:rPr>
          <w:rFonts w:ascii="Noto Naskh Arabic" w:hAnsi="Noto Naskh Arabic" w:cs="Noto Naskh Arabic"/>
          <w:b/>
          <w:sz w:val="30"/>
        </w:rPr>
        <w:t xml:space="preserve"> </w:t>
      </w:r>
      <w:r w:rsidRPr="005570EC">
        <w:rPr>
          <w:rFonts w:ascii="Arial" w:hAnsi="Arial" w:cs="Arial"/>
          <w:b/>
          <w:sz w:val="30"/>
        </w:rPr>
        <w:t>محمد</w:t>
      </w:r>
      <w:r w:rsidRPr="005570EC">
        <w:rPr>
          <w:rFonts w:ascii="Noto Naskh Arabic" w:hAnsi="Noto Naskh Arabic" w:cs="Noto Naskh Arabic"/>
          <w:b/>
          <w:sz w:val="30"/>
        </w:rPr>
        <w:t xml:space="preserve"> </w:t>
      </w:r>
      <w:r w:rsidRPr="005570EC">
        <w:rPr>
          <w:rFonts w:ascii="Arial" w:hAnsi="Arial" w:cs="Arial"/>
          <w:b/>
          <w:sz w:val="30"/>
        </w:rPr>
        <w:t>ناصر</w:t>
      </w:r>
      <w:r w:rsidRPr="005570EC">
        <w:rPr>
          <w:rFonts w:ascii="Noto Naskh Arabic" w:hAnsi="Noto Naskh Arabic" w:cs="Noto Naskh Arabic"/>
          <w:b/>
          <w:sz w:val="30"/>
        </w:rPr>
        <w:t xml:space="preserve"> </w:t>
      </w:r>
      <w:r w:rsidRPr="005570EC">
        <w:rPr>
          <w:rFonts w:ascii="Arial" w:hAnsi="Arial" w:cs="Arial"/>
          <w:b/>
          <w:sz w:val="30"/>
        </w:rPr>
        <w:t>الوشيقري</w:t>
      </w:r>
    </w:p>
    <w:p w14:paraId="4D652617" w14:textId="77777777" w:rsidR="005570EC" w:rsidRPr="005570EC" w:rsidRDefault="005570EC" w:rsidP="005570EC">
      <w:pPr>
        <w:bidi/>
        <w:spacing w:after="360"/>
        <w:jc w:val="center"/>
        <w:rPr>
          <w:rFonts w:ascii="Noto Naskh Arabic" w:hAnsi="Noto Naskh Arabic" w:cs="Noto Naskh Arabic" w:hint="eastAsia"/>
        </w:rPr>
      </w:pPr>
      <w:r w:rsidRPr="005570EC">
        <w:rPr>
          <w:rFonts w:ascii="Arial" w:hAnsi="Arial" w:cs="Arial"/>
          <w:sz w:val="26"/>
        </w:rPr>
        <w:t>الرقم</w:t>
      </w:r>
      <w:r w:rsidRPr="005570EC">
        <w:rPr>
          <w:rFonts w:ascii="Noto Naskh Arabic" w:hAnsi="Noto Naskh Arabic" w:cs="Noto Naskh Arabic"/>
          <w:sz w:val="26"/>
        </w:rPr>
        <w:t xml:space="preserve"> </w:t>
      </w:r>
      <w:r w:rsidRPr="005570EC">
        <w:rPr>
          <w:rFonts w:ascii="Arial" w:hAnsi="Arial" w:cs="Arial"/>
          <w:sz w:val="26"/>
        </w:rPr>
        <w:t>الجامعي</w:t>
      </w:r>
      <w:r w:rsidRPr="005570EC">
        <w:rPr>
          <w:rFonts w:ascii="Noto Naskh Arabic" w:hAnsi="Noto Naskh Arabic" w:cs="Noto Naskh Arabic"/>
          <w:sz w:val="26"/>
        </w:rPr>
        <w:t>: 253000561</w:t>
      </w:r>
    </w:p>
    <w:p w14:paraId="3C732BA7" w14:textId="77777777" w:rsidR="005570EC" w:rsidRPr="005570EC" w:rsidRDefault="005570EC" w:rsidP="005570EC">
      <w:pPr>
        <w:bidi/>
        <w:spacing w:after="60"/>
        <w:jc w:val="center"/>
        <w:rPr>
          <w:rFonts w:ascii="Noto Naskh Arabic" w:hAnsi="Noto Naskh Arabic" w:cs="Noto Naskh Arabic" w:hint="eastAsia"/>
        </w:rPr>
      </w:pPr>
      <w:r w:rsidRPr="005570EC">
        <w:rPr>
          <w:rFonts w:ascii="Arial" w:hAnsi="Arial" w:cs="Arial"/>
          <w:b/>
          <w:sz w:val="26"/>
        </w:rPr>
        <w:t>إشراف</w:t>
      </w:r>
    </w:p>
    <w:p w14:paraId="295E83B4" w14:textId="77777777" w:rsidR="005570EC" w:rsidRPr="005570EC" w:rsidRDefault="005570EC" w:rsidP="005570EC">
      <w:pPr>
        <w:bidi/>
        <w:spacing w:after="40"/>
        <w:jc w:val="center"/>
        <w:rPr>
          <w:rFonts w:ascii="Noto Naskh Arabic" w:hAnsi="Noto Naskh Arabic" w:cs="Noto Naskh Arabic" w:hint="eastAsia"/>
        </w:rPr>
      </w:pPr>
      <w:r w:rsidRPr="005570EC">
        <w:rPr>
          <w:rFonts w:ascii="Arial" w:hAnsi="Arial" w:cs="Arial"/>
          <w:sz w:val="26"/>
        </w:rPr>
        <w:t>د</w:t>
      </w:r>
      <w:r w:rsidRPr="005570EC">
        <w:rPr>
          <w:rFonts w:ascii="Noto Naskh Arabic" w:hAnsi="Noto Naskh Arabic" w:cs="Noto Naskh Arabic"/>
          <w:sz w:val="26"/>
        </w:rPr>
        <w:t xml:space="preserve">. </w:t>
      </w:r>
      <w:r w:rsidRPr="005570EC">
        <w:rPr>
          <w:rFonts w:ascii="Arial" w:hAnsi="Arial" w:cs="Arial"/>
          <w:sz w:val="26"/>
        </w:rPr>
        <w:t>الفيصل</w:t>
      </w:r>
      <w:r w:rsidRPr="005570EC">
        <w:rPr>
          <w:rFonts w:ascii="Noto Naskh Arabic" w:hAnsi="Noto Naskh Arabic" w:cs="Noto Naskh Arabic"/>
          <w:sz w:val="26"/>
        </w:rPr>
        <w:t xml:space="preserve"> </w:t>
      </w:r>
      <w:r w:rsidRPr="005570EC">
        <w:rPr>
          <w:rFonts w:ascii="Arial" w:hAnsi="Arial" w:cs="Arial"/>
          <w:sz w:val="26"/>
        </w:rPr>
        <w:t>عبد</w:t>
      </w:r>
      <w:r w:rsidRPr="005570EC">
        <w:rPr>
          <w:rFonts w:ascii="Noto Naskh Arabic" w:hAnsi="Noto Naskh Arabic" w:cs="Noto Naskh Arabic"/>
          <w:sz w:val="26"/>
        </w:rPr>
        <w:t xml:space="preserve"> </w:t>
      </w:r>
      <w:r w:rsidRPr="005570EC">
        <w:rPr>
          <w:rFonts w:ascii="Arial" w:hAnsi="Arial" w:cs="Arial"/>
          <w:sz w:val="26"/>
        </w:rPr>
        <w:t>الحميد</w:t>
      </w:r>
    </w:p>
    <w:p w14:paraId="29EF68A8" w14:textId="77777777" w:rsidR="005570EC" w:rsidRPr="005570EC" w:rsidRDefault="005570EC" w:rsidP="005570EC">
      <w:pPr>
        <w:bidi/>
        <w:spacing w:after="400"/>
        <w:jc w:val="center"/>
        <w:rPr>
          <w:rFonts w:ascii="Noto Naskh Arabic" w:hAnsi="Noto Naskh Arabic" w:cs="Noto Naskh Arabic" w:hint="eastAsia"/>
        </w:rPr>
      </w:pPr>
      <w:r w:rsidRPr="005570EC">
        <w:rPr>
          <w:rFonts w:ascii="Arial" w:hAnsi="Arial" w:cs="Arial"/>
          <w:sz w:val="26"/>
        </w:rPr>
        <w:t>د</w:t>
      </w:r>
      <w:r w:rsidRPr="005570EC">
        <w:rPr>
          <w:rFonts w:ascii="Noto Naskh Arabic" w:hAnsi="Noto Naskh Arabic" w:cs="Noto Naskh Arabic"/>
          <w:sz w:val="26"/>
        </w:rPr>
        <w:t xml:space="preserve">. </w:t>
      </w:r>
      <w:r w:rsidRPr="005570EC">
        <w:rPr>
          <w:rFonts w:ascii="Arial" w:hAnsi="Arial" w:cs="Arial"/>
          <w:sz w:val="26"/>
        </w:rPr>
        <w:t>فايز</w:t>
      </w:r>
      <w:r w:rsidRPr="005570EC">
        <w:rPr>
          <w:rFonts w:ascii="Noto Naskh Arabic" w:hAnsi="Noto Naskh Arabic" w:cs="Noto Naskh Arabic"/>
          <w:sz w:val="26"/>
        </w:rPr>
        <w:t xml:space="preserve"> </w:t>
      </w:r>
      <w:r w:rsidRPr="005570EC">
        <w:rPr>
          <w:rFonts w:ascii="Arial" w:hAnsi="Arial" w:cs="Arial"/>
          <w:sz w:val="26"/>
        </w:rPr>
        <w:t>جراد</w:t>
      </w:r>
    </w:p>
    <w:p w14:paraId="608ECDD2" w14:textId="77777777" w:rsidR="005570EC" w:rsidRPr="005570EC" w:rsidRDefault="005570EC" w:rsidP="005570EC">
      <w:pPr>
        <w:bidi/>
        <w:spacing w:after="120"/>
        <w:jc w:val="center"/>
        <w:rPr>
          <w:rFonts w:ascii="Noto Naskh Arabic" w:hAnsi="Noto Naskh Arabic" w:cs="Noto Naskh Arabic" w:hint="eastAsia"/>
        </w:rPr>
      </w:pPr>
      <w:r w:rsidRPr="005570EC">
        <w:rPr>
          <w:rFonts w:ascii="Arial" w:hAnsi="Arial" w:cs="Arial"/>
          <w:b/>
          <w:sz w:val="28"/>
        </w:rPr>
        <w:t>العام</w:t>
      </w:r>
      <w:r w:rsidRPr="005570EC">
        <w:rPr>
          <w:rFonts w:ascii="Noto Naskh Arabic" w:hAnsi="Noto Naskh Arabic" w:cs="Noto Naskh Arabic"/>
          <w:b/>
          <w:sz w:val="28"/>
        </w:rPr>
        <w:t xml:space="preserve"> </w:t>
      </w:r>
      <w:r w:rsidRPr="005570EC">
        <w:rPr>
          <w:rFonts w:ascii="Arial" w:hAnsi="Arial" w:cs="Arial"/>
          <w:b/>
          <w:sz w:val="28"/>
        </w:rPr>
        <w:t>الدراسي</w:t>
      </w:r>
      <w:r w:rsidRPr="005570EC">
        <w:rPr>
          <w:rFonts w:ascii="Noto Naskh Arabic" w:hAnsi="Noto Naskh Arabic" w:cs="Noto Naskh Arabic"/>
          <w:b/>
          <w:sz w:val="28"/>
        </w:rPr>
        <w:t xml:space="preserve"> 2026</w:t>
      </w:r>
    </w:p>
    <w:p w14:paraId="6E400F3F" w14:textId="77777777" w:rsidR="001B2CB2" w:rsidRDefault="001B2CB2" w:rsidP="001B2CB2">
      <w:pPr>
        <w:bidi/>
        <w:spacing w:after="800" w:line="360" w:lineRule="auto"/>
        <w:rPr>
          <w:rtl/>
        </w:rPr>
      </w:pPr>
    </w:p>
    <w:p w14:paraId="69F0189E" w14:textId="77777777" w:rsidR="00A521FE" w:rsidRDefault="00A521FE" w:rsidP="00A521FE">
      <w:pPr>
        <w:bidi/>
        <w:spacing w:after="800" w:line="360" w:lineRule="auto"/>
        <w:rPr>
          <w:rtl/>
        </w:rPr>
      </w:pPr>
    </w:p>
    <w:p w14:paraId="59250644" w14:textId="77777777" w:rsidR="005570EC" w:rsidRDefault="005570EC" w:rsidP="005570EC">
      <w:pPr>
        <w:bidi/>
        <w:spacing w:after="800" w:line="360" w:lineRule="auto"/>
        <w:rPr>
          <w:rtl/>
        </w:rPr>
      </w:pPr>
    </w:p>
    <w:p w14:paraId="60AA2316" w14:textId="77777777" w:rsidR="00C161A6" w:rsidRPr="00C161A6" w:rsidRDefault="00C161A6" w:rsidP="009746CC">
      <w:pPr>
        <w:bidi/>
        <w:spacing w:before="240" w:after="0" w:line="360" w:lineRule="auto"/>
        <w:rPr>
          <w:b/>
          <w:bCs/>
        </w:rPr>
      </w:pPr>
      <w:r w:rsidRPr="00C161A6">
        <w:rPr>
          <w:b/>
          <w:bCs/>
          <w:rtl/>
        </w:rPr>
        <w:lastRenderedPageBreak/>
        <w:t>إقرار الباحث</w:t>
      </w:r>
    </w:p>
    <w:p w14:paraId="7A10ED76" w14:textId="77777777" w:rsidR="00C161A6" w:rsidRPr="00C161A6" w:rsidRDefault="00C161A6" w:rsidP="009746CC">
      <w:pPr>
        <w:bidi/>
        <w:spacing w:before="240" w:after="0" w:line="360" w:lineRule="auto"/>
      </w:pPr>
      <w:r w:rsidRPr="00C161A6">
        <w:rPr>
          <w:rtl/>
        </w:rPr>
        <w:t>أقر أنا الطالب</w:t>
      </w:r>
      <w:r w:rsidRPr="00C161A6">
        <w:t xml:space="preserve">/ </w:t>
      </w:r>
      <w:r w:rsidRPr="00C161A6">
        <w:rPr>
          <w:b/>
          <w:bCs/>
          <w:rtl/>
        </w:rPr>
        <w:t>عبدالله محمد ناصر الوشيقري</w:t>
      </w:r>
      <w:r w:rsidRPr="00C161A6">
        <w:rPr>
          <w:rtl/>
        </w:rPr>
        <w:t>، بأن هذا المشروع بعنوان</w:t>
      </w:r>
      <w:r w:rsidRPr="00C161A6">
        <w:t>:</w:t>
      </w:r>
    </w:p>
    <w:p w14:paraId="7672CC56" w14:textId="77777777" w:rsidR="00C161A6" w:rsidRPr="00C161A6" w:rsidRDefault="00C161A6" w:rsidP="009746CC">
      <w:pPr>
        <w:bidi/>
        <w:spacing w:before="240" w:after="0" w:line="360" w:lineRule="auto"/>
      </w:pPr>
      <w:r w:rsidRPr="00C161A6">
        <w:rPr>
          <w:b/>
          <w:bCs/>
        </w:rPr>
        <w:t>«</w:t>
      </w:r>
      <w:r w:rsidRPr="00C161A6">
        <w:rPr>
          <w:b/>
          <w:bCs/>
          <w:rtl/>
        </w:rPr>
        <w:t>أثر تطبيق منهجية الإدارة الرشيقة</w:t>
      </w:r>
      <w:r w:rsidRPr="00C161A6">
        <w:rPr>
          <w:b/>
          <w:bCs/>
        </w:rPr>
        <w:t xml:space="preserve"> (Agile) </w:t>
      </w:r>
      <w:r w:rsidRPr="00C161A6">
        <w:rPr>
          <w:b/>
          <w:bCs/>
          <w:rtl/>
        </w:rPr>
        <w:t>على جودة مخرجات مشاريع البرمجيات في الشركات التقنية</w:t>
      </w:r>
      <w:r w:rsidRPr="00C161A6">
        <w:rPr>
          <w:b/>
          <w:bCs/>
        </w:rPr>
        <w:t>»</w:t>
      </w:r>
    </w:p>
    <w:p w14:paraId="2D1604D7" w14:textId="77777777" w:rsidR="00C161A6" w:rsidRPr="00C161A6" w:rsidRDefault="00C161A6" w:rsidP="009746CC">
      <w:pPr>
        <w:bidi/>
        <w:spacing w:before="240" w:after="0" w:line="360" w:lineRule="auto"/>
      </w:pPr>
      <w:r w:rsidRPr="00C161A6">
        <w:rPr>
          <w:rtl/>
        </w:rPr>
        <w:t xml:space="preserve">قد تم إعداده وتقديمه ضمن متطلبات الحصول على درجة </w:t>
      </w:r>
      <w:r w:rsidRPr="00C161A6">
        <w:rPr>
          <w:b/>
          <w:bCs/>
          <w:rtl/>
        </w:rPr>
        <w:t>الماجستير في إدارة الأعمال</w:t>
      </w:r>
      <w:r w:rsidRPr="00C161A6">
        <w:rPr>
          <w:b/>
          <w:bCs/>
        </w:rPr>
        <w:t xml:space="preserve"> (MBA)</w:t>
      </w:r>
      <w:r w:rsidRPr="00C161A6">
        <w:t xml:space="preserve"> </w:t>
      </w:r>
      <w:r w:rsidRPr="00C161A6">
        <w:rPr>
          <w:rtl/>
        </w:rPr>
        <w:t>في جامعة ميدأوشن</w:t>
      </w:r>
      <w:r w:rsidRPr="00C161A6">
        <w:t>.</w:t>
      </w:r>
    </w:p>
    <w:p w14:paraId="40C480DA" w14:textId="77777777" w:rsidR="00C161A6" w:rsidRPr="00C161A6" w:rsidRDefault="00C161A6" w:rsidP="009746CC">
      <w:pPr>
        <w:bidi/>
        <w:spacing w:before="240" w:after="0" w:line="360" w:lineRule="auto"/>
      </w:pPr>
      <w:r w:rsidRPr="00C161A6">
        <w:rPr>
          <w:rtl/>
        </w:rPr>
        <w:t>كما أقر بأن هذا المشروع من إعدادي، وأن جميع المعلومات والأفكار والاقتباسات الواردة فيه قد تم توثيقها والإشارة إلى مصادرها في قائمة المراجع وفق الأصول العلمية المتبعة</w:t>
      </w:r>
      <w:r w:rsidRPr="00C161A6">
        <w:t>.</w:t>
      </w:r>
    </w:p>
    <w:p w14:paraId="5CCFBF19" w14:textId="77777777" w:rsidR="003E1B33" w:rsidRDefault="00C161A6" w:rsidP="00E6074D">
      <w:pPr>
        <w:bidi/>
        <w:spacing w:before="240" w:after="0" w:line="360" w:lineRule="auto"/>
        <w:rPr>
          <w:rtl/>
        </w:rPr>
      </w:pPr>
      <w:r w:rsidRPr="00C161A6">
        <w:rPr>
          <w:rtl/>
        </w:rPr>
        <w:t xml:space="preserve">وأقر كذلك بأن هذا المشروع </w:t>
      </w:r>
      <w:r w:rsidR="00E6074D" w:rsidRPr="00E6074D">
        <w:rPr>
          <w:rtl/>
        </w:rPr>
        <w:t>لم يسبق تقديمه كاملًا أو جزءًا منه للحصول على درجة علمية في جامعة أو جهة تعليمية أخرى</w:t>
      </w:r>
      <w:r w:rsidR="00E6074D" w:rsidRPr="00E6074D">
        <w:t>.</w:t>
      </w:r>
    </w:p>
    <w:p w14:paraId="25DF4152" w14:textId="19974F73" w:rsidR="00C161A6" w:rsidRPr="00C161A6" w:rsidRDefault="00C161A6" w:rsidP="003E1B33">
      <w:pPr>
        <w:bidi/>
        <w:spacing w:before="240" w:after="0" w:line="360" w:lineRule="auto"/>
      </w:pPr>
      <w:r w:rsidRPr="00C161A6">
        <w:rPr>
          <w:rtl/>
        </w:rPr>
        <w:t>اسم الطالب</w:t>
      </w:r>
      <w:r w:rsidRPr="00C161A6">
        <w:t xml:space="preserve">: </w:t>
      </w:r>
      <w:r w:rsidRPr="00C161A6">
        <w:rPr>
          <w:b/>
          <w:bCs/>
          <w:rtl/>
        </w:rPr>
        <w:t>عبدالله محمد ناصر الوشيقري</w:t>
      </w:r>
    </w:p>
    <w:p w14:paraId="00D99B8B" w14:textId="761C70A7" w:rsidR="00C161A6" w:rsidRPr="00C161A6" w:rsidRDefault="00C161A6" w:rsidP="009746CC">
      <w:pPr>
        <w:bidi/>
        <w:spacing w:before="240" w:after="0" w:line="360" w:lineRule="auto"/>
      </w:pPr>
      <w:r w:rsidRPr="00C161A6">
        <w:rPr>
          <w:rtl/>
        </w:rPr>
        <w:t>الرقم الجامعي</w:t>
      </w:r>
      <w:r w:rsidRPr="00C161A6">
        <w:t xml:space="preserve"> </w:t>
      </w:r>
      <w:r w:rsidRPr="00C161A6">
        <w:rPr>
          <w:b/>
          <w:bCs/>
        </w:rPr>
        <w:t>253000561</w:t>
      </w:r>
      <w:r w:rsidR="00791175">
        <w:rPr>
          <w:b/>
          <w:bCs/>
        </w:rPr>
        <w:t>:</w:t>
      </w:r>
    </w:p>
    <w:p w14:paraId="3730D22D" w14:textId="7889AEF6" w:rsidR="00C161A6" w:rsidRPr="00C161A6" w:rsidRDefault="00C161A6" w:rsidP="009746CC">
      <w:pPr>
        <w:bidi/>
        <w:spacing w:before="240" w:after="0" w:line="360" w:lineRule="auto"/>
      </w:pPr>
      <w:r w:rsidRPr="00C161A6">
        <w:rPr>
          <w:rtl/>
        </w:rPr>
        <w:t>التوقيع</w:t>
      </w:r>
      <w:r w:rsidRPr="00C161A6">
        <w:t xml:space="preserve"> ....................................................</w:t>
      </w:r>
      <w:r w:rsidR="00D75AB3">
        <w:t>:</w:t>
      </w:r>
    </w:p>
    <w:p w14:paraId="66FBE868" w14:textId="77777777" w:rsidR="00C161A6" w:rsidRDefault="00C161A6" w:rsidP="009746CC">
      <w:pPr>
        <w:bidi/>
        <w:spacing w:before="240" w:after="0" w:line="360" w:lineRule="auto"/>
        <w:rPr>
          <w:rtl/>
        </w:rPr>
      </w:pPr>
      <w:r w:rsidRPr="00C161A6">
        <w:rPr>
          <w:rtl/>
        </w:rPr>
        <w:t>التاريخ: ...... / ...... / 2026م</w:t>
      </w:r>
    </w:p>
    <w:p w14:paraId="20275BAD" w14:textId="77777777" w:rsidR="009746CC" w:rsidRDefault="009746CC" w:rsidP="009746CC">
      <w:pPr>
        <w:bidi/>
        <w:spacing w:before="240" w:after="0" w:line="360" w:lineRule="auto"/>
        <w:rPr>
          <w:rtl/>
        </w:rPr>
      </w:pPr>
    </w:p>
    <w:p w14:paraId="67ABC12A" w14:textId="77777777" w:rsidR="009746CC" w:rsidRDefault="009746CC" w:rsidP="009746CC">
      <w:pPr>
        <w:bidi/>
        <w:spacing w:before="240" w:after="0" w:line="360" w:lineRule="auto"/>
        <w:rPr>
          <w:rtl/>
        </w:rPr>
      </w:pPr>
    </w:p>
    <w:p w14:paraId="7EA61F0A" w14:textId="77777777" w:rsidR="009746CC" w:rsidRDefault="009746CC" w:rsidP="009746CC">
      <w:pPr>
        <w:bidi/>
        <w:spacing w:before="240" w:after="0" w:line="360" w:lineRule="auto"/>
        <w:rPr>
          <w:rtl/>
        </w:rPr>
      </w:pPr>
    </w:p>
    <w:p w14:paraId="4AC4F2B3" w14:textId="77777777" w:rsidR="009746CC" w:rsidRDefault="009746CC" w:rsidP="009746CC">
      <w:pPr>
        <w:bidi/>
        <w:spacing w:before="240" w:after="0" w:line="360" w:lineRule="auto"/>
        <w:rPr>
          <w:rtl/>
        </w:rPr>
      </w:pPr>
    </w:p>
    <w:p w14:paraId="0432426C" w14:textId="77777777" w:rsidR="009746CC" w:rsidRDefault="009746CC" w:rsidP="009746CC">
      <w:pPr>
        <w:bidi/>
        <w:spacing w:before="240" w:after="0" w:line="360" w:lineRule="auto"/>
        <w:rPr>
          <w:rtl/>
        </w:rPr>
      </w:pPr>
    </w:p>
    <w:p w14:paraId="60A48354" w14:textId="77777777" w:rsidR="009746CC" w:rsidRDefault="009746CC" w:rsidP="009746CC">
      <w:pPr>
        <w:bidi/>
        <w:spacing w:before="240" w:after="0" w:line="360" w:lineRule="auto"/>
        <w:rPr>
          <w:rtl/>
        </w:rPr>
      </w:pPr>
    </w:p>
    <w:p w14:paraId="51937156" w14:textId="77777777" w:rsidR="009746CC" w:rsidRDefault="009746CC" w:rsidP="009746CC">
      <w:pPr>
        <w:bidi/>
        <w:spacing w:before="240" w:after="0" w:line="360" w:lineRule="auto"/>
        <w:rPr>
          <w:rtl/>
        </w:rPr>
      </w:pPr>
    </w:p>
    <w:p w14:paraId="7AB6E429" w14:textId="77777777" w:rsidR="009746CC" w:rsidRDefault="009746CC" w:rsidP="009746CC">
      <w:pPr>
        <w:bidi/>
        <w:spacing w:before="240" w:after="0" w:line="360" w:lineRule="auto"/>
        <w:rPr>
          <w:rtl/>
        </w:rPr>
      </w:pPr>
    </w:p>
    <w:p w14:paraId="4481450E" w14:textId="77777777" w:rsidR="009746CC" w:rsidRDefault="009746CC" w:rsidP="009746CC">
      <w:pPr>
        <w:bidi/>
        <w:spacing w:before="240" w:after="0" w:line="360" w:lineRule="auto"/>
        <w:rPr>
          <w:rtl/>
        </w:rPr>
      </w:pPr>
    </w:p>
    <w:p w14:paraId="1193F6DF" w14:textId="77777777" w:rsidR="00A521FE" w:rsidRDefault="00A521FE" w:rsidP="00A521FE">
      <w:pPr>
        <w:bidi/>
        <w:spacing w:before="240" w:after="0" w:line="360" w:lineRule="auto"/>
        <w:rPr>
          <w:rtl/>
        </w:rPr>
      </w:pPr>
    </w:p>
    <w:p w14:paraId="593FEC32" w14:textId="77777777" w:rsidR="009746CC" w:rsidRPr="00C161A6" w:rsidRDefault="009746CC" w:rsidP="009746CC">
      <w:pPr>
        <w:bidi/>
        <w:spacing w:before="240" w:after="0" w:line="360" w:lineRule="auto"/>
        <w:rPr>
          <w:rtl/>
        </w:rPr>
      </w:pPr>
    </w:p>
    <w:p w14:paraId="7F7CE52B" w14:textId="6A066663" w:rsidR="00CB30C9" w:rsidRDefault="00BC4D0B" w:rsidP="009746CC">
      <w:pPr>
        <w:bidi/>
        <w:spacing w:after="0" w:line="360" w:lineRule="auto"/>
        <w:rPr>
          <w:b/>
          <w:bCs/>
          <w:sz w:val="28"/>
          <w:szCs w:val="28"/>
          <w:rtl/>
        </w:rPr>
      </w:pPr>
      <w:r w:rsidRPr="00BC4D0B">
        <w:rPr>
          <w:b/>
          <w:bCs/>
          <w:sz w:val="28"/>
          <w:szCs w:val="28"/>
          <w:rtl/>
        </w:rPr>
        <w:t>الشكر والتقدير</w:t>
      </w:r>
    </w:p>
    <w:p w14:paraId="270D27CA" w14:textId="77777777" w:rsidR="00BC4D0B" w:rsidRDefault="00BC4D0B" w:rsidP="009746CC">
      <w:pPr>
        <w:bidi/>
        <w:spacing w:after="0" w:line="360" w:lineRule="auto"/>
        <w:rPr>
          <w:b/>
          <w:bCs/>
          <w:szCs w:val="24"/>
          <w:rtl/>
        </w:rPr>
      </w:pPr>
      <w:r w:rsidRPr="00BC4D0B">
        <w:rPr>
          <w:b/>
          <w:bCs/>
          <w:szCs w:val="24"/>
          <w:rtl/>
        </w:rPr>
        <w:t>الحمد لله رب العالمين، الذي بنعمته تتم الصالحات، والصلاة والسلام على نبينا محمد وعلى آله وصحبه أجمعين</w:t>
      </w:r>
      <w:r w:rsidRPr="00BC4D0B">
        <w:rPr>
          <w:b/>
          <w:bCs/>
          <w:szCs w:val="24"/>
        </w:rPr>
        <w:t>.</w:t>
      </w:r>
    </w:p>
    <w:p w14:paraId="4F7455F5" w14:textId="77777777" w:rsidR="009746CC" w:rsidRPr="00BC4D0B" w:rsidRDefault="009746CC" w:rsidP="009746CC">
      <w:pPr>
        <w:bidi/>
        <w:spacing w:after="0" w:line="360" w:lineRule="auto"/>
        <w:rPr>
          <w:b/>
          <w:bCs/>
          <w:szCs w:val="24"/>
        </w:rPr>
      </w:pPr>
    </w:p>
    <w:p w14:paraId="3EBC46C7" w14:textId="77777777" w:rsidR="00BC4D0B" w:rsidRDefault="00BC4D0B" w:rsidP="009746CC">
      <w:pPr>
        <w:bidi/>
        <w:spacing w:after="0" w:line="360" w:lineRule="auto"/>
        <w:rPr>
          <w:b/>
          <w:bCs/>
          <w:szCs w:val="24"/>
          <w:rtl/>
        </w:rPr>
      </w:pPr>
      <w:r w:rsidRPr="00BC4D0B">
        <w:rPr>
          <w:b/>
          <w:bCs/>
          <w:szCs w:val="24"/>
          <w:rtl/>
        </w:rPr>
        <w:t>أتقدم بخالص الشكر والتقدير إلى جامعة ميدأوشن، ممثلة في كلية الإدارة، وإلى أعضاء هيئة التدريس في برنامج ماجستير إدارة الأعمال، لما قدموه من علم وتوجيه ودعم طوال فترة الدراسة</w:t>
      </w:r>
      <w:r w:rsidRPr="00BC4D0B">
        <w:rPr>
          <w:b/>
          <w:bCs/>
          <w:szCs w:val="24"/>
        </w:rPr>
        <w:t>.</w:t>
      </w:r>
    </w:p>
    <w:p w14:paraId="074D2127" w14:textId="77777777" w:rsidR="009746CC" w:rsidRPr="00BC4D0B" w:rsidRDefault="009746CC" w:rsidP="009746CC">
      <w:pPr>
        <w:bidi/>
        <w:spacing w:after="0" w:line="360" w:lineRule="auto"/>
        <w:rPr>
          <w:b/>
          <w:bCs/>
          <w:szCs w:val="24"/>
        </w:rPr>
      </w:pPr>
    </w:p>
    <w:p w14:paraId="57F40454" w14:textId="77777777" w:rsidR="00BC4D0B" w:rsidRPr="00BC4D0B" w:rsidRDefault="00BC4D0B" w:rsidP="009746CC">
      <w:pPr>
        <w:bidi/>
        <w:spacing w:after="0" w:line="360" w:lineRule="auto"/>
        <w:rPr>
          <w:b/>
          <w:bCs/>
          <w:szCs w:val="24"/>
        </w:rPr>
      </w:pPr>
      <w:r w:rsidRPr="00BC4D0B">
        <w:rPr>
          <w:b/>
          <w:bCs/>
          <w:szCs w:val="24"/>
          <w:rtl/>
        </w:rPr>
        <w:t>كما أتقدم بجزيل الشكر والامتنان إلى المشرفين على هذا المشروع</w:t>
      </w:r>
      <w:r w:rsidRPr="00BC4D0B">
        <w:rPr>
          <w:b/>
          <w:bCs/>
          <w:szCs w:val="24"/>
        </w:rPr>
        <w:t>:</w:t>
      </w:r>
    </w:p>
    <w:p w14:paraId="645C77E3" w14:textId="73CF61D5" w:rsidR="00BC4D0B" w:rsidRDefault="008C794F" w:rsidP="009746CC">
      <w:pPr>
        <w:bidi/>
        <w:spacing w:after="0" w:line="360" w:lineRule="auto"/>
        <w:rPr>
          <w:b/>
          <w:bCs/>
          <w:szCs w:val="24"/>
          <w:rtl/>
        </w:rPr>
      </w:pPr>
      <w:r w:rsidRPr="009746CC">
        <w:rPr>
          <w:b/>
          <w:bCs/>
          <w:szCs w:val="24"/>
          <w:rtl/>
        </w:rPr>
        <w:t>د. الفيصل عبد الحميد</w:t>
      </w:r>
      <w:r w:rsidRPr="009746CC">
        <w:rPr>
          <w:b/>
          <w:bCs/>
          <w:szCs w:val="24"/>
        </w:rPr>
        <w:br/>
      </w:r>
      <w:r w:rsidRPr="009746CC">
        <w:rPr>
          <w:b/>
          <w:bCs/>
          <w:szCs w:val="24"/>
          <w:rtl/>
        </w:rPr>
        <w:t>د. فايز جراد</w:t>
      </w:r>
    </w:p>
    <w:p w14:paraId="7F447E88" w14:textId="77777777" w:rsidR="009746CC" w:rsidRDefault="009746CC" w:rsidP="009746CC">
      <w:pPr>
        <w:bidi/>
        <w:spacing w:after="0" w:line="360" w:lineRule="auto"/>
        <w:rPr>
          <w:b/>
          <w:bCs/>
          <w:szCs w:val="24"/>
          <w:rtl/>
        </w:rPr>
      </w:pPr>
    </w:p>
    <w:p w14:paraId="11B0C2DE" w14:textId="77777777" w:rsidR="009746CC" w:rsidRPr="009746CC" w:rsidRDefault="009746CC" w:rsidP="009746CC">
      <w:pPr>
        <w:bidi/>
        <w:spacing w:after="0" w:line="360" w:lineRule="auto"/>
        <w:rPr>
          <w:szCs w:val="24"/>
        </w:rPr>
      </w:pPr>
      <w:r w:rsidRPr="009746CC">
        <w:rPr>
          <w:szCs w:val="24"/>
          <w:rtl/>
        </w:rPr>
        <w:t>وذلك لما قدماه من توجيهات علمية وملاحظات قيمة أسهمت في تطوير هذا المشروع وتحسين محتواه وإخراجه بالصورة الأكاديمية المناسبة</w:t>
      </w:r>
      <w:r w:rsidRPr="009746CC">
        <w:rPr>
          <w:szCs w:val="24"/>
        </w:rPr>
        <w:t>.</w:t>
      </w:r>
    </w:p>
    <w:p w14:paraId="4530781E" w14:textId="77777777" w:rsidR="009746CC" w:rsidRDefault="009746CC" w:rsidP="009746CC">
      <w:pPr>
        <w:bidi/>
        <w:spacing w:after="0" w:line="360" w:lineRule="auto"/>
        <w:rPr>
          <w:szCs w:val="24"/>
          <w:rtl/>
        </w:rPr>
      </w:pPr>
      <w:r w:rsidRPr="009746CC">
        <w:rPr>
          <w:szCs w:val="24"/>
          <w:rtl/>
        </w:rPr>
        <w:t>كما أتوجه بالشكر إلى كل من دعمني وشجعني خلال مرحلة إعداد هذا المشروع، وأسأل الله أن يجزي الجميع خير الجزاء</w:t>
      </w:r>
      <w:r w:rsidRPr="009746CC">
        <w:rPr>
          <w:szCs w:val="24"/>
        </w:rPr>
        <w:t>.</w:t>
      </w:r>
    </w:p>
    <w:p w14:paraId="197926D3" w14:textId="77777777" w:rsidR="00147E79" w:rsidRDefault="00147E79" w:rsidP="00147E79">
      <w:pPr>
        <w:bidi/>
        <w:spacing w:after="0" w:line="360" w:lineRule="auto"/>
        <w:rPr>
          <w:szCs w:val="24"/>
          <w:rtl/>
        </w:rPr>
      </w:pPr>
    </w:p>
    <w:p w14:paraId="5900299C" w14:textId="77777777" w:rsidR="00147E79" w:rsidRPr="009746CC" w:rsidRDefault="00147E79" w:rsidP="00147E79">
      <w:pPr>
        <w:bidi/>
        <w:spacing w:after="0" w:line="360" w:lineRule="auto"/>
        <w:rPr>
          <w:szCs w:val="24"/>
        </w:rPr>
      </w:pPr>
    </w:p>
    <w:p w14:paraId="61F34311" w14:textId="77777777" w:rsidR="00147E79" w:rsidRPr="00147E79" w:rsidRDefault="00147E79" w:rsidP="00147E79">
      <w:pPr>
        <w:bidi/>
        <w:spacing w:after="0" w:line="360" w:lineRule="auto"/>
        <w:rPr>
          <w:b/>
          <w:bCs/>
          <w:szCs w:val="24"/>
        </w:rPr>
      </w:pPr>
      <w:r w:rsidRPr="00147E79">
        <w:rPr>
          <w:b/>
          <w:bCs/>
          <w:szCs w:val="24"/>
          <w:rtl/>
        </w:rPr>
        <w:t>الباحث</w:t>
      </w:r>
      <w:r w:rsidRPr="00147E79">
        <w:rPr>
          <w:b/>
          <w:bCs/>
          <w:szCs w:val="24"/>
        </w:rPr>
        <w:br/>
      </w:r>
      <w:r w:rsidRPr="00147E79">
        <w:rPr>
          <w:b/>
          <w:bCs/>
          <w:szCs w:val="24"/>
          <w:rtl/>
        </w:rPr>
        <w:t>عبدالله محمد ناصر الوشيقري</w:t>
      </w:r>
    </w:p>
    <w:p w14:paraId="1F8BB955" w14:textId="77777777" w:rsidR="009746CC" w:rsidRPr="009746CC" w:rsidRDefault="009746CC" w:rsidP="009746CC">
      <w:pPr>
        <w:bidi/>
        <w:spacing w:after="0" w:line="360" w:lineRule="auto"/>
        <w:rPr>
          <w:b/>
          <w:bCs/>
          <w:szCs w:val="24"/>
          <w:rtl/>
        </w:rPr>
      </w:pPr>
    </w:p>
    <w:p w14:paraId="4DFA48B4" w14:textId="77777777" w:rsidR="009746CC" w:rsidRPr="009746CC" w:rsidRDefault="009746CC" w:rsidP="009746CC">
      <w:pPr>
        <w:bidi/>
        <w:spacing w:after="800" w:line="360" w:lineRule="auto"/>
        <w:rPr>
          <w:b/>
          <w:bCs/>
          <w:szCs w:val="24"/>
          <w:rtl/>
        </w:rPr>
      </w:pPr>
    </w:p>
    <w:p w14:paraId="558E413A" w14:textId="77777777" w:rsidR="008C794F" w:rsidRDefault="008C794F" w:rsidP="008C794F">
      <w:pPr>
        <w:bidi/>
        <w:spacing w:after="800" w:line="360" w:lineRule="auto"/>
        <w:rPr>
          <w:b/>
          <w:bCs/>
          <w:sz w:val="28"/>
          <w:szCs w:val="28"/>
          <w:rtl/>
        </w:rPr>
      </w:pPr>
    </w:p>
    <w:p w14:paraId="6DE33AEA" w14:textId="77777777" w:rsidR="00147E79" w:rsidRDefault="00147E79" w:rsidP="00147E79">
      <w:pPr>
        <w:bidi/>
        <w:spacing w:after="800" w:line="360" w:lineRule="auto"/>
        <w:rPr>
          <w:b/>
          <w:bCs/>
          <w:sz w:val="28"/>
          <w:szCs w:val="28"/>
          <w:rtl/>
        </w:rPr>
      </w:pPr>
    </w:p>
    <w:p w14:paraId="4D629E6E" w14:textId="77777777" w:rsidR="00647823" w:rsidRDefault="00647823" w:rsidP="00647823">
      <w:pPr>
        <w:bidi/>
        <w:spacing w:after="800" w:line="360" w:lineRule="auto"/>
        <w:rPr>
          <w:b/>
          <w:bCs/>
          <w:sz w:val="28"/>
          <w:szCs w:val="28"/>
          <w:rtl/>
        </w:rPr>
      </w:pPr>
    </w:p>
    <w:p w14:paraId="2ACF1642" w14:textId="77777777" w:rsidR="00EF64AA" w:rsidRDefault="00EF64AA" w:rsidP="00EF64AA">
      <w:pPr>
        <w:bidi/>
        <w:spacing w:after="0" w:line="360" w:lineRule="auto"/>
        <w:rPr>
          <w:b/>
          <w:bCs/>
          <w:sz w:val="28"/>
          <w:szCs w:val="28"/>
          <w:rtl/>
        </w:rPr>
      </w:pPr>
      <w:r w:rsidRPr="00EF64AA">
        <w:rPr>
          <w:b/>
          <w:bCs/>
          <w:sz w:val="28"/>
          <w:szCs w:val="28"/>
          <w:rtl/>
        </w:rPr>
        <w:lastRenderedPageBreak/>
        <w:t>الملخص</w:t>
      </w:r>
    </w:p>
    <w:p w14:paraId="6FC3F1A7" w14:textId="77777777" w:rsidR="00EF64AA" w:rsidRPr="00EF64AA" w:rsidRDefault="00EF64AA" w:rsidP="00EF64AA">
      <w:pPr>
        <w:bidi/>
        <w:spacing w:after="0" w:line="360" w:lineRule="auto"/>
        <w:rPr>
          <w:b/>
          <w:bCs/>
          <w:sz w:val="28"/>
          <w:szCs w:val="28"/>
        </w:rPr>
      </w:pPr>
    </w:p>
    <w:p w14:paraId="65959EAB" w14:textId="77777777" w:rsidR="00EF64AA" w:rsidRPr="00EF64AA" w:rsidRDefault="00EF64AA" w:rsidP="00EF64AA">
      <w:pPr>
        <w:bidi/>
        <w:spacing w:after="0" w:line="360" w:lineRule="auto"/>
        <w:rPr>
          <w:b/>
          <w:bCs/>
          <w:szCs w:val="24"/>
        </w:rPr>
      </w:pPr>
      <w:r w:rsidRPr="00EF64AA">
        <w:rPr>
          <w:b/>
          <w:bCs/>
          <w:szCs w:val="24"/>
          <w:rtl/>
        </w:rPr>
        <w:t xml:space="preserve">هدفت هذه الدراسة إلى تحليل أثر تطبيق منهجية الإدارة الرشيقة </w:t>
      </w:r>
      <w:r w:rsidRPr="00EF64AA">
        <w:rPr>
          <w:b/>
          <w:bCs/>
          <w:szCs w:val="24"/>
        </w:rPr>
        <w:t xml:space="preserve">(Agile) </w:t>
      </w:r>
      <w:r w:rsidRPr="00EF64AA">
        <w:rPr>
          <w:b/>
          <w:bCs/>
          <w:szCs w:val="24"/>
          <w:rtl/>
        </w:rPr>
        <w:t>على جودة مخرجات مشاريع البرمجيات في الشركات التقنية، والتعرف على أبرز الممارسات الرشيقة التي تسهم في تحسين جودة المنتجات البرمجية، إلى جانب تحديد العوامل التنظيمية والفنية التي تدعم نجاح تطبيق هذه المنهجية أو تحد من فاعليتها</w:t>
      </w:r>
      <w:r w:rsidRPr="00EF64AA">
        <w:rPr>
          <w:b/>
          <w:bCs/>
          <w:szCs w:val="24"/>
        </w:rPr>
        <w:t>.</w:t>
      </w:r>
    </w:p>
    <w:p w14:paraId="37F4E4E8" w14:textId="77777777" w:rsidR="00EF64AA" w:rsidRPr="00EF64AA" w:rsidRDefault="00EF64AA" w:rsidP="00EF64AA">
      <w:pPr>
        <w:bidi/>
        <w:spacing w:after="0" w:line="360" w:lineRule="auto"/>
        <w:rPr>
          <w:b/>
          <w:bCs/>
          <w:szCs w:val="24"/>
        </w:rPr>
      </w:pPr>
      <w:r w:rsidRPr="00EF64AA">
        <w:rPr>
          <w:b/>
          <w:bCs/>
          <w:szCs w:val="24"/>
          <w:rtl/>
        </w:rPr>
        <w:t xml:space="preserve">اعتمدت الدراسة على المنهج الوصفي التحليلي من خلال مراجعة تكاملية للأدبيات العلمية والدراسات السابقة والمعايير المهنية ذات العلاقة، ومنها بيان الإدارة الرشيقة، ودليل </w:t>
      </w:r>
      <w:r w:rsidRPr="00EF64AA">
        <w:rPr>
          <w:b/>
          <w:bCs/>
          <w:szCs w:val="24"/>
        </w:rPr>
        <w:t>Scrum</w:t>
      </w:r>
      <w:r w:rsidRPr="00EF64AA">
        <w:rPr>
          <w:b/>
          <w:bCs/>
          <w:szCs w:val="24"/>
          <w:rtl/>
        </w:rPr>
        <w:t xml:space="preserve">، ودليل الممارسات الرشيقة الصادر عن معهد إدارة المشاريع، ومعيار جودة البرمجيات </w:t>
      </w:r>
      <w:r w:rsidRPr="00EF64AA">
        <w:rPr>
          <w:b/>
          <w:bCs/>
          <w:szCs w:val="24"/>
        </w:rPr>
        <w:t xml:space="preserve">ISO/IEC 25010:2023. </w:t>
      </w:r>
      <w:r w:rsidRPr="00EF64AA">
        <w:rPr>
          <w:b/>
          <w:bCs/>
          <w:szCs w:val="24"/>
          <w:rtl/>
        </w:rPr>
        <w:t>وقد تم تحليل العلاقة بين ممارسات الإدارة الرشيقة ومجموعة من أبعاد جودة البرمجيات، مثل الملاءمة الوظيفية، والموثوقية، وكفاءة الأداء، وسهولة الاستخدام، والأمان، والقابلية للصيانة</w:t>
      </w:r>
      <w:r w:rsidRPr="00EF64AA">
        <w:rPr>
          <w:b/>
          <w:bCs/>
          <w:szCs w:val="24"/>
        </w:rPr>
        <w:t>.</w:t>
      </w:r>
    </w:p>
    <w:p w14:paraId="48FE6981" w14:textId="77777777" w:rsidR="00EF64AA" w:rsidRPr="00EF64AA" w:rsidRDefault="00EF64AA" w:rsidP="00EF64AA">
      <w:pPr>
        <w:bidi/>
        <w:spacing w:after="0" w:line="360" w:lineRule="auto"/>
        <w:rPr>
          <w:b/>
          <w:bCs/>
          <w:szCs w:val="24"/>
        </w:rPr>
      </w:pPr>
      <w:r w:rsidRPr="00EF64AA">
        <w:rPr>
          <w:b/>
          <w:bCs/>
          <w:szCs w:val="24"/>
          <w:rtl/>
        </w:rPr>
        <w:t>أظهرت نتائج الدراسة أن تطبيق منهجية الإدارة الرشيقة يمكن أن يسهم في تحسين جودة مخرجات مشاريع البرمجيات من خلال التسليم التكراري، والحصول على التغذية الراجعة المبكرة، وتعزيز التعاون بين أعضاء الفريق وأصحاب المصلحة، واكتشاف المشكلات والعيوب في مراحل مبكرة. كما تبين أن تحقيق هذه النتائج يعتمد بدرجة كبيرة على جودة التطبيق، ومدى دعم الإدارة العليا، وتمكين فرق العمل، ووجود ممارسات هندسية فعالة مثل الاختبارات الآلية، والتكامل المستمر، ومراجعة الشفرة البرمجية، وتعريف واضح لمعايير الإنجاز</w:t>
      </w:r>
      <w:r w:rsidRPr="00EF64AA">
        <w:rPr>
          <w:b/>
          <w:bCs/>
          <w:szCs w:val="24"/>
        </w:rPr>
        <w:t>.</w:t>
      </w:r>
    </w:p>
    <w:p w14:paraId="63224FCE" w14:textId="77777777" w:rsidR="00EF64AA" w:rsidRPr="00EF64AA" w:rsidRDefault="00EF64AA" w:rsidP="00EF64AA">
      <w:pPr>
        <w:bidi/>
        <w:spacing w:after="0" w:line="360" w:lineRule="auto"/>
        <w:rPr>
          <w:b/>
          <w:bCs/>
          <w:szCs w:val="24"/>
        </w:rPr>
      </w:pPr>
      <w:r w:rsidRPr="00EF64AA">
        <w:rPr>
          <w:b/>
          <w:bCs/>
          <w:szCs w:val="24"/>
          <w:rtl/>
        </w:rPr>
        <w:t>وخلصت الدراسة إلى أن تطبيق</w:t>
      </w:r>
      <w:r w:rsidRPr="00EF64AA">
        <w:rPr>
          <w:b/>
          <w:bCs/>
          <w:szCs w:val="24"/>
        </w:rPr>
        <w:t xml:space="preserve"> Agile </w:t>
      </w:r>
      <w:r w:rsidRPr="00EF64AA">
        <w:rPr>
          <w:b/>
          <w:bCs/>
          <w:szCs w:val="24"/>
          <w:rtl/>
        </w:rPr>
        <w:t>لا يضمن تحسين الجودة بصورة تلقائية، إذ قد يؤدي التطبيق الشكلي أو الجزئي إلى زيادة سرعة التسليم دون تحقيق تحسن فعلي في جودة المنتج. وبناءً على ذلك، أوصت الدراسة بربط تطبيق الإدارة الرشيقة بنظام واضح لحوكمة الجودة، واعتماد مؤشرات أداء تجمع بين سرعة الإنجاز وجودة المخرجات، وتطوير مهارات فرق العمل، وتطبيق المنهجية تدريجيًا بما يتناسب مع طبيعة الشركة ومشاريعها</w:t>
      </w:r>
      <w:r w:rsidRPr="00EF64AA">
        <w:rPr>
          <w:b/>
          <w:bCs/>
          <w:szCs w:val="24"/>
        </w:rPr>
        <w:t>.</w:t>
      </w:r>
    </w:p>
    <w:p w14:paraId="365C78CA" w14:textId="77777777" w:rsidR="00EF64AA" w:rsidRDefault="00EF64AA" w:rsidP="00EF64AA">
      <w:pPr>
        <w:bidi/>
        <w:spacing w:after="0" w:line="360" w:lineRule="auto"/>
        <w:rPr>
          <w:b/>
          <w:bCs/>
          <w:szCs w:val="24"/>
          <w:rtl/>
        </w:rPr>
      </w:pPr>
      <w:r w:rsidRPr="00EF64AA">
        <w:rPr>
          <w:b/>
          <w:bCs/>
          <w:szCs w:val="24"/>
          <w:rtl/>
        </w:rPr>
        <w:t>الكلمات المفتاحية</w:t>
      </w:r>
      <w:r w:rsidRPr="00EF64AA">
        <w:rPr>
          <w:b/>
          <w:bCs/>
          <w:szCs w:val="24"/>
        </w:rPr>
        <w:t xml:space="preserve">: </w:t>
      </w:r>
      <w:r w:rsidRPr="00EF64AA">
        <w:rPr>
          <w:b/>
          <w:bCs/>
          <w:szCs w:val="24"/>
          <w:rtl/>
        </w:rPr>
        <w:t xml:space="preserve">الإدارة الرشيقة، </w:t>
      </w:r>
      <w:r w:rsidRPr="00EF64AA">
        <w:rPr>
          <w:b/>
          <w:bCs/>
          <w:szCs w:val="24"/>
        </w:rPr>
        <w:t>Agile</w:t>
      </w:r>
      <w:r w:rsidRPr="00EF64AA">
        <w:rPr>
          <w:b/>
          <w:bCs/>
          <w:szCs w:val="24"/>
          <w:rtl/>
        </w:rPr>
        <w:t>، جودة البرمجيات، مشاريع البرمجيات، الشركات التقنية</w:t>
      </w:r>
      <w:r w:rsidRPr="00EF64AA">
        <w:rPr>
          <w:b/>
          <w:bCs/>
          <w:szCs w:val="24"/>
        </w:rPr>
        <w:t>.</w:t>
      </w:r>
    </w:p>
    <w:p w14:paraId="41100411" w14:textId="77777777" w:rsidR="004F4675" w:rsidRDefault="004F4675" w:rsidP="004F4675">
      <w:pPr>
        <w:bidi/>
        <w:spacing w:after="0" w:line="360" w:lineRule="auto"/>
        <w:rPr>
          <w:b/>
          <w:bCs/>
          <w:szCs w:val="24"/>
          <w:rtl/>
        </w:rPr>
      </w:pPr>
    </w:p>
    <w:p w14:paraId="1D4ADD63" w14:textId="77777777" w:rsidR="004F4675" w:rsidRDefault="004F4675" w:rsidP="004F4675">
      <w:pPr>
        <w:bidi/>
        <w:spacing w:after="0" w:line="360" w:lineRule="auto"/>
        <w:rPr>
          <w:b/>
          <w:bCs/>
          <w:szCs w:val="24"/>
          <w:rtl/>
        </w:rPr>
      </w:pPr>
    </w:p>
    <w:p w14:paraId="338FFD46" w14:textId="77777777" w:rsidR="004F4675" w:rsidRDefault="004F4675" w:rsidP="004F4675">
      <w:pPr>
        <w:bidi/>
        <w:spacing w:after="0" w:line="360" w:lineRule="auto"/>
        <w:rPr>
          <w:b/>
          <w:bCs/>
          <w:szCs w:val="24"/>
          <w:rtl/>
        </w:rPr>
      </w:pPr>
    </w:p>
    <w:p w14:paraId="754434E4" w14:textId="77777777" w:rsidR="004F4675" w:rsidRDefault="004F4675" w:rsidP="004F4675">
      <w:pPr>
        <w:bidi/>
        <w:spacing w:after="0" w:line="360" w:lineRule="auto"/>
        <w:rPr>
          <w:b/>
          <w:bCs/>
          <w:szCs w:val="24"/>
          <w:rtl/>
        </w:rPr>
      </w:pPr>
    </w:p>
    <w:p w14:paraId="3501F1F7" w14:textId="77777777" w:rsidR="004F4675" w:rsidRDefault="004F4675" w:rsidP="004F4675">
      <w:pPr>
        <w:bidi/>
        <w:spacing w:after="0" w:line="360" w:lineRule="auto"/>
        <w:rPr>
          <w:b/>
          <w:bCs/>
          <w:szCs w:val="24"/>
          <w:rtl/>
        </w:rPr>
      </w:pPr>
    </w:p>
    <w:p w14:paraId="3C4DF992" w14:textId="77777777" w:rsidR="004F4675" w:rsidRDefault="004F4675" w:rsidP="004F4675">
      <w:pPr>
        <w:bidi/>
        <w:spacing w:after="0" w:line="360" w:lineRule="auto"/>
        <w:rPr>
          <w:b/>
          <w:bCs/>
          <w:szCs w:val="24"/>
          <w:rtl/>
        </w:rPr>
      </w:pPr>
    </w:p>
    <w:p w14:paraId="4D2E16AA" w14:textId="77777777" w:rsidR="004F4675" w:rsidRDefault="004F4675" w:rsidP="004F4675">
      <w:pPr>
        <w:bidi/>
        <w:spacing w:after="0" w:line="360" w:lineRule="auto"/>
        <w:rPr>
          <w:b/>
          <w:bCs/>
          <w:szCs w:val="24"/>
          <w:rtl/>
        </w:rPr>
      </w:pPr>
    </w:p>
    <w:p w14:paraId="30A159D6" w14:textId="77777777" w:rsidR="004F4675" w:rsidRDefault="004F4675" w:rsidP="004F4675">
      <w:pPr>
        <w:bidi/>
        <w:spacing w:after="0" w:line="360" w:lineRule="auto"/>
        <w:rPr>
          <w:b/>
          <w:bCs/>
          <w:szCs w:val="24"/>
          <w:rtl/>
        </w:rPr>
      </w:pPr>
    </w:p>
    <w:p w14:paraId="5587562B" w14:textId="77777777" w:rsidR="004F4675" w:rsidRDefault="004F4675" w:rsidP="004F4675">
      <w:pPr>
        <w:bidi/>
        <w:spacing w:after="0" w:line="360" w:lineRule="auto"/>
        <w:rPr>
          <w:b/>
          <w:bCs/>
          <w:szCs w:val="24"/>
          <w:rtl/>
        </w:rPr>
      </w:pPr>
    </w:p>
    <w:p w14:paraId="0AF4BAAE" w14:textId="77777777" w:rsidR="004F4675" w:rsidRDefault="004F4675" w:rsidP="004F4675">
      <w:pPr>
        <w:bidi/>
        <w:spacing w:after="0" w:line="360" w:lineRule="auto"/>
        <w:rPr>
          <w:b/>
          <w:bCs/>
          <w:szCs w:val="24"/>
          <w:rtl/>
        </w:rPr>
      </w:pPr>
    </w:p>
    <w:p w14:paraId="46E56BF0" w14:textId="77777777" w:rsidR="004F4675" w:rsidRPr="00EF64AA" w:rsidRDefault="004F4675" w:rsidP="004F4675">
      <w:pPr>
        <w:bidi/>
        <w:spacing w:after="0" w:line="360" w:lineRule="auto"/>
        <w:rPr>
          <w:b/>
          <w:bCs/>
          <w:szCs w:val="24"/>
        </w:rPr>
      </w:pPr>
    </w:p>
    <w:p w14:paraId="06B9F71A" w14:textId="77777777" w:rsidR="00147E79" w:rsidRPr="00EF64AA" w:rsidRDefault="00147E79" w:rsidP="00EF64AA">
      <w:pPr>
        <w:bidi/>
        <w:spacing w:after="0" w:line="360" w:lineRule="auto"/>
        <w:rPr>
          <w:szCs w:val="24"/>
          <w:rtl/>
        </w:rPr>
      </w:pPr>
    </w:p>
    <w:p w14:paraId="1335BE39" w14:textId="77777777" w:rsidR="00235EEF" w:rsidRPr="00235EEF" w:rsidRDefault="00235EEF" w:rsidP="00235EEF">
      <w:pPr>
        <w:bidi/>
        <w:spacing w:after="0" w:line="360" w:lineRule="auto"/>
        <w:jc w:val="right"/>
        <w:rPr>
          <w:b/>
          <w:bCs/>
          <w:szCs w:val="24"/>
        </w:rPr>
      </w:pPr>
      <w:r w:rsidRPr="00235EEF">
        <w:rPr>
          <w:b/>
          <w:bCs/>
          <w:szCs w:val="24"/>
        </w:rPr>
        <w:lastRenderedPageBreak/>
        <w:t>Abstract</w:t>
      </w:r>
    </w:p>
    <w:p w14:paraId="0FCF4E3A" w14:textId="77777777" w:rsidR="00235EEF" w:rsidRPr="00235EEF" w:rsidRDefault="00235EEF" w:rsidP="00235EEF">
      <w:pPr>
        <w:bidi/>
        <w:spacing w:after="0" w:line="360" w:lineRule="auto"/>
        <w:jc w:val="right"/>
        <w:rPr>
          <w:b/>
          <w:bCs/>
          <w:szCs w:val="24"/>
        </w:rPr>
      </w:pPr>
      <w:r w:rsidRPr="00235EEF">
        <w:rPr>
          <w:b/>
          <w:bCs/>
          <w:szCs w:val="24"/>
        </w:rPr>
        <w:t>This study aimed to analyze the impact of applying Agile management methodology on the quality of software project deliverables in technology companies. It also sought to identify the most important Agile practices that contribute to improving software product quality, as well as the organizational and technical factors that support or limit the effectiveness of Agile implementation.</w:t>
      </w:r>
    </w:p>
    <w:p w14:paraId="1EF8BF6B" w14:textId="77777777" w:rsidR="00235EEF" w:rsidRPr="00235EEF" w:rsidRDefault="00235EEF" w:rsidP="00235EEF">
      <w:pPr>
        <w:bidi/>
        <w:spacing w:after="0" w:line="360" w:lineRule="auto"/>
        <w:jc w:val="right"/>
        <w:rPr>
          <w:b/>
          <w:bCs/>
          <w:szCs w:val="24"/>
        </w:rPr>
      </w:pPr>
      <w:r w:rsidRPr="00235EEF">
        <w:rPr>
          <w:b/>
          <w:bCs/>
          <w:szCs w:val="24"/>
        </w:rPr>
        <w:t>The study adopted a descriptive analytical approach through an integrative review of relevant academic literature, previous studies, and professional standards. These included the Agile Manifesto, the Scrum Guide, the Agile Practice Guide issued by the Project Management Institute, and the ISO/IEC 25010:2023 software quality model. The relationship between Agile practices and several software quality dimensions was examined, including functional suitability, reliability, performance efficiency, usability, security, and maintainability.</w:t>
      </w:r>
    </w:p>
    <w:p w14:paraId="47D43620" w14:textId="77777777" w:rsidR="00235EEF" w:rsidRPr="00235EEF" w:rsidRDefault="00235EEF" w:rsidP="00235EEF">
      <w:pPr>
        <w:bidi/>
        <w:spacing w:after="0" w:line="360" w:lineRule="auto"/>
        <w:jc w:val="right"/>
        <w:rPr>
          <w:b/>
          <w:bCs/>
          <w:szCs w:val="24"/>
        </w:rPr>
      </w:pPr>
      <w:r w:rsidRPr="00235EEF">
        <w:rPr>
          <w:b/>
          <w:bCs/>
          <w:szCs w:val="24"/>
        </w:rPr>
        <w:t>The findings indicated that Agile methodology can improve the quality of software project deliverables through iterative delivery, early feedback, stronger collaboration among team members and stakeholders, and earlier detection of defects and problems. The results also showed that these benefits depend largely on the quality of implementation, senior management support, team empowerment, and the use of effective engineering practices such as automated testing, continuous integration, code review, and a clear definition of done.</w:t>
      </w:r>
    </w:p>
    <w:p w14:paraId="332D43B1" w14:textId="77777777" w:rsidR="00235EEF" w:rsidRPr="00235EEF" w:rsidRDefault="00235EEF" w:rsidP="00235EEF">
      <w:pPr>
        <w:bidi/>
        <w:spacing w:after="0" w:line="360" w:lineRule="auto"/>
        <w:jc w:val="right"/>
        <w:rPr>
          <w:b/>
          <w:bCs/>
          <w:szCs w:val="24"/>
        </w:rPr>
      </w:pPr>
      <w:r w:rsidRPr="00235EEF">
        <w:rPr>
          <w:b/>
          <w:bCs/>
          <w:szCs w:val="24"/>
        </w:rPr>
        <w:t>The study concluded that Agile implementation does not automatically guarantee quality improvement. A superficial or partial application may increase delivery speed without achieving a real improvement in the final product. Therefore, the study recommended linking Agile implementation to a clear quality governance system, adopting performance indicators that balance delivery speed and output quality, developing team capabilities, and applying Agile practices gradually according to the nature of the company and its projects.</w:t>
      </w:r>
    </w:p>
    <w:p w14:paraId="77A0A611" w14:textId="77777777" w:rsidR="00195DBB" w:rsidRDefault="00235EEF" w:rsidP="00235EEF">
      <w:pPr>
        <w:bidi/>
        <w:spacing w:after="0" w:line="360" w:lineRule="auto"/>
        <w:jc w:val="right"/>
        <w:rPr>
          <w:b/>
          <w:bCs/>
          <w:szCs w:val="24"/>
        </w:rPr>
      </w:pPr>
      <w:r w:rsidRPr="00235EEF">
        <w:rPr>
          <w:b/>
          <w:bCs/>
          <w:szCs w:val="24"/>
        </w:rPr>
        <w:t xml:space="preserve">Keywords: Agile management, software quality, software projects, technology companies, </w:t>
      </w:r>
    </w:p>
    <w:p w14:paraId="6A8A9D83" w14:textId="6EE58EB5" w:rsidR="00235EEF" w:rsidRDefault="00235EEF" w:rsidP="00195DBB">
      <w:pPr>
        <w:bidi/>
        <w:spacing w:after="0" w:line="360" w:lineRule="auto"/>
        <w:jc w:val="right"/>
        <w:rPr>
          <w:b/>
          <w:bCs/>
          <w:szCs w:val="24"/>
        </w:rPr>
      </w:pPr>
      <w:r w:rsidRPr="00235EEF">
        <w:rPr>
          <w:b/>
          <w:bCs/>
          <w:szCs w:val="24"/>
        </w:rPr>
        <w:t>project management.</w:t>
      </w:r>
    </w:p>
    <w:p w14:paraId="31C3CCFC" w14:textId="77777777" w:rsidR="00195DBB" w:rsidRDefault="00195DBB" w:rsidP="00195DBB">
      <w:pPr>
        <w:bidi/>
        <w:spacing w:after="0" w:line="360" w:lineRule="auto"/>
        <w:jc w:val="right"/>
        <w:rPr>
          <w:b/>
          <w:bCs/>
          <w:szCs w:val="24"/>
        </w:rPr>
      </w:pPr>
    </w:p>
    <w:p w14:paraId="4FEB0D43" w14:textId="77777777" w:rsidR="00195DBB" w:rsidRDefault="00195DBB" w:rsidP="00195DBB">
      <w:pPr>
        <w:bidi/>
        <w:spacing w:after="0" w:line="360" w:lineRule="auto"/>
        <w:jc w:val="right"/>
        <w:rPr>
          <w:b/>
          <w:bCs/>
          <w:szCs w:val="24"/>
        </w:rPr>
      </w:pPr>
    </w:p>
    <w:p w14:paraId="5590664B" w14:textId="77777777" w:rsidR="00195DBB" w:rsidRDefault="00195DBB" w:rsidP="00195DBB">
      <w:pPr>
        <w:bidi/>
        <w:spacing w:after="0" w:line="360" w:lineRule="auto"/>
        <w:jc w:val="right"/>
        <w:rPr>
          <w:b/>
          <w:bCs/>
          <w:szCs w:val="24"/>
        </w:rPr>
      </w:pPr>
    </w:p>
    <w:p w14:paraId="6AC304D5" w14:textId="77777777" w:rsidR="00195DBB" w:rsidRDefault="00195DBB" w:rsidP="00195DBB">
      <w:pPr>
        <w:bidi/>
        <w:spacing w:after="0" w:line="360" w:lineRule="auto"/>
        <w:jc w:val="right"/>
        <w:rPr>
          <w:b/>
          <w:bCs/>
          <w:szCs w:val="24"/>
        </w:rPr>
      </w:pPr>
    </w:p>
    <w:p w14:paraId="6D65F470" w14:textId="77777777" w:rsidR="00195DBB" w:rsidRDefault="00195DBB" w:rsidP="00195DBB">
      <w:pPr>
        <w:bidi/>
        <w:spacing w:after="0" w:line="360" w:lineRule="auto"/>
        <w:jc w:val="right"/>
        <w:rPr>
          <w:b/>
          <w:bCs/>
          <w:szCs w:val="24"/>
        </w:rPr>
      </w:pPr>
    </w:p>
    <w:p w14:paraId="05CE5E11" w14:textId="77777777" w:rsidR="00195DBB" w:rsidRPr="00195DBB" w:rsidRDefault="00195DBB" w:rsidP="00921091">
      <w:pPr>
        <w:bidi/>
        <w:spacing w:after="0" w:line="360" w:lineRule="auto"/>
        <w:rPr>
          <w:b/>
          <w:bCs/>
          <w:szCs w:val="24"/>
        </w:rPr>
      </w:pPr>
      <w:r w:rsidRPr="00195DBB">
        <w:rPr>
          <w:b/>
          <w:bCs/>
          <w:szCs w:val="24"/>
          <w:rtl/>
        </w:rPr>
        <w:lastRenderedPageBreak/>
        <w:t>فهرس المحتويات</w:t>
      </w:r>
    </w:p>
    <w:p w14:paraId="18EDDB40" w14:textId="77777777" w:rsidR="00195DBB" w:rsidRDefault="00195DBB" w:rsidP="0085217E">
      <w:pPr>
        <w:bidi/>
        <w:spacing w:after="0" w:line="480" w:lineRule="auto"/>
        <w:rPr>
          <w:b/>
          <w:bCs/>
          <w:szCs w:val="24"/>
          <w:rtl/>
        </w:rPr>
      </w:pPr>
    </w:p>
    <w:tbl>
      <w:tblPr>
        <w:tblStyle w:val="afa"/>
        <w:bidiVisual/>
        <w:tblW w:w="0" w:type="auto"/>
        <w:tblLook w:val="04A0" w:firstRow="1" w:lastRow="0" w:firstColumn="1" w:lastColumn="0" w:noHBand="0" w:noVBand="1"/>
      </w:tblPr>
      <w:tblGrid>
        <w:gridCol w:w="4985"/>
        <w:gridCol w:w="4977"/>
      </w:tblGrid>
      <w:tr w:rsidR="00921091" w14:paraId="2D3C83FD" w14:textId="77777777" w:rsidTr="00021507">
        <w:tc>
          <w:tcPr>
            <w:tcW w:w="4985" w:type="dxa"/>
          </w:tcPr>
          <w:p w14:paraId="6C2C38DD" w14:textId="60B37FC0" w:rsidR="00921091" w:rsidRDefault="000402D6" w:rsidP="0085217E">
            <w:pPr>
              <w:bidi/>
              <w:spacing w:line="480" w:lineRule="auto"/>
              <w:jc w:val="center"/>
              <w:rPr>
                <w:b/>
                <w:bCs/>
                <w:szCs w:val="24"/>
                <w:rtl/>
              </w:rPr>
            </w:pPr>
            <w:r>
              <w:rPr>
                <w:rFonts w:hint="cs"/>
                <w:b/>
                <w:bCs/>
                <w:szCs w:val="24"/>
                <w:rtl/>
              </w:rPr>
              <w:t>الموضوع</w:t>
            </w:r>
          </w:p>
        </w:tc>
        <w:tc>
          <w:tcPr>
            <w:tcW w:w="4977" w:type="dxa"/>
          </w:tcPr>
          <w:p w14:paraId="778E6819" w14:textId="11704D55" w:rsidR="00921091" w:rsidRDefault="000402D6" w:rsidP="0085217E">
            <w:pPr>
              <w:bidi/>
              <w:spacing w:line="480" w:lineRule="auto"/>
              <w:jc w:val="center"/>
              <w:rPr>
                <w:b/>
                <w:bCs/>
                <w:szCs w:val="24"/>
                <w:rtl/>
              </w:rPr>
            </w:pPr>
            <w:r>
              <w:rPr>
                <w:rFonts w:hint="cs"/>
                <w:b/>
                <w:bCs/>
                <w:szCs w:val="24"/>
                <w:rtl/>
              </w:rPr>
              <w:t>الصفحة</w:t>
            </w:r>
          </w:p>
        </w:tc>
      </w:tr>
      <w:tr w:rsidR="00921091" w14:paraId="4C6088FF" w14:textId="77777777" w:rsidTr="00021507">
        <w:tc>
          <w:tcPr>
            <w:tcW w:w="4985" w:type="dxa"/>
          </w:tcPr>
          <w:p w14:paraId="05A052F6" w14:textId="5764D5FB" w:rsidR="00921091" w:rsidRDefault="008413C4" w:rsidP="0085217E">
            <w:pPr>
              <w:bidi/>
              <w:spacing w:line="480" w:lineRule="auto"/>
              <w:jc w:val="center"/>
              <w:rPr>
                <w:b/>
                <w:bCs/>
                <w:szCs w:val="24"/>
                <w:rtl/>
              </w:rPr>
            </w:pPr>
            <w:r>
              <w:rPr>
                <w:rFonts w:hint="cs"/>
                <w:b/>
                <w:bCs/>
                <w:szCs w:val="24"/>
                <w:rtl/>
              </w:rPr>
              <w:t xml:space="preserve">إقرار </w:t>
            </w:r>
            <w:r w:rsidR="00223EEC">
              <w:rPr>
                <w:rFonts w:hint="cs"/>
                <w:b/>
                <w:bCs/>
                <w:szCs w:val="24"/>
                <w:rtl/>
              </w:rPr>
              <w:t>الباحث</w:t>
            </w:r>
          </w:p>
        </w:tc>
        <w:tc>
          <w:tcPr>
            <w:tcW w:w="4977" w:type="dxa"/>
          </w:tcPr>
          <w:p w14:paraId="729B56DE" w14:textId="481B3002" w:rsidR="00921091" w:rsidRDefault="008413C4" w:rsidP="0085217E">
            <w:pPr>
              <w:bidi/>
              <w:spacing w:line="480" w:lineRule="auto"/>
              <w:jc w:val="center"/>
              <w:rPr>
                <w:b/>
                <w:bCs/>
                <w:szCs w:val="24"/>
                <w:rtl/>
              </w:rPr>
            </w:pPr>
            <w:r>
              <w:rPr>
                <w:rFonts w:hint="cs"/>
                <w:b/>
                <w:bCs/>
                <w:szCs w:val="24"/>
                <w:rtl/>
              </w:rPr>
              <w:t>2</w:t>
            </w:r>
          </w:p>
        </w:tc>
      </w:tr>
      <w:tr w:rsidR="00921091" w14:paraId="48B03460" w14:textId="77777777" w:rsidTr="00021507">
        <w:tc>
          <w:tcPr>
            <w:tcW w:w="4985" w:type="dxa"/>
          </w:tcPr>
          <w:p w14:paraId="2E746C57" w14:textId="465DCEFF" w:rsidR="00921091" w:rsidRDefault="008413C4" w:rsidP="0085217E">
            <w:pPr>
              <w:bidi/>
              <w:spacing w:line="480" w:lineRule="auto"/>
              <w:jc w:val="center"/>
              <w:rPr>
                <w:b/>
                <w:bCs/>
                <w:szCs w:val="24"/>
                <w:rtl/>
              </w:rPr>
            </w:pPr>
            <w:r>
              <w:rPr>
                <w:rFonts w:hint="cs"/>
                <w:b/>
                <w:bCs/>
                <w:szCs w:val="24"/>
                <w:rtl/>
              </w:rPr>
              <w:t>الشكر والتقدير</w:t>
            </w:r>
          </w:p>
        </w:tc>
        <w:tc>
          <w:tcPr>
            <w:tcW w:w="4977" w:type="dxa"/>
          </w:tcPr>
          <w:p w14:paraId="436D06F1" w14:textId="17DAEE32" w:rsidR="00921091" w:rsidRDefault="008413C4" w:rsidP="0085217E">
            <w:pPr>
              <w:bidi/>
              <w:spacing w:line="480" w:lineRule="auto"/>
              <w:jc w:val="center"/>
              <w:rPr>
                <w:b/>
                <w:bCs/>
                <w:szCs w:val="24"/>
                <w:rtl/>
              </w:rPr>
            </w:pPr>
            <w:r>
              <w:rPr>
                <w:rFonts w:hint="cs"/>
                <w:b/>
                <w:bCs/>
                <w:szCs w:val="24"/>
                <w:rtl/>
              </w:rPr>
              <w:t>3</w:t>
            </w:r>
          </w:p>
        </w:tc>
      </w:tr>
      <w:tr w:rsidR="00921091" w14:paraId="73DEBF1B" w14:textId="77777777" w:rsidTr="00021507">
        <w:tc>
          <w:tcPr>
            <w:tcW w:w="4985" w:type="dxa"/>
          </w:tcPr>
          <w:p w14:paraId="2AD62523" w14:textId="733DEB33" w:rsidR="00921091" w:rsidRDefault="00441D02" w:rsidP="0085217E">
            <w:pPr>
              <w:bidi/>
              <w:spacing w:line="480" w:lineRule="auto"/>
              <w:jc w:val="center"/>
              <w:rPr>
                <w:b/>
                <w:bCs/>
                <w:szCs w:val="24"/>
                <w:rtl/>
              </w:rPr>
            </w:pPr>
            <w:r>
              <w:rPr>
                <w:rFonts w:hint="cs"/>
                <w:b/>
                <w:bCs/>
                <w:szCs w:val="24"/>
                <w:rtl/>
              </w:rPr>
              <w:t>الملخص</w:t>
            </w:r>
          </w:p>
        </w:tc>
        <w:tc>
          <w:tcPr>
            <w:tcW w:w="4977" w:type="dxa"/>
          </w:tcPr>
          <w:p w14:paraId="745B7685" w14:textId="297509BA" w:rsidR="00921091" w:rsidRDefault="00441D02" w:rsidP="0085217E">
            <w:pPr>
              <w:bidi/>
              <w:spacing w:line="480" w:lineRule="auto"/>
              <w:jc w:val="center"/>
              <w:rPr>
                <w:b/>
                <w:bCs/>
                <w:szCs w:val="24"/>
                <w:rtl/>
              </w:rPr>
            </w:pPr>
            <w:r>
              <w:rPr>
                <w:rFonts w:hint="cs"/>
                <w:b/>
                <w:bCs/>
                <w:szCs w:val="24"/>
                <w:rtl/>
              </w:rPr>
              <w:t>4</w:t>
            </w:r>
          </w:p>
        </w:tc>
      </w:tr>
      <w:tr w:rsidR="00921091" w14:paraId="2894EDC6" w14:textId="77777777" w:rsidTr="00021507">
        <w:tc>
          <w:tcPr>
            <w:tcW w:w="4985" w:type="dxa"/>
          </w:tcPr>
          <w:p w14:paraId="43565323" w14:textId="0F862649" w:rsidR="00921091" w:rsidRDefault="00441D02" w:rsidP="0085217E">
            <w:pPr>
              <w:bidi/>
              <w:spacing w:line="480" w:lineRule="auto"/>
              <w:jc w:val="center"/>
              <w:rPr>
                <w:b/>
                <w:bCs/>
                <w:szCs w:val="24"/>
                <w:rtl/>
              </w:rPr>
            </w:pPr>
            <w:r w:rsidRPr="00441D02">
              <w:rPr>
                <w:b/>
                <w:bCs/>
                <w:szCs w:val="24"/>
              </w:rPr>
              <w:t>Abstract</w:t>
            </w:r>
          </w:p>
        </w:tc>
        <w:tc>
          <w:tcPr>
            <w:tcW w:w="4977" w:type="dxa"/>
          </w:tcPr>
          <w:p w14:paraId="61C047F2" w14:textId="53CF797B" w:rsidR="00921091" w:rsidRDefault="00441D02" w:rsidP="0085217E">
            <w:pPr>
              <w:bidi/>
              <w:spacing w:line="480" w:lineRule="auto"/>
              <w:jc w:val="center"/>
              <w:rPr>
                <w:b/>
                <w:bCs/>
                <w:szCs w:val="24"/>
                <w:rtl/>
              </w:rPr>
            </w:pPr>
            <w:r>
              <w:rPr>
                <w:rFonts w:hint="cs"/>
                <w:b/>
                <w:bCs/>
                <w:szCs w:val="24"/>
                <w:rtl/>
              </w:rPr>
              <w:t>5</w:t>
            </w:r>
          </w:p>
        </w:tc>
      </w:tr>
      <w:tr w:rsidR="00921091" w14:paraId="36F88CF5" w14:textId="77777777" w:rsidTr="00021507">
        <w:tc>
          <w:tcPr>
            <w:tcW w:w="4985" w:type="dxa"/>
          </w:tcPr>
          <w:p w14:paraId="74729D1E" w14:textId="695B6325" w:rsidR="00921091" w:rsidRDefault="00441D02" w:rsidP="0085217E">
            <w:pPr>
              <w:bidi/>
              <w:spacing w:line="480" w:lineRule="auto"/>
              <w:jc w:val="center"/>
              <w:rPr>
                <w:b/>
                <w:bCs/>
                <w:szCs w:val="24"/>
                <w:rtl/>
              </w:rPr>
            </w:pPr>
            <w:r>
              <w:rPr>
                <w:rFonts w:hint="cs"/>
                <w:b/>
                <w:bCs/>
                <w:szCs w:val="24"/>
                <w:rtl/>
              </w:rPr>
              <w:t>الفهرس</w:t>
            </w:r>
          </w:p>
        </w:tc>
        <w:tc>
          <w:tcPr>
            <w:tcW w:w="4977" w:type="dxa"/>
          </w:tcPr>
          <w:p w14:paraId="6C028015" w14:textId="30DB0A26" w:rsidR="00921091" w:rsidRDefault="000D573E" w:rsidP="0085217E">
            <w:pPr>
              <w:bidi/>
              <w:spacing w:line="480" w:lineRule="auto"/>
              <w:jc w:val="center"/>
              <w:rPr>
                <w:b/>
                <w:bCs/>
                <w:szCs w:val="24"/>
                <w:rtl/>
              </w:rPr>
            </w:pPr>
            <w:r>
              <w:rPr>
                <w:rFonts w:hint="cs"/>
                <w:b/>
                <w:bCs/>
                <w:szCs w:val="24"/>
                <w:rtl/>
              </w:rPr>
              <w:t>6</w:t>
            </w:r>
          </w:p>
        </w:tc>
      </w:tr>
      <w:tr w:rsidR="000D573E" w14:paraId="6F38F8A7" w14:textId="77777777" w:rsidTr="00021507">
        <w:tc>
          <w:tcPr>
            <w:tcW w:w="4985" w:type="dxa"/>
          </w:tcPr>
          <w:p w14:paraId="6A792B2A" w14:textId="3D90DE9D" w:rsidR="000D573E" w:rsidRDefault="000D573E" w:rsidP="0085217E">
            <w:pPr>
              <w:bidi/>
              <w:spacing w:line="480" w:lineRule="auto"/>
              <w:jc w:val="center"/>
              <w:rPr>
                <w:b/>
                <w:bCs/>
                <w:szCs w:val="24"/>
                <w:rtl/>
              </w:rPr>
            </w:pPr>
            <w:r>
              <w:rPr>
                <w:rFonts w:hint="cs"/>
                <w:b/>
                <w:bCs/>
                <w:szCs w:val="24"/>
                <w:rtl/>
              </w:rPr>
              <w:t>الفصل الأول (الإطار العام للدراسة)</w:t>
            </w:r>
          </w:p>
        </w:tc>
        <w:tc>
          <w:tcPr>
            <w:tcW w:w="4977" w:type="dxa"/>
          </w:tcPr>
          <w:p w14:paraId="4579DDA6" w14:textId="79B91435" w:rsidR="000D573E" w:rsidRDefault="000D573E" w:rsidP="0085217E">
            <w:pPr>
              <w:bidi/>
              <w:spacing w:line="480" w:lineRule="auto"/>
              <w:jc w:val="center"/>
              <w:rPr>
                <w:b/>
                <w:bCs/>
                <w:szCs w:val="24"/>
                <w:rtl/>
              </w:rPr>
            </w:pPr>
            <w:r>
              <w:rPr>
                <w:rFonts w:hint="cs"/>
                <w:b/>
                <w:bCs/>
                <w:szCs w:val="24"/>
                <w:rtl/>
              </w:rPr>
              <w:t>7</w:t>
            </w:r>
          </w:p>
        </w:tc>
      </w:tr>
      <w:tr w:rsidR="000D573E" w14:paraId="520E57BA" w14:textId="77777777" w:rsidTr="00021507">
        <w:tc>
          <w:tcPr>
            <w:tcW w:w="4985" w:type="dxa"/>
          </w:tcPr>
          <w:p w14:paraId="39D92211" w14:textId="31A10C8F" w:rsidR="000D573E" w:rsidRDefault="000D573E" w:rsidP="00EB55FC">
            <w:pPr>
              <w:bidi/>
              <w:spacing w:line="480" w:lineRule="auto"/>
              <w:jc w:val="center"/>
              <w:rPr>
                <w:b/>
                <w:bCs/>
                <w:szCs w:val="24"/>
                <w:rtl/>
              </w:rPr>
            </w:pPr>
            <w:r>
              <w:rPr>
                <w:rFonts w:hint="cs"/>
                <w:b/>
                <w:bCs/>
                <w:szCs w:val="24"/>
                <w:rtl/>
              </w:rPr>
              <w:t>الفصل الثاني (</w:t>
            </w:r>
            <w:r w:rsidR="00EB55FC" w:rsidRPr="00EB55FC">
              <w:rPr>
                <w:b/>
                <w:bCs/>
                <w:szCs w:val="24"/>
                <w:rtl/>
              </w:rPr>
              <w:t>الإطار النظري للدراسة</w:t>
            </w:r>
            <w:r w:rsidR="0066737B">
              <w:rPr>
                <w:rFonts w:hint="cs"/>
                <w:b/>
                <w:bCs/>
                <w:szCs w:val="24"/>
                <w:rtl/>
              </w:rPr>
              <w:t>)</w:t>
            </w:r>
          </w:p>
        </w:tc>
        <w:tc>
          <w:tcPr>
            <w:tcW w:w="4977" w:type="dxa"/>
          </w:tcPr>
          <w:p w14:paraId="59FCCB41" w14:textId="6B3733F9" w:rsidR="000D573E" w:rsidRDefault="0066421B" w:rsidP="0085217E">
            <w:pPr>
              <w:bidi/>
              <w:spacing w:line="480" w:lineRule="auto"/>
              <w:jc w:val="center"/>
              <w:rPr>
                <w:b/>
                <w:bCs/>
                <w:szCs w:val="24"/>
                <w:rtl/>
              </w:rPr>
            </w:pPr>
            <w:r>
              <w:rPr>
                <w:rFonts w:hint="cs"/>
                <w:b/>
                <w:bCs/>
                <w:szCs w:val="24"/>
                <w:rtl/>
              </w:rPr>
              <w:t>12</w:t>
            </w:r>
          </w:p>
        </w:tc>
      </w:tr>
    </w:tbl>
    <w:p w14:paraId="76D06CC4" w14:textId="77777777" w:rsidR="00A8690E" w:rsidRDefault="00A8690E" w:rsidP="0085217E">
      <w:pPr>
        <w:bidi/>
        <w:spacing w:after="0" w:line="360" w:lineRule="auto"/>
        <w:rPr>
          <w:b/>
          <w:bCs/>
          <w:szCs w:val="24"/>
          <w:rtl/>
        </w:rPr>
      </w:pPr>
    </w:p>
    <w:p w14:paraId="2161110E" w14:textId="77777777" w:rsidR="00021507" w:rsidRDefault="00021507" w:rsidP="00021507">
      <w:pPr>
        <w:bidi/>
        <w:spacing w:after="0" w:line="360" w:lineRule="auto"/>
        <w:rPr>
          <w:b/>
          <w:bCs/>
          <w:szCs w:val="24"/>
          <w:rtl/>
        </w:rPr>
      </w:pPr>
    </w:p>
    <w:p w14:paraId="347EA215" w14:textId="77777777" w:rsidR="00021507" w:rsidRDefault="00021507" w:rsidP="00021507">
      <w:pPr>
        <w:bidi/>
        <w:spacing w:after="0" w:line="360" w:lineRule="auto"/>
        <w:rPr>
          <w:b/>
          <w:bCs/>
          <w:szCs w:val="24"/>
          <w:rtl/>
        </w:rPr>
      </w:pPr>
    </w:p>
    <w:p w14:paraId="613774A1" w14:textId="77777777" w:rsidR="00021507" w:rsidRDefault="00021507" w:rsidP="00021507">
      <w:pPr>
        <w:bidi/>
        <w:spacing w:after="0" w:line="360" w:lineRule="auto"/>
        <w:rPr>
          <w:b/>
          <w:bCs/>
          <w:szCs w:val="24"/>
          <w:rtl/>
        </w:rPr>
      </w:pPr>
    </w:p>
    <w:p w14:paraId="4736BE27" w14:textId="77777777" w:rsidR="00021507" w:rsidRDefault="00021507" w:rsidP="00021507">
      <w:pPr>
        <w:bidi/>
        <w:spacing w:after="0" w:line="360" w:lineRule="auto"/>
        <w:rPr>
          <w:b/>
          <w:bCs/>
          <w:szCs w:val="24"/>
          <w:rtl/>
        </w:rPr>
      </w:pPr>
    </w:p>
    <w:p w14:paraId="4B9C4C62" w14:textId="77777777" w:rsidR="00021507" w:rsidRDefault="00021507" w:rsidP="00021507">
      <w:pPr>
        <w:bidi/>
        <w:spacing w:after="0" w:line="360" w:lineRule="auto"/>
        <w:rPr>
          <w:b/>
          <w:bCs/>
          <w:szCs w:val="24"/>
          <w:rtl/>
        </w:rPr>
      </w:pPr>
    </w:p>
    <w:p w14:paraId="01B8212C" w14:textId="77777777" w:rsidR="00021507" w:rsidRDefault="00021507" w:rsidP="00021507">
      <w:pPr>
        <w:bidi/>
        <w:spacing w:after="0" w:line="360" w:lineRule="auto"/>
        <w:rPr>
          <w:b/>
          <w:bCs/>
          <w:szCs w:val="24"/>
          <w:rtl/>
        </w:rPr>
      </w:pPr>
    </w:p>
    <w:p w14:paraId="389058C4" w14:textId="77777777" w:rsidR="00021507" w:rsidRDefault="00021507" w:rsidP="00021507">
      <w:pPr>
        <w:bidi/>
        <w:spacing w:after="0" w:line="360" w:lineRule="auto"/>
        <w:rPr>
          <w:b/>
          <w:bCs/>
          <w:szCs w:val="24"/>
          <w:rtl/>
        </w:rPr>
      </w:pPr>
    </w:p>
    <w:p w14:paraId="5D2E86F0" w14:textId="77777777" w:rsidR="00021507" w:rsidRDefault="00021507" w:rsidP="00021507">
      <w:pPr>
        <w:bidi/>
        <w:spacing w:after="0" w:line="360" w:lineRule="auto"/>
        <w:rPr>
          <w:b/>
          <w:bCs/>
          <w:szCs w:val="24"/>
          <w:rtl/>
        </w:rPr>
      </w:pPr>
    </w:p>
    <w:p w14:paraId="7D2201E6" w14:textId="77777777" w:rsidR="0085217E" w:rsidRDefault="0085217E" w:rsidP="0085217E">
      <w:pPr>
        <w:bidi/>
        <w:spacing w:after="0" w:line="360" w:lineRule="auto"/>
        <w:rPr>
          <w:b/>
          <w:bCs/>
          <w:szCs w:val="24"/>
          <w:rtl/>
        </w:rPr>
      </w:pPr>
    </w:p>
    <w:p w14:paraId="203CEB54" w14:textId="77777777" w:rsidR="0085217E" w:rsidRDefault="0085217E" w:rsidP="0085217E">
      <w:pPr>
        <w:bidi/>
        <w:spacing w:after="0" w:line="360" w:lineRule="auto"/>
        <w:rPr>
          <w:b/>
          <w:bCs/>
          <w:szCs w:val="24"/>
          <w:rtl/>
        </w:rPr>
      </w:pPr>
    </w:p>
    <w:p w14:paraId="56D8D86A" w14:textId="77777777" w:rsidR="0085217E" w:rsidRDefault="0085217E" w:rsidP="0085217E">
      <w:pPr>
        <w:bidi/>
        <w:spacing w:after="0" w:line="360" w:lineRule="auto"/>
        <w:rPr>
          <w:b/>
          <w:bCs/>
          <w:szCs w:val="24"/>
          <w:rtl/>
        </w:rPr>
      </w:pPr>
    </w:p>
    <w:p w14:paraId="2748F639" w14:textId="77777777" w:rsidR="0085217E" w:rsidRDefault="0085217E" w:rsidP="0085217E">
      <w:pPr>
        <w:bidi/>
        <w:spacing w:after="0" w:line="360" w:lineRule="auto"/>
        <w:rPr>
          <w:b/>
          <w:bCs/>
          <w:szCs w:val="24"/>
          <w:rtl/>
        </w:rPr>
      </w:pPr>
    </w:p>
    <w:p w14:paraId="5BA10952" w14:textId="77777777" w:rsidR="0085217E" w:rsidRDefault="0085217E" w:rsidP="0085217E">
      <w:pPr>
        <w:bidi/>
        <w:spacing w:after="0" w:line="360" w:lineRule="auto"/>
        <w:rPr>
          <w:b/>
          <w:bCs/>
          <w:szCs w:val="24"/>
          <w:rtl/>
        </w:rPr>
      </w:pPr>
    </w:p>
    <w:p w14:paraId="39E421CB" w14:textId="77777777" w:rsidR="0085217E" w:rsidRDefault="0085217E" w:rsidP="0085217E">
      <w:pPr>
        <w:bidi/>
        <w:spacing w:after="0" w:line="360" w:lineRule="auto"/>
        <w:rPr>
          <w:b/>
          <w:bCs/>
          <w:szCs w:val="24"/>
          <w:rtl/>
        </w:rPr>
      </w:pPr>
    </w:p>
    <w:p w14:paraId="61B492C8" w14:textId="77777777" w:rsidR="0085217E" w:rsidRDefault="0085217E" w:rsidP="0085217E">
      <w:pPr>
        <w:bidi/>
        <w:spacing w:after="0" w:line="360" w:lineRule="auto"/>
        <w:rPr>
          <w:b/>
          <w:bCs/>
          <w:szCs w:val="24"/>
          <w:rtl/>
        </w:rPr>
      </w:pPr>
    </w:p>
    <w:p w14:paraId="49B58272" w14:textId="77777777" w:rsidR="0085217E" w:rsidRDefault="0085217E" w:rsidP="0085217E">
      <w:pPr>
        <w:bidi/>
        <w:spacing w:after="0" w:line="360" w:lineRule="auto"/>
        <w:rPr>
          <w:b/>
          <w:bCs/>
          <w:szCs w:val="24"/>
          <w:rtl/>
        </w:rPr>
      </w:pPr>
    </w:p>
    <w:p w14:paraId="460CE75A" w14:textId="77777777" w:rsidR="0085217E" w:rsidRDefault="0085217E" w:rsidP="0085217E">
      <w:pPr>
        <w:bidi/>
        <w:spacing w:after="0" w:line="360" w:lineRule="auto"/>
        <w:rPr>
          <w:b/>
          <w:bCs/>
          <w:szCs w:val="24"/>
        </w:rPr>
      </w:pPr>
    </w:p>
    <w:p w14:paraId="74C1F8D2" w14:textId="77777777" w:rsidR="00C922E9" w:rsidRPr="00C922E9" w:rsidRDefault="00C922E9" w:rsidP="00C922E9">
      <w:pPr>
        <w:bidi/>
        <w:spacing w:after="0" w:line="360" w:lineRule="auto"/>
        <w:rPr>
          <w:b/>
          <w:bCs/>
          <w:sz w:val="22"/>
        </w:rPr>
      </w:pPr>
      <w:r w:rsidRPr="00C922E9">
        <w:rPr>
          <w:b/>
          <w:bCs/>
          <w:szCs w:val="24"/>
          <w:rtl/>
        </w:rPr>
        <w:lastRenderedPageBreak/>
        <w:t>ا</w:t>
      </w:r>
      <w:r w:rsidRPr="00C922E9">
        <w:rPr>
          <w:b/>
          <w:bCs/>
          <w:sz w:val="22"/>
          <w:rtl/>
        </w:rPr>
        <w:t>لفصل الأول: الإطار العام للدراسة</w:t>
      </w:r>
    </w:p>
    <w:p w14:paraId="50737538" w14:textId="77777777" w:rsidR="00C922E9" w:rsidRPr="00C922E9" w:rsidRDefault="00C922E9" w:rsidP="00C922E9">
      <w:pPr>
        <w:bidi/>
        <w:spacing w:after="0" w:line="360" w:lineRule="auto"/>
        <w:rPr>
          <w:b/>
          <w:bCs/>
          <w:sz w:val="22"/>
        </w:rPr>
      </w:pPr>
      <w:r w:rsidRPr="00C922E9">
        <w:rPr>
          <w:b/>
          <w:bCs/>
          <w:sz w:val="22"/>
        </w:rPr>
        <w:t xml:space="preserve">1.1 </w:t>
      </w:r>
      <w:r w:rsidRPr="00C922E9">
        <w:rPr>
          <w:b/>
          <w:bCs/>
          <w:sz w:val="22"/>
          <w:rtl/>
        </w:rPr>
        <w:t>مقدمة الدراسة</w:t>
      </w:r>
    </w:p>
    <w:p w14:paraId="7864B297" w14:textId="77777777" w:rsidR="00C922E9" w:rsidRPr="00C922E9" w:rsidRDefault="00C922E9" w:rsidP="00C922E9">
      <w:pPr>
        <w:bidi/>
        <w:spacing w:after="0" w:line="360" w:lineRule="auto"/>
        <w:rPr>
          <w:b/>
          <w:bCs/>
          <w:sz w:val="22"/>
        </w:rPr>
      </w:pPr>
      <w:r w:rsidRPr="00C922E9">
        <w:rPr>
          <w:b/>
          <w:bCs/>
          <w:sz w:val="22"/>
          <w:rtl/>
        </w:rPr>
        <w:t>شهد قطاع التقنية خلال السنوات الأخيرة تطورًا متسارعًا نتيجة الاعتماد المتزايد على الأنظمة الرقمية والتطبيقات البرمجية في مختلف المجالات، مثل التعليم، والصحة، والخدمات المالية، والتجارة الإلكترونية، والاتصالات، والخدمات الحكومية. وقد أدى هذا التطور إلى زيادة الطلب على تطوير برمجيات ذات جودة عالية، وقادرة على تلبية احتياجات المستخدمين، والاستجابة السريعة للتغيرات المستمرة في بيئة العمل والتقنيات المستخدمة</w:t>
      </w:r>
      <w:r w:rsidRPr="00C922E9">
        <w:rPr>
          <w:b/>
          <w:bCs/>
          <w:sz w:val="22"/>
        </w:rPr>
        <w:t>.</w:t>
      </w:r>
    </w:p>
    <w:p w14:paraId="4A245579" w14:textId="77777777" w:rsidR="00C922E9" w:rsidRPr="00C922E9" w:rsidRDefault="00C922E9" w:rsidP="00C922E9">
      <w:pPr>
        <w:bidi/>
        <w:spacing w:after="0" w:line="360" w:lineRule="auto"/>
        <w:rPr>
          <w:b/>
          <w:bCs/>
          <w:sz w:val="22"/>
        </w:rPr>
      </w:pPr>
      <w:r w:rsidRPr="00C922E9">
        <w:rPr>
          <w:b/>
          <w:bCs/>
          <w:sz w:val="22"/>
          <w:rtl/>
        </w:rPr>
        <w:t>وتواجه مشاريع البرمجيات عددًا من التحديات، من أبرزها تغير متطلبات العملاء، وارتفاع مستوى المنافسة، وضغط الوقت، وزيادة توقعات المستخدمين، والحاجة إلى إطلاق المنتجات والخدمات الرقمية خلال فترات زمنية قصيرة. كما قد تواجه بعض المشاريع مشكلات تتعلق بتأخر التسليم، وارتفاع التكلفة، وكثرة الأخطاء البرمجية، وعدم توافق المنتج النهائي مع احتياجات العميل الفعلية</w:t>
      </w:r>
      <w:r w:rsidRPr="00C922E9">
        <w:rPr>
          <w:b/>
          <w:bCs/>
          <w:sz w:val="22"/>
        </w:rPr>
        <w:t>.</w:t>
      </w:r>
    </w:p>
    <w:p w14:paraId="6EEFDE4B" w14:textId="77777777" w:rsidR="00C922E9" w:rsidRPr="00C922E9" w:rsidRDefault="00C922E9" w:rsidP="00C922E9">
      <w:pPr>
        <w:bidi/>
        <w:spacing w:after="0" w:line="360" w:lineRule="auto"/>
        <w:rPr>
          <w:b/>
          <w:bCs/>
          <w:sz w:val="22"/>
        </w:rPr>
      </w:pPr>
      <w:r w:rsidRPr="00C922E9">
        <w:rPr>
          <w:b/>
          <w:bCs/>
          <w:sz w:val="22"/>
          <w:rtl/>
        </w:rPr>
        <w:t>اعتمدت العديد من الشركات في السابق على المنهجيات التقليدية في إدارة مشاريع البرمجيات، والتي تقوم على تقسيم المشروع إلى مراحل متتابعة تبدأ بجمع المتطلبات، ثم التصميم، ثم التطوير، ثم الاختبار، وأخيرًا التسليم. وعلى الرغم من أن هذه المنهجيات قد تكون مناسبة في المشاريع التي تتميز بوضوح المتطلبات واستقرارها، فإنها قد تواجه صعوبة في التعامل مع المشاريع التي تتغير متطلباتها بصورة مستمرة</w:t>
      </w:r>
      <w:r w:rsidRPr="00C922E9">
        <w:rPr>
          <w:b/>
          <w:bCs/>
          <w:sz w:val="22"/>
        </w:rPr>
        <w:t>.</w:t>
      </w:r>
    </w:p>
    <w:p w14:paraId="032FCD33" w14:textId="77777777" w:rsidR="00C922E9" w:rsidRPr="00C922E9" w:rsidRDefault="00C922E9" w:rsidP="00C922E9">
      <w:pPr>
        <w:bidi/>
        <w:spacing w:after="0" w:line="360" w:lineRule="auto"/>
        <w:rPr>
          <w:b/>
          <w:bCs/>
          <w:sz w:val="22"/>
        </w:rPr>
      </w:pPr>
      <w:r w:rsidRPr="00C922E9">
        <w:rPr>
          <w:b/>
          <w:bCs/>
          <w:sz w:val="22"/>
          <w:rtl/>
        </w:rPr>
        <w:t xml:space="preserve">ونتيجة لهذه التحديات، ظهرت منهجية الإدارة الرشيقة </w:t>
      </w:r>
      <w:r w:rsidRPr="00C922E9">
        <w:rPr>
          <w:b/>
          <w:bCs/>
          <w:sz w:val="22"/>
        </w:rPr>
        <w:t xml:space="preserve">Agile </w:t>
      </w:r>
      <w:r w:rsidRPr="00C922E9">
        <w:rPr>
          <w:b/>
          <w:bCs/>
          <w:sz w:val="22"/>
          <w:rtl/>
        </w:rPr>
        <w:t>بوصفها أحد الأساليب الحديثة في إدارة وتطوير مشاريع البرمجيات. تعتمد هذه المنهجية على تنفيذ المشروع بصورة تدريجية وتكرارية، وتقسيم العمل إلى دورات زمنية قصيرة، مع التركيز على التعاون المستمر بين أعضاء الفريق والعميل، وتقديم أجزاء قابلة للاستخدام من المنتج خلال مراحل المشروع، بدلًا من الانتظار حتى نهاية المشروع لتسليم المنتج كاملًا</w:t>
      </w:r>
      <w:r w:rsidRPr="00C922E9">
        <w:rPr>
          <w:b/>
          <w:bCs/>
          <w:sz w:val="22"/>
        </w:rPr>
        <w:t>.</w:t>
      </w:r>
    </w:p>
    <w:p w14:paraId="5BDFCB02" w14:textId="77777777" w:rsidR="00C922E9" w:rsidRPr="00C922E9" w:rsidRDefault="00C922E9" w:rsidP="00C922E9">
      <w:pPr>
        <w:bidi/>
        <w:spacing w:after="0" w:line="360" w:lineRule="auto"/>
        <w:rPr>
          <w:b/>
          <w:bCs/>
          <w:sz w:val="22"/>
        </w:rPr>
      </w:pPr>
      <w:r w:rsidRPr="00C922E9">
        <w:rPr>
          <w:b/>
          <w:bCs/>
          <w:sz w:val="22"/>
          <w:rtl/>
        </w:rPr>
        <w:t>وتساعد الإدارة الرشيقة على الاستجابة السريعة للتغيرات، والحصول على ملاحظات العميل بصورة مبكرة، واكتشاف الأخطاء والمشكلات أثناء مراحل التطوير، مما قد يسهم في تحسين جودة مخرجات المشروع. ومع ذلك، فإن مجرد تطبيق منهجية</w:t>
      </w:r>
      <w:r w:rsidRPr="00C922E9">
        <w:rPr>
          <w:b/>
          <w:bCs/>
          <w:sz w:val="22"/>
        </w:rPr>
        <w:t xml:space="preserve"> Agile </w:t>
      </w:r>
      <w:r w:rsidRPr="00C922E9">
        <w:rPr>
          <w:b/>
          <w:bCs/>
          <w:sz w:val="22"/>
          <w:rtl/>
        </w:rPr>
        <w:t>لا يعني بالضرورة تحقيق نتائج إيجابية، إذ تعتمد فعالية المنهجية على مستوى التطبيق الفعلي، ودعم الإدارة العليا، وخبرة الفريق، ووضوح الأدوار، واستخدام الممارسات الهندسية المناسبة</w:t>
      </w:r>
      <w:r w:rsidRPr="00C922E9">
        <w:rPr>
          <w:b/>
          <w:bCs/>
          <w:sz w:val="22"/>
        </w:rPr>
        <w:t>.</w:t>
      </w:r>
    </w:p>
    <w:p w14:paraId="337BEF62" w14:textId="77777777" w:rsidR="00C922E9" w:rsidRPr="00C922E9" w:rsidRDefault="00C922E9" w:rsidP="00C922E9">
      <w:pPr>
        <w:bidi/>
        <w:spacing w:after="0" w:line="360" w:lineRule="auto"/>
        <w:rPr>
          <w:b/>
          <w:bCs/>
          <w:sz w:val="22"/>
        </w:rPr>
      </w:pPr>
      <w:r w:rsidRPr="00C922E9">
        <w:rPr>
          <w:b/>
          <w:bCs/>
          <w:sz w:val="22"/>
          <w:rtl/>
        </w:rPr>
        <w:t>ومن هذا المنطلق، تسعى هذه الدراسة إلى تحليل أثر تطبيق منهجية الإدارة الرشيقة على جودة مخرجات مشاريع البرمجيات في الشركات التقنية، والتعرف على أهم الممارسات والعوامل التي تساعد على تحقيق جودة أفضل للمنتجات البرمجية</w:t>
      </w:r>
      <w:r w:rsidRPr="00C922E9">
        <w:rPr>
          <w:b/>
          <w:bCs/>
          <w:sz w:val="22"/>
        </w:rPr>
        <w:t>.</w:t>
      </w:r>
    </w:p>
    <w:p w14:paraId="0EE421BD" w14:textId="77777777" w:rsidR="00FC07F4" w:rsidRPr="008D2ED4" w:rsidRDefault="00FC07F4" w:rsidP="00FC07F4">
      <w:pPr>
        <w:bidi/>
        <w:spacing w:after="0" w:line="360" w:lineRule="auto"/>
        <w:rPr>
          <w:b/>
          <w:bCs/>
          <w:sz w:val="22"/>
          <w:rtl/>
        </w:rPr>
      </w:pPr>
    </w:p>
    <w:p w14:paraId="35D6E917" w14:textId="77777777" w:rsidR="00FC07F4" w:rsidRPr="00FC07F4" w:rsidRDefault="00FC07F4" w:rsidP="00FC07F4">
      <w:pPr>
        <w:bidi/>
        <w:spacing w:after="0" w:line="360" w:lineRule="auto"/>
        <w:rPr>
          <w:b/>
          <w:bCs/>
          <w:sz w:val="22"/>
        </w:rPr>
      </w:pPr>
      <w:r w:rsidRPr="00FC07F4">
        <w:rPr>
          <w:b/>
          <w:bCs/>
          <w:sz w:val="22"/>
        </w:rPr>
        <w:t xml:space="preserve">1.2 </w:t>
      </w:r>
      <w:r w:rsidRPr="00FC07F4">
        <w:rPr>
          <w:b/>
          <w:bCs/>
          <w:sz w:val="22"/>
          <w:rtl/>
        </w:rPr>
        <w:t>مشكلة الدراسة</w:t>
      </w:r>
    </w:p>
    <w:p w14:paraId="10B8DB8B" w14:textId="77777777" w:rsidR="00FC07F4" w:rsidRPr="00FC07F4" w:rsidRDefault="00FC07F4" w:rsidP="00FC07F4">
      <w:pPr>
        <w:bidi/>
        <w:spacing w:after="0" w:line="360" w:lineRule="auto"/>
        <w:rPr>
          <w:b/>
          <w:bCs/>
          <w:sz w:val="22"/>
        </w:rPr>
      </w:pPr>
      <w:r w:rsidRPr="00FC07F4">
        <w:rPr>
          <w:b/>
          <w:bCs/>
          <w:sz w:val="22"/>
          <w:rtl/>
        </w:rPr>
        <w:t>تعاني بعض مشاريع البرمجيات من مشكلات تتعلق بانخفاض جودة المخرجات، وكثرة العيوب البرمجية، وتأخر اكتشاف الأخطاء، وعدم توافق المنتج النهائي مع احتياجات المستخدمين. وقد تظهر هذه المشكلات نتيجة ضعف التواصل بين الأطراف المشاركة في المشروع، أو عدم وضوح المتطلبات، أو تأخر مشاركة العميل في مراجعة المنتج، أو تنفيذ الاختبارات في المراحل النهائية فقط</w:t>
      </w:r>
      <w:r w:rsidRPr="00FC07F4">
        <w:rPr>
          <w:b/>
          <w:bCs/>
          <w:sz w:val="22"/>
        </w:rPr>
        <w:t>.</w:t>
      </w:r>
    </w:p>
    <w:p w14:paraId="1ECB309A" w14:textId="77777777" w:rsidR="00FC07F4" w:rsidRPr="00FC07F4" w:rsidRDefault="00FC07F4" w:rsidP="00FC07F4">
      <w:pPr>
        <w:bidi/>
        <w:spacing w:after="0" w:line="360" w:lineRule="auto"/>
        <w:rPr>
          <w:b/>
          <w:bCs/>
          <w:sz w:val="22"/>
        </w:rPr>
      </w:pPr>
      <w:r w:rsidRPr="00FC07F4">
        <w:rPr>
          <w:b/>
          <w:bCs/>
          <w:sz w:val="22"/>
          <w:rtl/>
        </w:rPr>
        <w:t>وقد دفعت هذه التحديات عددًا كبيرًا من الشركات التقنية إلى تطبيق منهجية الإدارة الرشيقة، بهدف زيادة المرونة، وتسريع عمليات التطوير، وتحسين مستوى التعاون، ورفع جودة المنتجات البرمجية. إلا أن نتائج تطبيق</w:t>
      </w:r>
      <w:r w:rsidRPr="00FC07F4">
        <w:rPr>
          <w:b/>
          <w:bCs/>
          <w:sz w:val="22"/>
        </w:rPr>
        <w:t xml:space="preserve"> Agile </w:t>
      </w:r>
      <w:r w:rsidRPr="00FC07F4">
        <w:rPr>
          <w:b/>
          <w:bCs/>
          <w:sz w:val="22"/>
          <w:rtl/>
        </w:rPr>
        <w:t>تختلف من شركة إلى أخرى، فقد تحقق بعض الشركات تحسنًا واضحًا في الجودة والأداء، بينما تكتفي شركات أخرى بتطبيق عدد من الاجتماعات والمصطلحات الرشيقة دون تغيير حقيقي في طريقة العمل</w:t>
      </w:r>
      <w:r w:rsidRPr="00FC07F4">
        <w:rPr>
          <w:b/>
          <w:bCs/>
          <w:sz w:val="22"/>
        </w:rPr>
        <w:t>.</w:t>
      </w:r>
    </w:p>
    <w:p w14:paraId="741433E6" w14:textId="77777777" w:rsidR="00FC07F4" w:rsidRPr="00FC07F4" w:rsidRDefault="00FC07F4" w:rsidP="00FC07F4">
      <w:pPr>
        <w:bidi/>
        <w:spacing w:after="0" w:line="360" w:lineRule="auto"/>
        <w:rPr>
          <w:b/>
          <w:bCs/>
          <w:sz w:val="22"/>
        </w:rPr>
      </w:pPr>
      <w:r w:rsidRPr="00FC07F4">
        <w:rPr>
          <w:b/>
          <w:bCs/>
          <w:sz w:val="22"/>
          <w:rtl/>
        </w:rPr>
        <w:t>وقد يركز بعض الفرق على سرعة إنجاز المهام وتسليم الإصدارات، دون الاهتمام الكافي بجودة الشفرة البرمجية، أو الاختبارات الآلية، أو مراجعة الأخطاء، أو إدارة الدين التقني. وفي هذه الحالة، قد تتحسن سرعة التسليم بصورة مؤقتة، ولكن قد تتراكم المشكلات الفنية وتؤثر لاحقًا في موثوقية النظام وقابليته للصيانة والتطوير</w:t>
      </w:r>
      <w:r w:rsidRPr="00FC07F4">
        <w:rPr>
          <w:b/>
          <w:bCs/>
          <w:sz w:val="22"/>
        </w:rPr>
        <w:t>.</w:t>
      </w:r>
    </w:p>
    <w:p w14:paraId="4617E1FC" w14:textId="77777777" w:rsidR="00FC07F4" w:rsidRPr="00FC07F4" w:rsidRDefault="00FC07F4" w:rsidP="00FC07F4">
      <w:pPr>
        <w:bidi/>
        <w:spacing w:after="0" w:line="360" w:lineRule="auto"/>
        <w:rPr>
          <w:b/>
          <w:bCs/>
          <w:sz w:val="22"/>
        </w:rPr>
      </w:pPr>
      <w:r w:rsidRPr="00FC07F4">
        <w:rPr>
          <w:b/>
          <w:bCs/>
          <w:sz w:val="22"/>
          <w:rtl/>
        </w:rPr>
        <w:lastRenderedPageBreak/>
        <w:t xml:space="preserve">وبناءً على ذلك، تتمثل مشكلة الدراسة في الحاجة إلى معرفة مدى تأثير تطبيق منهجية الإدارة الرشيقة على جودة مخرجات مشاريع البرمجيات، وتحديد الممارسات التي تحقق أثرًا فعليًا في الجودة، والعوامل التي تساعد على نجاح التطبيق أو </w:t>
      </w:r>
      <w:proofErr w:type="spellStart"/>
      <w:r w:rsidRPr="00FC07F4">
        <w:rPr>
          <w:b/>
          <w:bCs/>
          <w:sz w:val="22"/>
          <w:rtl/>
        </w:rPr>
        <w:t>تعيقه</w:t>
      </w:r>
      <w:proofErr w:type="spellEnd"/>
      <w:r w:rsidRPr="00FC07F4">
        <w:rPr>
          <w:b/>
          <w:bCs/>
          <w:sz w:val="22"/>
        </w:rPr>
        <w:t>.</w:t>
      </w:r>
    </w:p>
    <w:p w14:paraId="1D455BE3" w14:textId="77777777" w:rsidR="00FC07F4" w:rsidRPr="00FC07F4" w:rsidRDefault="00FC07F4" w:rsidP="00FC07F4">
      <w:pPr>
        <w:bidi/>
        <w:spacing w:after="0" w:line="360" w:lineRule="auto"/>
        <w:rPr>
          <w:b/>
          <w:bCs/>
          <w:sz w:val="22"/>
        </w:rPr>
      </w:pPr>
      <w:r w:rsidRPr="00FC07F4">
        <w:rPr>
          <w:b/>
          <w:bCs/>
          <w:sz w:val="22"/>
          <w:rtl/>
        </w:rPr>
        <w:t>ويمكن صياغة مشكلة الدراسة في السؤال الرئيس الآتي</w:t>
      </w:r>
      <w:r w:rsidRPr="00FC07F4">
        <w:rPr>
          <w:b/>
          <w:bCs/>
          <w:sz w:val="22"/>
        </w:rPr>
        <w:t>:</w:t>
      </w:r>
    </w:p>
    <w:p w14:paraId="08E2D70E" w14:textId="77777777" w:rsidR="00FC07F4" w:rsidRPr="00FC07F4" w:rsidRDefault="00FC07F4" w:rsidP="00FC07F4">
      <w:pPr>
        <w:bidi/>
        <w:spacing w:after="0" w:line="360" w:lineRule="auto"/>
        <w:rPr>
          <w:b/>
          <w:bCs/>
          <w:sz w:val="22"/>
        </w:rPr>
      </w:pPr>
      <w:r w:rsidRPr="00FC07F4">
        <w:rPr>
          <w:b/>
          <w:bCs/>
          <w:sz w:val="22"/>
          <w:rtl/>
        </w:rPr>
        <w:t>ما أثر تطبيق منهجية الإدارة الرشيقة</w:t>
      </w:r>
      <w:r w:rsidRPr="00FC07F4">
        <w:rPr>
          <w:b/>
          <w:bCs/>
          <w:sz w:val="22"/>
        </w:rPr>
        <w:t xml:space="preserve"> (Agile) </w:t>
      </w:r>
      <w:r w:rsidRPr="00FC07F4">
        <w:rPr>
          <w:b/>
          <w:bCs/>
          <w:sz w:val="22"/>
          <w:rtl/>
        </w:rPr>
        <w:t>على جودة مخرجات مشاريع البرمجيات في الشركات التقنية؟</w:t>
      </w:r>
    </w:p>
    <w:p w14:paraId="3184FC86" w14:textId="77777777" w:rsidR="00185FAA" w:rsidRPr="00185FAA" w:rsidRDefault="00185FAA" w:rsidP="00185FAA">
      <w:pPr>
        <w:bidi/>
        <w:spacing w:after="0" w:line="360" w:lineRule="auto"/>
        <w:rPr>
          <w:b/>
          <w:bCs/>
          <w:sz w:val="22"/>
        </w:rPr>
      </w:pPr>
      <w:r w:rsidRPr="00185FAA">
        <w:rPr>
          <w:b/>
          <w:bCs/>
          <w:sz w:val="22"/>
        </w:rPr>
        <w:t xml:space="preserve">1.3 </w:t>
      </w:r>
      <w:r w:rsidRPr="00185FAA">
        <w:rPr>
          <w:b/>
          <w:bCs/>
          <w:sz w:val="22"/>
          <w:rtl/>
        </w:rPr>
        <w:t>أسئلة الدراسة</w:t>
      </w:r>
    </w:p>
    <w:p w14:paraId="55D87AAB" w14:textId="77777777" w:rsidR="00185FAA" w:rsidRPr="00185FAA" w:rsidRDefault="00185FAA" w:rsidP="00185FAA">
      <w:pPr>
        <w:bidi/>
        <w:spacing w:after="0" w:line="360" w:lineRule="auto"/>
        <w:rPr>
          <w:b/>
          <w:bCs/>
          <w:sz w:val="22"/>
        </w:rPr>
      </w:pPr>
      <w:r w:rsidRPr="00185FAA">
        <w:rPr>
          <w:b/>
          <w:bCs/>
          <w:sz w:val="22"/>
          <w:rtl/>
        </w:rPr>
        <w:t>يتفرع من السؤال الرئيس مجموعة من الأسئلة الفرعية</w:t>
      </w:r>
      <w:r w:rsidRPr="00185FAA">
        <w:rPr>
          <w:b/>
          <w:bCs/>
          <w:sz w:val="22"/>
        </w:rPr>
        <w:t>:</w:t>
      </w:r>
    </w:p>
    <w:p w14:paraId="6CE6D1BA" w14:textId="77777777" w:rsidR="00185FAA" w:rsidRPr="00185FAA" w:rsidRDefault="00185FAA" w:rsidP="00293444">
      <w:pPr>
        <w:numPr>
          <w:ilvl w:val="0"/>
          <w:numId w:val="7"/>
        </w:numPr>
        <w:bidi/>
        <w:spacing w:after="0" w:line="360" w:lineRule="auto"/>
        <w:rPr>
          <w:b/>
          <w:bCs/>
          <w:sz w:val="22"/>
        </w:rPr>
      </w:pPr>
      <w:r w:rsidRPr="00185FAA">
        <w:rPr>
          <w:b/>
          <w:bCs/>
          <w:sz w:val="22"/>
          <w:rtl/>
        </w:rPr>
        <w:t xml:space="preserve">ما المقصود بمنهجية الإدارة الرشيقة، وما أهم مبادئها وممارساتها؟ </w:t>
      </w:r>
    </w:p>
    <w:p w14:paraId="6E08C414" w14:textId="77777777" w:rsidR="00185FAA" w:rsidRPr="00185FAA" w:rsidRDefault="00185FAA" w:rsidP="00293444">
      <w:pPr>
        <w:numPr>
          <w:ilvl w:val="0"/>
          <w:numId w:val="7"/>
        </w:numPr>
        <w:bidi/>
        <w:spacing w:after="0" w:line="360" w:lineRule="auto"/>
        <w:rPr>
          <w:b/>
          <w:bCs/>
          <w:sz w:val="22"/>
        </w:rPr>
      </w:pPr>
      <w:r w:rsidRPr="00185FAA">
        <w:rPr>
          <w:b/>
          <w:bCs/>
          <w:sz w:val="22"/>
          <w:rtl/>
        </w:rPr>
        <w:t xml:space="preserve">ما المقصود بجودة مخرجات مشاريع البرمجيات، وما أهم أبعادها؟ </w:t>
      </w:r>
    </w:p>
    <w:p w14:paraId="615728AD" w14:textId="77777777" w:rsidR="00185FAA" w:rsidRPr="00185FAA" w:rsidRDefault="00185FAA" w:rsidP="00293444">
      <w:pPr>
        <w:numPr>
          <w:ilvl w:val="0"/>
          <w:numId w:val="7"/>
        </w:numPr>
        <w:bidi/>
        <w:spacing w:after="0" w:line="360" w:lineRule="auto"/>
        <w:rPr>
          <w:b/>
          <w:bCs/>
          <w:sz w:val="22"/>
        </w:rPr>
      </w:pPr>
      <w:r w:rsidRPr="00185FAA">
        <w:rPr>
          <w:b/>
          <w:bCs/>
          <w:sz w:val="22"/>
          <w:rtl/>
        </w:rPr>
        <w:t>كيف يسهم تطبيق</w:t>
      </w:r>
      <w:r w:rsidRPr="00185FAA">
        <w:rPr>
          <w:b/>
          <w:bCs/>
          <w:sz w:val="22"/>
        </w:rPr>
        <w:t xml:space="preserve"> Agile </w:t>
      </w:r>
      <w:r w:rsidRPr="00185FAA">
        <w:rPr>
          <w:b/>
          <w:bCs/>
          <w:sz w:val="22"/>
          <w:rtl/>
        </w:rPr>
        <w:t xml:space="preserve">في تحسين جودة المنتجات البرمجية؟ </w:t>
      </w:r>
    </w:p>
    <w:p w14:paraId="67C066F6" w14:textId="77777777" w:rsidR="00185FAA" w:rsidRPr="00185FAA" w:rsidRDefault="00185FAA" w:rsidP="00293444">
      <w:pPr>
        <w:numPr>
          <w:ilvl w:val="0"/>
          <w:numId w:val="7"/>
        </w:numPr>
        <w:bidi/>
        <w:spacing w:after="0" w:line="360" w:lineRule="auto"/>
        <w:rPr>
          <w:b/>
          <w:bCs/>
          <w:sz w:val="22"/>
        </w:rPr>
      </w:pPr>
      <w:r w:rsidRPr="00185FAA">
        <w:rPr>
          <w:b/>
          <w:bCs/>
          <w:sz w:val="22"/>
          <w:rtl/>
        </w:rPr>
        <w:t xml:space="preserve">ما الممارسات الرشيقة الأكثر ارتباطًا بتحسين الجودة؟ </w:t>
      </w:r>
    </w:p>
    <w:p w14:paraId="5B3ADDB5" w14:textId="77777777" w:rsidR="00185FAA" w:rsidRPr="00185FAA" w:rsidRDefault="00185FAA" w:rsidP="00293444">
      <w:pPr>
        <w:numPr>
          <w:ilvl w:val="0"/>
          <w:numId w:val="7"/>
        </w:numPr>
        <w:bidi/>
        <w:spacing w:after="0" w:line="360" w:lineRule="auto"/>
        <w:rPr>
          <w:b/>
          <w:bCs/>
          <w:sz w:val="22"/>
        </w:rPr>
      </w:pPr>
      <w:r w:rsidRPr="00185FAA">
        <w:rPr>
          <w:b/>
          <w:bCs/>
          <w:sz w:val="22"/>
          <w:rtl/>
        </w:rPr>
        <w:t xml:space="preserve">ما العوامل التنظيمية والفنية التي تساعد على نجاح تطبيق المنهجية؟ </w:t>
      </w:r>
    </w:p>
    <w:p w14:paraId="7C5849A2" w14:textId="77777777" w:rsidR="00185FAA" w:rsidRPr="00185FAA" w:rsidRDefault="00185FAA" w:rsidP="00293444">
      <w:pPr>
        <w:numPr>
          <w:ilvl w:val="0"/>
          <w:numId w:val="7"/>
        </w:numPr>
        <w:bidi/>
        <w:spacing w:after="0" w:line="360" w:lineRule="auto"/>
        <w:rPr>
          <w:b/>
          <w:bCs/>
          <w:sz w:val="22"/>
        </w:rPr>
      </w:pPr>
      <w:r w:rsidRPr="00185FAA">
        <w:rPr>
          <w:b/>
          <w:bCs/>
          <w:sz w:val="22"/>
          <w:rtl/>
        </w:rPr>
        <w:t>ما أبرز التحديات التي قد تحد من تأثير</w:t>
      </w:r>
      <w:r w:rsidRPr="00185FAA">
        <w:rPr>
          <w:b/>
          <w:bCs/>
          <w:sz w:val="22"/>
        </w:rPr>
        <w:t xml:space="preserve"> Agile </w:t>
      </w:r>
      <w:r w:rsidRPr="00185FAA">
        <w:rPr>
          <w:b/>
          <w:bCs/>
          <w:sz w:val="22"/>
          <w:rtl/>
        </w:rPr>
        <w:t xml:space="preserve">في جودة المخرجات؟ </w:t>
      </w:r>
    </w:p>
    <w:p w14:paraId="620DC6BB" w14:textId="77777777" w:rsidR="00185FAA" w:rsidRPr="00185FAA" w:rsidRDefault="00185FAA" w:rsidP="00293444">
      <w:pPr>
        <w:numPr>
          <w:ilvl w:val="0"/>
          <w:numId w:val="7"/>
        </w:numPr>
        <w:bidi/>
        <w:spacing w:after="0" w:line="360" w:lineRule="auto"/>
        <w:rPr>
          <w:b/>
          <w:bCs/>
          <w:sz w:val="22"/>
        </w:rPr>
      </w:pPr>
      <w:r w:rsidRPr="00185FAA">
        <w:rPr>
          <w:b/>
          <w:bCs/>
          <w:sz w:val="22"/>
          <w:rtl/>
        </w:rPr>
        <w:t xml:space="preserve">ما المؤشرات التي يمكن استخدامها لقياس جودة مخرجات مشاريع البرمجيات؟ </w:t>
      </w:r>
    </w:p>
    <w:p w14:paraId="458DEFF1" w14:textId="77777777" w:rsidR="00185FAA" w:rsidRPr="00185FAA" w:rsidRDefault="00185FAA" w:rsidP="00293444">
      <w:pPr>
        <w:numPr>
          <w:ilvl w:val="0"/>
          <w:numId w:val="7"/>
        </w:numPr>
        <w:bidi/>
        <w:spacing w:after="0" w:line="360" w:lineRule="auto"/>
        <w:rPr>
          <w:b/>
          <w:bCs/>
          <w:sz w:val="22"/>
        </w:rPr>
      </w:pPr>
      <w:r w:rsidRPr="00185FAA">
        <w:rPr>
          <w:b/>
          <w:bCs/>
          <w:sz w:val="22"/>
          <w:rtl/>
        </w:rPr>
        <w:t>ما النموذج المقترح الذي يمكن أن يساعد الشركات التقنية على ربط تطبيق</w:t>
      </w:r>
      <w:r w:rsidRPr="00185FAA">
        <w:rPr>
          <w:b/>
          <w:bCs/>
          <w:sz w:val="22"/>
        </w:rPr>
        <w:t xml:space="preserve"> Agile </w:t>
      </w:r>
      <w:r w:rsidRPr="00185FAA">
        <w:rPr>
          <w:b/>
          <w:bCs/>
          <w:sz w:val="22"/>
          <w:rtl/>
        </w:rPr>
        <w:t>بالجودة؟</w:t>
      </w:r>
    </w:p>
    <w:p w14:paraId="4E29D26F" w14:textId="77777777" w:rsidR="00FC07F4" w:rsidRPr="008D2ED4" w:rsidRDefault="00FC07F4" w:rsidP="00FC07F4">
      <w:pPr>
        <w:bidi/>
        <w:spacing w:after="0" w:line="360" w:lineRule="auto"/>
        <w:rPr>
          <w:b/>
          <w:bCs/>
          <w:sz w:val="22"/>
          <w:rtl/>
        </w:rPr>
      </w:pPr>
    </w:p>
    <w:p w14:paraId="60E0C3F3" w14:textId="77777777" w:rsidR="00185FAA" w:rsidRPr="00185FAA" w:rsidRDefault="00185FAA" w:rsidP="00185FAA">
      <w:pPr>
        <w:bidi/>
        <w:spacing w:after="0" w:line="360" w:lineRule="auto"/>
        <w:rPr>
          <w:b/>
          <w:bCs/>
          <w:sz w:val="22"/>
        </w:rPr>
      </w:pPr>
      <w:r w:rsidRPr="00185FAA">
        <w:rPr>
          <w:b/>
          <w:bCs/>
          <w:sz w:val="22"/>
        </w:rPr>
        <w:t xml:space="preserve">1.4 </w:t>
      </w:r>
      <w:r w:rsidRPr="00185FAA">
        <w:rPr>
          <w:b/>
          <w:bCs/>
          <w:sz w:val="22"/>
          <w:rtl/>
        </w:rPr>
        <w:t>أهداف الدراسة</w:t>
      </w:r>
    </w:p>
    <w:p w14:paraId="29CA2515" w14:textId="77777777" w:rsidR="00185FAA" w:rsidRPr="00185FAA" w:rsidRDefault="00185FAA" w:rsidP="00185FAA">
      <w:pPr>
        <w:bidi/>
        <w:spacing w:after="0" w:line="360" w:lineRule="auto"/>
        <w:rPr>
          <w:b/>
          <w:bCs/>
          <w:sz w:val="22"/>
        </w:rPr>
      </w:pPr>
      <w:r w:rsidRPr="00185FAA">
        <w:rPr>
          <w:b/>
          <w:bCs/>
          <w:sz w:val="22"/>
          <w:rtl/>
        </w:rPr>
        <w:t>تهدف هذه الدراسة إلى تحقيق مجموعة من الأهداف، من أهمها</w:t>
      </w:r>
      <w:r w:rsidRPr="00185FAA">
        <w:rPr>
          <w:b/>
          <w:bCs/>
          <w:sz w:val="22"/>
        </w:rPr>
        <w:t>:</w:t>
      </w:r>
    </w:p>
    <w:p w14:paraId="4AFD6E5F" w14:textId="77777777" w:rsidR="00185FAA" w:rsidRPr="00185FAA" w:rsidRDefault="00185FAA" w:rsidP="00293444">
      <w:pPr>
        <w:numPr>
          <w:ilvl w:val="0"/>
          <w:numId w:val="8"/>
        </w:numPr>
        <w:bidi/>
        <w:spacing w:after="0" w:line="360" w:lineRule="auto"/>
        <w:rPr>
          <w:b/>
          <w:bCs/>
          <w:sz w:val="22"/>
        </w:rPr>
      </w:pPr>
      <w:r w:rsidRPr="00185FAA">
        <w:rPr>
          <w:b/>
          <w:bCs/>
          <w:sz w:val="22"/>
          <w:rtl/>
        </w:rPr>
        <w:t>توضيح مفهوم منهجية الإدارة الرشيقة ومبادئها الأساسية</w:t>
      </w:r>
      <w:r w:rsidRPr="00185FAA">
        <w:rPr>
          <w:b/>
          <w:bCs/>
          <w:sz w:val="22"/>
        </w:rPr>
        <w:t xml:space="preserve">. </w:t>
      </w:r>
    </w:p>
    <w:p w14:paraId="778000E2" w14:textId="77777777" w:rsidR="00185FAA" w:rsidRPr="00185FAA" w:rsidRDefault="00185FAA" w:rsidP="00293444">
      <w:pPr>
        <w:numPr>
          <w:ilvl w:val="0"/>
          <w:numId w:val="8"/>
        </w:numPr>
        <w:bidi/>
        <w:spacing w:after="0" w:line="360" w:lineRule="auto"/>
        <w:rPr>
          <w:b/>
          <w:bCs/>
          <w:sz w:val="22"/>
        </w:rPr>
      </w:pPr>
      <w:r w:rsidRPr="00185FAA">
        <w:rPr>
          <w:b/>
          <w:bCs/>
          <w:sz w:val="22"/>
          <w:rtl/>
        </w:rPr>
        <w:t>التعرف على مفهوم جودة مخرجات مشاريع البرمجيات وأبعادها</w:t>
      </w:r>
      <w:r w:rsidRPr="00185FAA">
        <w:rPr>
          <w:b/>
          <w:bCs/>
          <w:sz w:val="22"/>
        </w:rPr>
        <w:t xml:space="preserve">. </w:t>
      </w:r>
    </w:p>
    <w:p w14:paraId="04AEDE28" w14:textId="77777777" w:rsidR="00185FAA" w:rsidRPr="00185FAA" w:rsidRDefault="00185FAA" w:rsidP="00293444">
      <w:pPr>
        <w:numPr>
          <w:ilvl w:val="0"/>
          <w:numId w:val="8"/>
        </w:numPr>
        <w:bidi/>
        <w:spacing w:after="0" w:line="360" w:lineRule="auto"/>
        <w:rPr>
          <w:b/>
          <w:bCs/>
          <w:sz w:val="22"/>
        </w:rPr>
      </w:pPr>
      <w:r w:rsidRPr="00185FAA">
        <w:rPr>
          <w:b/>
          <w:bCs/>
          <w:sz w:val="22"/>
          <w:rtl/>
        </w:rPr>
        <w:t>تحليل أثر تطبيق</w:t>
      </w:r>
      <w:r w:rsidRPr="00185FAA">
        <w:rPr>
          <w:b/>
          <w:bCs/>
          <w:sz w:val="22"/>
        </w:rPr>
        <w:t xml:space="preserve"> Agile </w:t>
      </w:r>
      <w:r w:rsidRPr="00185FAA">
        <w:rPr>
          <w:b/>
          <w:bCs/>
          <w:sz w:val="22"/>
          <w:rtl/>
        </w:rPr>
        <w:t>على جودة المنتجات البرمجية</w:t>
      </w:r>
      <w:r w:rsidRPr="00185FAA">
        <w:rPr>
          <w:b/>
          <w:bCs/>
          <w:sz w:val="22"/>
        </w:rPr>
        <w:t xml:space="preserve">. </w:t>
      </w:r>
    </w:p>
    <w:p w14:paraId="438D6857" w14:textId="77777777" w:rsidR="00185FAA" w:rsidRPr="00185FAA" w:rsidRDefault="00185FAA" w:rsidP="00293444">
      <w:pPr>
        <w:numPr>
          <w:ilvl w:val="0"/>
          <w:numId w:val="8"/>
        </w:numPr>
        <w:bidi/>
        <w:spacing w:after="0" w:line="360" w:lineRule="auto"/>
        <w:rPr>
          <w:b/>
          <w:bCs/>
          <w:sz w:val="22"/>
        </w:rPr>
      </w:pPr>
      <w:r w:rsidRPr="00185FAA">
        <w:rPr>
          <w:b/>
          <w:bCs/>
          <w:sz w:val="22"/>
          <w:rtl/>
        </w:rPr>
        <w:t>تحديد الممارسات الرشيقة التي تسهم بصورة مباشرة في تحسين الجودة</w:t>
      </w:r>
      <w:r w:rsidRPr="00185FAA">
        <w:rPr>
          <w:b/>
          <w:bCs/>
          <w:sz w:val="22"/>
        </w:rPr>
        <w:t xml:space="preserve">. </w:t>
      </w:r>
    </w:p>
    <w:p w14:paraId="22E8BA35" w14:textId="77777777" w:rsidR="00185FAA" w:rsidRPr="00185FAA" w:rsidRDefault="00185FAA" w:rsidP="00293444">
      <w:pPr>
        <w:numPr>
          <w:ilvl w:val="0"/>
          <w:numId w:val="8"/>
        </w:numPr>
        <w:bidi/>
        <w:spacing w:after="0" w:line="360" w:lineRule="auto"/>
        <w:rPr>
          <w:b/>
          <w:bCs/>
          <w:sz w:val="22"/>
        </w:rPr>
      </w:pPr>
      <w:r w:rsidRPr="00185FAA">
        <w:rPr>
          <w:b/>
          <w:bCs/>
          <w:sz w:val="22"/>
          <w:rtl/>
        </w:rPr>
        <w:t>التعرف على العوامل التنظيمية والفنية التي تدعم نجاح تطبيق المنهجية</w:t>
      </w:r>
      <w:r w:rsidRPr="00185FAA">
        <w:rPr>
          <w:b/>
          <w:bCs/>
          <w:sz w:val="22"/>
        </w:rPr>
        <w:t xml:space="preserve">. </w:t>
      </w:r>
    </w:p>
    <w:p w14:paraId="553C4C9C" w14:textId="77777777" w:rsidR="00185FAA" w:rsidRPr="00185FAA" w:rsidRDefault="00185FAA" w:rsidP="00293444">
      <w:pPr>
        <w:numPr>
          <w:ilvl w:val="0"/>
          <w:numId w:val="8"/>
        </w:numPr>
        <w:bidi/>
        <w:spacing w:after="0" w:line="360" w:lineRule="auto"/>
        <w:rPr>
          <w:b/>
          <w:bCs/>
          <w:sz w:val="22"/>
        </w:rPr>
      </w:pPr>
      <w:r w:rsidRPr="00185FAA">
        <w:rPr>
          <w:b/>
          <w:bCs/>
          <w:sz w:val="22"/>
          <w:rtl/>
        </w:rPr>
        <w:t>توضيح المخاطر الناتجة عن التطبيق الجزئي أو الشكلي لمنهجية</w:t>
      </w:r>
      <w:r w:rsidRPr="00185FAA">
        <w:rPr>
          <w:b/>
          <w:bCs/>
          <w:sz w:val="22"/>
        </w:rPr>
        <w:t xml:space="preserve"> Agile. </w:t>
      </w:r>
    </w:p>
    <w:p w14:paraId="0553CFD9" w14:textId="77777777" w:rsidR="00185FAA" w:rsidRPr="00185FAA" w:rsidRDefault="00185FAA" w:rsidP="00293444">
      <w:pPr>
        <w:numPr>
          <w:ilvl w:val="0"/>
          <w:numId w:val="8"/>
        </w:numPr>
        <w:bidi/>
        <w:spacing w:after="0" w:line="360" w:lineRule="auto"/>
        <w:rPr>
          <w:b/>
          <w:bCs/>
          <w:sz w:val="22"/>
        </w:rPr>
      </w:pPr>
      <w:r w:rsidRPr="00185FAA">
        <w:rPr>
          <w:b/>
          <w:bCs/>
          <w:sz w:val="22"/>
          <w:rtl/>
        </w:rPr>
        <w:t>تحديد مجموعة من مؤشرات الأداء المناسبة لقياس جودة مخرجات البرمجيات</w:t>
      </w:r>
      <w:r w:rsidRPr="00185FAA">
        <w:rPr>
          <w:b/>
          <w:bCs/>
          <w:sz w:val="22"/>
        </w:rPr>
        <w:t xml:space="preserve">. </w:t>
      </w:r>
    </w:p>
    <w:p w14:paraId="7B595CC5" w14:textId="77777777" w:rsidR="00185FAA" w:rsidRPr="00185FAA" w:rsidRDefault="00185FAA" w:rsidP="00293444">
      <w:pPr>
        <w:numPr>
          <w:ilvl w:val="0"/>
          <w:numId w:val="8"/>
        </w:numPr>
        <w:bidi/>
        <w:spacing w:after="0" w:line="360" w:lineRule="auto"/>
        <w:rPr>
          <w:b/>
          <w:bCs/>
          <w:sz w:val="22"/>
        </w:rPr>
      </w:pPr>
      <w:r w:rsidRPr="00185FAA">
        <w:rPr>
          <w:b/>
          <w:bCs/>
          <w:sz w:val="22"/>
          <w:rtl/>
        </w:rPr>
        <w:t>تقديم نموذج تطبيقي يساعد الشركات التقنية على تحقيق التوازن بين سرعة التسليم وجودة المنتج</w:t>
      </w:r>
      <w:r w:rsidRPr="00185FAA">
        <w:rPr>
          <w:b/>
          <w:bCs/>
          <w:sz w:val="22"/>
        </w:rPr>
        <w:t xml:space="preserve">. </w:t>
      </w:r>
    </w:p>
    <w:p w14:paraId="2E48E076" w14:textId="77777777" w:rsidR="00185FAA" w:rsidRPr="00185FAA" w:rsidRDefault="00185FAA" w:rsidP="00293444">
      <w:pPr>
        <w:numPr>
          <w:ilvl w:val="0"/>
          <w:numId w:val="8"/>
        </w:numPr>
        <w:bidi/>
        <w:spacing w:after="0" w:line="360" w:lineRule="auto"/>
        <w:rPr>
          <w:b/>
          <w:bCs/>
          <w:sz w:val="22"/>
        </w:rPr>
      </w:pPr>
      <w:r w:rsidRPr="00185FAA">
        <w:rPr>
          <w:b/>
          <w:bCs/>
          <w:sz w:val="22"/>
          <w:rtl/>
        </w:rPr>
        <w:t>تقديم توصيات عملية يمكن الاستفادة منها في تطوير إدارة مشاريع البرمجيات</w:t>
      </w:r>
      <w:r w:rsidRPr="00185FAA">
        <w:rPr>
          <w:b/>
          <w:bCs/>
          <w:sz w:val="22"/>
        </w:rPr>
        <w:t>.</w:t>
      </w:r>
    </w:p>
    <w:p w14:paraId="3F5D5C27" w14:textId="77777777" w:rsidR="00185FAA" w:rsidRPr="008D2ED4" w:rsidRDefault="00185FAA" w:rsidP="00185FAA">
      <w:pPr>
        <w:bidi/>
        <w:spacing w:after="0" w:line="360" w:lineRule="auto"/>
        <w:rPr>
          <w:b/>
          <w:bCs/>
          <w:sz w:val="22"/>
          <w:rtl/>
        </w:rPr>
      </w:pPr>
    </w:p>
    <w:p w14:paraId="401C6DF7" w14:textId="77777777" w:rsidR="00EC1D9C" w:rsidRPr="00EC1D9C" w:rsidRDefault="00EC1D9C" w:rsidP="00EC1D9C">
      <w:pPr>
        <w:bidi/>
        <w:spacing w:after="0" w:line="360" w:lineRule="auto"/>
        <w:rPr>
          <w:b/>
          <w:bCs/>
          <w:sz w:val="22"/>
        </w:rPr>
      </w:pPr>
      <w:r w:rsidRPr="00EC1D9C">
        <w:rPr>
          <w:b/>
          <w:bCs/>
          <w:sz w:val="22"/>
        </w:rPr>
        <w:t xml:space="preserve">1.5 </w:t>
      </w:r>
      <w:r w:rsidRPr="00EC1D9C">
        <w:rPr>
          <w:b/>
          <w:bCs/>
          <w:sz w:val="22"/>
          <w:rtl/>
        </w:rPr>
        <w:t>أهمية الدراسة</w:t>
      </w:r>
    </w:p>
    <w:p w14:paraId="1DB37081" w14:textId="77777777" w:rsidR="00EC1D9C" w:rsidRPr="00EC1D9C" w:rsidRDefault="00EC1D9C" w:rsidP="00EC1D9C">
      <w:pPr>
        <w:bidi/>
        <w:spacing w:after="0" w:line="360" w:lineRule="auto"/>
        <w:rPr>
          <w:b/>
          <w:bCs/>
          <w:sz w:val="22"/>
        </w:rPr>
      </w:pPr>
      <w:r w:rsidRPr="00EC1D9C">
        <w:rPr>
          <w:b/>
          <w:bCs/>
          <w:sz w:val="22"/>
          <w:rtl/>
        </w:rPr>
        <w:t>تنبع أهمية هذه الدراسة من الأهمية المتزايدة لمشاريع البرمجيات في دعم عمليات الشركات والمؤسسات، ومن حاجة الشركات التقنية إلى تطوير منتجات رقمية ذات جودة مرتفعة خلال فترات زمنية قصيرة</w:t>
      </w:r>
      <w:r w:rsidRPr="00EC1D9C">
        <w:rPr>
          <w:b/>
          <w:bCs/>
          <w:sz w:val="22"/>
        </w:rPr>
        <w:t>.</w:t>
      </w:r>
    </w:p>
    <w:p w14:paraId="43ED402E" w14:textId="77777777" w:rsidR="00EC1D9C" w:rsidRPr="008D2ED4" w:rsidRDefault="00EC1D9C" w:rsidP="00EC1D9C">
      <w:pPr>
        <w:bidi/>
        <w:spacing w:after="0" w:line="360" w:lineRule="auto"/>
        <w:rPr>
          <w:b/>
          <w:bCs/>
          <w:sz w:val="22"/>
          <w:rtl/>
        </w:rPr>
      </w:pPr>
    </w:p>
    <w:p w14:paraId="501B1745" w14:textId="77777777" w:rsidR="00EC1D9C" w:rsidRPr="00EC1D9C" w:rsidRDefault="00EC1D9C" w:rsidP="00EC1D9C">
      <w:pPr>
        <w:bidi/>
        <w:spacing w:after="0" w:line="360" w:lineRule="auto"/>
        <w:rPr>
          <w:b/>
          <w:bCs/>
          <w:sz w:val="22"/>
        </w:rPr>
      </w:pPr>
      <w:r w:rsidRPr="00EC1D9C">
        <w:rPr>
          <w:b/>
          <w:bCs/>
          <w:sz w:val="22"/>
        </w:rPr>
        <w:t xml:space="preserve">1.5.1 </w:t>
      </w:r>
      <w:r w:rsidRPr="00EC1D9C">
        <w:rPr>
          <w:b/>
          <w:bCs/>
          <w:sz w:val="22"/>
          <w:rtl/>
        </w:rPr>
        <w:t>الأهمية العلمية</w:t>
      </w:r>
    </w:p>
    <w:p w14:paraId="3A589B6B" w14:textId="77777777" w:rsidR="00EC1D9C" w:rsidRPr="00EC1D9C" w:rsidRDefault="00EC1D9C" w:rsidP="00EC1D9C">
      <w:pPr>
        <w:bidi/>
        <w:spacing w:after="0" w:line="360" w:lineRule="auto"/>
        <w:rPr>
          <w:b/>
          <w:bCs/>
          <w:sz w:val="22"/>
        </w:rPr>
      </w:pPr>
      <w:r w:rsidRPr="00EC1D9C">
        <w:rPr>
          <w:b/>
          <w:bCs/>
          <w:sz w:val="22"/>
          <w:rtl/>
        </w:rPr>
        <w:t>تتمثل الأهمية العلمية للدراسة في مساهمتها في الربط بين مجال إدارة المشاريع الرشيقة ومجال جودة البرمجيات. كما تقدم الدراسة تحليلًا للممارسات الرشيقة من حيث تأثيرها في خصائص الجودة، بدلًا من الاكتفاء بالنظر إلى</w:t>
      </w:r>
      <w:r w:rsidRPr="00EC1D9C">
        <w:rPr>
          <w:b/>
          <w:bCs/>
          <w:sz w:val="22"/>
        </w:rPr>
        <w:t xml:space="preserve"> Agile </w:t>
      </w:r>
      <w:r w:rsidRPr="00EC1D9C">
        <w:rPr>
          <w:b/>
          <w:bCs/>
          <w:sz w:val="22"/>
          <w:rtl/>
        </w:rPr>
        <w:t>بوصفها وسيلة لتسريع إنجاز المشروع فقط</w:t>
      </w:r>
      <w:r w:rsidRPr="00EC1D9C">
        <w:rPr>
          <w:b/>
          <w:bCs/>
          <w:sz w:val="22"/>
        </w:rPr>
        <w:t>.</w:t>
      </w:r>
    </w:p>
    <w:p w14:paraId="744F1A2E" w14:textId="77777777" w:rsidR="00EC1D9C" w:rsidRPr="00EC1D9C" w:rsidRDefault="00EC1D9C" w:rsidP="00EC1D9C">
      <w:pPr>
        <w:bidi/>
        <w:spacing w:after="0" w:line="360" w:lineRule="auto"/>
        <w:rPr>
          <w:b/>
          <w:bCs/>
          <w:sz w:val="22"/>
        </w:rPr>
      </w:pPr>
      <w:r w:rsidRPr="00EC1D9C">
        <w:rPr>
          <w:b/>
          <w:bCs/>
          <w:sz w:val="22"/>
          <w:rtl/>
        </w:rPr>
        <w:lastRenderedPageBreak/>
        <w:t>كما تسهم الدراسة في توضيح أن نجاح المنهجية لا يعتمد على تطبيق الاجتماعات أو تقسيم العمل إلى دورات قصيرة فحسب، بل يعتمد على مجموعة متكاملة من العناصر التنظيمية والفنية، مثل دعم القيادة، وتمكين الفرق، وجودة التواصل، والاختبارات المستمرة، والتكامل بين مراحل التطوير</w:t>
      </w:r>
      <w:r w:rsidRPr="00EC1D9C">
        <w:rPr>
          <w:b/>
          <w:bCs/>
          <w:sz w:val="22"/>
        </w:rPr>
        <w:t>.</w:t>
      </w:r>
    </w:p>
    <w:p w14:paraId="334B6134" w14:textId="77777777" w:rsidR="00EC1D9C" w:rsidRPr="008D2ED4" w:rsidRDefault="00EC1D9C" w:rsidP="00EC1D9C">
      <w:pPr>
        <w:bidi/>
        <w:spacing w:after="0" w:line="360" w:lineRule="auto"/>
        <w:rPr>
          <w:b/>
          <w:bCs/>
          <w:sz w:val="22"/>
          <w:rtl/>
        </w:rPr>
      </w:pPr>
    </w:p>
    <w:p w14:paraId="6E3DDF33" w14:textId="77777777" w:rsidR="001449F6" w:rsidRPr="001449F6" w:rsidRDefault="001449F6" w:rsidP="001449F6">
      <w:pPr>
        <w:bidi/>
        <w:spacing w:after="0" w:line="360" w:lineRule="auto"/>
        <w:rPr>
          <w:b/>
          <w:bCs/>
          <w:sz w:val="22"/>
        </w:rPr>
      </w:pPr>
      <w:r w:rsidRPr="001449F6">
        <w:rPr>
          <w:b/>
          <w:bCs/>
          <w:sz w:val="22"/>
        </w:rPr>
        <w:t xml:space="preserve">1.5.2 </w:t>
      </w:r>
      <w:r w:rsidRPr="001449F6">
        <w:rPr>
          <w:b/>
          <w:bCs/>
          <w:sz w:val="22"/>
          <w:rtl/>
        </w:rPr>
        <w:t>الأهمية العملية</w:t>
      </w:r>
    </w:p>
    <w:p w14:paraId="56A88DE1" w14:textId="77777777" w:rsidR="001449F6" w:rsidRPr="001449F6" w:rsidRDefault="001449F6" w:rsidP="001449F6">
      <w:pPr>
        <w:bidi/>
        <w:spacing w:after="0" w:line="360" w:lineRule="auto"/>
        <w:rPr>
          <w:b/>
          <w:bCs/>
          <w:sz w:val="22"/>
        </w:rPr>
      </w:pPr>
      <w:r w:rsidRPr="001449F6">
        <w:rPr>
          <w:b/>
          <w:bCs/>
          <w:sz w:val="22"/>
          <w:rtl/>
        </w:rPr>
        <w:t>تساعد نتائج الدراسة مديري المشاريع ومديري المنتجات وفرق التطوير والجودة في الشركات التقنية على فهم الطريقة المناسبة لتطبيق</w:t>
      </w:r>
      <w:r w:rsidRPr="001449F6">
        <w:rPr>
          <w:b/>
          <w:bCs/>
          <w:sz w:val="22"/>
        </w:rPr>
        <w:t xml:space="preserve"> Agile. </w:t>
      </w:r>
      <w:r w:rsidRPr="001449F6">
        <w:rPr>
          <w:b/>
          <w:bCs/>
          <w:sz w:val="22"/>
          <w:rtl/>
        </w:rPr>
        <w:t>كما تساعدهم على تحديد الممارسات التي يجب التركيز عليها لتحقيق تحسين فعلي في جودة المنتجات</w:t>
      </w:r>
      <w:r w:rsidRPr="001449F6">
        <w:rPr>
          <w:b/>
          <w:bCs/>
          <w:sz w:val="22"/>
        </w:rPr>
        <w:t>.</w:t>
      </w:r>
    </w:p>
    <w:p w14:paraId="1B57CF60" w14:textId="77777777" w:rsidR="001449F6" w:rsidRPr="001449F6" w:rsidRDefault="001449F6" w:rsidP="001449F6">
      <w:pPr>
        <w:bidi/>
        <w:spacing w:after="0" w:line="360" w:lineRule="auto"/>
        <w:rPr>
          <w:b/>
          <w:bCs/>
          <w:sz w:val="22"/>
        </w:rPr>
      </w:pPr>
      <w:r w:rsidRPr="001449F6">
        <w:rPr>
          <w:b/>
          <w:bCs/>
          <w:sz w:val="22"/>
          <w:rtl/>
        </w:rPr>
        <w:t>وقد تستفيد الشركات من الدراسة في بناء مؤشرات أداء توازن بين سرعة التسليم وجودة المخرجات، وتحديد الفجوات الموجودة في تطبيق المنهجية، ووضع خطة تدريجية للتحسين</w:t>
      </w:r>
      <w:r w:rsidRPr="001449F6">
        <w:rPr>
          <w:b/>
          <w:bCs/>
          <w:sz w:val="22"/>
        </w:rPr>
        <w:t>.</w:t>
      </w:r>
    </w:p>
    <w:p w14:paraId="0AD8A2CC" w14:textId="77777777" w:rsidR="00EC1D9C" w:rsidRPr="008D2ED4" w:rsidRDefault="00EC1D9C" w:rsidP="00EC1D9C">
      <w:pPr>
        <w:bidi/>
        <w:spacing w:after="0" w:line="360" w:lineRule="auto"/>
        <w:rPr>
          <w:b/>
          <w:bCs/>
          <w:sz w:val="22"/>
          <w:rtl/>
        </w:rPr>
      </w:pPr>
    </w:p>
    <w:p w14:paraId="26631CA3" w14:textId="77777777" w:rsidR="001449F6" w:rsidRPr="001449F6" w:rsidRDefault="001449F6" w:rsidP="001449F6">
      <w:pPr>
        <w:bidi/>
        <w:spacing w:after="0" w:line="360" w:lineRule="auto"/>
        <w:rPr>
          <w:b/>
          <w:bCs/>
          <w:sz w:val="22"/>
        </w:rPr>
      </w:pPr>
      <w:r w:rsidRPr="001449F6">
        <w:rPr>
          <w:b/>
          <w:bCs/>
          <w:sz w:val="22"/>
        </w:rPr>
        <w:t xml:space="preserve">1.5.3 </w:t>
      </w:r>
      <w:r w:rsidRPr="001449F6">
        <w:rPr>
          <w:b/>
          <w:bCs/>
          <w:sz w:val="22"/>
          <w:rtl/>
        </w:rPr>
        <w:t>أهمية الدراسة للشركات التقنية</w:t>
      </w:r>
    </w:p>
    <w:p w14:paraId="434E67AA" w14:textId="77777777" w:rsidR="001449F6" w:rsidRPr="001449F6" w:rsidRDefault="001449F6" w:rsidP="001449F6">
      <w:pPr>
        <w:bidi/>
        <w:spacing w:after="0" w:line="360" w:lineRule="auto"/>
        <w:rPr>
          <w:b/>
          <w:bCs/>
          <w:sz w:val="22"/>
        </w:rPr>
      </w:pPr>
      <w:r w:rsidRPr="001449F6">
        <w:rPr>
          <w:b/>
          <w:bCs/>
          <w:sz w:val="22"/>
          <w:rtl/>
        </w:rPr>
        <w:t>تساعد الدراسة الشركات التقنية على تقليل الأخطاء البرمجية، وتحسين رضا العملاء، ورفع موثوقية المنتجات، وتقليل عمليات إعادة العمل، وتحسين القدرة على الاستجابة للتغيرات</w:t>
      </w:r>
      <w:r w:rsidRPr="001449F6">
        <w:rPr>
          <w:b/>
          <w:bCs/>
          <w:sz w:val="22"/>
        </w:rPr>
        <w:t>.</w:t>
      </w:r>
    </w:p>
    <w:p w14:paraId="31EBC56B" w14:textId="77777777" w:rsidR="001449F6" w:rsidRPr="001449F6" w:rsidRDefault="001449F6" w:rsidP="001449F6">
      <w:pPr>
        <w:bidi/>
        <w:spacing w:after="0" w:line="360" w:lineRule="auto"/>
        <w:rPr>
          <w:b/>
          <w:bCs/>
          <w:sz w:val="22"/>
        </w:rPr>
      </w:pPr>
      <w:r w:rsidRPr="001449F6">
        <w:rPr>
          <w:b/>
          <w:bCs/>
          <w:sz w:val="22"/>
          <w:rtl/>
        </w:rPr>
        <w:t>كما يمكن أن تسهم في تقليل تكاليف معالجة الأخطاء التي يتم اكتشافها بعد إطلاق المنتج، لأن اكتشاف المشكلات خلال مراحل التطوير المبكرة يكون عادة أقل تكلفة وأكثر سهولة</w:t>
      </w:r>
      <w:r w:rsidRPr="001449F6">
        <w:rPr>
          <w:b/>
          <w:bCs/>
          <w:sz w:val="22"/>
        </w:rPr>
        <w:t>.</w:t>
      </w:r>
    </w:p>
    <w:p w14:paraId="4D547DA8" w14:textId="77777777" w:rsidR="001449F6" w:rsidRPr="008D2ED4" w:rsidRDefault="001449F6" w:rsidP="001449F6">
      <w:pPr>
        <w:bidi/>
        <w:spacing w:after="0" w:line="360" w:lineRule="auto"/>
        <w:rPr>
          <w:b/>
          <w:bCs/>
          <w:sz w:val="22"/>
          <w:rtl/>
        </w:rPr>
      </w:pPr>
    </w:p>
    <w:p w14:paraId="426D7C43" w14:textId="77777777" w:rsidR="00BE0431" w:rsidRPr="00BE0431" w:rsidRDefault="00BE0431" w:rsidP="00BE0431">
      <w:pPr>
        <w:bidi/>
        <w:spacing w:after="0" w:line="360" w:lineRule="auto"/>
        <w:rPr>
          <w:b/>
          <w:bCs/>
          <w:sz w:val="22"/>
        </w:rPr>
      </w:pPr>
      <w:r w:rsidRPr="00BE0431">
        <w:rPr>
          <w:b/>
          <w:bCs/>
          <w:sz w:val="22"/>
        </w:rPr>
        <w:t xml:space="preserve">1.6 </w:t>
      </w:r>
      <w:r w:rsidRPr="00BE0431">
        <w:rPr>
          <w:b/>
          <w:bCs/>
          <w:sz w:val="22"/>
          <w:rtl/>
        </w:rPr>
        <w:t>فرضيات الدراسة</w:t>
      </w:r>
    </w:p>
    <w:p w14:paraId="7D44E5FC" w14:textId="77777777" w:rsidR="00BE0431" w:rsidRPr="00BE0431" w:rsidRDefault="00BE0431" w:rsidP="00BE0431">
      <w:pPr>
        <w:bidi/>
        <w:spacing w:after="0" w:line="360" w:lineRule="auto"/>
        <w:rPr>
          <w:b/>
          <w:bCs/>
          <w:sz w:val="22"/>
        </w:rPr>
      </w:pPr>
      <w:r w:rsidRPr="00BE0431">
        <w:rPr>
          <w:b/>
          <w:bCs/>
          <w:sz w:val="22"/>
          <w:rtl/>
        </w:rPr>
        <w:t>استنادًا إلى موضوع الدراسة والأدبيات المرتبطة به، تعتمد الدراسة على الفرضيات التحليلية الآتية</w:t>
      </w:r>
      <w:r w:rsidRPr="00BE0431">
        <w:rPr>
          <w:b/>
          <w:bCs/>
          <w:sz w:val="22"/>
        </w:rPr>
        <w:t>:</w:t>
      </w:r>
    </w:p>
    <w:p w14:paraId="5737F7F8" w14:textId="77777777" w:rsidR="00BE0431" w:rsidRPr="00BE0431" w:rsidRDefault="00BE0431" w:rsidP="00BE0431">
      <w:pPr>
        <w:bidi/>
        <w:spacing w:after="0" w:line="360" w:lineRule="auto"/>
        <w:rPr>
          <w:b/>
          <w:bCs/>
          <w:sz w:val="22"/>
        </w:rPr>
      </w:pPr>
      <w:r w:rsidRPr="00BE0431">
        <w:rPr>
          <w:b/>
          <w:bCs/>
          <w:sz w:val="22"/>
          <w:rtl/>
        </w:rPr>
        <w:t>الفرضية الأولى</w:t>
      </w:r>
    </w:p>
    <w:p w14:paraId="1930D603" w14:textId="77777777" w:rsidR="00BE0431" w:rsidRPr="00BE0431" w:rsidRDefault="00BE0431" w:rsidP="00BE0431">
      <w:pPr>
        <w:bidi/>
        <w:spacing w:after="0" w:line="360" w:lineRule="auto"/>
        <w:rPr>
          <w:b/>
          <w:bCs/>
          <w:sz w:val="22"/>
        </w:rPr>
      </w:pPr>
      <w:r w:rsidRPr="00BE0431">
        <w:rPr>
          <w:b/>
          <w:bCs/>
          <w:sz w:val="22"/>
          <w:rtl/>
        </w:rPr>
        <w:t>يوجد أثر إيجابي لتطبيق منهجية الإدارة الرشيقة على جودة مخرجات مشاريع البرمجيات</w:t>
      </w:r>
      <w:r w:rsidRPr="00BE0431">
        <w:rPr>
          <w:b/>
          <w:bCs/>
          <w:sz w:val="22"/>
        </w:rPr>
        <w:t>.</w:t>
      </w:r>
    </w:p>
    <w:p w14:paraId="018F00AB" w14:textId="77777777" w:rsidR="00BE0431" w:rsidRPr="00BE0431" w:rsidRDefault="00BE0431" w:rsidP="00BE0431">
      <w:pPr>
        <w:bidi/>
        <w:spacing w:after="0" w:line="360" w:lineRule="auto"/>
        <w:rPr>
          <w:b/>
          <w:bCs/>
          <w:sz w:val="22"/>
        </w:rPr>
      </w:pPr>
      <w:r w:rsidRPr="00BE0431">
        <w:rPr>
          <w:b/>
          <w:bCs/>
          <w:sz w:val="22"/>
          <w:rtl/>
        </w:rPr>
        <w:t>الفرضية الثانية</w:t>
      </w:r>
    </w:p>
    <w:p w14:paraId="66194FD9" w14:textId="77777777" w:rsidR="00BE0431" w:rsidRPr="00BE0431" w:rsidRDefault="00BE0431" w:rsidP="00BE0431">
      <w:pPr>
        <w:bidi/>
        <w:spacing w:after="0" w:line="360" w:lineRule="auto"/>
        <w:rPr>
          <w:b/>
          <w:bCs/>
          <w:sz w:val="22"/>
        </w:rPr>
      </w:pPr>
      <w:r w:rsidRPr="00BE0431">
        <w:rPr>
          <w:b/>
          <w:bCs/>
          <w:sz w:val="22"/>
          <w:rtl/>
        </w:rPr>
        <w:t>يسهم التسليم التكراري والتغذية الراجعة المبكرة من العميل في تحسين الملاءمة الوظيفية للمنتج البرمجي</w:t>
      </w:r>
      <w:r w:rsidRPr="00BE0431">
        <w:rPr>
          <w:b/>
          <w:bCs/>
          <w:sz w:val="22"/>
        </w:rPr>
        <w:t>.</w:t>
      </w:r>
    </w:p>
    <w:p w14:paraId="74192CB8" w14:textId="77777777" w:rsidR="00BE0431" w:rsidRPr="00BE0431" w:rsidRDefault="00BE0431" w:rsidP="00BE0431">
      <w:pPr>
        <w:bidi/>
        <w:spacing w:after="0" w:line="360" w:lineRule="auto"/>
        <w:rPr>
          <w:b/>
          <w:bCs/>
          <w:sz w:val="22"/>
        </w:rPr>
      </w:pPr>
      <w:r w:rsidRPr="00BE0431">
        <w:rPr>
          <w:b/>
          <w:bCs/>
          <w:sz w:val="22"/>
          <w:rtl/>
        </w:rPr>
        <w:t>الفرضية الثالثة</w:t>
      </w:r>
    </w:p>
    <w:p w14:paraId="04D581F0" w14:textId="77777777" w:rsidR="00BE0431" w:rsidRPr="00BE0431" w:rsidRDefault="00BE0431" w:rsidP="00BE0431">
      <w:pPr>
        <w:bidi/>
        <w:spacing w:after="0" w:line="360" w:lineRule="auto"/>
        <w:rPr>
          <w:b/>
          <w:bCs/>
          <w:sz w:val="22"/>
        </w:rPr>
      </w:pPr>
      <w:r w:rsidRPr="00BE0431">
        <w:rPr>
          <w:b/>
          <w:bCs/>
          <w:sz w:val="22"/>
          <w:rtl/>
        </w:rPr>
        <w:t>تسهم الممارسات الهندسية، مثل الاختبارات الآلية والتكامل المستمر ومراجعة الشفرة البرمجية، في تحسين موثوقية البرمجيات وقابليتها للصيانة</w:t>
      </w:r>
      <w:r w:rsidRPr="00BE0431">
        <w:rPr>
          <w:b/>
          <w:bCs/>
          <w:sz w:val="22"/>
        </w:rPr>
        <w:t>.</w:t>
      </w:r>
    </w:p>
    <w:p w14:paraId="0DE687AB" w14:textId="77777777" w:rsidR="00BE0431" w:rsidRPr="00BE0431" w:rsidRDefault="00BE0431" w:rsidP="00BE0431">
      <w:pPr>
        <w:bidi/>
        <w:spacing w:after="0" w:line="360" w:lineRule="auto"/>
        <w:rPr>
          <w:b/>
          <w:bCs/>
          <w:sz w:val="22"/>
        </w:rPr>
      </w:pPr>
      <w:r w:rsidRPr="00BE0431">
        <w:rPr>
          <w:b/>
          <w:bCs/>
          <w:sz w:val="22"/>
          <w:rtl/>
        </w:rPr>
        <w:t>الفرضية الرابعة</w:t>
      </w:r>
    </w:p>
    <w:p w14:paraId="5FEF566E" w14:textId="77777777" w:rsidR="00BE0431" w:rsidRPr="00BE0431" w:rsidRDefault="00BE0431" w:rsidP="00BE0431">
      <w:pPr>
        <w:bidi/>
        <w:spacing w:after="0" w:line="360" w:lineRule="auto"/>
        <w:rPr>
          <w:b/>
          <w:bCs/>
          <w:sz w:val="22"/>
        </w:rPr>
      </w:pPr>
      <w:r w:rsidRPr="00BE0431">
        <w:rPr>
          <w:b/>
          <w:bCs/>
          <w:sz w:val="22"/>
          <w:rtl/>
        </w:rPr>
        <w:t>يسهم دعم الإدارة العليا وتمكين فرق العمل في تعزيز أثر</w:t>
      </w:r>
      <w:r w:rsidRPr="00BE0431">
        <w:rPr>
          <w:b/>
          <w:bCs/>
          <w:sz w:val="22"/>
        </w:rPr>
        <w:t xml:space="preserve"> Agile </w:t>
      </w:r>
      <w:r w:rsidRPr="00BE0431">
        <w:rPr>
          <w:b/>
          <w:bCs/>
          <w:sz w:val="22"/>
          <w:rtl/>
        </w:rPr>
        <w:t>على جودة المخرجات</w:t>
      </w:r>
      <w:r w:rsidRPr="00BE0431">
        <w:rPr>
          <w:b/>
          <w:bCs/>
          <w:sz w:val="22"/>
        </w:rPr>
        <w:t>.</w:t>
      </w:r>
    </w:p>
    <w:p w14:paraId="7BD39359" w14:textId="77777777" w:rsidR="00BE0431" w:rsidRPr="00BE0431" w:rsidRDefault="00BE0431" w:rsidP="00BE0431">
      <w:pPr>
        <w:bidi/>
        <w:spacing w:after="0" w:line="360" w:lineRule="auto"/>
        <w:rPr>
          <w:b/>
          <w:bCs/>
          <w:sz w:val="22"/>
        </w:rPr>
      </w:pPr>
      <w:r w:rsidRPr="00BE0431">
        <w:rPr>
          <w:b/>
          <w:bCs/>
          <w:sz w:val="22"/>
          <w:rtl/>
        </w:rPr>
        <w:t>الفرضية الخامسة</w:t>
      </w:r>
    </w:p>
    <w:p w14:paraId="7EC8B1EB" w14:textId="77777777" w:rsidR="00BE0431" w:rsidRPr="00BE0431" w:rsidRDefault="00BE0431" w:rsidP="00BE0431">
      <w:pPr>
        <w:bidi/>
        <w:spacing w:after="0" w:line="360" w:lineRule="auto"/>
        <w:rPr>
          <w:b/>
          <w:bCs/>
          <w:sz w:val="22"/>
        </w:rPr>
      </w:pPr>
      <w:r w:rsidRPr="00BE0431">
        <w:rPr>
          <w:b/>
          <w:bCs/>
          <w:sz w:val="22"/>
          <w:rtl/>
        </w:rPr>
        <w:t>يؤدي التطبيق الشكلي أو الجزئي لمنهجية</w:t>
      </w:r>
      <w:r w:rsidRPr="00BE0431">
        <w:rPr>
          <w:b/>
          <w:bCs/>
          <w:sz w:val="22"/>
        </w:rPr>
        <w:t xml:space="preserve"> Agile </w:t>
      </w:r>
      <w:r w:rsidRPr="00BE0431">
        <w:rPr>
          <w:b/>
          <w:bCs/>
          <w:sz w:val="22"/>
          <w:rtl/>
        </w:rPr>
        <w:t>إلى ضعف أثرها في جودة المنتجات البرمجية</w:t>
      </w:r>
      <w:r w:rsidRPr="00BE0431">
        <w:rPr>
          <w:b/>
          <w:bCs/>
          <w:sz w:val="22"/>
        </w:rPr>
        <w:t>.</w:t>
      </w:r>
    </w:p>
    <w:p w14:paraId="69A74600" w14:textId="77777777" w:rsidR="001449F6" w:rsidRPr="008D2ED4" w:rsidRDefault="001449F6" w:rsidP="001449F6">
      <w:pPr>
        <w:bidi/>
        <w:spacing w:after="0" w:line="360" w:lineRule="auto"/>
        <w:rPr>
          <w:b/>
          <w:bCs/>
          <w:sz w:val="22"/>
          <w:rtl/>
        </w:rPr>
      </w:pPr>
    </w:p>
    <w:p w14:paraId="0EAFB805" w14:textId="77777777" w:rsidR="00BE0431" w:rsidRPr="00BE0431" w:rsidRDefault="00BE0431" w:rsidP="00BE0431">
      <w:pPr>
        <w:bidi/>
        <w:spacing w:after="0" w:line="360" w:lineRule="auto"/>
        <w:rPr>
          <w:b/>
          <w:bCs/>
          <w:sz w:val="22"/>
        </w:rPr>
      </w:pPr>
      <w:r w:rsidRPr="00BE0431">
        <w:rPr>
          <w:b/>
          <w:bCs/>
          <w:sz w:val="22"/>
        </w:rPr>
        <w:t xml:space="preserve">1.7 </w:t>
      </w:r>
      <w:r w:rsidRPr="00BE0431">
        <w:rPr>
          <w:b/>
          <w:bCs/>
          <w:sz w:val="22"/>
          <w:rtl/>
        </w:rPr>
        <w:t>حدود الدراسة</w:t>
      </w:r>
    </w:p>
    <w:p w14:paraId="0633441A" w14:textId="77777777" w:rsidR="00BE0431" w:rsidRPr="00BE0431" w:rsidRDefault="00BE0431" w:rsidP="00BE0431">
      <w:pPr>
        <w:bidi/>
        <w:spacing w:after="0" w:line="360" w:lineRule="auto"/>
        <w:rPr>
          <w:b/>
          <w:bCs/>
          <w:sz w:val="22"/>
        </w:rPr>
      </w:pPr>
      <w:r w:rsidRPr="00BE0431">
        <w:rPr>
          <w:b/>
          <w:bCs/>
          <w:sz w:val="22"/>
          <w:rtl/>
        </w:rPr>
        <w:t>تتضمن الدراسة مجموعة من الحدود التي تحدد نطاقها، وذلك على النحو الآتي</w:t>
      </w:r>
      <w:r w:rsidRPr="00BE0431">
        <w:rPr>
          <w:b/>
          <w:bCs/>
          <w:sz w:val="22"/>
        </w:rPr>
        <w:t>:</w:t>
      </w:r>
    </w:p>
    <w:p w14:paraId="77C85A55" w14:textId="77777777" w:rsidR="00BE0431" w:rsidRPr="00BE0431" w:rsidRDefault="00BE0431" w:rsidP="00BE0431">
      <w:pPr>
        <w:bidi/>
        <w:spacing w:after="0" w:line="360" w:lineRule="auto"/>
        <w:rPr>
          <w:b/>
          <w:bCs/>
          <w:sz w:val="22"/>
        </w:rPr>
      </w:pPr>
      <w:r w:rsidRPr="00BE0431">
        <w:rPr>
          <w:b/>
          <w:bCs/>
          <w:sz w:val="22"/>
        </w:rPr>
        <w:t xml:space="preserve">1.7.1 </w:t>
      </w:r>
      <w:r w:rsidRPr="00BE0431">
        <w:rPr>
          <w:b/>
          <w:bCs/>
          <w:sz w:val="22"/>
          <w:rtl/>
        </w:rPr>
        <w:t>الحدود الموضوعية</w:t>
      </w:r>
    </w:p>
    <w:p w14:paraId="5C3E5441" w14:textId="77777777" w:rsidR="00BE0431" w:rsidRPr="00BE0431" w:rsidRDefault="00BE0431" w:rsidP="00BE0431">
      <w:pPr>
        <w:bidi/>
        <w:spacing w:after="0" w:line="360" w:lineRule="auto"/>
        <w:rPr>
          <w:b/>
          <w:bCs/>
          <w:sz w:val="22"/>
        </w:rPr>
      </w:pPr>
      <w:r w:rsidRPr="00BE0431">
        <w:rPr>
          <w:b/>
          <w:bCs/>
          <w:sz w:val="22"/>
          <w:rtl/>
        </w:rPr>
        <w:lastRenderedPageBreak/>
        <w:t>تركز الدراسة على أثر تطبيق منهجية الإدارة الرشيقة على جودة مخرجات مشاريع البرمجيات. ولا تتناول بصورة تفصيلية جميع الآثار المالية أو التسويقية أو الاستراتيجية الناتجة عن تطبيق المنهجية</w:t>
      </w:r>
      <w:r w:rsidRPr="00BE0431">
        <w:rPr>
          <w:b/>
          <w:bCs/>
          <w:sz w:val="22"/>
        </w:rPr>
        <w:t>.</w:t>
      </w:r>
    </w:p>
    <w:p w14:paraId="5E3338AC" w14:textId="77777777" w:rsidR="00BE0431" w:rsidRPr="00BE0431" w:rsidRDefault="00BE0431" w:rsidP="00BE0431">
      <w:pPr>
        <w:bidi/>
        <w:spacing w:after="0" w:line="360" w:lineRule="auto"/>
        <w:rPr>
          <w:b/>
          <w:bCs/>
          <w:sz w:val="22"/>
        </w:rPr>
      </w:pPr>
      <w:r w:rsidRPr="00BE0431">
        <w:rPr>
          <w:b/>
          <w:bCs/>
          <w:sz w:val="22"/>
        </w:rPr>
        <w:t xml:space="preserve">1.7.2 </w:t>
      </w:r>
      <w:r w:rsidRPr="00BE0431">
        <w:rPr>
          <w:b/>
          <w:bCs/>
          <w:sz w:val="22"/>
          <w:rtl/>
        </w:rPr>
        <w:t>الحدود المنهجية</w:t>
      </w:r>
    </w:p>
    <w:p w14:paraId="6E12105F" w14:textId="77777777" w:rsidR="00BE0431" w:rsidRPr="00BE0431" w:rsidRDefault="00BE0431" w:rsidP="00BE0431">
      <w:pPr>
        <w:bidi/>
        <w:spacing w:after="0" w:line="360" w:lineRule="auto"/>
        <w:rPr>
          <w:b/>
          <w:bCs/>
          <w:sz w:val="22"/>
        </w:rPr>
      </w:pPr>
      <w:r w:rsidRPr="00BE0431">
        <w:rPr>
          <w:b/>
          <w:bCs/>
          <w:sz w:val="22"/>
          <w:rtl/>
        </w:rPr>
        <w:t>تعتمد الدراسة على المنهج الوصفي التحليلي والمراجعة التكاملية للأدبيات والدراسات السابقة والمعايير المهنية. ولا تعتمد على جمع بيانات ميدانية جديدة من خلال استبانة أو مقابلات</w:t>
      </w:r>
      <w:r w:rsidRPr="00BE0431">
        <w:rPr>
          <w:b/>
          <w:bCs/>
          <w:sz w:val="22"/>
        </w:rPr>
        <w:t>.</w:t>
      </w:r>
    </w:p>
    <w:p w14:paraId="460B104F" w14:textId="77777777" w:rsidR="00BE0431" w:rsidRPr="00BE0431" w:rsidRDefault="00BE0431" w:rsidP="00BE0431">
      <w:pPr>
        <w:bidi/>
        <w:spacing w:after="0" w:line="360" w:lineRule="auto"/>
        <w:rPr>
          <w:b/>
          <w:bCs/>
          <w:sz w:val="22"/>
        </w:rPr>
      </w:pPr>
      <w:r w:rsidRPr="00BE0431">
        <w:rPr>
          <w:b/>
          <w:bCs/>
          <w:sz w:val="22"/>
        </w:rPr>
        <w:t xml:space="preserve">1.7.3 </w:t>
      </w:r>
      <w:r w:rsidRPr="00BE0431">
        <w:rPr>
          <w:b/>
          <w:bCs/>
          <w:sz w:val="22"/>
          <w:rtl/>
        </w:rPr>
        <w:t>الحدود المكانية</w:t>
      </w:r>
    </w:p>
    <w:p w14:paraId="317D9405" w14:textId="77777777" w:rsidR="00BE0431" w:rsidRPr="00BE0431" w:rsidRDefault="00BE0431" w:rsidP="00BE0431">
      <w:pPr>
        <w:bidi/>
        <w:spacing w:after="0" w:line="360" w:lineRule="auto"/>
        <w:rPr>
          <w:b/>
          <w:bCs/>
          <w:sz w:val="22"/>
        </w:rPr>
      </w:pPr>
      <w:r w:rsidRPr="00BE0431">
        <w:rPr>
          <w:b/>
          <w:bCs/>
          <w:sz w:val="22"/>
          <w:rtl/>
        </w:rPr>
        <w:t>تتناول الدراسة الشركات التقنية بصورة عامة، مع محاولة تقديم نتائج وتوصيات يمكن الاستفادة منها في الشركات التقنية العربية</w:t>
      </w:r>
      <w:r w:rsidRPr="00BE0431">
        <w:rPr>
          <w:b/>
          <w:bCs/>
          <w:sz w:val="22"/>
        </w:rPr>
        <w:t>.</w:t>
      </w:r>
    </w:p>
    <w:p w14:paraId="39A45E2E" w14:textId="77777777" w:rsidR="00BE0431" w:rsidRPr="00BE0431" w:rsidRDefault="00BE0431" w:rsidP="00BE0431">
      <w:pPr>
        <w:bidi/>
        <w:spacing w:after="0" w:line="360" w:lineRule="auto"/>
        <w:rPr>
          <w:b/>
          <w:bCs/>
          <w:sz w:val="22"/>
        </w:rPr>
      </w:pPr>
      <w:r w:rsidRPr="00BE0431">
        <w:rPr>
          <w:b/>
          <w:bCs/>
          <w:sz w:val="22"/>
        </w:rPr>
        <w:t xml:space="preserve">1.7.4 </w:t>
      </w:r>
      <w:r w:rsidRPr="00BE0431">
        <w:rPr>
          <w:b/>
          <w:bCs/>
          <w:sz w:val="22"/>
          <w:rtl/>
        </w:rPr>
        <w:t>الحدود الزمنية</w:t>
      </w:r>
    </w:p>
    <w:p w14:paraId="71BDE6CC" w14:textId="77777777" w:rsidR="00BE0431" w:rsidRPr="00BE0431" w:rsidRDefault="00BE0431" w:rsidP="00BE0431">
      <w:pPr>
        <w:bidi/>
        <w:spacing w:after="0" w:line="360" w:lineRule="auto"/>
        <w:rPr>
          <w:b/>
          <w:bCs/>
          <w:sz w:val="22"/>
        </w:rPr>
      </w:pPr>
      <w:r w:rsidRPr="00BE0431">
        <w:rPr>
          <w:b/>
          <w:bCs/>
          <w:sz w:val="22"/>
          <w:rtl/>
        </w:rPr>
        <w:t>تعتمد الدراسة على مجموعة من المراجع والدراسات العلمية والمهنية، مع التركيز قدر الإمكان على المصادر الحديثة، والاستفادة من المراجع الأساسية التي ساهمت في تأسيس مفهوم الإدارة الرشيقة</w:t>
      </w:r>
      <w:r w:rsidRPr="00BE0431">
        <w:rPr>
          <w:b/>
          <w:bCs/>
          <w:sz w:val="22"/>
        </w:rPr>
        <w:t>.</w:t>
      </w:r>
    </w:p>
    <w:p w14:paraId="0B1AC427" w14:textId="77777777" w:rsidR="00BE0431" w:rsidRPr="008D2ED4" w:rsidRDefault="00BE0431" w:rsidP="00BE0431">
      <w:pPr>
        <w:bidi/>
        <w:spacing w:after="0" w:line="360" w:lineRule="auto"/>
        <w:rPr>
          <w:b/>
          <w:bCs/>
          <w:sz w:val="22"/>
          <w:rtl/>
        </w:rPr>
      </w:pPr>
    </w:p>
    <w:p w14:paraId="4B3B6E6B" w14:textId="77777777" w:rsidR="008D2ED4" w:rsidRPr="008D2ED4" w:rsidRDefault="008D2ED4" w:rsidP="008D2ED4">
      <w:pPr>
        <w:bidi/>
        <w:spacing w:after="0" w:line="360" w:lineRule="auto"/>
        <w:rPr>
          <w:b/>
          <w:bCs/>
          <w:sz w:val="22"/>
        </w:rPr>
      </w:pPr>
      <w:r w:rsidRPr="008D2ED4">
        <w:rPr>
          <w:b/>
          <w:bCs/>
          <w:sz w:val="22"/>
        </w:rPr>
        <w:t xml:space="preserve">1.8 </w:t>
      </w:r>
      <w:r w:rsidRPr="008D2ED4">
        <w:rPr>
          <w:b/>
          <w:bCs/>
          <w:sz w:val="22"/>
          <w:rtl/>
        </w:rPr>
        <w:t>مصطلحات الدراسة</w:t>
      </w:r>
    </w:p>
    <w:p w14:paraId="4207CD8C" w14:textId="77777777" w:rsidR="008D2ED4" w:rsidRPr="008D2ED4" w:rsidRDefault="008D2ED4" w:rsidP="008D2ED4">
      <w:pPr>
        <w:bidi/>
        <w:spacing w:after="0" w:line="360" w:lineRule="auto"/>
        <w:rPr>
          <w:b/>
          <w:bCs/>
          <w:sz w:val="22"/>
        </w:rPr>
      </w:pPr>
      <w:r w:rsidRPr="008D2ED4">
        <w:rPr>
          <w:b/>
          <w:bCs/>
          <w:sz w:val="22"/>
        </w:rPr>
        <w:t xml:space="preserve">1.8.1 </w:t>
      </w:r>
      <w:r w:rsidRPr="008D2ED4">
        <w:rPr>
          <w:b/>
          <w:bCs/>
          <w:sz w:val="22"/>
          <w:rtl/>
        </w:rPr>
        <w:t>الإدارة الرشيقة</w:t>
      </w:r>
      <w:r w:rsidRPr="008D2ED4">
        <w:rPr>
          <w:b/>
          <w:bCs/>
          <w:sz w:val="22"/>
        </w:rPr>
        <w:t xml:space="preserve"> Agile</w:t>
      </w:r>
    </w:p>
    <w:p w14:paraId="4065430F" w14:textId="77777777" w:rsidR="008D2ED4" w:rsidRPr="008D2ED4" w:rsidRDefault="008D2ED4" w:rsidP="008D2ED4">
      <w:pPr>
        <w:bidi/>
        <w:spacing w:after="0" w:line="360" w:lineRule="auto"/>
        <w:rPr>
          <w:b/>
          <w:bCs/>
          <w:sz w:val="22"/>
        </w:rPr>
      </w:pPr>
      <w:r w:rsidRPr="008D2ED4">
        <w:rPr>
          <w:b/>
          <w:bCs/>
          <w:sz w:val="22"/>
          <w:rtl/>
        </w:rPr>
        <w:t>هي منهجية لإدارة وتطوير المشاريع تعتمد على تقسيم العمل إلى دورات قصيرة، والتعاون المستمر بين الفريق والعميل، والاستجابة السريعة للتغيرات، والتسليم التدريجي للمنتج</w:t>
      </w:r>
      <w:r w:rsidRPr="008D2ED4">
        <w:rPr>
          <w:b/>
          <w:bCs/>
          <w:sz w:val="22"/>
        </w:rPr>
        <w:t>.</w:t>
      </w:r>
    </w:p>
    <w:p w14:paraId="07CA7011" w14:textId="77777777" w:rsidR="008D2ED4" w:rsidRPr="008D2ED4" w:rsidRDefault="008D2ED4" w:rsidP="008D2ED4">
      <w:pPr>
        <w:bidi/>
        <w:spacing w:after="0" w:line="360" w:lineRule="auto"/>
        <w:rPr>
          <w:b/>
          <w:bCs/>
          <w:sz w:val="22"/>
        </w:rPr>
      </w:pPr>
      <w:r w:rsidRPr="008D2ED4">
        <w:rPr>
          <w:b/>
          <w:bCs/>
          <w:sz w:val="22"/>
        </w:rPr>
        <w:t xml:space="preserve">1.8.2 </w:t>
      </w:r>
      <w:r w:rsidRPr="008D2ED4">
        <w:rPr>
          <w:b/>
          <w:bCs/>
          <w:sz w:val="22"/>
          <w:rtl/>
        </w:rPr>
        <w:t>جودة البرمجيات</w:t>
      </w:r>
    </w:p>
    <w:p w14:paraId="7C39F8F0" w14:textId="77777777" w:rsidR="008D2ED4" w:rsidRPr="008D2ED4" w:rsidRDefault="008D2ED4" w:rsidP="008D2ED4">
      <w:pPr>
        <w:bidi/>
        <w:spacing w:after="0" w:line="360" w:lineRule="auto"/>
        <w:rPr>
          <w:b/>
          <w:bCs/>
          <w:sz w:val="22"/>
        </w:rPr>
      </w:pPr>
      <w:r w:rsidRPr="008D2ED4">
        <w:rPr>
          <w:b/>
          <w:bCs/>
          <w:sz w:val="22"/>
          <w:rtl/>
        </w:rPr>
        <w:t>هي درجة قدرة المنتج البرمجي على تلبية احتياجات المستخدمين والمتطلبات المحددة، وتحقيق مستوى مناسب من الأداء والموثوقية والأمان وسهولة الاستخدام والقابلية للصيانة</w:t>
      </w:r>
      <w:r w:rsidRPr="008D2ED4">
        <w:rPr>
          <w:b/>
          <w:bCs/>
          <w:sz w:val="22"/>
        </w:rPr>
        <w:t>.</w:t>
      </w:r>
    </w:p>
    <w:p w14:paraId="57101B4D" w14:textId="77777777" w:rsidR="008D2ED4" w:rsidRPr="008D2ED4" w:rsidRDefault="008D2ED4" w:rsidP="008D2ED4">
      <w:pPr>
        <w:bidi/>
        <w:spacing w:after="0" w:line="360" w:lineRule="auto"/>
        <w:rPr>
          <w:b/>
          <w:bCs/>
          <w:sz w:val="22"/>
        </w:rPr>
      </w:pPr>
      <w:r w:rsidRPr="008D2ED4">
        <w:rPr>
          <w:b/>
          <w:bCs/>
          <w:sz w:val="22"/>
        </w:rPr>
        <w:t xml:space="preserve">1.8.3 </w:t>
      </w:r>
      <w:r w:rsidRPr="008D2ED4">
        <w:rPr>
          <w:b/>
          <w:bCs/>
          <w:sz w:val="22"/>
          <w:rtl/>
        </w:rPr>
        <w:t>مشاريع البرمجيات</w:t>
      </w:r>
    </w:p>
    <w:p w14:paraId="1FF44C97" w14:textId="77777777" w:rsidR="008D2ED4" w:rsidRPr="008D2ED4" w:rsidRDefault="008D2ED4" w:rsidP="008D2ED4">
      <w:pPr>
        <w:bidi/>
        <w:spacing w:after="0" w:line="360" w:lineRule="auto"/>
        <w:rPr>
          <w:b/>
          <w:bCs/>
          <w:sz w:val="22"/>
        </w:rPr>
      </w:pPr>
      <w:r w:rsidRPr="008D2ED4">
        <w:rPr>
          <w:b/>
          <w:bCs/>
          <w:sz w:val="22"/>
          <w:rtl/>
        </w:rPr>
        <w:t>هي المشاريع التي تهدف إلى تطوير أو تحديث أو تشغيل نظام أو تطبيق أو منصة برمجية لخدمة مجموعة محددة من المستخدمين أو العمليات</w:t>
      </w:r>
      <w:r w:rsidRPr="008D2ED4">
        <w:rPr>
          <w:b/>
          <w:bCs/>
          <w:sz w:val="22"/>
        </w:rPr>
        <w:t>.</w:t>
      </w:r>
    </w:p>
    <w:p w14:paraId="7A2AFABE" w14:textId="77777777" w:rsidR="008D2ED4" w:rsidRPr="008D2ED4" w:rsidRDefault="008D2ED4" w:rsidP="008D2ED4">
      <w:pPr>
        <w:bidi/>
        <w:spacing w:after="0" w:line="360" w:lineRule="auto"/>
        <w:rPr>
          <w:b/>
          <w:bCs/>
          <w:sz w:val="22"/>
        </w:rPr>
      </w:pPr>
      <w:r w:rsidRPr="008D2ED4">
        <w:rPr>
          <w:b/>
          <w:bCs/>
          <w:sz w:val="22"/>
        </w:rPr>
        <w:t xml:space="preserve">1.8.4 </w:t>
      </w:r>
      <w:r w:rsidRPr="008D2ED4">
        <w:rPr>
          <w:b/>
          <w:bCs/>
          <w:sz w:val="22"/>
          <w:rtl/>
        </w:rPr>
        <w:t>مخرجات المشروع</w:t>
      </w:r>
    </w:p>
    <w:p w14:paraId="5DE24C93" w14:textId="77777777" w:rsidR="008D2ED4" w:rsidRPr="008D2ED4" w:rsidRDefault="008D2ED4" w:rsidP="008D2ED4">
      <w:pPr>
        <w:bidi/>
        <w:spacing w:after="0" w:line="360" w:lineRule="auto"/>
        <w:rPr>
          <w:b/>
          <w:bCs/>
          <w:sz w:val="22"/>
        </w:rPr>
      </w:pPr>
      <w:r w:rsidRPr="008D2ED4">
        <w:rPr>
          <w:b/>
          <w:bCs/>
          <w:sz w:val="22"/>
          <w:rtl/>
        </w:rPr>
        <w:t>هي المنتجات أو الوظائف أو الإصدارات البرمجية الناتجة عن تنفيذ المشروع، والتي يمكن استخدامها أو اختبارها أو تسليمها للعميل</w:t>
      </w:r>
      <w:r w:rsidRPr="008D2ED4">
        <w:rPr>
          <w:b/>
          <w:bCs/>
          <w:sz w:val="22"/>
        </w:rPr>
        <w:t>.</w:t>
      </w:r>
    </w:p>
    <w:p w14:paraId="4DA07F7D" w14:textId="77777777" w:rsidR="008D2ED4" w:rsidRPr="008D2ED4" w:rsidRDefault="008D2ED4" w:rsidP="008D2ED4">
      <w:pPr>
        <w:bidi/>
        <w:spacing w:after="0" w:line="360" w:lineRule="auto"/>
        <w:rPr>
          <w:b/>
          <w:bCs/>
          <w:sz w:val="22"/>
        </w:rPr>
      </w:pPr>
      <w:r w:rsidRPr="008D2ED4">
        <w:rPr>
          <w:b/>
          <w:bCs/>
          <w:sz w:val="22"/>
        </w:rPr>
        <w:t xml:space="preserve">1.8.5 </w:t>
      </w:r>
      <w:r w:rsidRPr="008D2ED4">
        <w:rPr>
          <w:b/>
          <w:bCs/>
          <w:sz w:val="22"/>
          <w:rtl/>
        </w:rPr>
        <w:t>التسليم التكراري</w:t>
      </w:r>
    </w:p>
    <w:p w14:paraId="2147C151" w14:textId="77777777" w:rsidR="008D2ED4" w:rsidRPr="008D2ED4" w:rsidRDefault="008D2ED4" w:rsidP="008D2ED4">
      <w:pPr>
        <w:bidi/>
        <w:spacing w:after="0" w:line="360" w:lineRule="auto"/>
        <w:rPr>
          <w:b/>
          <w:bCs/>
          <w:sz w:val="22"/>
        </w:rPr>
      </w:pPr>
      <w:r w:rsidRPr="008D2ED4">
        <w:rPr>
          <w:b/>
          <w:bCs/>
          <w:sz w:val="22"/>
          <w:rtl/>
        </w:rPr>
        <w:t>هو أسلوب يتم من خلاله تطوير المنتج وتسليمه على مراحل قصيرة ومتكررة، بحيث يتم تقديم جزء قابل للاستخدام أو الاختبار في نهاية كل دورة</w:t>
      </w:r>
      <w:r w:rsidRPr="008D2ED4">
        <w:rPr>
          <w:b/>
          <w:bCs/>
          <w:sz w:val="22"/>
        </w:rPr>
        <w:t>.</w:t>
      </w:r>
    </w:p>
    <w:p w14:paraId="58D01146" w14:textId="77777777" w:rsidR="008D2ED4" w:rsidRPr="008D2ED4" w:rsidRDefault="008D2ED4" w:rsidP="008D2ED4">
      <w:pPr>
        <w:bidi/>
        <w:spacing w:after="0" w:line="360" w:lineRule="auto"/>
        <w:rPr>
          <w:b/>
          <w:bCs/>
          <w:sz w:val="22"/>
        </w:rPr>
      </w:pPr>
      <w:r w:rsidRPr="008D2ED4">
        <w:rPr>
          <w:b/>
          <w:bCs/>
          <w:sz w:val="22"/>
        </w:rPr>
        <w:t xml:space="preserve">1.8.6 </w:t>
      </w:r>
      <w:r w:rsidRPr="008D2ED4">
        <w:rPr>
          <w:b/>
          <w:bCs/>
          <w:sz w:val="22"/>
          <w:rtl/>
        </w:rPr>
        <w:t>التغذية الراجعة</w:t>
      </w:r>
    </w:p>
    <w:p w14:paraId="413383E5" w14:textId="77777777" w:rsidR="008D2ED4" w:rsidRPr="008D2ED4" w:rsidRDefault="008D2ED4" w:rsidP="008D2ED4">
      <w:pPr>
        <w:bidi/>
        <w:spacing w:after="0" w:line="360" w:lineRule="auto"/>
        <w:rPr>
          <w:b/>
          <w:bCs/>
          <w:sz w:val="22"/>
        </w:rPr>
      </w:pPr>
      <w:r w:rsidRPr="008D2ED4">
        <w:rPr>
          <w:b/>
          <w:bCs/>
          <w:sz w:val="22"/>
          <w:rtl/>
        </w:rPr>
        <w:t>هي الملاحظات والمعلومات التي يقدمها العميل أو المستخدم أو أصحاب المصلحة بعد مراجعة المخرجات، بهدف تعديل المنتج أو تحسينه</w:t>
      </w:r>
      <w:r w:rsidRPr="008D2ED4">
        <w:rPr>
          <w:b/>
          <w:bCs/>
          <w:sz w:val="22"/>
        </w:rPr>
        <w:t>.</w:t>
      </w:r>
    </w:p>
    <w:p w14:paraId="7057BD62" w14:textId="77777777" w:rsidR="008D2ED4" w:rsidRPr="008D2ED4" w:rsidRDefault="008D2ED4" w:rsidP="008D2ED4">
      <w:pPr>
        <w:bidi/>
        <w:spacing w:after="0" w:line="360" w:lineRule="auto"/>
        <w:rPr>
          <w:b/>
          <w:bCs/>
          <w:sz w:val="22"/>
        </w:rPr>
      </w:pPr>
      <w:r w:rsidRPr="008D2ED4">
        <w:rPr>
          <w:b/>
          <w:bCs/>
          <w:sz w:val="22"/>
        </w:rPr>
        <w:t xml:space="preserve">1.8.7 </w:t>
      </w:r>
      <w:r w:rsidRPr="008D2ED4">
        <w:rPr>
          <w:b/>
          <w:bCs/>
          <w:sz w:val="22"/>
          <w:rtl/>
        </w:rPr>
        <w:t>تعريف الإنجاز</w:t>
      </w:r>
    </w:p>
    <w:p w14:paraId="71094698" w14:textId="77777777" w:rsidR="008D2ED4" w:rsidRDefault="008D2ED4" w:rsidP="008D2ED4">
      <w:pPr>
        <w:bidi/>
        <w:spacing w:after="0" w:line="360" w:lineRule="auto"/>
        <w:rPr>
          <w:b/>
          <w:bCs/>
          <w:sz w:val="22"/>
          <w:rtl/>
        </w:rPr>
      </w:pPr>
      <w:r w:rsidRPr="008D2ED4">
        <w:rPr>
          <w:b/>
          <w:bCs/>
          <w:sz w:val="22"/>
          <w:rtl/>
        </w:rPr>
        <w:t>هو مجموعة من المعايير المتفق عليها التي يجب استيفاؤها قبل اعتبار المهمة أو الوظيفة البرمجية مكتملة، مثل اجتياز الاختبارات والمراجعة والتوثيق</w:t>
      </w:r>
      <w:r w:rsidRPr="008D2ED4">
        <w:rPr>
          <w:b/>
          <w:bCs/>
          <w:sz w:val="22"/>
        </w:rPr>
        <w:t>.</w:t>
      </w:r>
    </w:p>
    <w:p w14:paraId="0E96EAF5" w14:textId="77777777" w:rsidR="0099161F" w:rsidRDefault="0099161F" w:rsidP="0099161F">
      <w:pPr>
        <w:bidi/>
        <w:spacing w:after="0" w:line="360" w:lineRule="auto"/>
        <w:rPr>
          <w:b/>
          <w:bCs/>
          <w:sz w:val="22"/>
          <w:rtl/>
        </w:rPr>
      </w:pPr>
    </w:p>
    <w:p w14:paraId="484AAE21" w14:textId="77777777" w:rsidR="0099161F" w:rsidRDefault="0099161F" w:rsidP="0099161F">
      <w:pPr>
        <w:bidi/>
        <w:spacing w:after="0" w:line="360" w:lineRule="auto"/>
        <w:rPr>
          <w:b/>
          <w:bCs/>
          <w:sz w:val="22"/>
          <w:rtl/>
        </w:rPr>
      </w:pPr>
    </w:p>
    <w:p w14:paraId="4CDAE84E" w14:textId="77777777" w:rsidR="0099161F" w:rsidRPr="008D2ED4" w:rsidRDefault="0099161F" w:rsidP="0099161F">
      <w:pPr>
        <w:bidi/>
        <w:spacing w:after="0" w:line="360" w:lineRule="auto"/>
        <w:rPr>
          <w:b/>
          <w:bCs/>
          <w:sz w:val="22"/>
        </w:rPr>
      </w:pPr>
    </w:p>
    <w:p w14:paraId="6B388C36" w14:textId="77777777" w:rsidR="00BE0431" w:rsidRPr="008D2ED4" w:rsidRDefault="00BE0431" w:rsidP="00BE0431">
      <w:pPr>
        <w:bidi/>
        <w:spacing w:after="0" w:line="360" w:lineRule="auto"/>
        <w:rPr>
          <w:b/>
          <w:bCs/>
          <w:sz w:val="22"/>
          <w:rtl/>
        </w:rPr>
      </w:pPr>
    </w:p>
    <w:p w14:paraId="10B3E9C7" w14:textId="5BAE56D8" w:rsidR="008D2ED4" w:rsidRPr="008D2ED4" w:rsidRDefault="0099161F" w:rsidP="008D2ED4">
      <w:pPr>
        <w:bidi/>
        <w:spacing w:after="0" w:line="360" w:lineRule="auto"/>
        <w:rPr>
          <w:b/>
          <w:bCs/>
          <w:sz w:val="22"/>
        </w:rPr>
      </w:pPr>
      <w:r w:rsidRPr="008D2ED4">
        <w:rPr>
          <w:b/>
          <w:bCs/>
          <w:sz w:val="22"/>
        </w:rPr>
        <w:lastRenderedPageBreak/>
        <w:t xml:space="preserve">1.9 </w:t>
      </w:r>
      <w:r>
        <w:rPr>
          <w:rFonts w:hint="cs"/>
          <w:b/>
          <w:bCs/>
          <w:sz w:val="22"/>
          <w:rtl/>
        </w:rPr>
        <w:t>هيكل</w:t>
      </w:r>
      <w:r w:rsidR="008D2ED4" w:rsidRPr="008D2ED4">
        <w:rPr>
          <w:b/>
          <w:bCs/>
          <w:sz w:val="22"/>
          <w:rtl/>
        </w:rPr>
        <w:t xml:space="preserve"> الدراسة</w:t>
      </w:r>
    </w:p>
    <w:p w14:paraId="611C200D" w14:textId="77777777" w:rsidR="008D2ED4" w:rsidRPr="008D2ED4" w:rsidRDefault="008D2ED4" w:rsidP="008D2ED4">
      <w:pPr>
        <w:bidi/>
        <w:spacing w:after="0" w:line="360" w:lineRule="auto"/>
        <w:rPr>
          <w:b/>
          <w:bCs/>
          <w:sz w:val="22"/>
        </w:rPr>
      </w:pPr>
      <w:r w:rsidRPr="008D2ED4">
        <w:rPr>
          <w:b/>
          <w:bCs/>
          <w:sz w:val="22"/>
          <w:rtl/>
        </w:rPr>
        <w:t>تتكون هذه الدراسة من ستة فصول رئيسة</w:t>
      </w:r>
      <w:r w:rsidRPr="008D2ED4">
        <w:rPr>
          <w:b/>
          <w:bCs/>
          <w:sz w:val="22"/>
        </w:rPr>
        <w:t>.</w:t>
      </w:r>
    </w:p>
    <w:p w14:paraId="0F068BBC" w14:textId="77777777" w:rsidR="008D2ED4" w:rsidRPr="008D2ED4" w:rsidRDefault="008D2ED4" w:rsidP="008D2ED4">
      <w:pPr>
        <w:bidi/>
        <w:spacing w:after="0" w:line="360" w:lineRule="auto"/>
        <w:rPr>
          <w:b/>
          <w:bCs/>
          <w:sz w:val="22"/>
        </w:rPr>
      </w:pPr>
      <w:r w:rsidRPr="008D2ED4">
        <w:rPr>
          <w:b/>
          <w:bCs/>
          <w:sz w:val="22"/>
          <w:rtl/>
        </w:rPr>
        <w:t>يتناول الفصل الأول الإطار العام للدراسة، ويشمل المقدمة، ومشكلة الدراسة، والأسئلة، والأهداف، والأهمية، والفرضيات، والحدود، والمصطلحات</w:t>
      </w:r>
      <w:r w:rsidRPr="008D2ED4">
        <w:rPr>
          <w:b/>
          <w:bCs/>
          <w:sz w:val="22"/>
        </w:rPr>
        <w:t>.</w:t>
      </w:r>
    </w:p>
    <w:p w14:paraId="092B6C30" w14:textId="77777777" w:rsidR="008D2ED4" w:rsidRPr="008D2ED4" w:rsidRDefault="008D2ED4" w:rsidP="008D2ED4">
      <w:pPr>
        <w:bidi/>
        <w:spacing w:after="0" w:line="360" w:lineRule="auto"/>
        <w:rPr>
          <w:b/>
          <w:bCs/>
          <w:sz w:val="22"/>
        </w:rPr>
      </w:pPr>
      <w:r w:rsidRPr="008D2ED4">
        <w:rPr>
          <w:b/>
          <w:bCs/>
          <w:sz w:val="22"/>
          <w:rtl/>
        </w:rPr>
        <w:t>أما الفصل الثاني فيتناول الإطار النظري للإدارة الرشيقة وجودة البرمجيات، وأهم المبادئ والممارسات والأطر المستخدمة</w:t>
      </w:r>
      <w:r w:rsidRPr="008D2ED4">
        <w:rPr>
          <w:b/>
          <w:bCs/>
          <w:sz w:val="22"/>
        </w:rPr>
        <w:t>.</w:t>
      </w:r>
    </w:p>
    <w:p w14:paraId="61E22C73" w14:textId="77777777" w:rsidR="008D2ED4" w:rsidRPr="008D2ED4" w:rsidRDefault="008D2ED4" w:rsidP="008D2ED4">
      <w:pPr>
        <w:bidi/>
        <w:spacing w:after="0" w:line="360" w:lineRule="auto"/>
        <w:rPr>
          <w:b/>
          <w:bCs/>
          <w:sz w:val="22"/>
        </w:rPr>
      </w:pPr>
      <w:r w:rsidRPr="008D2ED4">
        <w:rPr>
          <w:b/>
          <w:bCs/>
          <w:sz w:val="22"/>
          <w:rtl/>
        </w:rPr>
        <w:t>ويتناول الفصل الثالث الدراسات السابقة، وتحليل نتائجها، وتحديد الثغرة البحثية، وبناء النموذج المفاهيمي للدراسة</w:t>
      </w:r>
      <w:r w:rsidRPr="008D2ED4">
        <w:rPr>
          <w:b/>
          <w:bCs/>
          <w:sz w:val="22"/>
        </w:rPr>
        <w:t>.</w:t>
      </w:r>
    </w:p>
    <w:p w14:paraId="3CD02EC4" w14:textId="77777777" w:rsidR="008D2ED4" w:rsidRPr="008D2ED4" w:rsidRDefault="008D2ED4" w:rsidP="008D2ED4">
      <w:pPr>
        <w:bidi/>
        <w:spacing w:after="0" w:line="360" w:lineRule="auto"/>
        <w:rPr>
          <w:b/>
          <w:bCs/>
          <w:sz w:val="22"/>
        </w:rPr>
      </w:pPr>
      <w:r w:rsidRPr="008D2ED4">
        <w:rPr>
          <w:b/>
          <w:bCs/>
          <w:sz w:val="22"/>
          <w:rtl/>
        </w:rPr>
        <w:t>ويتناول الفصل الرابع منهجية الدراسة، ونوع المنهج، ومصادر البيانات، ومعايير اختيار المراجع، وطريقة التحليل، والاعتبارات الأخلاقية</w:t>
      </w:r>
      <w:r w:rsidRPr="008D2ED4">
        <w:rPr>
          <w:b/>
          <w:bCs/>
          <w:sz w:val="22"/>
        </w:rPr>
        <w:t>.</w:t>
      </w:r>
    </w:p>
    <w:p w14:paraId="199ED9C4" w14:textId="77777777" w:rsidR="008D2ED4" w:rsidRPr="008D2ED4" w:rsidRDefault="008D2ED4" w:rsidP="008D2ED4">
      <w:pPr>
        <w:bidi/>
        <w:spacing w:after="0" w:line="360" w:lineRule="auto"/>
        <w:rPr>
          <w:b/>
          <w:bCs/>
          <w:sz w:val="22"/>
        </w:rPr>
      </w:pPr>
      <w:r w:rsidRPr="008D2ED4">
        <w:rPr>
          <w:b/>
          <w:bCs/>
          <w:sz w:val="22"/>
          <w:rtl/>
        </w:rPr>
        <w:t>أما الفصل الخامس فيعرض نتائج التحليل ومناقشتها، ويبين أثر الممارسات الرشيقة على أبعاد جودة البرمجيات</w:t>
      </w:r>
      <w:r w:rsidRPr="008D2ED4">
        <w:rPr>
          <w:b/>
          <w:bCs/>
          <w:sz w:val="22"/>
        </w:rPr>
        <w:t>.</w:t>
      </w:r>
    </w:p>
    <w:p w14:paraId="7E14EF65" w14:textId="327FAD53" w:rsidR="008D2ED4" w:rsidRDefault="008D2ED4" w:rsidP="008D2ED4">
      <w:pPr>
        <w:bidi/>
        <w:spacing w:after="0" w:line="360" w:lineRule="auto"/>
        <w:rPr>
          <w:b/>
          <w:bCs/>
          <w:sz w:val="22"/>
          <w:rtl/>
        </w:rPr>
      </w:pPr>
      <w:r w:rsidRPr="008D2ED4">
        <w:rPr>
          <w:b/>
          <w:bCs/>
          <w:sz w:val="22"/>
          <w:rtl/>
        </w:rPr>
        <w:t>ويقدم الفصل السادس النموذج التطبيقي المقترح، وخارطة التنفيذ، ومؤشرات الأداء، والمخاطر، والتوصيات، ثم تختتم الدراسة بالخاتمة والمراجع</w:t>
      </w:r>
      <w:r w:rsidRPr="008D2ED4">
        <w:rPr>
          <w:b/>
          <w:bCs/>
          <w:sz w:val="22"/>
        </w:rPr>
        <w:t>.</w:t>
      </w:r>
    </w:p>
    <w:p w14:paraId="3A820775" w14:textId="77777777" w:rsidR="00A4203D" w:rsidRDefault="00A4203D" w:rsidP="00A4203D">
      <w:pPr>
        <w:bidi/>
        <w:spacing w:after="0" w:line="360" w:lineRule="auto"/>
        <w:rPr>
          <w:b/>
          <w:bCs/>
          <w:sz w:val="22"/>
          <w:rtl/>
        </w:rPr>
      </w:pPr>
    </w:p>
    <w:p w14:paraId="20B871B8" w14:textId="77777777" w:rsidR="00A4203D" w:rsidRDefault="00A4203D" w:rsidP="00A4203D">
      <w:pPr>
        <w:bidi/>
        <w:spacing w:after="0" w:line="360" w:lineRule="auto"/>
        <w:rPr>
          <w:b/>
          <w:bCs/>
          <w:sz w:val="22"/>
          <w:rtl/>
        </w:rPr>
      </w:pPr>
    </w:p>
    <w:p w14:paraId="21AC3C50" w14:textId="77777777" w:rsidR="00A4203D" w:rsidRDefault="00A4203D" w:rsidP="00A4203D">
      <w:pPr>
        <w:bidi/>
        <w:spacing w:after="0" w:line="360" w:lineRule="auto"/>
        <w:rPr>
          <w:b/>
          <w:bCs/>
          <w:sz w:val="22"/>
          <w:rtl/>
        </w:rPr>
      </w:pPr>
    </w:p>
    <w:p w14:paraId="7B785804" w14:textId="77777777" w:rsidR="00A4203D" w:rsidRDefault="00A4203D" w:rsidP="00A4203D">
      <w:pPr>
        <w:bidi/>
        <w:spacing w:after="0" w:line="360" w:lineRule="auto"/>
        <w:rPr>
          <w:b/>
          <w:bCs/>
          <w:sz w:val="22"/>
          <w:rtl/>
        </w:rPr>
      </w:pPr>
    </w:p>
    <w:p w14:paraId="63AF6977" w14:textId="77777777" w:rsidR="00A4203D" w:rsidRDefault="00A4203D" w:rsidP="00A4203D">
      <w:pPr>
        <w:bidi/>
        <w:spacing w:after="0" w:line="360" w:lineRule="auto"/>
        <w:rPr>
          <w:b/>
          <w:bCs/>
          <w:sz w:val="22"/>
          <w:rtl/>
        </w:rPr>
      </w:pPr>
    </w:p>
    <w:p w14:paraId="24E5693B" w14:textId="77777777" w:rsidR="00A4203D" w:rsidRDefault="00A4203D" w:rsidP="00A4203D">
      <w:pPr>
        <w:bidi/>
        <w:spacing w:after="0" w:line="360" w:lineRule="auto"/>
        <w:rPr>
          <w:b/>
          <w:bCs/>
          <w:sz w:val="22"/>
          <w:rtl/>
        </w:rPr>
      </w:pPr>
    </w:p>
    <w:p w14:paraId="560302B3" w14:textId="77777777" w:rsidR="00A4203D" w:rsidRDefault="00A4203D" w:rsidP="00A4203D">
      <w:pPr>
        <w:bidi/>
        <w:spacing w:after="0" w:line="360" w:lineRule="auto"/>
        <w:rPr>
          <w:b/>
          <w:bCs/>
          <w:sz w:val="22"/>
          <w:rtl/>
        </w:rPr>
      </w:pPr>
    </w:p>
    <w:p w14:paraId="1A8BC91C" w14:textId="77777777" w:rsidR="00A4203D" w:rsidRDefault="00A4203D" w:rsidP="00A4203D">
      <w:pPr>
        <w:bidi/>
        <w:spacing w:after="0" w:line="360" w:lineRule="auto"/>
        <w:rPr>
          <w:b/>
          <w:bCs/>
          <w:sz w:val="22"/>
          <w:rtl/>
        </w:rPr>
      </w:pPr>
    </w:p>
    <w:p w14:paraId="7436166E" w14:textId="77777777" w:rsidR="00A4203D" w:rsidRDefault="00A4203D" w:rsidP="00A4203D">
      <w:pPr>
        <w:bidi/>
        <w:spacing w:after="0" w:line="360" w:lineRule="auto"/>
        <w:rPr>
          <w:b/>
          <w:bCs/>
          <w:sz w:val="22"/>
          <w:rtl/>
        </w:rPr>
      </w:pPr>
    </w:p>
    <w:p w14:paraId="6C146CEF" w14:textId="77777777" w:rsidR="00A4203D" w:rsidRDefault="00A4203D" w:rsidP="00A4203D">
      <w:pPr>
        <w:bidi/>
        <w:spacing w:after="0" w:line="360" w:lineRule="auto"/>
        <w:rPr>
          <w:b/>
          <w:bCs/>
          <w:sz w:val="22"/>
          <w:rtl/>
        </w:rPr>
      </w:pPr>
    </w:p>
    <w:p w14:paraId="3B6CDBB5" w14:textId="77777777" w:rsidR="00A4203D" w:rsidRDefault="00A4203D" w:rsidP="00A4203D">
      <w:pPr>
        <w:bidi/>
        <w:spacing w:after="0" w:line="360" w:lineRule="auto"/>
        <w:rPr>
          <w:b/>
          <w:bCs/>
          <w:sz w:val="22"/>
          <w:rtl/>
        </w:rPr>
      </w:pPr>
    </w:p>
    <w:p w14:paraId="501CBF8A" w14:textId="77777777" w:rsidR="00A4203D" w:rsidRDefault="00A4203D" w:rsidP="00A4203D">
      <w:pPr>
        <w:bidi/>
        <w:spacing w:after="0" w:line="360" w:lineRule="auto"/>
        <w:rPr>
          <w:b/>
          <w:bCs/>
          <w:sz w:val="22"/>
          <w:rtl/>
        </w:rPr>
      </w:pPr>
    </w:p>
    <w:p w14:paraId="13916684" w14:textId="77777777" w:rsidR="00A4203D" w:rsidRDefault="00A4203D" w:rsidP="00A4203D">
      <w:pPr>
        <w:bidi/>
        <w:spacing w:after="0" w:line="360" w:lineRule="auto"/>
        <w:rPr>
          <w:b/>
          <w:bCs/>
          <w:sz w:val="22"/>
          <w:rtl/>
        </w:rPr>
      </w:pPr>
    </w:p>
    <w:p w14:paraId="19E1F8C5" w14:textId="77777777" w:rsidR="00A4203D" w:rsidRDefault="00A4203D" w:rsidP="00A4203D">
      <w:pPr>
        <w:bidi/>
        <w:spacing w:after="0" w:line="360" w:lineRule="auto"/>
        <w:rPr>
          <w:b/>
          <w:bCs/>
          <w:sz w:val="22"/>
          <w:rtl/>
        </w:rPr>
      </w:pPr>
    </w:p>
    <w:p w14:paraId="6F44834D" w14:textId="77777777" w:rsidR="00A4203D" w:rsidRDefault="00A4203D" w:rsidP="00A4203D">
      <w:pPr>
        <w:bidi/>
        <w:spacing w:after="0" w:line="360" w:lineRule="auto"/>
        <w:rPr>
          <w:b/>
          <w:bCs/>
          <w:sz w:val="22"/>
          <w:rtl/>
        </w:rPr>
      </w:pPr>
    </w:p>
    <w:p w14:paraId="41CE3D34" w14:textId="77777777" w:rsidR="00A4203D" w:rsidRDefault="00A4203D" w:rsidP="00A4203D">
      <w:pPr>
        <w:bidi/>
        <w:spacing w:after="0" w:line="360" w:lineRule="auto"/>
        <w:rPr>
          <w:b/>
          <w:bCs/>
          <w:sz w:val="22"/>
          <w:rtl/>
        </w:rPr>
      </w:pPr>
    </w:p>
    <w:p w14:paraId="73B7E7F0" w14:textId="77777777" w:rsidR="00A4203D" w:rsidRDefault="00A4203D" w:rsidP="00A4203D">
      <w:pPr>
        <w:bidi/>
        <w:spacing w:after="0" w:line="360" w:lineRule="auto"/>
        <w:rPr>
          <w:b/>
          <w:bCs/>
          <w:sz w:val="22"/>
          <w:rtl/>
        </w:rPr>
      </w:pPr>
    </w:p>
    <w:p w14:paraId="394B55D7" w14:textId="77777777" w:rsidR="00A4203D" w:rsidRDefault="00A4203D" w:rsidP="00A4203D">
      <w:pPr>
        <w:bidi/>
        <w:spacing w:after="0" w:line="360" w:lineRule="auto"/>
        <w:rPr>
          <w:b/>
          <w:bCs/>
          <w:sz w:val="22"/>
          <w:rtl/>
        </w:rPr>
      </w:pPr>
    </w:p>
    <w:p w14:paraId="2D0621BB" w14:textId="77777777" w:rsidR="00A4203D" w:rsidRDefault="00A4203D" w:rsidP="00A4203D">
      <w:pPr>
        <w:bidi/>
        <w:spacing w:after="0" w:line="360" w:lineRule="auto"/>
        <w:rPr>
          <w:b/>
          <w:bCs/>
          <w:sz w:val="22"/>
          <w:rtl/>
        </w:rPr>
      </w:pPr>
    </w:p>
    <w:p w14:paraId="058A54CD" w14:textId="77777777" w:rsidR="00A4203D" w:rsidRDefault="00A4203D" w:rsidP="00A4203D">
      <w:pPr>
        <w:bidi/>
        <w:spacing w:after="0" w:line="360" w:lineRule="auto"/>
        <w:rPr>
          <w:b/>
          <w:bCs/>
          <w:sz w:val="22"/>
          <w:rtl/>
        </w:rPr>
      </w:pPr>
    </w:p>
    <w:p w14:paraId="10B597BF" w14:textId="77777777" w:rsidR="00A4203D" w:rsidRDefault="00A4203D" w:rsidP="00A4203D">
      <w:pPr>
        <w:bidi/>
        <w:spacing w:after="0" w:line="360" w:lineRule="auto"/>
        <w:rPr>
          <w:b/>
          <w:bCs/>
          <w:sz w:val="22"/>
          <w:rtl/>
        </w:rPr>
      </w:pPr>
    </w:p>
    <w:p w14:paraId="751A758E" w14:textId="77777777" w:rsidR="00A4203D" w:rsidRDefault="00A4203D" w:rsidP="00A4203D">
      <w:pPr>
        <w:bidi/>
        <w:spacing w:after="0" w:line="360" w:lineRule="auto"/>
        <w:rPr>
          <w:b/>
          <w:bCs/>
          <w:sz w:val="22"/>
          <w:rtl/>
        </w:rPr>
      </w:pPr>
    </w:p>
    <w:p w14:paraId="5197C768" w14:textId="77777777" w:rsidR="00A4203D" w:rsidRPr="008D2ED4" w:rsidRDefault="00A4203D" w:rsidP="00A4203D">
      <w:pPr>
        <w:bidi/>
        <w:spacing w:after="0" w:line="360" w:lineRule="auto"/>
        <w:rPr>
          <w:b/>
          <w:bCs/>
          <w:sz w:val="22"/>
        </w:rPr>
      </w:pPr>
    </w:p>
    <w:p w14:paraId="252D4F7B" w14:textId="77777777" w:rsidR="008D2ED4" w:rsidRDefault="008D2ED4" w:rsidP="008D2ED4">
      <w:pPr>
        <w:bidi/>
        <w:spacing w:after="0" w:line="360" w:lineRule="auto"/>
        <w:rPr>
          <w:b/>
          <w:bCs/>
          <w:szCs w:val="24"/>
          <w:rtl/>
        </w:rPr>
      </w:pPr>
    </w:p>
    <w:p w14:paraId="2D5DC5AD" w14:textId="77777777" w:rsidR="009C7AF4" w:rsidRPr="009C7AF4" w:rsidRDefault="009C7AF4" w:rsidP="009C7AF4">
      <w:pPr>
        <w:bidi/>
        <w:spacing w:after="0" w:line="360" w:lineRule="auto"/>
        <w:rPr>
          <w:b/>
          <w:bCs/>
          <w:sz w:val="22"/>
        </w:rPr>
      </w:pPr>
      <w:r w:rsidRPr="009C7AF4">
        <w:rPr>
          <w:b/>
          <w:bCs/>
          <w:sz w:val="22"/>
          <w:rtl/>
        </w:rPr>
        <w:lastRenderedPageBreak/>
        <w:t>الفصل الثاني: الإطار النظري للدراسة</w:t>
      </w:r>
    </w:p>
    <w:p w14:paraId="01754BC7" w14:textId="749A2B98" w:rsidR="009C7AF4" w:rsidRPr="009C7AF4" w:rsidRDefault="009C7AF4" w:rsidP="009C7AF4">
      <w:pPr>
        <w:bidi/>
        <w:spacing w:after="0" w:line="360" w:lineRule="auto"/>
        <w:rPr>
          <w:b/>
          <w:bCs/>
          <w:sz w:val="22"/>
        </w:rPr>
      </w:pPr>
      <w:r w:rsidRPr="009C7AF4">
        <w:rPr>
          <w:b/>
          <w:bCs/>
          <w:sz w:val="22"/>
        </w:rPr>
        <w:t xml:space="preserve">2.1 </w:t>
      </w:r>
      <w:r w:rsidR="0099161F" w:rsidRPr="004C0610">
        <w:rPr>
          <w:rFonts w:hint="cs"/>
          <w:b/>
          <w:bCs/>
          <w:sz w:val="22"/>
          <w:rtl/>
        </w:rPr>
        <w:t xml:space="preserve"> </w:t>
      </w:r>
      <w:r w:rsidRPr="009C7AF4">
        <w:rPr>
          <w:b/>
          <w:bCs/>
          <w:sz w:val="22"/>
          <w:rtl/>
        </w:rPr>
        <w:t>تمهيد</w:t>
      </w:r>
    </w:p>
    <w:p w14:paraId="0BE8C12D" w14:textId="77777777" w:rsidR="009C7AF4" w:rsidRPr="009C7AF4" w:rsidRDefault="009C7AF4" w:rsidP="009C7AF4">
      <w:pPr>
        <w:bidi/>
        <w:spacing w:after="0" w:line="360" w:lineRule="auto"/>
        <w:rPr>
          <w:b/>
          <w:bCs/>
          <w:sz w:val="22"/>
        </w:rPr>
      </w:pPr>
      <w:r w:rsidRPr="009C7AF4">
        <w:rPr>
          <w:b/>
          <w:bCs/>
          <w:sz w:val="22"/>
          <w:rtl/>
        </w:rPr>
        <w:t xml:space="preserve">يتناول هذا الفصل الأسس النظرية المرتبطة بموضوع الدراسة، من خلال توضيح مفهوم الإدارة الرشيقة </w:t>
      </w:r>
      <w:r w:rsidRPr="009C7AF4">
        <w:rPr>
          <w:b/>
          <w:bCs/>
          <w:sz w:val="22"/>
        </w:rPr>
        <w:t>Agile</w:t>
      </w:r>
      <w:r w:rsidRPr="009C7AF4">
        <w:rPr>
          <w:b/>
          <w:bCs/>
          <w:sz w:val="22"/>
          <w:rtl/>
        </w:rPr>
        <w:t>، ونشأتها، وأهم قيمها ومبادئها، إلى جانب عرض أشهر الأطر والممارسات المستخدمة في إدارة مشاريع البرمجيات</w:t>
      </w:r>
      <w:r w:rsidRPr="009C7AF4">
        <w:rPr>
          <w:b/>
          <w:bCs/>
          <w:sz w:val="22"/>
        </w:rPr>
        <w:t>.</w:t>
      </w:r>
    </w:p>
    <w:p w14:paraId="300E1EB6" w14:textId="3D099A7A" w:rsidR="009C7AF4" w:rsidRDefault="009C7AF4" w:rsidP="00DC05EA">
      <w:pPr>
        <w:bidi/>
        <w:spacing w:after="0" w:line="360" w:lineRule="auto"/>
        <w:rPr>
          <w:b/>
          <w:bCs/>
          <w:sz w:val="22"/>
          <w:rtl/>
        </w:rPr>
      </w:pPr>
      <w:r w:rsidRPr="009C7AF4">
        <w:rPr>
          <w:b/>
          <w:bCs/>
          <w:sz w:val="22"/>
          <w:rtl/>
        </w:rPr>
        <w:t>كما يتناول الفصل مفهوم جودة البرمجيات وأبرز أبعادها، ويوضح العلاقة بين تطبيق الممارسات الرشيقة وتحسين جودة مخرجات المشاريع التقنية. ويساعد هذا الإطار النظري في بناء فهم متكامل للمتغيرات الرئيسة في الدراسة، وتفسير النتائج التي ستتم مناقشتها في الفصول اللاحقة</w:t>
      </w:r>
      <w:r w:rsidRPr="009C7AF4">
        <w:rPr>
          <w:b/>
          <w:bCs/>
          <w:sz w:val="22"/>
        </w:rPr>
        <w:t>.</w:t>
      </w:r>
    </w:p>
    <w:p w14:paraId="7B0998D3" w14:textId="77777777" w:rsidR="00DC05EA" w:rsidRPr="004C0610" w:rsidRDefault="00DC05EA" w:rsidP="00DC05EA">
      <w:pPr>
        <w:bidi/>
        <w:spacing w:after="0" w:line="360" w:lineRule="auto"/>
        <w:rPr>
          <w:b/>
          <w:bCs/>
          <w:sz w:val="22"/>
          <w:rtl/>
        </w:rPr>
      </w:pPr>
    </w:p>
    <w:p w14:paraId="7BC12397" w14:textId="4F75C883" w:rsidR="0099161F" w:rsidRPr="0099161F" w:rsidRDefault="0099161F" w:rsidP="0099161F">
      <w:pPr>
        <w:bidi/>
        <w:spacing w:after="0" w:line="360" w:lineRule="auto"/>
        <w:rPr>
          <w:b/>
          <w:bCs/>
          <w:sz w:val="22"/>
        </w:rPr>
      </w:pPr>
      <w:r w:rsidRPr="0099161F">
        <w:rPr>
          <w:b/>
          <w:bCs/>
          <w:sz w:val="22"/>
        </w:rPr>
        <w:t xml:space="preserve">2.2 </w:t>
      </w:r>
      <w:r w:rsidRPr="004C0610">
        <w:rPr>
          <w:rFonts w:hint="cs"/>
          <w:b/>
          <w:bCs/>
          <w:sz w:val="22"/>
          <w:rtl/>
        </w:rPr>
        <w:t xml:space="preserve"> </w:t>
      </w:r>
      <w:r w:rsidRPr="0099161F">
        <w:rPr>
          <w:b/>
          <w:bCs/>
          <w:sz w:val="22"/>
          <w:rtl/>
        </w:rPr>
        <w:t>مفهوم الإدارة الرشيقة</w:t>
      </w:r>
      <w:r w:rsidRPr="0099161F">
        <w:rPr>
          <w:b/>
          <w:bCs/>
          <w:sz w:val="22"/>
        </w:rPr>
        <w:t xml:space="preserve"> Agile</w:t>
      </w:r>
    </w:p>
    <w:p w14:paraId="3B7F5F7A" w14:textId="77777777" w:rsidR="0099161F" w:rsidRPr="0099161F" w:rsidRDefault="0099161F" w:rsidP="0099161F">
      <w:pPr>
        <w:bidi/>
        <w:spacing w:after="0" w:line="360" w:lineRule="auto"/>
        <w:rPr>
          <w:b/>
          <w:bCs/>
          <w:sz w:val="22"/>
        </w:rPr>
      </w:pPr>
      <w:r w:rsidRPr="0099161F">
        <w:rPr>
          <w:b/>
          <w:bCs/>
          <w:sz w:val="22"/>
          <w:rtl/>
        </w:rPr>
        <w:t>الإدارة الرشيقة هي منهجية حديثة لإدارة المشاريع وتطوير المنتجات، تقوم على المرونة، والعمل التكراري، والتعاون المستمر، والاستجابة السريعة للتغيرات. وقد ارتبط ظهورها بصورة أساسية بمجال تطوير البرمجيات، نتيجة الحاجة إلى أسلوب أكثر قدرة على التعامل مع تغير المتطلبات وعدم وضوحها بصورة كاملة منذ بداية المشروع</w:t>
      </w:r>
      <w:r w:rsidRPr="0099161F">
        <w:rPr>
          <w:b/>
          <w:bCs/>
          <w:sz w:val="22"/>
        </w:rPr>
        <w:t>.</w:t>
      </w:r>
    </w:p>
    <w:p w14:paraId="207E9C78" w14:textId="77777777" w:rsidR="0099161F" w:rsidRPr="0099161F" w:rsidRDefault="0099161F" w:rsidP="0099161F">
      <w:pPr>
        <w:bidi/>
        <w:spacing w:after="0" w:line="360" w:lineRule="auto"/>
        <w:rPr>
          <w:b/>
          <w:bCs/>
          <w:sz w:val="22"/>
        </w:rPr>
      </w:pPr>
      <w:r w:rsidRPr="0099161F">
        <w:rPr>
          <w:b/>
          <w:bCs/>
          <w:sz w:val="22"/>
          <w:rtl/>
        </w:rPr>
        <w:t>وتعتمد</w:t>
      </w:r>
      <w:r w:rsidRPr="0099161F">
        <w:rPr>
          <w:b/>
          <w:bCs/>
          <w:sz w:val="22"/>
        </w:rPr>
        <w:t xml:space="preserve"> Agile </w:t>
      </w:r>
      <w:r w:rsidRPr="0099161F">
        <w:rPr>
          <w:b/>
          <w:bCs/>
          <w:sz w:val="22"/>
          <w:rtl/>
        </w:rPr>
        <w:t>على تقسيم المشروع إلى أجزاء صغيرة يمكن تطويرها واختبارها وتسليمها على مراحل متكررة. ويتم خلال كل مرحلة مراجعة النتائج والحصول على ملاحظات العميل أو المستخدم، ثم تعديل خطة العمل والأولويات بناءً على المعلومات الجديدة</w:t>
      </w:r>
      <w:r w:rsidRPr="0099161F">
        <w:rPr>
          <w:b/>
          <w:bCs/>
          <w:sz w:val="22"/>
        </w:rPr>
        <w:t>.</w:t>
      </w:r>
    </w:p>
    <w:p w14:paraId="34457692" w14:textId="77777777" w:rsidR="0099161F" w:rsidRPr="0099161F" w:rsidRDefault="0099161F" w:rsidP="0099161F">
      <w:pPr>
        <w:bidi/>
        <w:spacing w:after="0" w:line="360" w:lineRule="auto"/>
        <w:rPr>
          <w:b/>
          <w:bCs/>
          <w:sz w:val="22"/>
        </w:rPr>
      </w:pPr>
      <w:r w:rsidRPr="0099161F">
        <w:rPr>
          <w:b/>
          <w:bCs/>
          <w:sz w:val="22"/>
          <w:rtl/>
        </w:rPr>
        <w:t>ويختلف هذا الأسلوب عن المنهجيات التقليدية التي تعتمد غالبًا على إعداد خطة تفصيلية كاملة في بداية المشروع، ثم تنفيذ المراحل بصورة متتابعة. ففي البيئة الرشيقة لا يُنظر إلى الخطة على أنها ثابتة لا يمكن تعديلها، بل تُعد أداة قابلة للتحديث وفق التغيرات والنتائج الفعلية</w:t>
      </w:r>
      <w:r w:rsidRPr="0099161F">
        <w:rPr>
          <w:b/>
          <w:bCs/>
          <w:sz w:val="22"/>
        </w:rPr>
        <w:t>.</w:t>
      </w:r>
    </w:p>
    <w:p w14:paraId="67E283BF" w14:textId="77777777" w:rsidR="0099161F" w:rsidRPr="0099161F" w:rsidRDefault="0099161F" w:rsidP="0099161F">
      <w:pPr>
        <w:bidi/>
        <w:spacing w:after="0" w:line="360" w:lineRule="auto"/>
        <w:rPr>
          <w:b/>
          <w:bCs/>
          <w:sz w:val="22"/>
        </w:rPr>
      </w:pPr>
      <w:r w:rsidRPr="0099161F">
        <w:rPr>
          <w:b/>
          <w:bCs/>
          <w:sz w:val="22"/>
          <w:rtl/>
        </w:rPr>
        <w:t>ولا تعني الإدارة الرشيقة غياب التخطيط أو التوثيق أو الرقابة، وإنما تعني استخدام هذه العناصر بالمستوى الذي يخدم أهداف المشروع ويحقق قيمة فعلية للعميل، دون التسبب في إجراءات معقدة أو تأخير غير ضروري</w:t>
      </w:r>
      <w:r w:rsidRPr="0099161F">
        <w:rPr>
          <w:b/>
          <w:bCs/>
          <w:sz w:val="22"/>
        </w:rPr>
        <w:t>.</w:t>
      </w:r>
    </w:p>
    <w:p w14:paraId="4FCAF385" w14:textId="77777777" w:rsidR="009C7AF4" w:rsidRPr="004C0610" w:rsidRDefault="009C7AF4" w:rsidP="009C7AF4">
      <w:pPr>
        <w:bidi/>
        <w:spacing w:after="0" w:line="360" w:lineRule="auto"/>
        <w:rPr>
          <w:b/>
          <w:bCs/>
          <w:sz w:val="22"/>
          <w:rtl/>
        </w:rPr>
      </w:pPr>
    </w:p>
    <w:p w14:paraId="0DDCA76D" w14:textId="6195AE98" w:rsidR="0056349C" w:rsidRPr="0056349C" w:rsidRDefault="0056349C" w:rsidP="0056349C">
      <w:pPr>
        <w:bidi/>
        <w:spacing w:after="0" w:line="360" w:lineRule="auto"/>
        <w:rPr>
          <w:b/>
          <w:bCs/>
          <w:sz w:val="22"/>
        </w:rPr>
      </w:pPr>
      <w:r w:rsidRPr="004C0610">
        <w:rPr>
          <w:b/>
          <w:bCs/>
          <w:sz w:val="22"/>
        </w:rPr>
        <w:t xml:space="preserve"> </w:t>
      </w:r>
      <w:r w:rsidRPr="0056349C">
        <w:rPr>
          <w:b/>
          <w:bCs/>
          <w:sz w:val="22"/>
        </w:rPr>
        <w:t xml:space="preserve">2.3 </w:t>
      </w:r>
      <w:r w:rsidRPr="0056349C">
        <w:rPr>
          <w:b/>
          <w:bCs/>
          <w:sz w:val="22"/>
          <w:rtl/>
        </w:rPr>
        <w:t>نشأة الإدارة الرشيقة</w:t>
      </w:r>
    </w:p>
    <w:p w14:paraId="650FABD4" w14:textId="77777777" w:rsidR="0056349C" w:rsidRPr="0056349C" w:rsidRDefault="0056349C" w:rsidP="0056349C">
      <w:pPr>
        <w:bidi/>
        <w:spacing w:after="0" w:line="360" w:lineRule="auto"/>
        <w:rPr>
          <w:b/>
          <w:bCs/>
          <w:sz w:val="22"/>
        </w:rPr>
      </w:pPr>
      <w:r w:rsidRPr="0056349C">
        <w:rPr>
          <w:b/>
          <w:bCs/>
          <w:sz w:val="22"/>
          <w:rtl/>
        </w:rPr>
        <w:t>ظهرت الحاجة إلى الإدارة الرشيقة نتيجة المشكلات التي واجهتها مشاريع البرمجيات عند استخدام الأساليب التقليدية. فقد كانت بعض المشاريع تستغرق فترات طويلة قبل عرض المنتج على العميل، وفي كثير من الحالات كان يتم اكتشاف أن المتطلبات تغيرت أو أن المنتج النهائي لا يتوافق بصورة كاملة مع توقعات المستخدم</w:t>
      </w:r>
      <w:r w:rsidRPr="0056349C">
        <w:rPr>
          <w:b/>
          <w:bCs/>
          <w:sz w:val="22"/>
        </w:rPr>
        <w:t>.</w:t>
      </w:r>
    </w:p>
    <w:p w14:paraId="253FDCCD" w14:textId="77777777" w:rsidR="0056349C" w:rsidRPr="0056349C" w:rsidRDefault="0056349C" w:rsidP="0056349C">
      <w:pPr>
        <w:bidi/>
        <w:spacing w:after="0" w:line="360" w:lineRule="auto"/>
        <w:rPr>
          <w:b/>
          <w:bCs/>
          <w:sz w:val="22"/>
        </w:rPr>
      </w:pPr>
      <w:r w:rsidRPr="0056349C">
        <w:rPr>
          <w:b/>
          <w:bCs/>
          <w:sz w:val="22"/>
          <w:rtl/>
        </w:rPr>
        <w:t>وفي عام 2001، اجتمع عدد من الخبراء والممارسين في مجال تطوير البرمجيات، وصاغوا ما يعرف باسم بيان الإدارة الرشيقة لتطوير البرمجيات</w:t>
      </w:r>
      <w:r w:rsidRPr="0056349C">
        <w:rPr>
          <w:b/>
          <w:bCs/>
          <w:sz w:val="22"/>
        </w:rPr>
        <w:t xml:space="preserve"> Agile Manifesto. </w:t>
      </w:r>
      <w:r w:rsidRPr="0056349C">
        <w:rPr>
          <w:b/>
          <w:bCs/>
          <w:sz w:val="22"/>
          <w:rtl/>
        </w:rPr>
        <w:t>وقد تضمن البيان أربع قيم أساسية واثني عشر مبدأً توجّه طريقة العمل في المشاريع الرشيقة</w:t>
      </w:r>
      <w:r w:rsidRPr="0056349C">
        <w:rPr>
          <w:b/>
          <w:bCs/>
          <w:sz w:val="22"/>
        </w:rPr>
        <w:t>.</w:t>
      </w:r>
    </w:p>
    <w:p w14:paraId="1E0676D2" w14:textId="77777777" w:rsidR="0056349C" w:rsidRPr="0056349C" w:rsidRDefault="0056349C" w:rsidP="0056349C">
      <w:pPr>
        <w:bidi/>
        <w:spacing w:after="0" w:line="360" w:lineRule="auto"/>
        <w:rPr>
          <w:b/>
          <w:bCs/>
          <w:sz w:val="22"/>
        </w:rPr>
      </w:pPr>
      <w:r w:rsidRPr="0056349C">
        <w:rPr>
          <w:b/>
          <w:bCs/>
          <w:sz w:val="22"/>
          <w:rtl/>
        </w:rPr>
        <w:t>ركز البيان على تقديم منتجات تعمل بصورة فعلية، والتعاون مع العميل، وتمكين فرق العمل، والاستجابة للتغيير، بدلًا من الاعتماد المفرط على الإجراءات الجامدة والتوثيق الطويل والخطط غير القابلة للتعديل</w:t>
      </w:r>
      <w:r w:rsidRPr="0056349C">
        <w:rPr>
          <w:b/>
          <w:bCs/>
          <w:sz w:val="22"/>
        </w:rPr>
        <w:t>.</w:t>
      </w:r>
    </w:p>
    <w:p w14:paraId="790921AA" w14:textId="77777777" w:rsidR="0056349C" w:rsidRPr="004C0610" w:rsidRDefault="0056349C" w:rsidP="0056349C">
      <w:pPr>
        <w:bidi/>
        <w:spacing w:after="0" w:line="360" w:lineRule="auto"/>
        <w:rPr>
          <w:b/>
          <w:bCs/>
          <w:sz w:val="22"/>
          <w:rtl/>
        </w:rPr>
      </w:pPr>
      <w:r w:rsidRPr="0056349C">
        <w:rPr>
          <w:b/>
          <w:bCs/>
          <w:sz w:val="22"/>
          <w:rtl/>
        </w:rPr>
        <w:t>ومنذ ذلك الوقت، توسع استخدام</w:t>
      </w:r>
      <w:r w:rsidRPr="0056349C">
        <w:rPr>
          <w:b/>
          <w:bCs/>
          <w:sz w:val="22"/>
        </w:rPr>
        <w:t xml:space="preserve"> Agile </w:t>
      </w:r>
      <w:r w:rsidRPr="0056349C">
        <w:rPr>
          <w:b/>
          <w:bCs/>
          <w:sz w:val="22"/>
          <w:rtl/>
        </w:rPr>
        <w:t>خارج مجال البرمجيات ليشمل مجالات أخرى، مثل تطوير المنتجات، والتسويق، والعمليات، والابتكار، وإدارة الأعمال. إلا أن مجال البرمجيات ما يزال من أكثر المجالات ارتباطًا بها</w:t>
      </w:r>
      <w:r w:rsidRPr="0056349C">
        <w:rPr>
          <w:b/>
          <w:bCs/>
          <w:sz w:val="22"/>
        </w:rPr>
        <w:t>.</w:t>
      </w:r>
    </w:p>
    <w:p w14:paraId="3568EF06" w14:textId="77777777" w:rsidR="0056349C" w:rsidRPr="004C0610" w:rsidRDefault="0056349C" w:rsidP="0056349C">
      <w:pPr>
        <w:bidi/>
        <w:spacing w:after="0" w:line="360" w:lineRule="auto"/>
        <w:rPr>
          <w:b/>
          <w:bCs/>
          <w:sz w:val="22"/>
          <w:rtl/>
        </w:rPr>
      </w:pPr>
    </w:p>
    <w:p w14:paraId="4ECF8C30" w14:textId="3DCC2C2D" w:rsidR="0056349C" w:rsidRPr="0056349C" w:rsidRDefault="0056349C" w:rsidP="0056349C">
      <w:pPr>
        <w:bidi/>
        <w:spacing w:after="0" w:line="360" w:lineRule="auto"/>
        <w:rPr>
          <w:b/>
          <w:bCs/>
          <w:sz w:val="22"/>
        </w:rPr>
      </w:pPr>
      <w:r w:rsidRPr="004C0610">
        <w:rPr>
          <w:b/>
          <w:bCs/>
          <w:sz w:val="22"/>
        </w:rPr>
        <w:t xml:space="preserve"> </w:t>
      </w:r>
      <w:r w:rsidRPr="0056349C">
        <w:rPr>
          <w:b/>
          <w:bCs/>
          <w:sz w:val="22"/>
        </w:rPr>
        <w:t xml:space="preserve">2.4 </w:t>
      </w:r>
      <w:r w:rsidRPr="0056349C">
        <w:rPr>
          <w:b/>
          <w:bCs/>
          <w:sz w:val="22"/>
          <w:rtl/>
        </w:rPr>
        <w:t>قيم الإدارة الرشيقة</w:t>
      </w:r>
    </w:p>
    <w:p w14:paraId="0B41F092" w14:textId="77777777" w:rsidR="0056349C" w:rsidRPr="0056349C" w:rsidRDefault="0056349C" w:rsidP="0056349C">
      <w:pPr>
        <w:bidi/>
        <w:spacing w:after="0" w:line="360" w:lineRule="auto"/>
        <w:rPr>
          <w:b/>
          <w:bCs/>
          <w:sz w:val="22"/>
        </w:rPr>
      </w:pPr>
      <w:r w:rsidRPr="0056349C">
        <w:rPr>
          <w:b/>
          <w:bCs/>
          <w:sz w:val="22"/>
          <w:rtl/>
        </w:rPr>
        <w:t>يقوم بيان</w:t>
      </w:r>
      <w:r w:rsidRPr="0056349C">
        <w:rPr>
          <w:b/>
          <w:bCs/>
          <w:sz w:val="22"/>
        </w:rPr>
        <w:t xml:space="preserve"> Agile </w:t>
      </w:r>
      <w:r w:rsidRPr="0056349C">
        <w:rPr>
          <w:b/>
          <w:bCs/>
          <w:sz w:val="22"/>
          <w:rtl/>
        </w:rPr>
        <w:t>على أربع قيم رئيسة، وهي</w:t>
      </w:r>
      <w:r w:rsidRPr="0056349C">
        <w:rPr>
          <w:b/>
          <w:bCs/>
          <w:sz w:val="22"/>
        </w:rPr>
        <w:t>:</w:t>
      </w:r>
    </w:p>
    <w:p w14:paraId="7BB6D06D" w14:textId="38AF7299" w:rsidR="0056349C" w:rsidRPr="0056349C" w:rsidRDefault="0056349C" w:rsidP="0056349C">
      <w:pPr>
        <w:bidi/>
        <w:spacing w:after="0" w:line="360" w:lineRule="auto"/>
        <w:rPr>
          <w:b/>
          <w:bCs/>
          <w:sz w:val="22"/>
        </w:rPr>
      </w:pPr>
      <w:r w:rsidRPr="0056349C">
        <w:rPr>
          <w:b/>
          <w:bCs/>
          <w:sz w:val="22"/>
        </w:rPr>
        <w:t xml:space="preserve">2.4.1 </w:t>
      </w:r>
      <w:r w:rsidRPr="004C0610">
        <w:rPr>
          <w:rFonts w:hint="cs"/>
          <w:b/>
          <w:bCs/>
          <w:sz w:val="22"/>
          <w:rtl/>
        </w:rPr>
        <w:t xml:space="preserve"> </w:t>
      </w:r>
      <w:r w:rsidRPr="0056349C">
        <w:rPr>
          <w:b/>
          <w:bCs/>
          <w:sz w:val="22"/>
          <w:rtl/>
        </w:rPr>
        <w:t>الأفراد والتفاعلات أهم من العمليات والأدوات</w:t>
      </w:r>
    </w:p>
    <w:p w14:paraId="2F66D910" w14:textId="77777777" w:rsidR="0056349C" w:rsidRPr="0056349C" w:rsidRDefault="0056349C" w:rsidP="0056349C">
      <w:pPr>
        <w:bidi/>
        <w:spacing w:after="0" w:line="360" w:lineRule="auto"/>
        <w:rPr>
          <w:b/>
          <w:bCs/>
          <w:sz w:val="22"/>
        </w:rPr>
      </w:pPr>
      <w:r w:rsidRPr="0056349C">
        <w:rPr>
          <w:b/>
          <w:bCs/>
          <w:sz w:val="22"/>
          <w:rtl/>
        </w:rPr>
        <w:lastRenderedPageBreak/>
        <w:t>تعطي الإدارة الرشيقة أهمية كبيرة للتواصل والتعاون بين أعضاء الفريق. فوجود أدوات وأنظمة متقدمة لا يضمن نجاح المشروع إذا كان التواصل ضعيفًا أو كانت الأدوار غير واضحة</w:t>
      </w:r>
      <w:r w:rsidRPr="0056349C">
        <w:rPr>
          <w:b/>
          <w:bCs/>
          <w:sz w:val="22"/>
        </w:rPr>
        <w:t>.</w:t>
      </w:r>
    </w:p>
    <w:p w14:paraId="17A21135" w14:textId="77777777" w:rsidR="0056349C" w:rsidRPr="0056349C" w:rsidRDefault="0056349C" w:rsidP="0056349C">
      <w:pPr>
        <w:bidi/>
        <w:spacing w:after="0" w:line="360" w:lineRule="auto"/>
        <w:rPr>
          <w:b/>
          <w:bCs/>
          <w:sz w:val="22"/>
        </w:rPr>
      </w:pPr>
      <w:r w:rsidRPr="0056349C">
        <w:rPr>
          <w:b/>
          <w:bCs/>
          <w:sz w:val="22"/>
          <w:rtl/>
        </w:rPr>
        <w:t>ويعني ذلك أن نجاح المشروع يعتمد بصورة أساسية على كفاءة الأفراد، وقدرتهم على العمل المشترك، وسرعة تبادل المعلومات، وحل المشكلات بصورة جماعية</w:t>
      </w:r>
      <w:r w:rsidRPr="0056349C">
        <w:rPr>
          <w:b/>
          <w:bCs/>
          <w:sz w:val="22"/>
        </w:rPr>
        <w:t>.</w:t>
      </w:r>
    </w:p>
    <w:p w14:paraId="3F7AE24A" w14:textId="063771B6" w:rsidR="0056349C" w:rsidRPr="0056349C" w:rsidRDefault="0056349C" w:rsidP="0056349C">
      <w:pPr>
        <w:bidi/>
        <w:spacing w:after="0" w:line="360" w:lineRule="auto"/>
        <w:rPr>
          <w:b/>
          <w:bCs/>
          <w:sz w:val="22"/>
        </w:rPr>
      </w:pPr>
      <w:r w:rsidRPr="004C0610">
        <w:rPr>
          <w:b/>
          <w:bCs/>
          <w:sz w:val="22"/>
        </w:rPr>
        <w:t xml:space="preserve"> </w:t>
      </w:r>
      <w:r w:rsidRPr="0056349C">
        <w:rPr>
          <w:b/>
          <w:bCs/>
          <w:sz w:val="22"/>
        </w:rPr>
        <w:t xml:space="preserve">2.4.2 </w:t>
      </w:r>
      <w:r w:rsidRPr="0056349C">
        <w:rPr>
          <w:b/>
          <w:bCs/>
          <w:sz w:val="22"/>
          <w:rtl/>
        </w:rPr>
        <w:t>البرمجيات العاملة أهم من التوثيق الشامل</w:t>
      </w:r>
    </w:p>
    <w:p w14:paraId="68480806" w14:textId="77777777" w:rsidR="0056349C" w:rsidRPr="0056349C" w:rsidRDefault="0056349C" w:rsidP="0056349C">
      <w:pPr>
        <w:bidi/>
        <w:spacing w:after="0" w:line="360" w:lineRule="auto"/>
        <w:rPr>
          <w:b/>
          <w:bCs/>
          <w:sz w:val="22"/>
        </w:rPr>
      </w:pPr>
      <w:r w:rsidRPr="0056349C">
        <w:rPr>
          <w:b/>
          <w:bCs/>
          <w:sz w:val="22"/>
          <w:rtl/>
        </w:rPr>
        <w:t>لا ترفض</w:t>
      </w:r>
      <w:r w:rsidRPr="0056349C">
        <w:rPr>
          <w:b/>
          <w:bCs/>
          <w:sz w:val="22"/>
        </w:rPr>
        <w:t xml:space="preserve"> Agile </w:t>
      </w:r>
      <w:r w:rsidRPr="0056349C">
        <w:rPr>
          <w:b/>
          <w:bCs/>
          <w:sz w:val="22"/>
          <w:rtl/>
        </w:rPr>
        <w:t>التوثيق، لكنها ترفض أن يصبح التوثيق هدفًا في حد ذاته. فالقيمة الحقيقية للمشروع تظهر في وجود منتج برمجي يعمل ويحقق احتياجات المستخدم</w:t>
      </w:r>
      <w:r w:rsidRPr="0056349C">
        <w:rPr>
          <w:b/>
          <w:bCs/>
          <w:sz w:val="22"/>
        </w:rPr>
        <w:t>.</w:t>
      </w:r>
    </w:p>
    <w:p w14:paraId="2E68B189" w14:textId="77777777" w:rsidR="0056349C" w:rsidRPr="0056349C" w:rsidRDefault="0056349C" w:rsidP="0056349C">
      <w:pPr>
        <w:bidi/>
        <w:spacing w:after="0" w:line="360" w:lineRule="auto"/>
        <w:rPr>
          <w:b/>
          <w:bCs/>
          <w:sz w:val="22"/>
        </w:rPr>
      </w:pPr>
      <w:r w:rsidRPr="0056349C">
        <w:rPr>
          <w:b/>
          <w:bCs/>
          <w:sz w:val="22"/>
          <w:rtl/>
        </w:rPr>
        <w:t>ويجب أن يكون التوثيق مناسبًا لطبيعة المشروع ومخاطره، بحيث يدعم العمل والاستمرارية دون أن يتحول إلى عبء يستهلك الوقت والموارد</w:t>
      </w:r>
      <w:r w:rsidRPr="0056349C">
        <w:rPr>
          <w:b/>
          <w:bCs/>
          <w:sz w:val="22"/>
        </w:rPr>
        <w:t>.</w:t>
      </w:r>
    </w:p>
    <w:p w14:paraId="016FA911" w14:textId="2B620F71" w:rsidR="0056349C" w:rsidRPr="0056349C" w:rsidRDefault="0056349C" w:rsidP="0056349C">
      <w:pPr>
        <w:bidi/>
        <w:spacing w:after="0" w:line="360" w:lineRule="auto"/>
        <w:rPr>
          <w:b/>
          <w:bCs/>
          <w:sz w:val="22"/>
        </w:rPr>
      </w:pPr>
      <w:r w:rsidRPr="0056349C">
        <w:rPr>
          <w:b/>
          <w:bCs/>
          <w:sz w:val="22"/>
        </w:rPr>
        <w:t xml:space="preserve">2.4.3 </w:t>
      </w:r>
      <w:r w:rsidRPr="004C0610">
        <w:rPr>
          <w:rFonts w:hint="cs"/>
          <w:b/>
          <w:bCs/>
          <w:sz w:val="22"/>
          <w:rtl/>
        </w:rPr>
        <w:t xml:space="preserve"> </w:t>
      </w:r>
      <w:r w:rsidRPr="0056349C">
        <w:rPr>
          <w:b/>
          <w:bCs/>
          <w:sz w:val="22"/>
          <w:rtl/>
        </w:rPr>
        <w:t>التعاون مع العميل أهم من التفاوض حول العقود</w:t>
      </w:r>
    </w:p>
    <w:p w14:paraId="33B5B1EA" w14:textId="77777777" w:rsidR="0056349C" w:rsidRPr="0056349C" w:rsidRDefault="0056349C" w:rsidP="0056349C">
      <w:pPr>
        <w:bidi/>
        <w:spacing w:after="0" w:line="360" w:lineRule="auto"/>
        <w:rPr>
          <w:b/>
          <w:bCs/>
          <w:sz w:val="22"/>
        </w:rPr>
      </w:pPr>
      <w:r w:rsidRPr="0056349C">
        <w:rPr>
          <w:b/>
          <w:bCs/>
          <w:sz w:val="22"/>
          <w:rtl/>
        </w:rPr>
        <w:t>تركز</w:t>
      </w:r>
      <w:r w:rsidRPr="0056349C">
        <w:rPr>
          <w:b/>
          <w:bCs/>
          <w:sz w:val="22"/>
        </w:rPr>
        <w:t xml:space="preserve"> Agile </w:t>
      </w:r>
      <w:r w:rsidRPr="0056349C">
        <w:rPr>
          <w:b/>
          <w:bCs/>
          <w:sz w:val="22"/>
          <w:rtl/>
        </w:rPr>
        <w:t>على إشراك العميل بصورة مستمرة طوال دورة تطوير المنتج، بدلًا من الاكتفاء بتحديد المتطلبات في بداية المشروع ثم الانتظار حتى التسليم النهائي</w:t>
      </w:r>
      <w:r w:rsidRPr="0056349C">
        <w:rPr>
          <w:b/>
          <w:bCs/>
          <w:sz w:val="22"/>
        </w:rPr>
        <w:t>.</w:t>
      </w:r>
    </w:p>
    <w:p w14:paraId="71B842BA" w14:textId="674553D8" w:rsidR="0056349C" w:rsidRPr="0056349C" w:rsidRDefault="0056349C" w:rsidP="003A5A92">
      <w:pPr>
        <w:bidi/>
        <w:spacing w:after="0" w:line="360" w:lineRule="auto"/>
        <w:rPr>
          <w:b/>
          <w:bCs/>
          <w:sz w:val="22"/>
          <w:rtl/>
        </w:rPr>
      </w:pPr>
      <w:r w:rsidRPr="0056349C">
        <w:rPr>
          <w:b/>
          <w:bCs/>
          <w:sz w:val="22"/>
          <w:rtl/>
        </w:rPr>
        <w:t>ويساعد التعاون المستمر على توضيح الأولويات، وفهم التغييرات، واكتشاف عدم التوافق مبكرًا، وتحسين رضا العميل عن المنتج النهائي</w:t>
      </w:r>
      <w:r w:rsidRPr="0056349C">
        <w:rPr>
          <w:b/>
          <w:bCs/>
          <w:sz w:val="22"/>
        </w:rPr>
        <w:t>.</w:t>
      </w:r>
    </w:p>
    <w:p w14:paraId="644A6124" w14:textId="216E5A85" w:rsidR="0056349C" w:rsidRPr="0056349C" w:rsidRDefault="0056349C" w:rsidP="0056349C">
      <w:pPr>
        <w:bidi/>
        <w:spacing w:after="0" w:line="360" w:lineRule="auto"/>
        <w:rPr>
          <w:b/>
          <w:bCs/>
          <w:sz w:val="22"/>
        </w:rPr>
      </w:pPr>
      <w:r w:rsidRPr="004C0610">
        <w:rPr>
          <w:b/>
          <w:bCs/>
          <w:sz w:val="22"/>
        </w:rPr>
        <w:t xml:space="preserve">2.4.4 </w:t>
      </w:r>
      <w:r w:rsidRPr="004C0610">
        <w:rPr>
          <w:rFonts w:hint="cs"/>
          <w:b/>
          <w:bCs/>
          <w:sz w:val="22"/>
          <w:rtl/>
        </w:rPr>
        <w:t>الاستجابة</w:t>
      </w:r>
      <w:r w:rsidRPr="0056349C">
        <w:rPr>
          <w:b/>
          <w:bCs/>
          <w:sz w:val="22"/>
          <w:rtl/>
        </w:rPr>
        <w:t xml:space="preserve"> للتغيير أهم من اتباع الخطة</w:t>
      </w:r>
    </w:p>
    <w:p w14:paraId="147D9ADE" w14:textId="77777777" w:rsidR="0056349C" w:rsidRPr="0056349C" w:rsidRDefault="0056349C" w:rsidP="0056349C">
      <w:pPr>
        <w:bidi/>
        <w:spacing w:after="0" w:line="360" w:lineRule="auto"/>
        <w:rPr>
          <w:b/>
          <w:bCs/>
          <w:sz w:val="22"/>
        </w:rPr>
      </w:pPr>
      <w:r w:rsidRPr="0056349C">
        <w:rPr>
          <w:b/>
          <w:bCs/>
          <w:sz w:val="22"/>
          <w:rtl/>
        </w:rPr>
        <w:t>تدرك الإدارة الرشيقة أن متطلبات مشاريع البرمجيات قد تتغير بسبب تغير احتياجات المستخدم أو ظروف السوق أو التقنية. ولذلك تسمح بإعادة ترتيب الأولويات وتعديل الخطة عندما تظهر معلومات جديدة</w:t>
      </w:r>
      <w:r w:rsidRPr="0056349C">
        <w:rPr>
          <w:b/>
          <w:bCs/>
          <w:sz w:val="22"/>
        </w:rPr>
        <w:t>.</w:t>
      </w:r>
    </w:p>
    <w:p w14:paraId="31AAE2A2" w14:textId="77777777" w:rsidR="0056349C" w:rsidRDefault="0056349C" w:rsidP="0056349C">
      <w:pPr>
        <w:bidi/>
        <w:spacing w:after="0" w:line="360" w:lineRule="auto"/>
        <w:rPr>
          <w:b/>
          <w:bCs/>
          <w:sz w:val="22"/>
          <w:rtl/>
        </w:rPr>
      </w:pPr>
      <w:r w:rsidRPr="0056349C">
        <w:rPr>
          <w:b/>
          <w:bCs/>
          <w:sz w:val="22"/>
          <w:rtl/>
        </w:rPr>
        <w:t>ولا يعني ذلك العمل دون خطة، بل يعني أن الخطة يجب أن تكون مرنة وقابلة للتحديث بما يحقق أفضل قيمة ممكنة للمشروع</w:t>
      </w:r>
      <w:r w:rsidRPr="0056349C">
        <w:rPr>
          <w:b/>
          <w:bCs/>
          <w:sz w:val="22"/>
        </w:rPr>
        <w:t>.</w:t>
      </w:r>
    </w:p>
    <w:p w14:paraId="3157A484" w14:textId="77777777" w:rsidR="0056349C" w:rsidRPr="0056349C" w:rsidRDefault="0056349C" w:rsidP="0056349C">
      <w:pPr>
        <w:bidi/>
        <w:spacing w:after="0" w:line="360" w:lineRule="auto"/>
        <w:rPr>
          <w:b/>
          <w:bCs/>
          <w:sz w:val="22"/>
          <w:rtl/>
        </w:rPr>
      </w:pPr>
    </w:p>
    <w:p w14:paraId="04BF85DD" w14:textId="77777777" w:rsidR="00F66411" w:rsidRPr="00F66411" w:rsidRDefault="00F66411" w:rsidP="00F66411">
      <w:pPr>
        <w:bidi/>
        <w:spacing w:after="0" w:line="360" w:lineRule="auto"/>
        <w:rPr>
          <w:b/>
          <w:bCs/>
          <w:sz w:val="22"/>
        </w:rPr>
      </w:pPr>
      <w:r w:rsidRPr="00F66411">
        <w:rPr>
          <w:b/>
          <w:bCs/>
          <w:sz w:val="22"/>
        </w:rPr>
        <w:t xml:space="preserve">2.5 </w:t>
      </w:r>
      <w:r w:rsidRPr="00F66411">
        <w:rPr>
          <w:b/>
          <w:bCs/>
          <w:sz w:val="22"/>
          <w:rtl/>
        </w:rPr>
        <w:t>مبادئ الإدارة الرشيقة</w:t>
      </w:r>
    </w:p>
    <w:p w14:paraId="427F2E9A" w14:textId="77777777" w:rsidR="00F66411" w:rsidRPr="00F66411" w:rsidRDefault="00F66411" w:rsidP="00F66411">
      <w:pPr>
        <w:bidi/>
        <w:spacing w:after="0" w:line="360" w:lineRule="auto"/>
        <w:rPr>
          <w:b/>
          <w:bCs/>
          <w:sz w:val="22"/>
        </w:rPr>
      </w:pPr>
      <w:r w:rsidRPr="00F66411">
        <w:rPr>
          <w:b/>
          <w:bCs/>
          <w:sz w:val="22"/>
          <w:rtl/>
        </w:rPr>
        <w:t>يتضمن بيان</w:t>
      </w:r>
      <w:r w:rsidRPr="00F66411">
        <w:rPr>
          <w:b/>
          <w:bCs/>
          <w:sz w:val="22"/>
        </w:rPr>
        <w:t xml:space="preserve"> Agile </w:t>
      </w:r>
      <w:r w:rsidRPr="00F66411">
        <w:rPr>
          <w:b/>
          <w:bCs/>
          <w:sz w:val="22"/>
          <w:rtl/>
        </w:rPr>
        <w:t>اثني عشر مبدأً، ويمكن تلخيص أبرزها فيما يأتي</w:t>
      </w:r>
      <w:r w:rsidRPr="00F66411">
        <w:rPr>
          <w:b/>
          <w:bCs/>
          <w:sz w:val="22"/>
        </w:rPr>
        <w:t>:</w:t>
      </w:r>
    </w:p>
    <w:p w14:paraId="242B9015" w14:textId="77777777" w:rsidR="00F66411" w:rsidRPr="00F66411" w:rsidRDefault="00F66411" w:rsidP="00293444">
      <w:pPr>
        <w:numPr>
          <w:ilvl w:val="0"/>
          <w:numId w:val="9"/>
        </w:numPr>
        <w:bidi/>
        <w:spacing w:after="0" w:line="360" w:lineRule="auto"/>
        <w:rPr>
          <w:b/>
          <w:bCs/>
          <w:sz w:val="22"/>
        </w:rPr>
      </w:pPr>
      <w:r w:rsidRPr="00F66411">
        <w:rPr>
          <w:b/>
          <w:bCs/>
          <w:sz w:val="22"/>
          <w:rtl/>
        </w:rPr>
        <w:t>تحقيق رضا العميل من خلال التسليم المبكر والمستمر للبرمجيات ذات القيمة</w:t>
      </w:r>
      <w:r w:rsidRPr="00F66411">
        <w:rPr>
          <w:b/>
          <w:bCs/>
          <w:sz w:val="22"/>
        </w:rPr>
        <w:t xml:space="preserve">. </w:t>
      </w:r>
    </w:p>
    <w:p w14:paraId="364329B4" w14:textId="77777777" w:rsidR="00F66411" w:rsidRPr="00F66411" w:rsidRDefault="00F66411" w:rsidP="00293444">
      <w:pPr>
        <w:numPr>
          <w:ilvl w:val="0"/>
          <w:numId w:val="9"/>
        </w:numPr>
        <w:bidi/>
        <w:spacing w:after="0" w:line="360" w:lineRule="auto"/>
        <w:rPr>
          <w:b/>
          <w:bCs/>
          <w:sz w:val="22"/>
        </w:rPr>
      </w:pPr>
      <w:r w:rsidRPr="00F66411">
        <w:rPr>
          <w:b/>
          <w:bCs/>
          <w:sz w:val="22"/>
          <w:rtl/>
        </w:rPr>
        <w:t>الترحيب بتغير المتطلبات، حتى في المراحل المتقدمة من المشروع، عندما يؤدي التغيير إلى تحقيق قيمة أفضل</w:t>
      </w:r>
      <w:r w:rsidRPr="00F66411">
        <w:rPr>
          <w:b/>
          <w:bCs/>
          <w:sz w:val="22"/>
        </w:rPr>
        <w:t xml:space="preserve">. </w:t>
      </w:r>
    </w:p>
    <w:p w14:paraId="49A3C172" w14:textId="77777777" w:rsidR="00F66411" w:rsidRPr="00F66411" w:rsidRDefault="00F66411" w:rsidP="00293444">
      <w:pPr>
        <w:numPr>
          <w:ilvl w:val="0"/>
          <w:numId w:val="9"/>
        </w:numPr>
        <w:bidi/>
        <w:spacing w:after="0" w:line="360" w:lineRule="auto"/>
        <w:rPr>
          <w:b/>
          <w:bCs/>
          <w:sz w:val="22"/>
        </w:rPr>
      </w:pPr>
      <w:r w:rsidRPr="00F66411">
        <w:rPr>
          <w:b/>
          <w:bCs/>
          <w:sz w:val="22"/>
          <w:rtl/>
        </w:rPr>
        <w:t>تسليم منتجات أو وظائف برمجية بصورة متكررة خلال فترات زمنية قصيرة</w:t>
      </w:r>
      <w:r w:rsidRPr="00F66411">
        <w:rPr>
          <w:b/>
          <w:bCs/>
          <w:sz w:val="22"/>
        </w:rPr>
        <w:t xml:space="preserve">. </w:t>
      </w:r>
    </w:p>
    <w:p w14:paraId="2A411133" w14:textId="77777777" w:rsidR="00F66411" w:rsidRPr="00F66411" w:rsidRDefault="00F66411" w:rsidP="00293444">
      <w:pPr>
        <w:numPr>
          <w:ilvl w:val="0"/>
          <w:numId w:val="9"/>
        </w:numPr>
        <w:bidi/>
        <w:spacing w:after="0" w:line="360" w:lineRule="auto"/>
        <w:rPr>
          <w:b/>
          <w:bCs/>
          <w:sz w:val="22"/>
        </w:rPr>
      </w:pPr>
      <w:r w:rsidRPr="00F66411">
        <w:rPr>
          <w:b/>
          <w:bCs/>
          <w:sz w:val="22"/>
          <w:rtl/>
        </w:rPr>
        <w:t>تعزيز التعاون اليومي بين ممثلي الأعمال وفرق التطوير</w:t>
      </w:r>
      <w:r w:rsidRPr="00F66411">
        <w:rPr>
          <w:b/>
          <w:bCs/>
          <w:sz w:val="22"/>
        </w:rPr>
        <w:t xml:space="preserve">. </w:t>
      </w:r>
    </w:p>
    <w:p w14:paraId="1D3DA2C1" w14:textId="77777777" w:rsidR="00F66411" w:rsidRPr="00F66411" w:rsidRDefault="00F66411" w:rsidP="00293444">
      <w:pPr>
        <w:numPr>
          <w:ilvl w:val="0"/>
          <w:numId w:val="9"/>
        </w:numPr>
        <w:bidi/>
        <w:spacing w:after="0" w:line="360" w:lineRule="auto"/>
        <w:rPr>
          <w:b/>
          <w:bCs/>
          <w:sz w:val="22"/>
        </w:rPr>
      </w:pPr>
      <w:r w:rsidRPr="00F66411">
        <w:rPr>
          <w:b/>
          <w:bCs/>
          <w:sz w:val="22"/>
          <w:rtl/>
        </w:rPr>
        <w:t>بناء المشاريع حول أفراد مؤهلين، وتوفير الدعم والثقة اللازمة لهم</w:t>
      </w:r>
      <w:r w:rsidRPr="00F66411">
        <w:rPr>
          <w:b/>
          <w:bCs/>
          <w:sz w:val="22"/>
        </w:rPr>
        <w:t xml:space="preserve">. </w:t>
      </w:r>
    </w:p>
    <w:p w14:paraId="609975B1" w14:textId="77777777" w:rsidR="00F66411" w:rsidRPr="00F66411" w:rsidRDefault="00F66411" w:rsidP="00293444">
      <w:pPr>
        <w:numPr>
          <w:ilvl w:val="0"/>
          <w:numId w:val="9"/>
        </w:numPr>
        <w:bidi/>
        <w:spacing w:after="0" w:line="360" w:lineRule="auto"/>
        <w:rPr>
          <w:b/>
          <w:bCs/>
          <w:sz w:val="22"/>
        </w:rPr>
      </w:pPr>
      <w:r w:rsidRPr="00F66411">
        <w:rPr>
          <w:b/>
          <w:bCs/>
          <w:sz w:val="22"/>
          <w:rtl/>
        </w:rPr>
        <w:t>الاعتماد على التواصل المباشر والواضح بين أعضاء الفريق</w:t>
      </w:r>
      <w:r w:rsidRPr="00F66411">
        <w:rPr>
          <w:b/>
          <w:bCs/>
          <w:sz w:val="22"/>
        </w:rPr>
        <w:t xml:space="preserve">. </w:t>
      </w:r>
    </w:p>
    <w:p w14:paraId="7A44EE40" w14:textId="77777777" w:rsidR="00F66411" w:rsidRPr="00F66411" w:rsidRDefault="00F66411" w:rsidP="00293444">
      <w:pPr>
        <w:numPr>
          <w:ilvl w:val="0"/>
          <w:numId w:val="9"/>
        </w:numPr>
        <w:bidi/>
        <w:spacing w:after="0" w:line="360" w:lineRule="auto"/>
        <w:rPr>
          <w:b/>
          <w:bCs/>
          <w:sz w:val="22"/>
        </w:rPr>
      </w:pPr>
      <w:r w:rsidRPr="00F66411">
        <w:rPr>
          <w:b/>
          <w:bCs/>
          <w:sz w:val="22"/>
          <w:rtl/>
        </w:rPr>
        <w:t>اعتبار البرمجيات العاملة من أهم مؤشرات تقدم المشروع</w:t>
      </w:r>
      <w:r w:rsidRPr="00F66411">
        <w:rPr>
          <w:b/>
          <w:bCs/>
          <w:sz w:val="22"/>
        </w:rPr>
        <w:t xml:space="preserve">. </w:t>
      </w:r>
    </w:p>
    <w:p w14:paraId="4174FD1E" w14:textId="77777777" w:rsidR="00F66411" w:rsidRPr="00F66411" w:rsidRDefault="00F66411" w:rsidP="00293444">
      <w:pPr>
        <w:numPr>
          <w:ilvl w:val="0"/>
          <w:numId w:val="9"/>
        </w:numPr>
        <w:bidi/>
        <w:spacing w:after="0" w:line="360" w:lineRule="auto"/>
        <w:rPr>
          <w:b/>
          <w:bCs/>
          <w:sz w:val="22"/>
        </w:rPr>
      </w:pPr>
      <w:r w:rsidRPr="00F66411">
        <w:rPr>
          <w:b/>
          <w:bCs/>
          <w:sz w:val="22"/>
          <w:rtl/>
        </w:rPr>
        <w:t>المحافظة على وتيرة عمل مستقرة وقابلة للاستمرار</w:t>
      </w:r>
      <w:r w:rsidRPr="00F66411">
        <w:rPr>
          <w:b/>
          <w:bCs/>
          <w:sz w:val="22"/>
        </w:rPr>
        <w:t xml:space="preserve">. </w:t>
      </w:r>
    </w:p>
    <w:p w14:paraId="401F4915" w14:textId="77777777" w:rsidR="00F66411" w:rsidRPr="00F66411" w:rsidRDefault="00F66411" w:rsidP="00293444">
      <w:pPr>
        <w:numPr>
          <w:ilvl w:val="0"/>
          <w:numId w:val="9"/>
        </w:numPr>
        <w:bidi/>
        <w:spacing w:after="0" w:line="360" w:lineRule="auto"/>
        <w:rPr>
          <w:b/>
          <w:bCs/>
          <w:sz w:val="22"/>
        </w:rPr>
      </w:pPr>
      <w:r w:rsidRPr="00F66411">
        <w:rPr>
          <w:b/>
          <w:bCs/>
          <w:sz w:val="22"/>
          <w:rtl/>
        </w:rPr>
        <w:t>الاهتمام المستمر بالجودة الفنية والتصميم الجيد</w:t>
      </w:r>
      <w:r w:rsidRPr="00F66411">
        <w:rPr>
          <w:b/>
          <w:bCs/>
          <w:sz w:val="22"/>
        </w:rPr>
        <w:t xml:space="preserve">. </w:t>
      </w:r>
    </w:p>
    <w:p w14:paraId="0B4374A9" w14:textId="77777777" w:rsidR="00F66411" w:rsidRPr="00F66411" w:rsidRDefault="00F66411" w:rsidP="00293444">
      <w:pPr>
        <w:numPr>
          <w:ilvl w:val="0"/>
          <w:numId w:val="9"/>
        </w:numPr>
        <w:bidi/>
        <w:spacing w:after="0" w:line="360" w:lineRule="auto"/>
        <w:rPr>
          <w:b/>
          <w:bCs/>
          <w:sz w:val="22"/>
        </w:rPr>
      </w:pPr>
      <w:r w:rsidRPr="00F66411">
        <w:rPr>
          <w:b/>
          <w:bCs/>
          <w:sz w:val="22"/>
          <w:rtl/>
        </w:rPr>
        <w:t>التركيز على البساطة وتجنب الأعمال والإجراءات غير الضرورية</w:t>
      </w:r>
      <w:r w:rsidRPr="00F66411">
        <w:rPr>
          <w:b/>
          <w:bCs/>
          <w:sz w:val="22"/>
        </w:rPr>
        <w:t xml:space="preserve">. </w:t>
      </w:r>
    </w:p>
    <w:p w14:paraId="35DF3C8E" w14:textId="77777777" w:rsidR="00F66411" w:rsidRPr="00F66411" w:rsidRDefault="00F66411" w:rsidP="00293444">
      <w:pPr>
        <w:numPr>
          <w:ilvl w:val="0"/>
          <w:numId w:val="9"/>
        </w:numPr>
        <w:bidi/>
        <w:spacing w:after="0" w:line="360" w:lineRule="auto"/>
        <w:rPr>
          <w:b/>
          <w:bCs/>
          <w:sz w:val="22"/>
        </w:rPr>
      </w:pPr>
      <w:r w:rsidRPr="00F66411">
        <w:rPr>
          <w:b/>
          <w:bCs/>
          <w:sz w:val="22"/>
          <w:rtl/>
        </w:rPr>
        <w:t>تمكين الفرق ذاتية التنظيم من اتخاذ القرارات المناسبة للعمل</w:t>
      </w:r>
      <w:r w:rsidRPr="00F66411">
        <w:rPr>
          <w:b/>
          <w:bCs/>
          <w:sz w:val="22"/>
        </w:rPr>
        <w:t xml:space="preserve">. </w:t>
      </w:r>
    </w:p>
    <w:p w14:paraId="5022E029" w14:textId="77777777" w:rsidR="00F66411" w:rsidRPr="00F66411" w:rsidRDefault="00F66411" w:rsidP="00293444">
      <w:pPr>
        <w:numPr>
          <w:ilvl w:val="0"/>
          <w:numId w:val="9"/>
        </w:numPr>
        <w:bidi/>
        <w:spacing w:after="0" w:line="360" w:lineRule="auto"/>
        <w:rPr>
          <w:b/>
          <w:bCs/>
          <w:sz w:val="22"/>
        </w:rPr>
      </w:pPr>
      <w:r w:rsidRPr="00F66411">
        <w:rPr>
          <w:b/>
          <w:bCs/>
          <w:sz w:val="22"/>
          <w:rtl/>
        </w:rPr>
        <w:t>مراجعة طريقة العمل بصورة دورية وتحديد فرص التحسين</w:t>
      </w:r>
      <w:r w:rsidRPr="00F66411">
        <w:rPr>
          <w:b/>
          <w:bCs/>
          <w:sz w:val="22"/>
        </w:rPr>
        <w:t xml:space="preserve">. </w:t>
      </w:r>
    </w:p>
    <w:p w14:paraId="64FE7729" w14:textId="77777777" w:rsidR="00F66411" w:rsidRDefault="00F66411" w:rsidP="00F66411">
      <w:pPr>
        <w:bidi/>
        <w:spacing w:after="0" w:line="360" w:lineRule="auto"/>
        <w:rPr>
          <w:b/>
          <w:bCs/>
          <w:sz w:val="22"/>
          <w:rtl/>
        </w:rPr>
      </w:pPr>
      <w:r w:rsidRPr="00F66411">
        <w:rPr>
          <w:b/>
          <w:bCs/>
          <w:sz w:val="22"/>
          <w:rtl/>
        </w:rPr>
        <w:t>وتوضح هذه المبادئ أن</w:t>
      </w:r>
      <w:r w:rsidRPr="00F66411">
        <w:rPr>
          <w:b/>
          <w:bCs/>
          <w:sz w:val="22"/>
        </w:rPr>
        <w:t xml:space="preserve"> Agile </w:t>
      </w:r>
      <w:r w:rsidRPr="00F66411">
        <w:rPr>
          <w:b/>
          <w:bCs/>
          <w:sz w:val="22"/>
          <w:rtl/>
        </w:rPr>
        <w:t>لا تركز فقط على سرعة التسليم، بل تربط السرعة بالجودة، والتعاون، والاستدامة، والتحسين المستمر</w:t>
      </w:r>
      <w:r w:rsidRPr="00F66411">
        <w:rPr>
          <w:b/>
          <w:bCs/>
          <w:sz w:val="22"/>
        </w:rPr>
        <w:t>.</w:t>
      </w:r>
    </w:p>
    <w:p w14:paraId="751748BC" w14:textId="77777777" w:rsidR="00223EEC" w:rsidRPr="00F66411" w:rsidRDefault="00223EEC" w:rsidP="00223EEC">
      <w:pPr>
        <w:bidi/>
        <w:spacing w:after="0" w:line="360" w:lineRule="auto"/>
        <w:rPr>
          <w:b/>
          <w:bCs/>
          <w:sz w:val="22"/>
        </w:rPr>
      </w:pPr>
    </w:p>
    <w:p w14:paraId="2CAA1307" w14:textId="77777777" w:rsidR="00EC1D9C" w:rsidRPr="004C0610" w:rsidRDefault="00EC1D9C" w:rsidP="00EC1D9C">
      <w:pPr>
        <w:bidi/>
        <w:spacing w:after="0" w:line="360" w:lineRule="auto"/>
        <w:rPr>
          <w:b/>
          <w:bCs/>
          <w:sz w:val="22"/>
          <w:rtl/>
        </w:rPr>
      </w:pPr>
    </w:p>
    <w:p w14:paraId="4E747B79" w14:textId="77777777" w:rsidR="00F66411" w:rsidRPr="00F66411" w:rsidRDefault="00F66411" w:rsidP="00F66411">
      <w:pPr>
        <w:bidi/>
        <w:spacing w:after="0" w:line="360" w:lineRule="auto"/>
        <w:rPr>
          <w:b/>
          <w:bCs/>
          <w:sz w:val="22"/>
        </w:rPr>
      </w:pPr>
      <w:r w:rsidRPr="00F66411">
        <w:rPr>
          <w:b/>
          <w:bCs/>
          <w:sz w:val="22"/>
        </w:rPr>
        <w:lastRenderedPageBreak/>
        <w:t xml:space="preserve">2.6 </w:t>
      </w:r>
      <w:r w:rsidRPr="00F66411">
        <w:rPr>
          <w:b/>
          <w:bCs/>
          <w:sz w:val="22"/>
          <w:rtl/>
        </w:rPr>
        <w:t>خصائص الإدارة الرشيقة</w:t>
      </w:r>
    </w:p>
    <w:p w14:paraId="65B1BA01" w14:textId="77777777" w:rsidR="00F66411" w:rsidRPr="00F66411" w:rsidRDefault="00F66411" w:rsidP="00F66411">
      <w:pPr>
        <w:bidi/>
        <w:spacing w:after="0" w:line="360" w:lineRule="auto"/>
        <w:rPr>
          <w:b/>
          <w:bCs/>
          <w:sz w:val="22"/>
        </w:rPr>
      </w:pPr>
      <w:r w:rsidRPr="00F66411">
        <w:rPr>
          <w:b/>
          <w:bCs/>
          <w:sz w:val="22"/>
          <w:rtl/>
        </w:rPr>
        <w:t>تتميز الإدارة الرشيقة بمجموعة من الخصائص التي تجعلها مناسبة لمشاريع البرمجيات، ومنها</w:t>
      </w:r>
      <w:r w:rsidRPr="00F66411">
        <w:rPr>
          <w:b/>
          <w:bCs/>
          <w:sz w:val="22"/>
        </w:rPr>
        <w:t>:</w:t>
      </w:r>
    </w:p>
    <w:p w14:paraId="6E39AB87" w14:textId="77777777" w:rsidR="00F66411" w:rsidRPr="00F66411" w:rsidRDefault="00F66411" w:rsidP="00F66411">
      <w:pPr>
        <w:bidi/>
        <w:spacing w:after="0" w:line="360" w:lineRule="auto"/>
        <w:rPr>
          <w:b/>
          <w:bCs/>
          <w:sz w:val="22"/>
        </w:rPr>
      </w:pPr>
      <w:r w:rsidRPr="00F66411">
        <w:rPr>
          <w:b/>
          <w:bCs/>
          <w:sz w:val="22"/>
        </w:rPr>
        <w:t xml:space="preserve">2.6.1 </w:t>
      </w:r>
      <w:r w:rsidRPr="00F66411">
        <w:rPr>
          <w:b/>
          <w:bCs/>
          <w:sz w:val="22"/>
          <w:rtl/>
        </w:rPr>
        <w:t>التطوير التكراري</w:t>
      </w:r>
    </w:p>
    <w:p w14:paraId="35763ADA" w14:textId="77777777" w:rsidR="00F66411" w:rsidRPr="00F66411" w:rsidRDefault="00F66411" w:rsidP="00F66411">
      <w:pPr>
        <w:bidi/>
        <w:spacing w:after="0" w:line="360" w:lineRule="auto"/>
        <w:rPr>
          <w:b/>
          <w:bCs/>
          <w:sz w:val="22"/>
        </w:rPr>
      </w:pPr>
      <w:r w:rsidRPr="00F66411">
        <w:rPr>
          <w:b/>
          <w:bCs/>
          <w:sz w:val="22"/>
          <w:rtl/>
        </w:rPr>
        <w:t>يتم تطوير المنتج من خلال دورات قصيرة ومتكررة، ويجري في نهاية كل دورة إنتاج جزء قابل للاختبار أو الاستخدام</w:t>
      </w:r>
      <w:r w:rsidRPr="00F66411">
        <w:rPr>
          <w:b/>
          <w:bCs/>
          <w:sz w:val="22"/>
        </w:rPr>
        <w:t>.</w:t>
      </w:r>
    </w:p>
    <w:p w14:paraId="13BC8AC0" w14:textId="77777777" w:rsidR="00F66411" w:rsidRPr="00F66411" w:rsidRDefault="00F66411" w:rsidP="00F66411">
      <w:pPr>
        <w:bidi/>
        <w:spacing w:after="0" w:line="360" w:lineRule="auto"/>
        <w:rPr>
          <w:b/>
          <w:bCs/>
          <w:sz w:val="22"/>
        </w:rPr>
      </w:pPr>
      <w:r w:rsidRPr="00F66411">
        <w:rPr>
          <w:b/>
          <w:bCs/>
          <w:sz w:val="22"/>
          <w:rtl/>
        </w:rPr>
        <w:t>يساعد هذا الأسلوب على اكتشاف المشكلات بصورة مبكرة، ويقلل مخاطر انتظار نهاية المشروع قبل تقييم المنتج</w:t>
      </w:r>
      <w:r w:rsidRPr="00F66411">
        <w:rPr>
          <w:b/>
          <w:bCs/>
          <w:sz w:val="22"/>
        </w:rPr>
        <w:t>.</w:t>
      </w:r>
    </w:p>
    <w:p w14:paraId="43239B27" w14:textId="77777777" w:rsidR="00F66411" w:rsidRPr="00F66411" w:rsidRDefault="00F66411" w:rsidP="00F66411">
      <w:pPr>
        <w:bidi/>
        <w:spacing w:after="0" w:line="360" w:lineRule="auto"/>
        <w:rPr>
          <w:b/>
          <w:bCs/>
          <w:sz w:val="22"/>
        </w:rPr>
      </w:pPr>
      <w:r w:rsidRPr="00F66411">
        <w:rPr>
          <w:b/>
          <w:bCs/>
          <w:sz w:val="22"/>
        </w:rPr>
        <w:t xml:space="preserve">2.6.2 </w:t>
      </w:r>
      <w:r w:rsidRPr="00F66411">
        <w:rPr>
          <w:b/>
          <w:bCs/>
          <w:sz w:val="22"/>
          <w:rtl/>
        </w:rPr>
        <w:t>التسليم التدريجي</w:t>
      </w:r>
    </w:p>
    <w:p w14:paraId="4803F1DF" w14:textId="77777777" w:rsidR="00F66411" w:rsidRPr="00F66411" w:rsidRDefault="00F66411" w:rsidP="00F66411">
      <w:pPr>
        <w:bidi/>
        <w:spacing w:after="0" w:line="360" w:lineRule="auto"/>
        <w:rPr>
          <w:b/>
          <w:bCs/>
          <w:sz w:val="22"/>
        </w:rPr>
      </w:pPr>
      <w:r w:rsidRPr="00F66411">
        <w:rPr>
          <w:b/>
          <w:bCs/>
          <w:sz w:val="22"/>
          <w:rtl/>
        </w:rPr>
        <w:t>لا يتم تسليم المنتج كاملًا دفعة واحدة، بل يتم تطويره وتسليمه على مراحل. ويتيح ذلك تقديم الوظائف الأكثر أهمية أولًا، والحصول على قيمة مبكرة</w:t>
      </w:r>
      <w:r w:rsidRPr="00F66411">
        <w:rPr>
          <w:b/>
          <w:bCs/>
          <w:sz w:val="22"/>
        </w:rPr>
        <w:t>.</w:t>
      </w:r>
    </w:p>
    <w:p w14:paraId="5A62D585" w14:textId="77777777" w:rsidR="00F66411" w:rsidRPr="00F66411" w:rsidRDefault="00F66411" w:rsidP="00F66411">
      <w:pPr>
        <w:bidi/>
        <w:spacing w:after="0" w:line="360" w:lineRule="auto"/>
        <w:rPr>
          <w:b/>
          <w:bCs/>
          <w:sz w:val="22"/>
        </w:rPr>
      </w:pPr>
      <w:r w:rsidRPr="00F66411">
        <w:rPr>
          <w:b/>
          <w:bCs/>
          <w:sz w:val="22"/>
        </w:rPr>
        <w:t xml:space="preserve">2.6.3 </w:t>
      </w:r>
      <w:r w:rsidRPr="00F66411">
        <w:rPr>
          <w:b/>
          <w:bCs/>
          <w:sz w:val="22"/>
          <w:rtl/>
        </w:rPr>
        <w:t>المرونة في إدارة المتطلبات</w:t>
      </w:r>
    </w:p>
    <w:p w14:paraId="1CA64388" w14:textId="77777777" w:rsidR="00F66411" w:rsidRPr="00F66411" w:rsidRDefault="00F66411" w:rsidP="00F66411">
      <w:pPr>
        <w:bidi/>
        <w:spacing w:after="0" w:line="360" w:lineRule="auto"/>
        <w:rPr>
          <w:b/>
          <w:bCs/>
          <w:sz w:val="22"/>
        </w:rPr>
      </w:pPr>
      <w:r w:rsidRPr="00F66411">
        <w:rPr>
          <w:b/>
          <w:bCs/>
          <w:sz w:val="22"/>
          <w:rtl/>
        </w:rPr>
        <w:t>يمكن إعادة ترتيب المتطلبات والأولويات بناءً على ملاحظات العميل أو التغيرات في السوق أو نتائج الاختبار</w:t>
      </w:r>
      <w:r w:rsidRPr="00F66411">
        <w:rPr>
          <w:b/>
          <w:bCs/>
          <w:sz w:val="22"/>
        </w:rPr>
        <w:t>.</w:t>
      </w:r>
    </w:p>
    <w:p w14:paraId="317987AE" w14:textId="77777777" w:rsidR="00F66411" w:rsidRPr="00F66411" w:rsidRDefault="00F66411" w:rsidP="00F66411">
      <w:pPr>
        <w:bidi/>
        <w:spacing w:after="0" w:line="360" w:lineRule="auto"/>
        <w:rPr>
          <w:b/>
          <w:bCs/>
          <w:sz w:val="22"/>
        </w:rPr>
      </w:pPr>
      <w:r w:rsidRPr="00F66411">
        <w:rPr>
          <w:b/>
          <w:bCs/>
          <w:sz w:val="22"/>
        </w:rPr>
        <w:t xml:space="preserve">2.6.4 </w:t>
      </w:r>
      <w:r w:rsidRPr="00F66411">
        <w:rPr>
          <w:b/>
          <w:bCs/>
          <w:sz w:val="22"/>
          <w:rtl/>
        </w:rPr>
        <w:t>التعاون المستمر</w:t>
      </w:r>
    </w:p>
    <w:p w14:paraId="1E56FECC" w14:textId="77777777" w:rsidR="00F66411" w:rsidRPr="00F66411" w:rsidRDefault="00F66411" w:rsidP="00F66411">
      <w:pPr>
        <w:bidi/>
        <w:spacing w:after="0" w:line="360" w:lineRule="auto"/>
        <w:rPr>
          <w:b/>
          <w:bCs/>
          <w:sz w:val="22"/>
        </w:rPr>
      </w:pPr>
      <w:r w:rsidRPr="00F66411">
        <w:rPr>
          <w:b/>
          <w:bCs/>
          <w:sz w:val="22"/>
          <w:rtl/>
        </w:rPr>
        <w:t>تعتمد</w:t>
      </w:r>
      <w:r w:rsidRPr="00F66411">
        <w:rPr>
          <w:b/>
          <w:bCs/>
          <w:sz w:val="22"/>
        </w:rPr>
        <w:t xml:space="preserve"> Agile </w:t>
      </w:r>
      <w:r w:rsidRPr="00F66411">
        <w:rPr>
          <w:b/>
          <w:bCs/>
          <w:sz w:val="22"/>
          <w:rtl/>
        </w:rPr>
        <w:t>على التواصل المستمر بين المطورين، ومدير المنتج، وفريق الجودة، والعميل، وأصحاب المصلحة</w:t>
      </w:r>
      <w:r w:rsidRPr="00F66411">
        <w:rPr>
          <w:b/>
          <w:bCs/>
          <w:sz w:val="22"/>
        </w:rPr>
        <w:t>.</w:t>
      </w:r>
    </w:p>
    <w:p w14:paraId="0A7990C2" w14:textId="77777777" w:rsidR="00F66411" w:rsidRPr="00F66411" w:rsidRDefault="00F66411" w:rsidP="00F66411">
      <w:pPr>
        <w:bidi/>
        <w:spacing w:after="0" w:line="360" w:lineRule="auto"/>
        <w:rPr>
          <w:b/>
          <w:bCs/>
          <w:sz w:val="22"/>
        </w:rPr>
      </w:pPr>
      <w:r w:rsidRPr="00F66411">
        <w:rPr>
          <w:b/>
          <w:bCs/>
          <w:sz w:val="22"/>
        </w:rPr>
        <w:t xml:space="preserve">2.6.5 </w:t>
      </w:r>
      <w:r w:rsidRPr="00F66411">
        <w:rPr>
          <w:b/>
          <w:bCs/>
          <w:sz w:val="22"/>
          <w:rtl/>
        </w:rPr>
        <w:t>الشفافية</w:t>
      </w:r>
    </w:p>
    <w:p w14:paraId="74B3223D" w14:textId="77777777" w:rsidR="00F66411" w:rsidRPr="00F66411" w:rsidRDefault="00F66411" w:rsidP="00F66411">
      <w:pPr>
        <w:bidi/>
        <w:spacing w:after="0" w:line="360" w:lineRule="auto"/>
        <w:rPr>
          <w:b/>
          <w:bCs/>
          <w:sz w:val="22"/>
        </w:rPr>
      </w:pPr>
      <w:r w:rsidRPr="00F66411">
        <w:rPr>
          <w:b/>
          <w:bCs/>
          <w:sz w:val="22"/>
          <w:rtl/>
        </w:rPr>
        <w:t>تساعد الاجتماعات الدورية ولوحات العمل وقوائم المهام على إظهار حالة المشروع، والعوائق، والأعمال المنجزة والمتبقية</w:t>
      </w:r>
      <w:r w:rsidRPr="00F66411">
        <w:rPr>
          <w:b/>
          <w:bCs/>
          <w:sz w:val="22"/>
        </w:rPr>
        <w:t>.</w:t>
      </w:r>
    </w:p>
    <w:p w14:paraId="17356E1B" w14:textId="77777777" w:rsidR="00F66411" w:rsidRPr="00F66411" w:rsidRDefault="00F66411" w:rsidP="00F66411">
      <w:pPr>
        <w:bidi/>
        <w:spacing w:after="0" w:line="360" w:lineRule="auto"/>
        <w:rPr>
          <w:b/>
          <w:bCs/>
          <w:sz w:val="22"/>
        </w:rPr>
      </w:pPr>
      <w:r w:rsidRPr="00F66411">
        <w:rPr>
          <w:b/>
          <w:bCs/>
          <w:sz w:val="22"/>
        </w:rPr>
        <w:t xml:space="preserve">2.6.6 </w:t>
      </w:r>
      <w:r w:rsidRPr="00F66411">
        <w:rPr>
          <w:b/>
          <w:bCs/>
          <w:sz w:val="22"/>
          <w:rtl/>
        </w:rPr>
        <w:t>التحسين المستمر</w:t>
      </w:r>
    </w:p>
    <w:p w14:paraId="77CDC3AB" w14:textId="77777777" w:rsidR="00F66411" w:rsidRPr="00F66411" w:rsidRDefault="00F66411" w:rsidP="00F66411">
      <w:pPr>
        <w:bidi/>
        <w:spacing w:after="0" w:line="360" w:lineRule="auto"/>
        <w:rPr>
          <w:b/>
          <w:bCs/>
          <w:sz w:val="22"/>
        </w:rPr>
      </w:pPr>
      <w:r w:rsidRPr="00F66411">
        <w:rPr>
          <w:b/>
          <w:bCs/>
          <w:sz w:val="22"/>
          <w:rtl/>
        </w:rPr>
        <w:t>تتم مراجعة طريقة العمل بصورة دورية، وتحديد ما تم بنجاح، وما يحتاج إلى تحسين، ثم تطبيق إجراءات تطويرية في الدورات التالية</w:t>
      </w:r>
      <w:r w:rsidRPr="00F66411">
        <w:rPr>
          <w:b/>
          <w:bCs/>
          <w:sz w:val="22"/>
        </w:rPr>
        <w:t>.</w:t>
      </w:r>
    </w:p>
    <w:p w14:paraId="1C6677E2" w14:textId="77777777" w:rsidR="00F66411" w:rsidRPr="004C0610" w:rsidRDefault="00F66411" w:rsidP="00F66411">
      <w:pPr>
        <w:bidi/>
        <w:spacing w:after="0" w:line="360" w:lineRule="auto"/>
        <w:rPr>
          <w:b/>
          <w:bCs/>
          <w:sz w:val="22"/>
          <w:rtl/>
        </w:rPr>
      </w:pPr>
    </w:p>
    <w:p w14:paraId="24451AA6" w14:textId="77777777" w:rsidR="00836859" w:rsidRPr="00836859" w:rsidRDefault="00836859" w:rsidP="00836859">
      <w:pPr>
        <w:bidi/>
        <w:spacing w:after="0" w:line="360" w:lineRule="auto"/>
        <w:rPr>
          <w:b/>
          <w:bCs/>
          <w:sz w:val="22"/>
        </w:rPr>
      </w:pPr>
      <w:r w:rsidRPr="00836859">
        <w:rPr>
          <w:b/>
          <w:bCs/>
          <w:sz w:val="22"/>
        </w:rPr>
        <w:t xml:space="preserve">2.7 </w:t>
      </w:r>
      <w:r w:rsidRPr="00836859">
        <w:rPr>
          <w:b/>
          <w:bCs/>
          <w:sz w:val="22"/>
          <w:rtl/>
        </w:rPr>
        <w:t>أشهر أطر الإدارة الرشيقة</w:t>
      </w:r>
    </w:p>
    <w:p w14:paraId="0A1C1B10" w14:textId="77777777" w:rsidR="00836859" w:rsidRPr="00836859" w:rsidRDefault="00836859" w:rsidP="00836859">
      <w:pPr>
        <w:bidi/>
        <w:spacing w:after="0" w:line="360" w:lineRule="auto"/>
        <w:rPr>
          <w:b/>
          <w:bCs/>
          <w:sz w:val="22"/>
        </w:rPr>
      </w:pPr>
      <w:r w:rsidRPr="00836859">
        <w:rPr>
          <w:b/>
          <w:bCs/>
          <w:sz w:val="22"/>
          <w:rtl/>
        </w:rPr>
        <w:t>تتضمن الإدارة الرشيقة مجموعة من الأطر والممارسات، ولا تمثل</w:t>
      </w:r>
      <w:r w:rsidRPr="00836859">
        <w:rPr>
          <w:b/>
          <w:bCs/>
          <w:sz w:val="22"/>
        </w:rPr>
        <w:t xml:space="preserve"> Agile </w:t>
      </w:r>
      <w:r w:rsidRPr="00836859">
        <w:rPr>
          <w:b/>
          <w:bCs/>
          <w:sz w:val="22"/>
          <w:rtl/>
        </w:rPr>
        <w:t>إطارًا واحدًا محددًا. ومن أشهر هذه الأطر ما يأتي</w:t>
      </w:r>
      <w:r w:rsidRPr="00836859">
        <w:rPr>
          <w:b/>
          <w:bCs/>
          <w:sz w:val="22"/>
        </w:rPr>
        <w:t>:</w:t>
      </w:r>
    </w:p>
    <w:p w14:paraId="7346F699" w14:textId="77777777" w:rsidR="00836859" w:rsidRPr="00836859" w:rsidRDefault="00836859" w:rsidP="00836859">
      <w:pPr>
        <w:bidi/>
        <w:spacing w:after="0" w:line="360" w:lineRule="auto"/>
        <w:rPr>
          <w:b/>
          <w:bCs/>
          <w:sz w:val="22"/>
        </w:rPr>
      </w:pPr>
      <w:r w:rsidRPr="00836859">
        <w:rPr>
          <w:b/>
          <w:bCs/>
          <w:sz w:val="22"/>
        </w:rPr>
        <w:t xml:space="preserve">2.7.1 </w:t>
      </w:r>
      <w:r w:rsidRPr="00836859">
        <w:rPr>
          <w:b/>
          <w:bCs/>
          <w:sz w:val="22"/>
          <w:rtl/>
        </w:rPr>
        <w:t>إطار</w:t>
      </w:r>
      <w:r w:rsidRPr="00836859">
        <w:rPr>
          <w:b/>
          <w:bCs/>
          <w:sz w:val="22"/>
        </w:rPr>
        <w:t xml:space="preserve"> Scrum</w:t>
      </w:r>
    </w:p>
    <w:p w14:paraId="046F37DB" w14:textId="77777777" w:rsidR="00836859" w:rsidRPr="00836859" w:rsidRDefault="00836859" w:rsidP="00836859">
      <w:pPr>
        <w:bidi/>
        <w:spacing w:after="0" w:line="360" w:lineRule="auto"/>
        <w:rPr>
          <w:b/>
          <w:bCs/>
          <w:sz w:val="22"/>
        </w:rPr>
      </w:pPr>
      <w:r w:rsidRPr="00836859">
        <w:rPr>
          <w:b/>
          <w:bCs/>
          <w:sz w:val="22"/>
          <w:rtl/>
        </w:rPr>
        <w:t>يعد</w:t>
      </w:r>
      <w:r w:rsidRPr="00836859">
        <w:rPr>
          <w:b/>
          <w:bCs/>
          <w:sz w:val="22"/>
        </w:rPr>
        <w:t xml:space="preserve"> Scrum </w:t>
      </w:r>
      <w:r w:rsidRPr="00836859">
        <w:rPr>
          <w:b/>
          <w:bCs/>
          <w:sz w:val="22"/>
          <w:rtl/>
        </w:rPr>
        <w:t xml:space="preserve">من أكثر الأطر الرشيقة استخدامًا في مشاريع البرمجيات. ويقوم على تقسيم العمل إلى دورات زمنية قصيرة تسمى </w:t>
      </w:r>
      <w:r w:rsidRPr="00836859">
        <w:rPr>
          <w:b/>
          <w:bCs/>
          <w:sz w:val="22"/>
        </w:rPr>
        <w:t>Sprint</w:t>
      </w:r>
      <w:r w:rsidRPr="00836859">
        <w:rPr>
          <w:b/>
          <w:bCs/>
          <w:sz w:val="22"/>
          <w:rtl/>
        </w:rPr>
        <w:t>، تستمر عادة من أسبوع إلى أربعة أسابيع</w:t>
      </w:r>
      <w:r w:rsidRPr="00836859">
        <w:rPr>
          <w:b/>
          <w:bCs/>
          <w:sz w:val="22"/>
        </w:rPr>
        <w:t>.</w:t>
      </w:r>
    </w:p>
    <w:p w14:paraId="39BE922B" w14:textId="77777777" w:rsidR="00836859" w:rsidRPr="00836859" w:rsidRDefault="00836859" w:rsidP="00836859">
      <w:pPr>
        <w:bidi/>
        <w:spacing w:after="0" w:line="360" w:lineRule="auto"/>
        <w:rPr>
          <w:b/>
          <w:bCs/>
          <w:sz w:val="22"/>
        </w:rPr>
      </w:pPr>
      <w:r w:rsidRPr="00836859">
        <w:rPr>
          <w:b/>
          <w:bCs/>
          <w:sz w:val="22"/>
          <w:rtl/>
        </w:rPr>
        <w:t>ويتكون فريق</w:t>
      </w:r>
      <w:r w:rsidRPr="00836859">
        <w:rPr>
          <w:b/>
          <w:bCs/>
          <w:sz w:val="22"/>
        </w:rPr>
        <w:t xml:space="preserve"> Scrum </w:t>
      </w:r>
      <w:r w:rsidRPr="00836859">
        <w:rPr>
          <w:b/>
          <w:bCs/>
          <w:sz w:val="22"/>
          <w:rtl/>
        </w:rPr>
        <w:t>غالبًا من</w:t>
      </w:r>
      <w:r w:rsidRPr="00836859">
        <w:rPr>
          <w:b/>
          <w:bCs/>
          <w:sz w:val="22"/>
        </w:rPr>
        <w:t>:</w:t>
      </w:r>
    </w:p>
    <w:p w14:paraId="5EFA4BA5" w14:textId="77777777" w:rsidR="00836859" w:rsidRPr="00836859" w:rsidRDefault="00836859" w:rsidP="00836859">
      <w:pPr>
        <w:bidi/>
        <w:spacing w:after="0" w:line="360" w:lineRule="auto"/>
        <w:rPr>
          <w:b/>
          <w:bCs/>
          <w:sz w:val="22"/>
        </w:rPr>
      </w:pPr>
      <w:r w:rsidRPr="00836859">
        <w:rPr>
          <w:b/>
          <w:bCs/>
          <w:sz w:val="22"/>
          <w:rtl/>
        </w:rPr>
        <w:t>أ. مالك المنتج</w:t>
      </w:r>
      <w:r w:rsidRPr="00836859">
        <w:rPr>
          <w:b/>
          <w:bCs/>
          <w:sz w:val="22"/>
        </w:rPr>
        <w:t xml:space="preserve"> Product Owner</w:t>
      </w:r>
    </w:p>
    <w:p w14:paraId="4334D27B" w14:textId="77777777" w:rsidR="00836859" w:rsidRPr="00836859" w:rsidRDefault="00836859" w:rsidP="00836859">
      <w:pPr>
        <w:bidi/>
        <w:spacing w:after="0" w:line="360" w:lineRule="auto"/>
        <w:rPr>
          <w:b/>
          <w:bCs/>
          <w:sz w:val="22"/>
        </w:rPr>
      </w:pPr>
      <w:r w:rsidRPr="00836859">
        <w:rPr>
          <w:b/>
          <w:bCs/>
          <w:sz w:val="22"/>
          <w:rtl/>
        </w:rPr>
        <w:t>يتولى تحديد أولويات المنتج، وإدارة قائمة المتطلبات، والتواصل مع أصحاب المصلحة، والتأكد من أن الفريق يعمل على المهام التي تحقق أعلى قيمة</w:t>
      </w:r>
      <w:r w:rsidRPr="00836859">
        <w:rPr>
          <w:b/>
          <w:bCs/>
          <w:sz w:val="22"/>
        </w:rPr>
        <w:t>.</w:t>
      </w:r>
    </w:p>
    <w:p w14:paraId="5C7B94D8" w14:textId="77777777" w:rsidR="00836859" w:rsidRPr="00836859" w:rsidRDefault="00836859" w:rsidP="00836859">
      <w:pPr>
        <w:bidi/>
        <w:spacing w:after="0" w:line="360" w:lineRule="auto"/>
        <w:rPr>
          <w:b/>
          <w:bCs/>
          <w:sz w:val="22"/>
        </w:rPr>
      </w:pPr>
      <w:r w:rsidRPr="00836859">
        <w:rPr>
          <w:b/>
          <w:bCs/>
          <w:sz w:val="22"/>
          <w:rtl/>
        </w:rPr>
        <w:t>ب</w:t>
      </w:r>
      <w:r w:rsidRPr="00836859">
        <w:rPr>
          <w:b/>
          <w:bCs/>
          <w:sz w:val="22"/>
        </w:rPr>
        <w:t>. Scrum Master</w:t>
      </w:r>
    </w:p>
    <w:p w14:paraId="0C0A0C59" w14:textId="77777777" w:rsidR="00836859" w:rsidRPr="00836859" w:rsidRDefault="00836859" w:rsidP="00836859">
      <w:pPr>
        <w:bidi/>
        <w:spacing w:after="0" w:line="360" w:lineRule="auto"/>
        <w:rPr>
          <w:b/>
          <w:bCs/>
          <w:sz w:val="22"/>
        </w:rPr>
      </w:pPr>
      <w:r w:rsidRPr="00836859">
        <w:rPr>
          <w:b/>
          <w:bCs/>
          <w:sz w:val="22"/>
          <w:rtl/>
        </w:rPr>
        <w:t>يتولى دعم الفريق في تطبيق</w:t>
      </w:r>
      <w:r w:rsidRPr="00836859">
        <w:rPr>
          <w:b/>
          <w:bCs/>
          <w:sz w:val="22"/>
        </w:rPr>
        <w:t xml:space="preserve"> Scrum</w:t>
      </w:r>
      <w:r w:rsidRPr="00836859">
        <w:rPr>
          <w:b/>
          <w:bCs/>
          <w:sz w:val="22"/>
          <w:rtl/>
        </w:rPr>
        <w:t>، وإزالة العوائق، وتيسير الاجتماعات، وتعزيز التحسين المستمر. ولا يعد مديرًا تقليديًا للفريق، بل يعمل بوصفه ميسرًا وقائدًا داعمًا</w:t>
      </w:r>
      <w:r w:rsidRPr="00836859">
        <w:rPr>
          <w:b/>
          <w:bCs/>
          <w:sz w:val="22"/>
        </w:rPr>
        <w:t>.</w:t>
      </w:r>
    </w:p>
    <w:p w14:paraId="788858B1" w14:textId="77777777" w:rsidR="00836859" w:rsidRPr="00836859" w:rsidRDefault="00836859" w:rsidP="00836859">
      <w:pPr>
        <w:bidi/>
        <w:spacing w:after="0" w:line="360" w:lineRule="auto"/>
        <w:rPr>
          <w:b/>
          <w:bCs/>
          <w:sz w:val="22"/>
        </w:rPr>
      </w:pPr>
      <w:r w:rsidRPr="00836859">
        <w:rPr>
          <w:b/>
          <w:bCs/>
          <w:sz w:val="22"/>
          <w:rtl/>
        </w:rPr>
        <w:t>ج. فريق التطوير</w:t>
      </w:r>
    </w:p>
    <w:p w14:paraId="21BF7E81" w14:textId="77777777" w:rsidR="00836859" w:rsidRPr="00836859" w:rsidRDefault="00836859" w:rsidP="00836859">
      <w:pPr>
        <w:bidi/>
        <w:spacing w:after="0" w:line="360" w:lineRule="auto"/>
        <w:rPr>
          <w:b/>
          <w:bCs/>
          <w:sz w:val="22"/>
        </w:rPr>
      </w:pPr>
      <w:r w:rsidRPr="00836859">
        <w:rPr>
          <w:b/>
          <w:bCs/>
          <w:sz w:val="22"/>
          <w:rtl/>
        </w:rPr>
        <w:t>يتكون من أفراد يمتلكون المهارات اللازمة لتصميم المنتج وتطويره واختباره وتسليمه. ويعمل الفريق بصورة مشتركة ويتحمل مسؤولية تحقيق هدف الدورة</w:t>
      </w:r>
      <w:r w:rsidRPr="00836859">
        <w:rPr>
          <w:b/>
          <w:bCs/>
          <w:sz w:val="22"/>
        </w:rPr>
        <w:t>.</w:t>
      </w:r>
    </w:p>
    <w:p w14:paraId="4A64EC9C" w14:textId="77777777" w:rsidR="00836859" w:rsidRPr="00836859" w:rsidRDefault="00836859" w:rsidP="00836859">
      <w:pPr>
        <w:bidi/>
        <w:spacing w:after="0" w:line="360" w:lineRule="auto"/>
        <w:rPr>
          <w:b/>
          <w:bCs/>
          <w:sz w:val="22"/>
        </w:rPr>
      </w:pPr>
      <w:r w:rsidRPr="00836859">
        <w:rPr>
          <w:b/>
          <w:bCs/>
          <w:sz w:val="22"/>
          <w:rtl/>
        </w:rPr>
        <w:t>ومن أبرز أحداث</w:t>
      </w:r>
      <w:r w:rsidRPr="00836859">
        <w:rPr>
          <w:b/>
          <w:bCs/>
          <w:sz w:val="22"/>
        </w:rPr>
        <w:t xml:space="preserve"> Scrum:</w:t>
      </w:r>
    </w:p>
    <w:p w14:paraId="1CD5FD08" w14:textId="77777777" w:rsidR="00836859" w:rsidRPr="00836859" w:rsidRDefault="00836859" w:rsidP="00293444">
      <w:pPr>
        <w:numPr>
          <w:ilvl w:val="0"/>
          <w:numId w:val="10"/>
        </w:numPr>
        <w:bidi/>
        <w:spacing w:after="0" w:line="360" w:lineRule="auto"/>
        <w:rPr>
          <w:b/>
          <w:bCs/>
          <w:sz w:val="22"/>
        </w:rPr>
      </w:pPr>
      <w:r w:rsidRPr="00836859">
        <w:rPr>
          <w:b/>
          <w:bCs/>
          <w:sz w:val="22"/>
          <w:rtl/>
        </w:rPr>
        <w:t>تخطيط الدورة</w:t>
      </w:r>
      <w:r w:rsidRPr="00836859">
        <w:rPr>
          <w:b/>
          <w:bCs/>
          <w:sz w:val="22"/>
        </w:rPr>
        <w:t xml:space="preserve"> Sprint Planning. </w:t>
      </w:r>
    </w:p>
    <w:p w14:paraId="5858E602" w14:textId="77777777" w:rsidR="00836859" w:rsidRPr="00836859" w:rsidRDefault="00836859" w:rsidP="00293444">
      <w:pPr>
        <w:numPr>
          <w:ilvl w:val="0"/>
          <w:numId w:val="10"/>
        </w:numPr>
        <w:bidi/>
        <w:spacing w:after="0" w:line="360" w:lineRule="auto"/>
        <w:rPr>
          <w:b/>
          <w:bCs/>
          <w:sz w:val="22"/>
        </w:rPr>
      </w:pPr>
      <w:r w:rsidRPr="00836859">
        <w:rPr>
          <w:b/>
          <w:bCs/>
          <w:sz w:val="22"/>
          <w:rtl/>
        </w:rPr>
        <w:lastRenderedPageBreak/>
        <w:t>الاجتماع اليومي</w:t>
      </w:r>
      <w:r w:rsidRPr="00836859">
        <w:rPr>
          <w:b/>
          <w:bCs/>
          <w:sz w:val="22"/>
        </w:rPr>
        <w:t xml:space="preserve"> Daily Scrum. </w:t>
      </w:r>
    </w:p>
    <w:p w14:paraId="657CCD37" w14:textId="77777777" w:rsidR="00836859" w:rsidRPr="00836859" w:rsidRDefault="00836859" w:rsidP="00293444">
      <w:pPr>
        <w:numPr>
          <w:ilvl w:val="0"/>
          <w:numId w:val="10"/>
        </w:numPr>
        <w:bidi/>
        <w:spacing w:after="0" w:line="360" w:lineRule="auto"/>
        <w:rPr>
          <w:b/>
          <w:bCs/>
          <w:sz w:val="22"/>
        </w:rPr>
      </w:pPr>
      <w:r w:rsidRPr="00836859">
        <w:rPr>
          <w:b/>
          <w:bCs/>
          <w:sz w:val="22"/>
          <w:rtl/>
        </w:rPr>
        <w:t>مراجعة الدورة</w:t>
      </w:r>
      <w:r w:rsidRPr="00836859">
        <w:rPr>
          <w:b/>
          <w:bCs/>
          <w:sz w:val="22"/>
        </w:rPr>
        <w:t xml:space="preserve"> Sprint Review. </w:t>
      </w:r>
    </w:p>
    <w:p w14:paraId="7FD9A5CC" w14:textId="77777777" w:rsidR="00836859" w:rsidRPr="00836859" w:rsidRDefault="00836859" w:rsidP="00293444">
      <w:pPr>
        <w:numPr>
          <w:ilvl w:val="0"/>
          <w:numId w:val="10"/>
        </w:numPr>
        <w:bidi/>
        <w:spacing w:after="0" w:line="360" w:lineRule="auto"/>
        <w:rPr>
          <w:b/>
          <w:bCs/>
          <w:sz w:val="22"/>
        </w:rPr>
      </w:pPr>
      <w:r w:rsidRPr="00836859">
        <w:rPr>
          <w:b/>
          <w:bCs/>
          <w:sz w:val="22"/>
          <w:rtl/>
        </w:rPr>
        <w:t>الاجتماع الاستعادي</w:t>
      </w:r>
      <w:r w:rsidRPr="00836859">
        <w:rPr>
          <w:b/>
          <w:bCs/>
          <w:sz w:val="22"/>
        </w:rPr>
        <w:t xml:space="preserve"> Sprint Retrospective. </w:t>
      </w:r>
    </w:p>
    <w:p w14:paraId="5BBA75C0" w14:textId="77777777" w:rsidR="00836859" w:rsidRPr="004C0610" w:rsidRDefault="00836859" w:rsidP="00836859">
      <w:pPr>
        <w:bidi/>
        <w:spacing w:after="0" w:line="360" w:lineRule="auto"/>
        <w:rPr>
          <w:b/>
          <w:bCs/>
          <w:sz w:val="22"/>
          <w:rtl/>
        </w:rPr>
      </w:pPr>
      <w:r w:rsidRPr="00836859">
        <w:rPr>
          <w:b/>
          <w:bCs/>
          <w:sz w:val="22"/>
          <w:rtl/>
        </w:rPr>
        <w:t>ويؤثر</w:t>
      </w:r>
      <w:r w:rsidRPr="00836859">
        <w:rPr>
          <w:b/>
          <w:bCs/>
          <w:sz w:val="22"/>
        </w:rPr>
        <w:t xml:space="preserve"> Scrum </w:t>
      </w:r>
      <w:r w:rsidRPr="00836859">
        <w:rPr>
          <w:b/>
          <w:bCs/>
          <w:sz w:val="22"/>
          <w:rtl/>
        </w:rPr>
        <w:t>في الجودة من خلال المراجعة المتكررة، والتغذية الراجعة، وتعريف الإنجاز، وإنتاج زيادات قابلة للاستخدام خلال كل دورة</w:t>
      </w:r>
      <w:r w:rsidRPr="00836859">
        <w:rPr>
          <w:b/>
          <w:bCs/>
          <w:sz w:val="22"/>
        </w:rPr>
        <w:t>.</w:t>
      </w:r>
    </w:p>
    <w:p w14:paraId="1A601D7F" w14:textId="77777777" w:rsidR="0037105B" w:rsidRPr="0037105B" w:rsidRDefault="0037105B" w:rsidP="0037105B">
      <w:pPr>
        <w:bidi/>
        <w:spacing w:after="0" w:line="360" w:lineRule="auto"/>
        <w:rPr>
          <w:b/>
          <w:bCs/>
          <w:sz w:val="22"/>
        </w:rPr>
      </w:pPr>
      <w:r w:rsidRPr="0037105B">
        <w:rPr>
          <w:b/>
          <w:bCs/>
          <w:sz w:val="22"/>
        </w:rPr>
        <w:t xml:space="preserve">2.7.2 </w:t>
      </w:r>
      <w:r w:rsidRPr="0037105B">
        <w:rPr>
          <w:b/>
          <w:bCs/>
          <w:sz w:val="22"/>
          <w:rtl/>
        </w:rPr>
        <w:t>منهجية</w:t>
      </w:r>
      <w:r w:rsidRPr="0037105B">
        <w:rPr>
          <w:b/>
          <w:bCs/>
          <w:sz w:val="22"/>
        </w:rPr>
        <w:t xml:space="preserve"> Kanban</w:t>
      </w:r>
    </w:p>
    <w:p w14:paraId="745849EE" w14:textId="77777777" w:rsidR="0037105B" w:rsidRPr="0037105B" w:rsidRDefault="0037105B" w:rsidP="0037105B">
      <w:pPr>
        <w:bidi/>
        <w:spacing w:after="0" w:line="360" w:lineRule="auto"/>
        <w:rPr>
          <w:b/>
          <w:bCs/>
          <w:sz w:val="22"/>
        </w:rPr>
      </w:pPr>
      <w:r w:rsidRPr="0037105B">
        <w:rPr>
          <w:b/>
          <w:bCs/>
          <w:sz w:val="22"/>
          <w:rtl/>
        </w:rPr>
        <w:t>تركز</w:t>
      </w:r>
      <w:r w:rsidRPr="0037105B">
        <w:rPr>
          <w:b/>
          <w:bCs/>
          <w:sz w:val="22"/>
        </w:rPr>
        <w:t xml:space="preserve"> Kanban </w:t>
      </w:r>
      <w:r w:rsidRPr="0037105B">
        <w:rPr>
          <w:b/>
          <w:bCs/>
          <w:sz w:val="22"/>
          <w:rtl/>
        </w:rPr>
        <w:t>على تحسين تدفق العمل وتصور المهام من خلال لوحة توضح مراحل العمل، مثل</w:t>
      </w:r>
      <w:r w:rsidRPr="0037105B">
        <w:rPr>
          <w:b/>
          <w:bCs/>
          <w:sz w:val="22"/>
        </w:rPr>
        <w:t>:</w:t>
      </w:r>
    </w:p>
    <w:p w14:paraId="7A192386" w14:textId="77777777" w:rsidR="0037105B" w:rsidRPr="0037105B" w:rsidRDefault="0037105B" w:rsidP="00293444">
      <w:pPr>
        <w:numPr>
          <w:ilvl w:val="0"/>
          <w:numId w:val="11"/>
        </w:numPr>
        <w:bidi/>
        <w:spacing w:after="0" w:line="360" w:lineRule="auto"/>
        <w:rPr>
          <w:b/>
          <w:bCs/>
          <w:sz w:val="22"/>
        </w:rPr>
      </w:pPr>
      <w:r w:rsidRPr="0037105B">
        <w:rPr>
          <w:b/>
          <w:bCs/>
          <w:sz w:val="22"/>
          <w:rtl/>
        </w:rPr>
        <w:t>الأعمال المطلوب تنفيذها</w:t>
      </w:r>
      <w:r w:rsidRPr="0037105B">
        <w:rPr>
          <w:b/>
          <w:bCs/>
          <w:sz w:val="22"/>
        </w:rPr>
        <w:t xml:space="preserve">. </w:t>
      </w:r>
    </w:p>
    <w:p w14:paraId="3174B375" w14:textId="77777777" w:rsidR="0037105B" w:rsidRPr="0037105B" w:rsidRDefault="0037105B" w:rsidP="00293444">
      <w:pPr>
        <w:numPr>
          <w:ilvl w:val="0"/>
          <w:numId w:val="11"/>
        </w:numPr>
        <w:bidi/>
        <w:spacing w:after="0" w:line="360" w:lineRule="auto"/>
        <w:rPr>
          <w:b/>
          <w:bCs/>
          <w:sz w:val="22"/>
        </w:rPr>
      </w:pPr>
      <w:r w:rsidRPr="0037105B">
        <w:rPr>
          <w:b/>
          <w:bCs/>
          <w:sz w:val="22"/>
          <w:rtl/>
        </w:rPr>
        <w:t>الأعمال قيد التنفيذ</w:t>
      </w:r>
      <w:r w:rsidRPr="0037105B">
        <w:rPr>
          <w:b/>
          <w:bCs/>
          <w:sz w:val="22"/>
        </w:rPr>
        <w:t xml:space="preserve">. </w:t>
      </w:r>
    </w:p>
    <w:p w14:paraId="65155902" w14:textId="77777777" w:rsidR="0037105B" w:rsidRPr="0037105B" w:rsidRDefault="0037105B" w:rsidP="00293444">
      <w:pPr>
        <w:numPr>
          <w:ilvl w:val="0"/>
          <w:numId w:val="11"/>
        </w:numPr>
        <w:bidi/>
        <w:spacing w:after="0" w:line="360" w:lineRule="auto"/>
        <w:rPr>
          <w:b/>
          <w:bCs/>
          <w:sz w:val="22"/>
        </w:rPr>
      </w:pPr>
      <w:r w:rsidRPr="0037105B">
        <w:rPr>
          <w:b/>
          <w:bCs/>
          <w:sz w:val="22"/>
          <w:rtl/>
        </w:rPr>
        <w:t>الأعمال قيد المراجعة أو الاختبار</w:t>
      </w:r>
      <w:r w:rsidRPr="0037105B">
        <w:rPr>
          <w:b/>
          <w:bCs/>
          <w:sz w:val="22"/>
        </w:rPr>
        <w:t xml:space="preserve">. </w:t>
      </w:r>
    </w:p>
    <w:p w14:paraId="7F0482D5" w14:textId="77777777" w:rsidR="0037105B" w:rsidRPr="0037105B" w:rsidRDefault="0037105B" w:rsidP="00293444">
      <w:pPr>
        <w:numPr>
          <w:ilvl w:val="0"/>
          <w:numId w:val="11"/>
        </w:numPr>
        <w:bidi/>
        <w:spacing w:after="0" w:line="360" w:lineRule="auto"/>
        <w:rPr>
          <w:b/>
          <w:bCs/>
          <w:sz w:val="22"/>
        </w:rPr>
      </w:pPr>
      <w:r w:rsidRPr="0037105B">
        <w:rPr>
          <w:b/>
          <w:bCs/>
          <w:sz w:val="22"/>
          <w:rtl/>
        </w:rPr>
        <w:t>الأعمال المكتملة</w:t>
      </w:r>
      <w:r w:rsidRPr="0037105B">
        <w:rPr>
          <w:b/>
          <w:bCs/>
          <w:sz w:val="22"/>
        </w:rPr>
        <w:t xml:space="preserve">. </w:t>
      </w:r>
    </w:p>
    <w:p w14:paraId="6B1C0ECD" w14:textId="77777777" w:rsidR="0037105B" w:rsidRPr="0037105B" w:rsidRDefault="0037105B" w:rsidP="0037105B">
      <w:pPr>
        <w:bidi/>
        <w:spacing w:after="0" w:line="360" w:lineRule="auto"/>
        <w:rPr>
          <w:b/>
          <w:bCs/>
          <w:sz w:val="22"/>
        </w:rPr>
      </w:pPr>
      <w:r w:rsidRPr="0037105B">
        <w:rPr>
          <w:b/>
          <w:bCs/>
          <w:sz w:val="22"/>
          <w:rtl/>
        </w:rPr>
        <w:t>ومن أهم مبادئ</w:t>
      </w:r>
      <w:r w:rsidRPr="0037105B">
        <w:rPr>
          <w:b/>
          <w:bCs/>
          <w:sz w:val="22"/>
        </w:rPr>
        <w:t xml:space="preserve"> Kanban </w:t>
      </w:r>
      <w:r w:rsidRPr="0037105B">
        <w:rPr>
          <w:b/>
          <w:bCs/>
          <w:sz w:val="22"/>
          <w:rtl/>
        </w:rPr>
        <w:t>تحديد حجم العمل قيد التنفيذ، بهدف تقليل التشتت والاختناقات وتحسين سرعة إنجاز المهام</w:t>
      </w:r>
      <w:r w:rsidRPr="0037105B">
        <w:rPr>
          <w:b/>
          <w:bCs/>
          <w:sz w:val="22"/>
        </w:rPr>
        <w:t>.</w:t>
      </w:r>
    </w:p>
    <w:p w14:paraId="2E70BE31" w14:textId="77777777" w:rsidR="0037105B" w:rsidRPr="0037105B" w:rsidRDefault="0037105B" w:rsidP="0037105B">
      <w:pPr>
        <w:bidi/>
        <w:spacing w:after="0" w:line="360" w:lineRule="auto"/>
        <w:rPr>
          <w:b/>
          <w:bCs/>
          <w:sz w:val="22"/>
        </w:rPr>
      </w:pPr>
      <w:r w:rsidRPr="0037105B">
        <w:rPr>
          <w:b/>
          <w:bCs/>
          <w:sz w:val="22"/>
          <w:rtl/>
        </w:rPr>
        <w:t>وتساعد</w:t>
      </w:r>
      <w:r w:rsidRPr="0037105B">
        <w:rPr>
          <w:b/>
          <w:bCs/>
          <w:sz w:val="22"/>
        </w:rPr>
        <w:t xml:space="preserve"> Kanban </w:t>
      </w:r>
      <w:r w:rsidRPr="0037105B">
        <w:rPr>
          <w:b/>
          <w:bCs/>
          <w:sz w:val="22"/>
          <w:rtl/>
        </w:rPr>
        <w:t>فرق البرمجيات على اكتشاف المراحل التي تتراكم فيها الأعمال، وتحسين تدفق المهام، وتقليل زمن الدورة، ورفع القدرة على الاستجابة للطلبات الجديدة</w:t>
      </w:r>
      <w:r w:rsidRPr="0037105B">
        <w:rPr>
          <w:b/>
          <w:bCs/>
          <w:sz w:val="22"/>
        </w:rPr>
        <w:t>.</w:t>
      </w:r>
    </w:p>
    <w:p w14:paraId="11926B17" w14:textId="77777777" w:rsidR="00836859" w:rsidRPr="004C0610" w:rsidRDefault="00836859" w:rsidP="00836859">
      <w:pPr>
        <w:bidi/>
        <w:spacing w:after="0" w:line="360" w:lineRule="auto"/>
        <w:rPr>
          <w:b/>
          <w:bCs/>
          <w:sz w:val="22"/>
          <w:rtl/>
        </w:rPr>
      </w:pPr>
    </w:p>
    <w:p w14:paraId="7F000913" w14:textId="77777777" w:rsidR="0037105B" w:rsidRPr="0037105B" w:rsidRDefault="0037105B" w:rsidP="0037105B">
      <w:pPr>
        <w:bidi/>
        <w:spacing w:after="0" w:line="360" w:lineRule="auto"/>
        <w:rPr>
          <w:b/>
          <w:bCs/>
          <w:sz w:val="22"/>
        </w:rPr>
      </w:pPr>
      <w:r w:rsidRPr="0037105B">
        <w:rPr>
          <w:b/>
          <w:bCs/>
          <w:sz w:val="22"/>
        </w:rPr>
        <w:t xml:space="preserve">2.7.3 </w:t>
      </w:r>
      <w:r w:rsidRPr="0037105B">
        <w:rPr>
          <w:b/>
          <w:bCs/>
          <w:sz w:val="22"/>
          <w:rtl/>
        </w:rPr>
        <w:t>البرمجة القصوى</w:t>
      </w:r>
      <w:r w:rsidRPr="0037105B">
        <w:rPr>
          <w:b/>
          <w:bCs/>
          <w:sz w:val="22"/>
        </w:rPr>
        <w:t xml:space="preserve"> Extreme Programming</w:t>
      </w:r>
    </w:p>
    <w:p w14:paraId="3F690F58" w14:textId="77777777" w:rsidR="0037105B" w:rsidRPr="0037105B" w:rsidRDefault="0037105B" w:rsidP="0037105B">
      <w:pPr>
        <w:bidi/>
        <w:spacing w:after="0" w:line="360" w:lineRule="auto"/>
        <w:rPr>
          <w:b/>
          <w:bCs/>
          <w:sz w:val="22"/>
        </w:rPr>
      </w:pPr>
      <w:r w:rsidRPr="0037105B">
        <w:rPr>
          <w:b/>
          <w:bCs/>
          <w:sz w:val="22"/>
          <w:rtl/>
        </w:rPr>
        <w:t xml:space="preserve">تعد البرمجة القصوى، المعروفة باسم </w:t>
      </w:r>
      <w:r w:rsidRPr="0037105B">
        <w:rPr>
          <w:b/>
          <w:bCs/>
          <w:sz w:val="22"/>
        </w:rPr>
        <w:t>XP</w:t>
      </w:r>
      <w:r w:rsidRPr="0037105B">
        <w:rPr>
          <w:b/>
          <w:bCs/>
          <w:sz w:val="22"/>
          <w:rtl/>
        </w:rPr>
        <w:t>، من المنهجيات الرشيقة التي تركز بصورة كبيرة على الجودة الفنية للبرمجيات</w:t>
      </w:r>
      <w:r w:rsidRPr="0037105B">
        <w:rPr>
          <w:b/>
          <w:bCs/>
          <w:sz w:val="22"/>
        </w:rPr>
        <w:t>.</w:t>
      </w:r>
    </w:p>
    <w:p w14:paraId="3C7E7D1C" w14:textId="77777777" w:rsidR="0037105B" w:rsidRPr="0037105B" w:rsidRDefault="0037105B" w:rsidP="0037105B">
      <w:pPr>
        <w:bidi/>
        <w:spacing w:after="0" w:line="360" w:lineRule="auto"/>
        <w:rPr>
          <w:b/>
          <w:bCs/>
          <w:sz w:val="22"/>
        </w:rPr>
      </w:pPr>
      <w:r w:rsidRPr="0037105B">
        <w:rPr>
          <w:b/>
          <w:bCs/>
          <w:sz w:val="22"/>
          <w:rtl/>
        </w:rPr>
        <w:t>ومن أبرز ممارساتها</w:t>
      </w:r>
      <w:r w:rsidRPr="0037105B">
        <w:rPr>
          <w:b/>
          <w:bCs/>
          <w:sz w:val="22"/>
        </w:rPr>
        <w:t>:</w:t>
      </w:r>
    </w:p>
    <w:p w14:paraId="5B92625A" w14:textId="77777777" w:rsidR="0037105B" w:rsidRPr="0037105B" w:rsidRDefault="0037105B" w:rsidP="00293444">
      <w:pPr>
        <w:numPr>
          <w:ilvl w:val="0"/>
          <w:numId w:val="12"/>
        </w:numPr>
        <w:bidi/>
        <w:spacing w:after="0" w:line="360" w:lineRule="auto"/>
        <w:rPr>
          <w:b/>
          <w:bCs/>
          <w:sz w:val="22"/>
        </w:rPr>
      </w:pPr>
      <w:r w:rsidRPr="0037105B">
        <w:rPr>
          <w:b/>
          <w:bCs/>
          <w:sz w:val="22"/>
          <w:rtl/>
        </w:rPr>
        <w:t>التطوير المدفوع بالاختبار</w:t>
      </w:r>
      <w:r w:rsidRPr="0037105B">
        <w:rPr>
          <w:b/>
          <w:bCs/>
          <w:sz w:val="22"/>
        </w:rPr>
        <w:t xml:space="preserve">. </w:t>
      </w:r>
    </w:p>
    <w:p w14:paraId="19D405F7" w14:textId="77777777" w:rsidR="0037105B" w:rsidRPr="0037105B" w:rsidRDefault="0037105B" w:rsidP="00293444">
      <w:pPr>
        <w:numPr>
          <w:ilvl w:val="0"/>
          <w:numId w:val="12"/>
        </w:numPr>
        <w:bidi/>
        <w:spacing w:after="0" w:line="360" w:lineRule="auto"/>
        <w:rPr>
          <w:b/>
          <w:bCs/>
          <w:sz w:val="22"/>
        </w:rPr>
      </w:pPr>
      <w:r w:rsidRPr="0037105B">
        <w:rPr>
          <w:b/>
          <w:bCs/>
          <w:sz w:val="22"/>
          <w:rtl/>
        </w:rPr>
        <w:t>البرمجة الثنائية</w:t>
      </w:r>
      <w:r w:rsidRPr="0037105B">
        <w:rPr>
          <w:b/>
          <w:bCs/>
          <w:sz w:val="22"/>
        </w:rPr>
        <w:t xml:space="preserve">. </w:t>
      </w:r>
    </w:p>
    <w:p w14:paraId="75F5A474" w14:textId="77777777" w:rsidR="0037105B" w:rsidRPr="0037105B" w:rsidRDefault="0037105B" w:rsidP="00293444">
      <w:pPr>
        <w:numPr>
          <w:ilvl w:val="0"/>
          <w:numId w:val="12"/>
        </w:numPr>
        <w:bidi/>
        <w:spacing w:after="0" w:line="360" w:lineRule="auto"/>
        <w:rPr>
          <w:b/>
          <w:bCs/>
          <w:sz w:val="22"/>
        </w:rPr>
      </w:pPr>
      <w:r w:rsidRPr="0037105B">
        <w:rPr>
          <w:b/>
          <w:bCs/>
          <w:sz w:val="22"/>
          <w:rtl/>
        </w:rPr>
        <w:t>التكامل المستمر</w:t>
      </w:r>
      <w:r w:rsidRPr="0037105B">
        <w:rPr>
          <w:b/>
          <w:bCs/>
          <w:sz w:val="22"/>
        </w:rPr>
        <w:t xml:space="preserve">. </w:t>
      </w:r>
    </w:p>
    <w:p w14:paraId="6BB2DA2B" w14:textId="77777777" w:rsidR="0037105B" w:rsidRPr="0037105B" w:rsidRDefault="0037105B" w:rsidP="00293444">
      <w:pPr>
        <w:numPr>
          <w:ilvl w:val="0"/>
          <w:numId w:val="12"/>
        </w:numPr>
        <w:bidi/>
        <w:spacing w:after="0" w:line="360" w:lineRule="auto"/>
        <w:rPr>
          <w:b/>
          <w:bCs/>
          <w:sz w:val="22"/>
        </w:rPr>
      </w:pPr>
      <w:r w:rsidRPr="0037105B">
        <w:rPr>
          <w:b/>
          <w:bCs/>
          <w:sz w:val="22"/>
          <w:rtl/>
        </w:rPr>
        <w:t>إعادة هيكلة الشفرة البرمجية</w:t>
      </w:r>
      <w:r w:rsidRPr="0037105B">
        <w:rPr>
          <w:b/>
          <w:bCs/>
          <w:sz w:val="22"/>
        </w:rPr>
        <w:t xml:space="preserve">. </w:t>
      </w:r>
    </w:p>
    <w:p w14:paraId="47689058" w14:textId="77777777" w:rsidR="0037105B" w:rsidRPr="0037105B" w:rsidRDefault="0037105B" w:rsidP="00293444">
      <w:pPr>
        <w:numPr>
          <w:ilvl w:val="0"/>
          <w:numId w:val="12"/>
        </w:numPr>
        <w:bidi/>
        <w:spacing w:after="0" w:line="360" w:lineRule="auto"/>
        <w:rPr>
          <w:b/>
          <w:bCs/>
          <w:sz w:val="22"/>
        </w:rPr>
      </w:pPr>
      <w:r w:rsidRPr="0037105B">
        <w:rPr>
          <w:b/>
          <w:bCs/>
          <w:sz w:val="22"/>
          <w:rtl/>
        </w:rPr>
        <w:t>الإصدارات الصغيرة والمتكررة</w:t>
      </w:r>
      <w:r w:rsidRPr="0037105B">
        <w:rPr>
          <w:b/>
          <w:bCs/>
          <w:sz w:val="22"/>
        </w:rPr>
        <w:t xml:space="preserve">. </w:t>
      </w:r>
    </w:p>
    <w:p w14:paraId="11764907" w14:textId="77777777" w:rsidR="0037105B" w:rsidRPr="0037105B" w:rsidRDefault="0037105B" w:rsidP="00293444">
      <w:pPr>
        <w:numPr>
          <w:ilvl w:val="0"/>
          <w:numId w:val="12"/>
        </w:numPr>
        <w:bidi/>
        <w:spacing w:after="0" w:line="360" w:lineRule="auto"/>
        <w:rPr>
          <w:b/>
          <w:bCs/>
          <w:sz w:val="22"/>
        </w:rPr>
      </w:pPr>
      <w:r w:rsidRPr="0037105B">
        <w:rPr>
          <w:b/>
          <w:bCs/>
          <w:sz w:val="22"/>
          <w:rtl/>
        </w:rPr>
        <w:t>مشاركة العميل بصورة مستمرة</w:t>
      </w:r>
      <w:r w:rsidRPr="0037105B">
        <w:rPr>
          <w:b/>
          <w:bCs/>
          <w:sz w:val="22"/>
        </w:rPr>
        <w:t xml:space="preserve">. </w:t>
      </w:r>
    </w:p>
    <w:p w14:paraId="01DC48D8" w14:textId="77777777" w:rsidR="0037105B" w:rsidRPr="0037105B" w:rsidRDefault="0037105B" w:rsidP="0037105B">
      <w:pPr>
        <w:bidi/>
        <w:spacing w:after="0" w:line="360" w:lineRule="auto"/>
        <w:rPr>
          <w:b/>
          <w:bCs/>
          <w:sz w:val="22"/>
        </w:rPr>
      </w:pPr>
      <w:r w:rsidRPr="0037105B">
        <w:rPr>
          <w:b/>
          <w:bCs/>
          <w:sz w:val="22"/>
          <w:rtl/>
        </w:rPr>
        <w:t>وتسهم هذه الممارسات في تقليل الأخطاء، وتحسين تصميم النظام، وزيادة قابلية الشفرة للصيانة والتطوير</w:t>
      </w:r>
      <w:r w:rsidRPr="0037105B">
        <w:rPr>
          <w:b/>
          <w:bCs/>
          <w:sz w:val="22"/>
        </w:rPr>
        <w:t>.</w:t>
      </w:r>
    </w:p>
    <w:p w14:paraId="14238576" w14:textId="77777777" w:rsidR="0037105B" w:rsidRPr="004C0610" w:rsidRDefault="0037105B" w:rsidP="0037105B">
      <w:pPr>
        <w:bidi/>
        <w:spacing w:after="0" w:line="360" w:lineRule="auto"/>
        <w:rPr>
          <w:b/>
          <w:bCs/>
          <w:sz w:val="22"/>
          <w:rtl/>
        </w:rPr>
      </w:pPr>
    </w:p>
    <w:p w14:paraId="15C821C9" w14:textId="77777777" w:rsidR="0037105B" w:rsidRPr="0037105B" w:rsidRDefault="0037105B" w:rsidP="0037105B">
      <w:pPr>
        <w:bidi/>
        <w:spacing w:after="0" w:line="360" w:lineRule="auto"/>
        <w:rPr>
          <w:b/>
          <w:bCs/>
          <w:sz w:val="22"/>
        </w:rPr>
      </w:pPr>
      <w:r w:rsidRPr="0037105B">
        <w:rPr>
          <w:b/>
          <w:bCs/>
          <w:sz w:val="22"/>
        </w:rPr>
        <w:t>2.7.4 DevOps</w:t>
      </w:r>
    </w:p>
    <w:p w14:paraId="39C4E5AD" w14:textId="77777777" w:rsidR="0037105B" w:rsidRPr="0037105B" w:rsidRDefault="0037105B" w:rsidP="0037105B">
      <w:pPr>
        <w:bidi/>
        <w:spacing w:after="0" w:line="360" w:lineRule="auto"/>
        <w:rPr>
          <w:b/>
          <w:bCs/>
          <w:sz w:val="22"/>
        </w:rPr>
      </w:pPr>
      <w:r w:rsidRPr="0037105B">
        <w:rPr>
          <w:b/>
          <w:bCs/>
          <w:sz w:val="22"/>
        </w:rPr>
        <w:t xml:space="preserve">DevOps </w:t>
      </w:r>
      <w:r w:rsidRPr="0037105B">
        <w:rPr>
          <w:b/>
          <w:bCs/>
          <w:sz w:val="22"/>
          <w:rtl/>
        </w:rPr>
        <w:t>هو نهج يهدف إلى تعزيز التعاون بين فرق تطوير البرمجيات وفرق التشغيل والبنية التحتية. ويركز على الأتمتة، والتكامل المستمر، والتسليم المستمر، والمراقبة بعد النشر</w:t>
      </w:r>
      <w:r w:rsidRPr="0037105B">
        <w:rPr>
          <w:b/>
          <w:bCs/>
          <w:sz w:val="22"/>
        </w:rPr>
        <w:t>.</w:t>
      </w:r>
    </w:p>
    <w:p w14:paraId="51ABE687" w14:textId="77777777" w:rsidR="0037105B" w:rsidRPr="0037105B" w:rsidRDefault="0037105B" w:rsidP="0037105B">
      <w:pPr>
        <w:bidi/>
        <w:spacing w:after="0" w:line="360" w:lineRule="auto"/>
        <w:rPr>
          <w:b/>
          <w:bCs/>
          <w:sz w:val="22"/>
        </w:rPr>
      </w:pPr>
      <w:r w:rsidRPr="0037105B">
        <w:rPr>
          <w:b/>
          <w:bCs/>
          <w:sz w:val="22"/>
          <w:rtl/>
        </w:rPr>
        <w:t>ويساعد</w:t>
      </w:r>
      <w:r w:rsidRPr="0037105B">
        <w:rPr>
          <w:b/>
          <w:bCs/>
          <w:sz w:val="22"/>
        </w:rPr>
        <w:t xml:space="preserve"> DevOps </w:t>
      </w:r>
      <w:r w:rsidRPr="0037105B">
        <w:rPr>
          <w:b/>
          <w:bCs/>
          <w:sz w:val="22"/>
          <w:rtl/>
        </w:rPr>
        <w:t>على تقليل الوقت الفاصل بين تطوير الوظائف ونشرها، وتحسين استقرار عمليات الإطلاق، واكتشاف المشكلات التشغيلية بصورة أسرع</w:t>
      </w:r>
      <w:r w:rsidRPr="0037105B">
        <w:rPr>
          <w:b/>
          <w:bCs/>
          <w:sz w:val="22"/>
        </w:rPr>
        <w:t>.</w:t>
      </w:r>
    </w:p>
    <w:p w14:paraId="4AB7AA3A" w14:textId="77777777" w:rsidR="0037105B" w:rsidRDefault="0037105B" w:rsidP="0037105B">
      <w:pPr>
        <w:bidi/>
        <w:spacing w:after="0" w:line="360" w:lineRule="auto"/>
        <w:rPr>
          <w:b/>
          <w:bCs/>
          <w:sz w:val="22"/>
          <w:rtl/>
        </w:rPr>
      </w:pPr>
      <w:r w:rsidRPr="0037105B">
        <w:rPr>
          <w:b/>
          <w:bCs/>
          <w:sz w:val="22"/>
          <w:rtl/>
        </w:rPr>
        <w:t>ولا يعد</w:t>
      </w:r>
      <w:r w:rsidRPr="0037105B">
        <w:rPr>
          <w:b/>
          <w:bCs/>
          <w:sz w:val="22"/>
        </w:rPr>
        <w:t xml:space="preserve"> DevOps </w:t>
      </w:r>
      <w:r w:rsidRPr="0037105B">
        <w:rPr>
          <w:b/>
          <w:bCs/>
          <w:sz w:val="22"/>
          <w:rtl/>
        </w:rPr>
        <w:t>بديلًا عن</w:t>
      </w:r>
      <w:r w:rsidRPr="0037105B">
        <w:rPr>
          <w:b/>
          <w:bCs/>
          <w:sz w:val="22"/>
        </w:rPr>
        <w:t xml:space="preserve"> Agile</w:t>
      </w:r>
      <w:r w:rsidRPr="0037105B">
        <w:rPr>
          <w:b/>
          <w:bCs/>
          <w:sz w:val="22"/>
          <w:rtl/>
        </w:rPr>
        <w:t>، بل يمكن اعتباره امتدادًا لها، لأنه يساعد على نقل مبادئ التعاون والتحسين المستمر إلى مراحل التشغيل والنشر</w:t>
      </w:r>
      <w:r w:rsidRPr="0037105B">
        <w:rPr>
          <w:b/>
          <w:bCs/>
          <w:sz w:val="22"/>
        </w:rPr>
        <w:t>.</w:t>
      </w:r>
    </w:p>
    <w:p w14:paraId="6D825EDE" w14:textId="77777777" w:rsidR="00223EEC" w:rsidRPr="0037105B" w:rsidRDefault="00223EEC" w:rsidP="00223EEC">
      <w:pPr>
        <w:bidi/>
        <w:spacing w:after="0" w:line="360" w:lineRule="auto"/>
        <w:rPr>
          <w:b/>
          <w:bCs/>
          <w:sz w:val="22"/>
        </w:rPr>
      </w:pPr>
    </w:p>
    <w:p w14:paraId="7009B597" w14:textId="77777777" w:rsidR="0037105B" w:rsidRPr="004C0610" w:rsidRDefault="0037105B" w:rsidP="0037105B">
      <w:pPr>
        <w:bidi/>
        <w:spacing w:after="0" w:line="360" w:lineRule="auto"/>
        <w:rPr>
          <w:b/>
          <w:bCs/>
          <w:sz w:val="22"/>
          <w:rtl/>
        </w:rPr>
      </w:pPr>
    </w:p>
    <w:p w14:paraId="5A9AC68E" w14:textId="77777777" w:rsidR="00BF67D3" w:rsidRPr="00BF67D3" w:rsidRDefault="00BF67D3" w:rsidP="00BF67D3">
      <w:pPr>
        <w:bidi/>
        <w:spacing w:after="0" w:line="360" w:lineRule="auto"/>
        <w:rPr>
          <w:b/>
          <w:bCs/>
          <w:sz w:val="22"/>
        </w:rPr>
      </w:pPr>
      <w:r w:rsidRPr="00BF67D3">
        <w:rPr>
          <w:b/>
          <w:bCs/>
          <w:sz w:val="22"/>
        </w:rPr>
        <w:lastRenderedPageBreak/>
        <w:t xml:space="preserve">2.8 </w:t>
      </w:r>
      <w:r w:rsidRPr="00BF67D3">
        <w:rPr>
          <w:b/>
          <w:bCs/>
          <w:sz w:val="22"/>
          <w:rtl/>
        </w:rPr>
        <w:t>مفهوم جودة البرمجيات</w:t>
      </w:r>
    </w:p>
    <w:p w14:paraId="7EC00C0D" w14:textId="77777777" w:rsidR="00BF67D3" w:rsidRPr="00BF67D3" w:rsidRDefault="00BF67D3" w:rsidP="00BF67D3">
      <w:pPr>
        <w:bidi/>
        <w:spacing w:after="0" w:line="360" w:lineRule="auto"/>
        <w:rPr>
          <w:b/>
          <w:bCs/>
          <w:sz w:val="22"/>
        </w:rPr>
      </w:pPr>
      <w:r w:rsidRPr="00BF67D3">
        <w:rPr>
          <w:b/>
          <w:bCs/>
          <w:sz w:val="22"/>
          <w:rtl/>
        </w:rPr>
        <w:t>تشير جودة البرمجيات إلى قدرة المنتج البرمجي على تلبية المتطلبات المحددة واحتياجات المستخدمين، والعمل بصورة موثوقة وآمنة وفعالة وسهلة الاستخدام</w:t>
      </w:r>
      <w:r w:rsidRPr="00BF67D3">
        <w:rPr>
          <w:b/>
          <w:bCs/>
          <w:sz w:val="22"/>
        </w:rPr>
        <w:t>.</w:t>
      </w:r>
    </w:p>
    <w:p w14:paraId="289B4017" w14:textId="77777777" w:rsidR="00BF67D3" w:rsidRPr="00BF67D3" w:rsidRDefault="00BF67D3" w:rsidP="00BF67D3">
      <w:pPr>
        <w:bidi/>
        <w:spacing w:after="0" w:line="360" w:lineRule="auto"/>
        <w:rPr>
          <w:b/>
          <w:bCs/>
          <w:sz w:val="22"/>
        </w:rPr>
      </w:pPr>
      <w:r w:rsidRPr="00BF67D3">
        <w:rPr>
          <w:b/>
          <w:bCs/>
          <w:sz w:val="22"/>
          <w:rtl/>
        </w:rPr>
        <w:t>ولا تعني جودة البرمجيات خلو المنتج من الأخطاء فقط، بل تشمل مجموعة واسعة من الخصائص التي تحدد مدى نجاح المنتج في أداء وظائفه وتحقيق القيمة المطلوبة</w:t>
      </w:r>
      <w:r w:rsidRPr="00BF67D3">
        <w:rPr>
          <w:b/>
          <w:bCs/>
          <w:sz w:val="22"/>
        </w:rPr>
        <w:t>.</w:t>
      </w:r>
    </w:p>
    <w:p w14:paraId="66F68573" w14:textId="77777777" w:rsidR="00BF67D3" w:rsidRPr="00BF67D3" w:rsidRDefault="00BF67D3" w:rsidP="00BF67D3">
      <w:pPr>
        <w:bidi/>
        <w:spacing w:after="0" w:line="360" w:lineRule="auto"/>
        <w:rPr>
          <w:b/>
          <w:bCs/>
          <w:sz w:val="22"/>
        </w:rPr>
      </w:pPr>
      <w:r w:rsidRPr="00BF67D3">
        <w:rPr>
          <w:b/>
          <w:bCs/>
          <w:sz w:val="22"/>
          <w:rtl/>
        </w:rPr>
        <w:t>وقد تختلف معايير الجودة باختلاف طبيعة المنتج. فالأنظمة البنكية تحتاج إلى مستويات مرتفعة من الأمان والموثوقية، بينما قد تركز تطبيقات التجارة الإلكترونية على سهولة الاستخدام وسرعة الأداء، وقد تحتاج الأنظمة الصحية إلى الأمان والدقة والسلامة بصورة أكبر</w:t>
      </w:r>
      <w:r w:rsidRPr="00BF67D3">
        <w:rPr>
          <w:b/>
          <w:bCs/>
          <w:sz w:val="22"/>
        </w:rPr>
        <w:t>.</w:t>
      </w:r>
    </w:p>
    <w:p w14:paraId="6C4F4067" w14:textId="77777777" w:rsidR="0037105B" w:rsidRPr="004C0610" w:rsidRDefault="0037105B" w:rsidP="0037105B">
      <w:pPr>
        <w:bidi/>
        <w:spacing w:after="0" w:line="360" w:lineRule="auto"/>
        <w:rPr>
          <w:b/>
          <w:bCs/>
          <w:sz w:val="22"/>
          <w:rtl/>
        </w:rPr>
      </w:pPr>
    </w:p>
    <w:p w14:paraId="4CE888E6" w14:textId="77777777" w:rsidR="00BF67D3" w:rsidRPr="00BF67D3" w:rsidRDefault="00BF67D3" w:rsidP="00BF67D3">
      <w:pPr>
        <w:bidi/>
        <w:spacing w:after="0" w:line="360" w:lineRule="auto"/>
        <w:rPr>
          <w:b/>
          <w:bCs/>
          <w:sz w:val="22"/>
        </w:rPr>
      </w:pPr>
      <w:r w:rsidRPr="00BF67D3">
        <w:rPr>
          <w:b/>
          <w:bCs/>
          <w:sz w:val="22"/>
        </w:rPr>
        <w:t xml:space="preserve">2.9 </w:t>
      </w:r>
      <w:r w:rsidRPr="00BF67D3">
        <w:rPr>
          <w:b/>
          <w:bCs/>
          <w:sz w:val="22"/>
          <w:rtl/>
        </w:rPr>
        <w:t>أبعاد جودة البرمجيات</w:t>
      </w:r>
    </w:p>
    <w:p w14:paraId="0FD8AD42" w14:textId="77777777" w:rsidR="00BF67D3" w:rsidRPr="00BF67D3" w:rsidRDefault="00BF67D3" w:rsidP="00BF67D3">
      <w:pPr>
        <w:bidi/>
        <w:spacing w:after="0" w:line="360" w:lineRule="auto"/>
        <w:rPr>
          <w:b/>
          <w:bCs/>
          <w:sz w:val="22"/>
        </w:rPr>
      </w:pPr>
      <w:r w:rsidRPr="00BF67D3">
        <w:rPr>
          <w:b/>
          <w:bCs/>
          <w:sz w:val="22"/>
          <w:rtl/>
        </w:rPr>
        <w:t>وفقًا لمعايير جودة البرمجيات، يمكن تناول أبرز أبعاد الجودة كما يأتي</w:t>
      </w:r>
      <w:r w:rsidRPr="00BF67D3">
        <w:rPr>
          <w:b/>
          <w:bCs/>
          <w:sz w:val="22"/>
        </w:rPr>
        <w:t>:</w:t>
      </w:r>
    </w:p>
    <w:p w14:paraId="067B7E51" w14:textId="77777777" w:rsidR="00BF67D3" w:rsidRPr="00BF67D3" w:rsidRDefault="00BF67D3" w:rsidP="00BF67D3">
      <w:pPr>
        <w:bidi/>
        <w:spacing w:after="0" w:line="360" w:lineRule="auto"/>
        <w:rPr>
          <w:b/>
          <w:bCs/>
          <w:sz w:val="22"/>
        </w:rPr>
      </w:pPr>
      <w:r w:rsidRPr="00BF67D3">
        <w:rPr>
          <w:b/>
          <w:bCs/>
          <w:sz w:val="22"/>
        </w:rPr>
        <w:t xml:space="preserve">2.9.1 </w:t>
      </w:r>
      <w:r w:rsidRPr="00BF67D3">
        <w:rPr>
          <w:b/>
          <w:bCs/>
          <w:sz w:val="22"/>
          <w:rtl/>
        </w:rPr>
        <w:t>الملاءمة الوظيفية</w:t>
      </w:r>
    </w:p>
    <w:p w14:paraId="4AA9ABE3" w14:textId="77777777" w:rsidR="00BF67D3" w:rsidRPr="00BF67D3" w:rsidRDefault="00BF67D3" w:rsidP="00BF67D3">
      <w:pPr>
        <w:bidi/>
        <w:spacing w:after="0" w:line="360" w:lineRule="auto"/>
        <w:rPr>
          <w:b/>
          <w:bCs/>
          <w:sz w:val="22"/>
        </w:rPr>
      </w:pPr>
      <w:r w:rsidRPr="00BF67D3">
        <w:rPr>
          <w:b/>
          <w:bCs/>
          <w:sz w:val="22"/>
          <w:rtl/>
        </w:rPr>
        <w:t>تعني قدرة المنتج على تقديم الوظائف التي يحتاجها المستخدم بصورة كاملة وصحيحة ومناسبة</w:t>
      </w:r>
      <w:r w:rsidRPr="00BF67D3">
        <w:rPr>
          <w:b/>
          <w:bCs/>
          <w:sz w:val="22"/>
        </w:rPr>
        <w:t>.</w:t>
      </w:r>
    </w:p>
    <w:p w14:paraId="6A3401B9" w14:textId="77777777" w:rsidR="00BF67D3" w:rsidRPr="00BF67D3" w:rsidRDefault="00BF67D3" w:rsidP="00BF67D3">
      <w:pPr>
        <w:bidi/>
        <w:spacing w:after="0" w:line="360" w:lineRule="auto"/>
        <w:rPr>
          <w:b/>
          <w:bCs/>
          <w:sz w:val="22"/>
        </w:rPr>
      </w:pPr>
      <w:r w:rsidRPr="00BF67D3">
        <w:rPr>
          <w:b/>
          <w:bCs/>
          <w:sz w:val="22"/>
          <w:rtl/>
        </w:rPr>
        <w:t>وتشمل</w:t>
      </w:r>
      <w:r w:rsidRPr="00BF67D3">
        <w:rPr>
          <w:b/>
          <w:bCs/>
          <w:sz w:val="22"/>
        </w:rPr>
        <w:t>:</w:t>
      </w:r>
    </w:p>
    <w:p w14:paraId="68330360" w14:textId="77777777" w:rsidR="00BF67D3" w:rsidRPr="00BF67D3" w:rsidRDefault="00BF67D3" w:rsidP="00293444">
      <w:pPr>
        <w:numPr>
          <w:ilvl w:val="0"/>
          <w:numId w:val="13"/>
        </w:numPr>
        <w:bidi/>
        <w:spacing w:after="0" w:line="360" w:lineRule="auto"/>
        <w:rPr>
          <w:b/>
          <w:bCs/>
          <w:sz w:val="22"/>
        </w:rPr>
      </w:pPr>
      <w:r w:rsidRPr="00BF67D3">
        <w:rPr>
          <w:b/>
          <w:bCs/>
          <w:sz w:val="22"/>
          <w:rtl/>
        </w:rPr>
        <w:t>اكتمال الوظائف</w:t>
      </w:r>
      <w:r w:rsidRPr="00BF67D3">
        <w:rPr>
          <w:b/>
          <w:bCs/>
          <w:sz w:val="22"/>
        </w:rPr>
        <w:t xml:space="preserve">. </w:t>
      </w:r>
    </w:p>
    <w:p w14:paraId="08156CAB" w14:textId="77777777" w:rsidR="00BF67D3" w:rsidRPr="00BF67D3" w:rsidRDefault="00BF67D3" w:rsidP="00293444">
      <w:pPr>
        <w:numPr>
          <w:ilvl w:val="0"/>
          <w:numId w:val="13"/>
        </w:numPr>
        <w:bidi/>
        <w:spacing w:after="0" w:line="360" w:lineRule="auto"/>
        <w:rPr>
          <w:b/>
          <w:bCs/>
          <w:sz w:val="22"/>
        </w:rPr>
      </w:pPr>
      <w:r w:rsidRPr="00BF67D3">
        <w:rPr>
          <w:b/>
          <w:bCs/>
          <w:sz w:val="22"/>
          <w:rtl/>
        </w:rPr>
        <w:t>صحة النتائج</w:t>
      </w:r>
      <w:r w:rsidRPr="00BF67D3">
        <w:rPr>
          <w:b/>
          <w:bCs/>
          <w:sz w:val="22"/>
        </w:rPr>
        <w:t xml:space="preserve">. </w:t>
      </w:r>
    </w:p>
    <w:p w14:paraId="38F69A16" w14:textId="77777777" w:rsidR="00BF67D3" w:rsidRPr="00BF67D3" w:rsidRDefault="00BF67D3" w:rsidP="00293444">
      <w:pPr>
        <w:numPr>
          <w:ilvl w:val="0"/>
          <w:numId w:val="13"/>
        </w:numPr>
        <w:bidi/>
        <w:spacing w:after="0" w:line="360" w:lineRule="auto"/>
        <w:rPr>
          <w:b/>
          <w:bCs/>
          <w:sz w:val="22"/>
        </w:rPr>
      </w:pPr>
      <w:r w:rsidRPr="00BF67D3">
        <w:rPr>
          <w:b/>
          <w:bCs/>
          <w:sz w:val="22"/>
          <w:rtl/>
        </w:rPr>
        <w:t>مناسبة الوظائف للاستخدام المطلوب</w:t>
      </w:r>
      <w:r w:rsidRPr="00BF67D3">
        <w:rPr>
          <w:b/>
          <w:bCs/>
          <w:sz w:val="22"/>
        </w:rPr>
        <w:t xml:space="preserve">. </w:t>
      </w:r>
    </w:p>
    <w:p w14:paraId="67822025" w14:textId="77777777" w:rsidR="00BF67D3" w:rsidRPr="00BF67D3" w:rsidRDefault="00BF67D3" w:rsidP="00BF67D3">
      <w:pPr>
        <w:bidi/>
        <w:spacing w:after="0" w:line="360" w:lineRule="auto"/>
        <w:rPr>
          <w:b/>
          <w:bCs/>
          <w:sz w:val="22"/>
        </w:rPr>
      </w:pPr>
      <w:r w:rsidRPr="00BF67D3">
        <w:rPr>
          <w:b/>
          <w:bCs/>
          <w:sz w:val="22"/>
        </w:rPr>
        <w:t xml:space="preserve">2.9.2 </w:t>
      </w:r>
      <w:r w:rsidRPr="00BF67D3">
        <w:rPr>
          <w:b/>
          <w:bCs/>
          <w:sz w:val="22"/>
          <w:rtl/>
        </w:rPr>
        <w:t>كفاءة الأداء</w:t>
      </w:r>
    </w:p>
    <w:p w14:paraId="061829B3" w14:textId="77777777" w:rsidR="00BF67D3" w:rsidRPr="00BF67D3" w:rsidRDefault="00BF67D3" w:rsidP="00BF67D3">
      <w:pPr>
        <w:bidi/>
        <w:spacing w:after="0" w:line="360" w:lineRule="auto"/>
        <w:rPr>
          <w:b/>
          <w:bCs/>
          <w:sz w:val="22"/>
        </w:rPr>
      </w:pPr>
      <w:r w:rsidRPr="00BF67D3">
        <w:rPr>
          <w:b/>
          <w:bCs/>
          <w:sz w:val="22"/>
          <w:rtl/>
        </w:rPr>
        <w:t>تشير إلى مستوى أداء النظام مقارنة بالموارد المستخدمة</w:t>
      </w:r>
      <w:r w:rsidRPr="00BF67D3">
        <w:rPr>
          <w:b/>
          <w:bCs/>
          <w:sz w:val="22"/>
        </w:rPr>
        <w:t>.</w:t>
      </w:r>
    </w:p>
    <w:p w14:paraId="68046DF9" w14:textId="77777777" w:rsidR="00BF67D3" w:rsidRPr="00BF67D3" w:rsidRDefault="00BF67D3" w:rsidP="00BF67D3">
      <w:pPr>
        <w:bidi/>
        <w:spacing w:after="0" w:line="360" w:lineRule="auto"/>
        <w:rPr>
          <w:b/>
          <w:bCs/>
          <w:sz w:val="22"/>
        </w:rPr>
      </w:pPr>
      <w:r w:rsidRPr="00BF67D3">
        <w:rPr>
          <w:b/>
          <w:bCs/>
          <w:sz w:val="22"/>
          <w:rtl/>
        </w:rPr>
        <w:t>وتشمل</w:t>
      </w:r>
      <w:r w:rsidRPr="00BF67D3">
        <w:rPr>
          <w:b/>
          <w:bCs/>
          <w:sz w:val="22"/>
        </w:rPr>
        <w:t>:</w:t>
      </w:r>
    </w:p>
    <w:p w14:paraId="0CFBE145" w14:textId="77777777" w:rsidR="00BF67D3" w:rsidRPr="00BF67D3" w:rsidRDefault="00BF67D3" w:rsidP="00293444">
      <w:pPr>
        <w:numPr>
          <w:ilvl w:val="0"/>
          <w:numId w:val="14"/>
        </w:numPr>
        <w:bidi/>
        <w:spacing w:after="0" w:line="360" w:lineRule="auto"/>
        <w:rPr>
          <w:b/>
          <w:bCs/>
          <w:sz w:val="22"/>
        </w:rPr>
      </w:pPr>
      <w:r w:rsidRPr="00BF67D3">
        <w:rPr>
          <w:b/>
          <w:bCs/>
          <w:sz w:val="22"/>
          <w:rtl/>
        </w:rPr>
        <w:t>سرعة الاستجابة</w:t>
      </w:r>
      <w:r w:rsidRPr="00BF67D3">
        <w:rPr>
          <w:b/>
          <w:bCs/>
          <w:sz w:val="22"/>
        </w:rPr>
        <w:t xml:space="preserve">. </w:t>
      </w:r>
    </w:p>
    <w:p w14:paraId="35FDD88D" w14:textId="77777777" w:rsidR="00BF67D3" w:rsidRPr="00BF67D3" w:rsidRDefault="00BF67D3" w:rsidP="00293444">
      <w:pPr>
        <w:numPr>
          <w:ilvl w:val="0"/>
          <w:numId w:val="14"/>
        </w:numPr>
        <w:bidi/>
        <w:spacing w:after="0" w:line="360" w:lineRule="auto"/>
        <w:rPr>
          <w:b/>
          <w:bCs/>
          <w:sz w:val="22"/>
        </w:rPr>
      </w:pPr>
      <w:r w:rsidRPr="00BF67D3">
        <w:rPr>
          <w:b/>
          <w:bCs/>
          <w:sz w:val="22"/>
          <w:rtl/>
        </w:rPr>
        <w:t>استهلاك الموارد</w:t>
      </w:r>
      <w:r w:rsidRPr="00BF67D3">
        <w:rPr>
          <w:b/>
          <w:bCs/>
          <w:sz w:val="22"/>
        </w:rPr>
        <w:t xml:space="preserve">. </w:t>
      </w:r>
    </w:p>
    <w:p w14:paraId="666973CF" w14:textId="77777777" w:rsidR="00BF67D3" w:rsidRPr="00BF67D3" w:rsidRDefault="00BF67D3" w:rsidP="00293444">
      <w:pPr>
        <w:numPr>
          <w:ilvl w:val="0"/>
          <w:numId w:val="14"/>
        </w:numPr>
        <w:bidi/>
        <w:spacing w:after="0" w:line="360" w:lineRule="auto"/>
        <w:rPr>
          <w:b/>
          <w:bCs/>
          <w:sz w:val="22"/>
        </w:rPr>
      </w:pPr>
      <w:r w:rsidRPr="00BF67D3">
        <w:rPr>
          <w:b/>
          <w:bCs/>
          <w:sz w:val="22"/>
          <w:rtl/>
        </w:rPr>
        <w:t>القدرة على التعامل مع عدد كبير من المستخدمين أو العمليات</w:t>
      </w:r>
      <w:r w:rsidRPr="00BF67D3">
        <w:rPr>
          <w:b/>
          <w:bCs/>
          <w:sz w:val="22"/>
        </w:rPr>
        <w:t xml:space="preserve">. </w:t>
      </w:r>
    </w:p>
    <w:p w14:paraId="768CBD30" w14:textId="77777777" w:rsidR="00BF67D3" w:rsidRPr="00BF67D3" w:rsidRDefault="00BF67D3" w:rsidP="00BF67D3">
      <w:pPr>
        <w:bidi/>
        <w:spacing w:after="0" w:line="360" w:lineRule="auto"/>
        <w:rPr>
          <w:b/>
          <w:bCs/>
          <w:sz w:val="22"/>
        </w:rPr>
      </w:pPr>
      <w:r w:rsidRPr="00BF67D3">
        <w:rPr>
          <w:b/>
          <w:bCs/>
          <w:sz w:val="22"/>
        </w:rPr>
        <w:t xml:space="preserve">2.9.3 </w:t>
      </w:r>
      <w:r w:rsidRPr="00BF67D3">
        <w:rPr>
          <w:b/>
          <w:bCs/>
          <w:sz w:val="22"/>
          <w:rtl/>
        </w:rPr>
        <w:t>الموثوقية</w:t>
      </w:r>
    </w:p>
    <w:p w14:paraId="1042D759" w14:textId="77777777" w:rsidR="00BF67D3" w:rsidRPr="00BF67D3" w:rsidRDefault="00BF67D3" w:rsidP="00BF67D3">
      <w:pPr>
        <w:bidi/>
        <w:spacing w:after="0" w:line="360" w:lineRule="auto"/>
        <w:rPr>
          <w:b/>
          <w:bCs/>
          <w:sz w:val="22"/>
        </w:rPr>
      </w:pPr>
      <w:r w:rsidRPr="00BF67D3">
        <w:rPr>
          <w:b/>
          <w:bCs/>
          <w:sz w:val="22"/>
          <w:rtl/>
        </w:rPr>
        <w:t>تعني قدرة النظام على العمل بصورة مستقرة ومتواصلة دون أعطال متكررة</w:t>
      </w:r>
      <w:r w:rsidRPr="00BF67D3">
        <w:rPr>
          <w:b/>
          <w:bCs/>
          <w:sz w:val="22"/>
        </w:rPr>
        <w:t>.</w:t>
      </w:r>
    </w:p>
    <w:p w14:paraId="6F4C1D03" w14:textId="77777777" w:rsidR="00BF67D3" w:rsidRPr="00BF67D3" w:rsidRDefault="00BF67D3" w:rsidP="00BF67D3">
      <w:pPr>
        <w:bidi/>
        <w:spacing w:after="0" w:line="360" w:lineRule="auto"/>
        <w:rPr>
          <w:b/>
          <w:bCs/>
          <w:sz w:val="22"/>
        </w:rPr>
      </w:pPr>
      <w:r w:rsidRPr="00BF67D3">
        <w:rPr>
          <w:b/>
          <w:bCs/>
          <w:sz w:val="22"/>
          <w:rtl/>
        </w:rPr>
        <w:t>وتشمل</w:t>
      </w:r>
      <w:r w:rsidRPr="00BF67D3">
        <w:rPr>
          <w:b/>
          <w:bCs/>
          <w:sz w:val="22"/>
        </w:rPr>
        <w:t>:</w:t>
      </w:r>
    </w:p>
    <w:p w14:paraId="5601F852" w14:textId="77777777" w:rsidR="00BF67D3" w:rsidRPr="00BF67D3" w:rsidRDefault="00BF67D3" w:rsidP="00293444">
      <w:pPr>
        <w:numPr>
          <w:ilvl w:val="0"/>
          <w:numId w:val="15"/>
        </w:numPr>
        <w:bidi/>
        <w:spacing w:after="0" w:line="360" w:lineRule="auto"/>
        <w:rPr>
          <w:b/>
          <w:bCs/>
          <w:sz w:val="22"/>
        </w:rPr>
      </w:pPr>
      <w:r w:rsidRPr="00BF67D3">
        <w:rPr>
          <w:b/>
          <w:bCs/>
          <w:sz w:val="22"/>
          <w:rtl/>
        </w:rPr>
        <w:t>التوافر</w:t>
      </w:r>
      <w:r w:rsidRPr="00BF67D3">
        <w:rPr>
          <w:b/>
          <w:bCs/>
          <w:sz w:val="22"/>
        </w:rPr>
        <w:t xml:space="preserve">. </w:t>
      </w:r>
    </w:p>
    <w:p w14:paraId="24A041ED" w14:textId="77777777" w:rsidR="00BF67D3" w:rsidRPr="00BF67D3" w:rsidRDefault="00BF67D3" w:rsidP="00293444">
      <w:pPr>
        <w:numPr>
          <w:ilvl w:val="0"/>
          <w:numId w:val="15"/>
        </w:numPr>
        <w:bidi/>
        <w:spacing w:after="0" w:line="360" w:lineRule="auto"/>
        <w:rPr>
          <w:b/>
          <w:bCs/>
          <w:sz w:val="22"/>
        </w:rPr>
      </w:pPr>
      <w:r w:rsidRPr="00BF67D3">
        <w:rPr>
          <w:b/>
          <w:bCs/>
          <w:sz w:val="22"/>
          <w:rtl/>
        </w:rPr>
        <w:t>تحمل الأعطال</w:t>
      </w:r>
      <w:r w:rsidRPr="00BF67D3">
        <w:rPr>
          <w:b/>
          <w:bCs/>
          <w:sz w:val="22"/>
        </w:rPr>
        <w:t xml:space="preserve">. </w:t>
      </w:r>
    </w:p>
    <w:p w14:paraId="330DD64C" w14:textId="77777777" w:rsidR="00BF67D3" w:rsidRPr="00BF67D3" w:rsidRDefault="00BF67D3" w:rsidP="00293444">
      <w:pPr>
        <w:numPr>
          <w:ilvl w:val="0"/>
          <w:numId w:val="15"/>
        </w:numPr>
        <w:bidi/>
        <w:spacing w:after="0" w:line="360" w:lineRule="auto"/>
        <w:rPr>
          <w:b/>
          <w:bCs/>
          <w:sz w:val="22"/>
        </w:rPr>
      </w:pPr>
      <w:r w:rsidRPr="00BF67D3">
        <w:rPr>
          <w:b/>
          <w:bCs/>
          <w:sz w:val="22"/>
          <w:rtl/>
        </w:rPr>
        <w:t>القدرة على الاستعادة</w:t>
      </w:r>
      <w:r w:rsidRPr="00BF67D3">
        <w:rPr>
          <w:b/>
          <w:bCs/>
          <w:sz w:val="22"/>
        </w:rPr>
        <w:t xml:space="preserve">. </w:t>
      </w:r>
    </w:p>
    <w:p w14:paraId="34E2FA1A" w14:textId="77777777" w:rsidR="00BF67D3" w:rsidRPr="00BF67D3" w:rsidRDefault="00BF67D3" w:rsidP="00293444">
      <w:pPr>
        <w:numPr>
          <w:ilvl w:val="0"/>
          <w:numId w:val="15"/>
        </w:numPr>
        <w:bidi/>
        <w:spacing w:after="0" w:line="360" w:lineRule="auto"/>
        <w:rPr>
          <w:b/>
          <w:bCs/>
          <w:sz w:val="22"/>
        </w:rPr>
      </w:pPr>
      <w:r w:rsidRPr="00BF67D3">
        <w:rPr>
          <w:b/>
          <w:bCs/>
          <w:sz w:val="22"/>
          <w:rtl/>
        </w:rPr>
        <w:t>استقرار النظام</w:t>
      </w:r>
      <w:r w:rsidRPr="00BF67D3">
        <w:rPr>
          <w:b/>
          <w:bCs/>
          <w:sz w:val="22"/>
        </w:rPr>
        <w:t xml:space="preserve">. </w:t>
      </w:r>
    </w:p>
    <w:p w14:paraId="02A17EC8" w14:textId="77777777" w:rsidR="00BF67D3" w:rsidRPr="00BF67D3" w:rsidRDefault="00BF67D3" w:rsidP="00BF67D3">
      <w:pPr>
        <w:bidi/>
        <w:spacing w:after="0" w:line="360" w:lineRule="auto"/>
        <w:rPr>
          <w:b/>
          <w:bCs/>
          <w:sz w:val="22"/>
        </w:rPr>
      </w:pPr>
      <w:r w:rsidRPr="00BF67D3">
        <w:rPr>
          <w:b/>
          <w:bCs/>
          <w:sz w:val="22"/>
        </w:rPr>
        <w:t xml:space="preserve">2.9.4 </w:t>
      </w:r>
      <w:r w:rsidRPr="00BF67D3">
        <w:rPr>
          <w:b/>
          <w:bCs/>
          <w:sz w:val="22"/>
          <w:rtl/>
        </w:rPr>
        <w:t>سهولة الاستخدام</w:t>
      </w:r>
    </w:p>
    <w:p w14:paraId="08896F23" w14:textId="77777777" w:rsidR="00BF67D3" w:rsidRPr="00BF67D3" w:rsidRDefault="00BF67D3" w:rsidP="00BF67D3">
      <w:pPr>
        <w:bidi/>
        <w:spacing w:after="0" w:line="360" w:lineRule="auto"/>
        <w:rPr>
          <w:b/>
          <w:bCs/>
          <w:sz w:val="22"/>
        </w:rPr>
      </w:pPr>
      <w:r w:rsidRPr="00BF67D3">
        <w:rPr>
          <w:b/>
          <w:bCs/>
          <w:sz w:val="22"/>
          <w:rtl/>
        </w:rPr>
        <w:t>تعني مدى سهولة تعلم النظام واستخدامه من قبل المستخدمين</w:t>
      </w:r>
      <w:r w:rsidRPr="00BF67D3">
        <w:rPr>
          <w:b/>
          <w:bCs/>
          <w:sz w:val="22"/>
        </w:rPr>
        <w:t>.</w:t>
      </w:r>
    </w:p>
    <w:p w14:paraId="1B795934" w14:textId="77777777" w:rsidR="00BF67D3" w:rsidRPr="00BF67D3" w:rsidRDefault="00BF67D3" w:rsidP="00BF67D3">
      <w:pPr>
        <w:bidi/>
        <w:spacing w:after="0" w:line="360" w:lineRule="auto"/>
        <w:rPr>
          <w:b/>
          <w:bCs/>
          <w:sz w:val="22"/>
        </w:rPr>
      </w:pPr>
      <w:r w:rsidRPr="00BF67D3">
        <w:rPr>
          <w:b/>
          <w:bCs/>
          <w:sz w:val="22"/>
          <w:rtl/>
        </w:rPr>
        <w:t>وتشمل</w:t>
      </w:r>
      <w:r w:rsidRPr="00BF67D3">
        <w:rPr>
          <w:b/>
          <w:bCs/>
          <w:sz w:val="22"/>
        </w:rPr>
        <w:t>:</w:t>
      </w:r>
    </w:p>
    <w:p w14:paraId="195FCEF0" w14:textId="77777777" w:rsidR="00BF67D3" w:rsidRPr="00BF67D3" w:rsidRDefault="00BF67D3" w:rsidP="00293444">
      <w:pPr>
        <w:numPr>
          <w:ilvl w:val="0"/>
          <w:numId w:val="16"/>
        </w:numPr>
        <w:bidi/>
        <w:spacing w:after="0" w:line="360" w:lineRule="auto"/>
        <w:rPr>
          <w:b/>
          <w:bCs/>
          <w:sz w:val="22"/>
        </w:rPr>
      </w:pPr>
      <w:r w:rsidRPr="00BF67D3">
        <w:rPr>
          <w:b/>
          <w:bCs/>
          <w:sz w:val="22"/>
          <w:rtl/>
        </w:rPr>
        <w:t>وضوح الواجهات</w:t>
      </w:r>
      <w:r w:rsidRPr="00BF67D3">
        <w:rPr>
          <w:b/>
          <w:bCs/>
          <w:sz w:val="22"/>
        </w:rPr>
        <w:t xml:space="preserve">. </w:t>
      </w:r>
    </w:p>
    <w:p w14:paraId="0B929A7B" w14:textId="77777777" w:rsidR="00BF67D3" w:rsidRPr="00BF67D3" w:rsidRDefault="00BF67D3" w:rsidP="00293444">
      <w:pPr>
        <w:numPr>
          <w:ilvl w:val="0"/>
          <w:numId w:val="16"/>
        </w:numPr>
        <w:bidi/>
        <w:spacing w:after="0" w:line="360" w:lineRule="auto"/>
        <w:rPr>
          <w:b/>
          <w:bCs/>
          <w:sz w:val="22"/>
        </w:rPr>
      </w:pPr>
      <w:r w:rsidRPr="00BF67D3">
        <w:rPr>
          <w:b/>
          <w:bCs/>
          <w:sz w:val="22"/>
          <w:rtl/>
        </w:rPr>
        <w:t>سهولة التعلم</w:t>
      </w:r>
      <w:r w:rsidRPr="00BF67D3">
        <w:rPr>
          <w:b/>
          <w:bCs/>
          <w:sz w:val="22"/>
        </w:rPr>
        <w:t xml:space="preserve">. </w:t>
      </w:r>
    </w:p>
    <w:p w14:paraId="123D0EE1" w14:textId="77777777" w:rsidR="00BF67D3" w:rsidRPr="00BF67D3" w:rsidRDefault="00BF67D3" w:rsidP="00293444">
      <w:pPr>
        <w:numPr>
          <w:ilvl w:val="0"/>
          <w:numId w:val="16"/>
        </w:numPr>
        <w:bidi/>
        <w:spacing w:after="0" w:line="360" w:lineRule="auto"/>
        <w:rPr>
          <w:b/>
          <w:bCs/>
          <w:sz w:val="22"/>
        </w:rPr>
      </w:pPr>
      <w:r w:rsidRPr="00BF67D3">
        <w:rPr>
          <w:b/>
          <w:bCs/>
          <w:sz w:val="22"/>
          <w:rtl/>
        </w:rPr>
        <w:lastRenderedPageBreak/>
        <w:t>سهولة تنفيذ المهام</w:t>
      </w:r>
      <w:r w:rsidRPr="00BF67D3">
        <w:rPr>
          <w:b/>
          <w:bCs/>
          <w:sz w:val="22"/>
        </w:rPr>
        <w:t xml:space="preserve">. </w:t>
      </w:r>
    </w:p>
    <w:p w14:paraId="4B7093AF" w14:textId="77777777" w:rsidR="00BF67D3" w:rsidRPr="00BF67D3" w:rsidRDefault="00BF67D3" w:rsidP="00293444">
      <w:pPr>
        <w:numPr>
          <w:ilvl w:val="0"/>
          <w:numId w:val="16"/>
        </w:numPr>
        <w:bidi/>
        <w:spacing w:after="0" w:line="360" w:lineRule="auto"/>
        <w:rPr>
          <w:b/>
          <w:bCs/>
          <w:sz w:val="22"/>
        </w:rPr>
      </w:pPr>
      <w:r w:rsidRPr="00BF67D3">
        <w:rPr>
          <w:b/>
          <w:bCs/>
          <w:sz w:val="22"/>
          <w:rtl/>
        </w:rPr>
        <w:t>تقليل أخطاء المستخدم</w:t>
      </w:r>
      <w:r w:rsidRPr="00BF67D3">
        <w:rPr>
          <w:b/>
          <w:bCs/>
          <w:sz w:val="22"/>
        </w:rPr>
        <w:t xml:space="preserve">. </w:t>
      </w:r>
    </w:p>
    <w:p w14:paraId="38DE7CC6" w14:textId="77777777" w:rsidR="00BF67D3" w:rsidRPr="00BF67D3" w:rsidRDefault="00BF67D3" w:rsidP="00293444">
      <w:pPr>
        <w:numPr>
          <w:ilvl w:val="0"/>
          <w:numId w:val="16"/>
        </w:numPr>
        <w:bidi/>
        <w:spacing w:after="0" w:line="360" w:lineRule="auto"/>
        <w:rPr>
          <w:b/>
          <w:bCs/>
          <w:sz w:val="22"/>
        </w:rPr>
      </w:pPr>
      <w:r w:rsidRPr="00BF67D3">
        <w:rPr>
          <w:b/>
          <w:bCs/>
          <w:sz w:val="22"/>
          <w:rtl/>
        </w:rPr>
        <w:t>رضا المستخدم عن التجربة</w:t>
      </w:r>
      <w:r w:rsidRPr="00BF67D3">
        <w:rPr>
          <w:b/>
          <w:bCs/>
          <w:sz w:val="22"/>
        </w:rPr>
        <w:t xml:space="preserve">. </w:t>
      </w:r>
    </w:p>
    <w:p w14:paraId="4A659225" w14:textId="77777777" w:rsidR="00BF67D3" w:rsidRPr="00BF67D3" w:rsidRDefault="00BF67D3" w:rsidP="00BF67D3">
      <w:pPr>
        <w:bidi/>
        <w:spacing w:after="0" w:line="360" w:lineRule="auto"/>
        <w:rPr>
          <w:b/>
          <w:bCs/>
          <w:sz w:val="22"/>
        </w:rPr>
      </w:pPr>
      <w:r w:rsidRPr="00BF67D3">
        <w:rPr>
          <w:b/>
          <w:bCs/>
          <w:sz w:val="22"/>
        </w:rPr>
        <w:t xml:space="preserve">2.9.5 </w:t>
      </w:r>
      <w:r w:rsidRPr="00BF67D3">
        <w:rPr>
          <w:b/>
          <w:bCs/>
          <w:sz w:val="22"/>
          <w:rtl/>
        </w:rPr>
        <w:t>الأمان</w:t>
      </w:r>
    </w:p>
    <w:p w14:paraId="35A46398" w14:textId="77777777" w:rsidR="00BF67D3" w:rsidRPr="00BF67D3" w:rsidRDefault="00BF67D3" w:rsidP="00BF67D3">
      <w:pPr>
        <w:bidi/>
        <w:spacing w:after="0" w:line="360" w:lineRule="auto"/>
        <w:rPr>
          <w:b/>
          <w:bCs/>
          <w:sz w:val="22"/>
        </w:rPr>
      </w:pPr>
      <w:r w:rsidRPr="00BF67D3">
        <w:rPr>
          <w:b/>
          <w:bCs/>
          <w:sz w:val="22"/>
          <w:rtl/>
        </w:rPr>
        <w:t>يشير إلى قدرة النظام على حماية البيانات والوظائف من الاستخدام غير المصرح به أو التغيير أو التسريب</w:t>
      </w:r>
      <w:r w:rsidRPr="00BF67D3">
        <w:rPr>
          <w:b/>
          <w:bCs/>
          <w:sz w:val="22"/>
        </w:rPr>
        <w:t>.</w:t>
      </w:r>
    </w:p>
    <w:p w14:paraId="7E8D8300" w14:textId="77777777" w:rsidR="00BF67D3" w:rsidRPr="00BF67D3" w:rsidRDefault="00BF67D3" w:rsidP="00BF67D3">
      <w:pPr>
        <w:bidi/>
        <w:spacing w:after="0" w:line="360" w:lineRule="auto"/>
        <w:rPr>
          <w:b/>
          <w:bCs/>
          <w:sz w:val="22"/>
        </w:rPr>
      </w:pPr>
      <w:r w:rsidRPr="00BF67D3">
        <w:rPr>
          <w:b/>
          <w:bCs/>
          <w:sz w:val="22"/>
          <w:rtl/>
        </w:rPr>
        <w:t>وتشمل الجودة الأمنية</w:t>
      </w:r>
      <w:r w:rsidRPr="00BF67D3">
        <w:rPr>
          <w:b/>
          <w:bCs/>
          <w:sz w:val="22"/>
        </w:rPr>
        <w:t>:</w:t>
      </w:r>
    </w:p>
    <w:p w14:paraId="15E78D77" w14:textId="77777777" w:rsidR="00BF67D3" w:rsidRPr="00BF67D3" w:rsidRDefault="00BF67D3" w:rsidP="00293444">
      <w:pPr>
        <w:numPr>
          <w:ilvl w:val="0"/>
          <w:numId w:val="17"/>
        </w:numPr>
        <w:bidi/>
        <w:spacing w:after="0" w:line="360" w:lineRule="auto"/>
        <w:rPr>
          <w:b/>
          <w:bCs/>
          <w:sz w:val="22"/>
        </w:rPr>
      </w:pPr>
      <w:r w:rsidRPr="00BF67D3">
        <w:rPr>
          <w:b/>
          <w:bCs/>
          <w:sz w:val="22"/>
          <w:rtl/>
        </w:rPr>
        <w:t>سرية المعلومات</w:t>
      </w:r>
      <w:r w:rsidRPr="00BF67D3">
        <w:rPr>
          <w:b/>
          <w:bCs/>
          <w:sz w:val="22"/>
        </w:rPr>
        <w:t xml:space="preserve">. </w:t>
      </w:r>
    </w:p>
    <w:p w14:paraId="6F2AC872" w14:textId="77777777" w:rsidR="00BF67D3" w:rsidRPr="00BF67D3" w:rsidRDefault="00BF67D3" w:rsidP="00293444">
      <w:pPr>
        <w:numPr>
          <w:ilvl w:val="0"/>
          <w:numId w:val="17"/>
        </w:numPr>
        <w:bidi/>
        <w:spacing w:after="0" w:line="360" w:lineRule="auto"/>
        <w:rPr>
          <w:b/>
          <w:bCs/>
          <w:sz w:val="22"/>
        </w:rPr>
      </w:pPr>
      <w:r w:rsidRPr="00BF67D3">
        <w:rPr>
          <w:b/>
          <w:bCs/>
          <w:sz w:val="22"/>
          <w:rtl/>
        </w:rPr>
        <w:t>سلامة البيانات</w:t>
      </w:r>
      <w:r w:rsidRPr="00BF67D3">
        <w:rPr>
          <w:b/>
          <w:bCs/>
          <w:sz w:val="22"/>
        </w:rPr>
        <w:t xml:space="preserve">. </w:t>
      </w:r>
    </w:p>
    <w:p w14:paraId="5758C2C9" w14:textId="77777777" w:rsidR="00BF67D3" w:rsidRPr="00BF67D3" w:rsidRDefault="00BF67D3" w:rsidP="00293444">
      <w:pPr>
        <w:numPr>
          <w:ilvl w:val="0"/>
          <w:numId w:val="17"/>
        </w:numPr>
        <w:bidi/>
        <w:spacing w:after="0" w:line="360" w:lineRule="auto"/>
        <w:rPr>
          <w:b/>
          <w:bCs/>
          <w:sz w:val="22"/>
        </w:rPr>
      </w:pPr>
      <w:r w:rsidRPr="00BF67D3">
        <w:rPr>
          <w:b/>
          <w:bCs/>
          <w:sz w:val="22"/>
          <w:rtl/>
        </w:rPr>
        <w:t>التحقق من الهوية</w:t>
      </w:r>
      <w:r w:rsidRPr="00BF67D3">
        <w:rPr>
          <w:b/>
          <w:bCs/>
          <w:sz w:val="22"/>
        </w:rPr>
        <w:t xml:space="preserve">. </w:t>
      </w:r>
    </w:p>
    <w:p w14:paraId="03357F27" w14:textId="77777777" w:rsidR="00BF67D3" w:rsidRPr="00BF67D3" w:rsidRDefault="00BF67D3" w:rsidP="00293444">
      <w:pPr>
        <w:numPr>
          <w:ilvl w:val="0"/>
          <w:numId w:val="17"/>
        </w:numPr>
        <w:bidi/>
        <w:spacing w:after="0" w:line="360" w:lineRule="auto"/>
        <w:rPr>
          <w:b/>
          <w:bCs/>
          <w:sz w:val="22"/>
        </w:rPr>
      </w:pPr>
      <w:r w:rsidRPr="00BF67D3">
        <w:rPr>
          <w:b/>
          <w:bCs/>
          <w:sz w:val="22"/>
          <w:rtl/>
        </w:rPr>
        <w:t>إدارة الصلاحيات</w:t>
      </w:r>
      <w:r w:rsidRPr="00BF67D3">
        <w:rPr>
          <w:b/>
          <w:bCs/>
          <w:sz w:val="22"/>
        </w:rPr>
        <w:t xml:space="preserve">. </w:t>
      </w:r>
    </w:p>
    <w:p w14:paraId="365B9E63" w14:textId="77777777" w:rsidR="00BF67D3" w:rsidRPr="00BF67D3" w:rsidRDefault="00BF67D3" w:rsidP="00293444">
      <w:pPr>
        <w:numPr>
          <w:ilvl w:val="0"/>
          <w:numId w:val="17"/>
        </w:numPr>
        <w:bidi/>
        <w:spacing w:after="0" w:line="360" w:lineRule="auto"/>
        <w:rPr>
          <w:b/>
          <w:bCs/>
          <w:sz w:val="22"/>
        </w:rPr>
      </w:pPr>
      <w:r w:rsidRPr="00BF67D3">
        <w:rPr>
          <w:b/>
          <w:bCs/>
          <w:sz w:val="22"/>
          <w:rtl/>
        </w:rPr>
        <w:t>إمكانية تتبع العمليات</w:t>
      </w:r>
      <w:r w:rsidRPr="00BF67D3">
        <w:rPr>
          <w:b/>
          <w:bCs/>
          <w:sz w:val="22"/>
        </w:rPr>
        <w:t xml:space="preserve">. </w:t>
      </w:r>
    </w:p>
    <w:p w14:paraId="73D7FDAD" w14:textId="77777777" w:rsidR="00BF67D3" w:rsidRPr="00BF67D3" w:rsidRDefault="00BF67D3" w:rsidP="00BF67D3">
      <w:pPr>
        <w:bidi/>
        <w:spacing w:after="0" w:line="360" w:lineRule="auto"/>
        <w:rPr>
          <w:b/>
          <w:bCs/>
          <w:sz w:val="22"/>
        </w:rPr>
      </w:pPr>
      <w:r w:rsidRPr="00BF67D3">
        <w:rPr>
          <w:b/>
          <w:bCs/>
          <w:sz w:val="22"/>
        </w:rPr>
        <w:t xml:space="preserve">2.9.6 </w:t>
      </w:r>
      <w:r w:rsidRPr="00BF67D3">
        <w:rPr>
          <w:b/>
          <w:bCs/>
          <w:sz w:val="22"/>
          <w:rtl/>
        </w:rPr>
        <w:t>القابلية للصيانة</w:t>
      </w:r>
    </w:p>
    <w:p w14:paraId="402BD227" w14:textId="77777777" w:rsidR="00BF67D3" w:rsidRPr="00BF67D3" w:rsidRDefault="00BF67D3" w:rsidP="00BF67D3">
      <w:pPr>
        <w:bidi/>
        <w:spacing w:after="0" w:line="360" w:lineRule="auto"/>
        <w:rPr>
          <w:b/>
          <w:bCs/>
          <w:sz w:val="22"/>
        </w:rPr>
      </w:pPr>
      <w:r w:rsidRPr="00BF67D3">
        <w:rPr>
          <w:b/>
          <w:bCs/>
          <w:sz w:val="22"/>
          <w:rtl/>
        </w:rPr>
        <w:t>تعني سهولة تعديل النظام وإصلاحه وتطويره مستقبلًا</w:t>
      </w:r>
      <w:r w:rsidRPr="00BF67D3">
        <w:rPr>
          <w:b/>
          <w:bCs/>
          <w:sz w:val="22"/>
        </w:rPr>
        <w:t>.</w:t>
      </w:r>
    </w:p>
    <w:p w14:paraId="6C2A0931" w14:textId="77777777" w:rsidR="00BF67D3" w:rsidRPr="00BF67D3" w:rsidRDefault="00BF67D3" w:rsidP="00BF67D3">
      <w:pPr>
        <w:bidi/>
        <w:spacing w:after="0" w:line="360" w:lineRule="auto"/>
        <w:rPr>
          <w:b/>
          <w:bCs/>
          <w:sz w:val="22"/>
        </w:rPr>
      </w:pPr>
      <w:r w:rsidRPr="00BF67D3">
        <w:rPr>
          <w:b/>
          <w:bCs/>
          <w:sz w:val="22"/>
          <w:rtl/>
        </w:rPr>
        <w:t>وتتضمن</w:t>
      </w:r>
      <w:r w:rsidRPr="00BF67D3">
        <w:rPr>
          <w:b/>
          <w:bCs/>
          <w:sz w:val="22"/>
        </w:rPr>
        <w:t>:</w:t>
      </w:r>
    </w:p>
    <w:p w14:paraId="23AF93A4" w14:textId="77777777" w:rsidR="00BF67D3" w:rsidRPr="00BF67D3" w:rsidRDefault="00BF67D3" w:rsidP="00293444">
      <w:pPr>
        <w:numPr>
          <w:ilvl w:val="0"/>
          <w:numId w:val="18"/>
        </w:numPr>
        <w:bidi/>
        <w:spacing w:after="0" w:line="360" w:lineRule="auto"/>
        <w:rPr>
          <w:b/>
          <w:bCs/>
          <w:sz w:val="22"/>
        </w:rPr>
      </w:pPr>
      <w:r w:rsidRPr="00BF67D3">
        <w:rPr>
          <w:b/>
          <w:bCs/>
          <w:sz w:val="22"/>
          <w:rtl/>
        </w:rPr>
        <w:t>سهولة تحليل الأخطاء</w:t>
      </w:r>
      <w:r w:rsidRPr="00BF67D3">
        <w:rPr>
          <w:b/>
          <w:bCs/>
          <w:sz w:val="22"/>
        </w:rPr>
        <w:t xml:space="preserve">. </w:t>
      </w:r>
    </w:p>
    <w:p w14:paraId="21BFB15A" w14:textId="77777777" w:rsidR="00BF67D3" w:rsidRPr="00BF67D3" w:rsidRDefault="00BF67D3" w:rsidP="00293444">
      <w:pPr>
        <w:numPr>
          <w:ilvl w:val="0"/>
          <w:numId w:val="18"/>
        </w:numPr>
        <w:bidi/>
        <w:spacing w:after="0" w:line="360" w:lineRule="auto"/>
        <w:rPr>
          <w:b/>
          <w:bCs/>
          <w:sz w:val="22"/>
        </w:rPr>
      </w:pPr>
      <w:r w:rsidRPr="00BF67D3">
        <w:rPr>
          <w:b/>
          <w:bCs/>
          <w:sz w:val="22"/>
          <w:rtl/>
        </w:rPr>
        <w:t>سهولة تعديل الشفرة</w:t>
      </w:r>
      <w:r w:rsidRPr="00BF67D3">
        <w:rPr>
          <w:b/>
          <w:bCs/>
          <w:sz w:val="22"/>
        </w:rPr>
        <w:t xml:space="preserve">. </w:t>
      </w:r>
    </w:p>
    <w:p w14:paraId="52039B11" w14:textId="77777777" w:rsidR="00BF67D3" w:rsidRPr="00BF67D3" w:rsidRDefault="00BF67D3" w:rsidP="00293444">
      <w:pPr>
        <w:numPr>
          <w:ilvl w:val="0"/>
          <w:numId w:val="18"/>
        </w:numPr>
        <w:bidi/>
        <w:spacing w:after="0" w:line="360" w:lineRule="auto"/>
        <w:rPr>
          <w:b/>
          <w:bCs/>
          <w:sz w:val="22"/>
        </w:rPr>
      </w:pPr>
      <w:r w:rsidRPr="00BF67D3">
        <w:rPr>
          <w:b/>
          <w:bCs/>
          <w:sz w:val="22"/>
          <w:rtl/>
        </w:rPr>
        <w:t>سهولة الاختبار</w:t>
      </w:r>
      <w:r w:rsidRPr="00BF67D3">
        <w:rPr>
          <w:b/>
          <w:bCs/>
          <w:sz w:val="22"/>
        </w:rPr>
        <w:t xml:space="preserve">. </w:t>
      </w:r>
    </w:p>
    <w:p w14:paraId="6F60BF0D" w14:textId="77777777" w:rsidR="00BF67D3" w:rsidRPr="00BF67D3" w:rsidRDefault="00BF67D3" w:rsidP="00293444">
      <w:pPr>
        <w:numPr>
          <w:ilvl w:val="0"/>
          <w:numId w:val="18"/>
        </w:numPr>
        <w:bidi/>
        <w:spacing w:after="0" w:line="360" w:lineRule="auto"/>
        <w:rPr>
          <w:b/>
          <w:bCs/>
          <w:sz w:val="22"/>
        </w:rPr>
      </w:pPr>
      <w:r w:rsidRPr="00BF67D3">
        <w:rPr>
          <w:b/>
          <w:bCs/>
          <w:sz w:val="22"/>
          <w:rtl/>
        </w:rPr>
        <w:t>قابلية إعادة الاستخدام</w:t>
      </w:r>
      <w:r w:rsidRPr="00BF67D3">
        <w:rPr>
          <w:b/>
          <w:bCs/>
          <w:sz w:val="22"/>
        </w:rPr>
        <w:t xml:space="preserve">. </w:t>
      </w:r>
    </w:p>
    <w:p w14:paraId="6D8E5ACB" w14:textId="77777777" w:rsidR="00BF67D3" w:rsidRPr="00BF67D3" w:rsidRDefault="00BF67D3" w:rsidP="00293444">
      <w:pPr>
        <w:numPr>
          <w:ilvl w:val="0"/>
          <w:numId w:val="18"/>
        </w:numPr>
        <w:bidi/>
        <w:spacing w:after="0" w:line="360" w:lineRule="auto"/>
        <w:rPr>
          <w:b/>
          <w:bCs/>
          <w:sz w:val="22"/>
        </w:rPr>
      </w:pPr>
      <w:r w:rsidRPr="00BF67D3">
        <w:rPr>
          <w:b/>
          <w:bCs/>
          <w:sz w:val="22"/>
          <w:rtl/>
        </w:rPr>
        <w:t>وضوح تصميم النظام</w:t>
      </w:r>
      <w:r w:rsidRPr="00BF67D3">
        <w:rPr>
          <w:b/>
          <w:bCs/>
          <w:sz w:val="22"/>
        </w:rPr>
        <w:t xml:space="preserve">. </w:t>
      </w:r>
    </w:p>
    <w:p w14:paraId="093E0E5E" w14:textId="77777777" w:rsidR="00BF67D3" w:rsidRPr="00BF67D3" w:rsidRDefault="00BF67D3" w:rsidP="00BF67D3">
      <w:pPr>
        <w:bidi/>
        <w:spacing w:after="0" w:line="360" w:lineRule="auto"/>
        <w:rPr>
          <w:b/>
          <w:bCs/>
          <w:sz w:val="22"/>
        </w:rPr>
      </w:pPr>
      <w:r w:rsidRPr="00BF67D3">
        <w:rPr>
          <w:b/>
          <w:bCs/>
          <w:sz w:val="22"/>
        </w:rPr>
        <w:t xml:space="preserve">2.9.7 </w:t>
      </w:r>
      <w:r w:rsidRPr="00BF67D3">
        <w:rPr>
          <w:b/>
          <w:bCs/>
          <w:sz w:val="22"/>
          <w:rtl/>
        </w:rPr>
        <w:t>التوافق</w:t>
      </w:r>
    </w:p>
    <w:p w14:paraId="2CB9DFED" w14:textId="77777777" w:rsidR="00BF67D3" w:rsidRPr="00BF67D3" w:rsidRDefault="00BF67D3" w:rsidP="00BF67D3">
      <w:pPr>
        <w:bidi/>
        <w:spacing w:after="0" w:line="360" w:lineRule="auto"/>
        <w:rPr>
          <w:b/>
          <w:bCs/>
          <w:sz w:val="22"/>
        </w:rPr>
      </w:pPr>
      <w:r w:rsidRPr="00BF67D3">
        <w:rPr>
          <w:b/>
          <w:bCs/>
          <w:sz w:val="22"/>
          <w:rtl/>
        </w:rPr>
        <w:t>يعني قدرة النظام على العمل والتكامل مع الأنظمة الأخرى، وتبادل البيانات والمعلومات بصورة صحيحة</w:t>
      </w:r>
      <w:r w:rsidRPr="00BF67D3">
        <w:rPr>
          <w:b/>
          <w:bCs/>
          <w:sz w:val="22"/>
        </w:rPr>
        <w:t>.</w:t>
      </w:r>
    </w:p>
    <w:p w14:paraId="71D04E47" w14:textId="77777777" w:rsidR="00BF67D3" w:rsidRPr="00BF67D3" w:rsidRDefault="00BF67D3" w:rsidP="00BF67D3">
      <w:pPr>
        <w:bidi/>
        <w:spacing w:after="0" w:line="360" w:lineRule="auto"/>
        <w:rPr>
          <w:b/>
          <w:bCs/>
          <w:sz w:val="22"/>
        </w:rPr>
      </w:pPr>
      <w:r w:rsidRPr="00BF67D3">
        <w:rPr>
          <w:b/>
          <w:bCs/>
          <w:sz w:val="22"/>
        </w:rPr>
        <w:t xml:space="preserve">2.9.8 </w:t>
      </w:r>
      <w:r w:rsidRPr="00BF67D3">
        <w:rPr>
          <w:b/>
          <w:bCs/>
          <w:sz w:val="22"/>
          <w:rtl/>
        </w:rPr>
        <w:t>المرونة</w:t>
      </w:r>
    </w:p>
    <w:p w14:paraId="5F57E90F" w14:textId="77777777" w:rsidR="00BF67D3" w:rsidRDefault="00BF67D3" w:rsidP="00BF67D3">
      <w:pPr>
        <w:bidi/>
        <w:spacing w:after="0" w:line="360" w:lineRule="auto"/>
        <w:rPr>
          <w:b/>
          <w:bCs/>
          <w:sz w:val="22"/>
          <w:rtl/>
        </w:rPr>
      </w:pPr>
      <w:r w:rsidRPr="00BF67D3">
        <w:rPr>
          <w:b/>
          <w:bCs/>
          <w:sz w:val="22"/>
          <w:rtl/>
        </w:rPr>
        <w:t>تشير إلى قدرة المنتج على التكيف مع بيئات أو متطلبات أو تقنيات جديدة دون الحاجة إلى إعادة بناء كاملة</w:t>
      </w:r>
      <w:r w:rsidRPr="00BF67D3">
        <w:rPr>
          <w:b/>
          <w:bCs/>
          <w:sz w:val="22"/>
        </w:rPr>
        <w:t>.</w:t>
      </w:r>
    </w:p>
    <w:p w14:paraId="1BFE8997" w14:textId="77777777" w:rsidR="00BB243F" w:rsidRPr="00BF67D3" w:rsidRDefault="00BB243F" w:rsidP="00BB243F">
      <w:pPr>
        <w:bidi/>
        <w:spacing w:after="0" w:line="360" w:lineRule="auto"/>
        <w:rPr>
          <w:b/>
          <w:bCs/>
          <w:sz w:val="22"/>
        </w:rPr>
      </w:pPr>
    </w:p>
    <w:p w14:paraId="05588CF4" w14:textId="77777777" w:rsidR="00BF67D3" w:rsidRPr="004C0610" w:rsidRDefault="00BF67D3" w:rsidP="00BF67D3">
      <w:pPr>
        <w:bidi/>
        <w:spacing w:after="0" w:line="360" w:lineRule="auto"/>
        <w:rPr>
          <w:b/>
          <w:bCs/>
          <w:sz w:val="22"/>
          <w:rtl/>
        </w:rPr>
      </w:pPr>
    </w:p>
    <w:p w14:paraId="66F88F5A" w14:textId="77777777" w:rsidR="0002166B" w:rsidRPr="0002166B" w:rsidRDefault="0002166B" w:rsidP="0002166B">
      <w:pPr>
        <w:bidi/>
        <w:spacing w:after="0" w:line="360" w:lineRule="auto"/>
        <w:rPr>
          <w:b/>
          <w:bCs/>
          <w:sz w:val="22"/>
        </w:rPr>
      </w:pPr>
      <w:r w:rsidRPr="0002166B">
        <w:rPr>
          <w:b/>
          <w:bCs/>
          <w:sz w:val="22"/>
        </w:rPr>
        <w:t xml:space="preserve">2.10 </w:t>
      </w:r>
      <w:r w:rsidRPr="0002166B">
        <w:rPr>
          <w:b/>
          <w:bCs/>
          <w:sz w:val="22"/>
          <w:rtl/>
        </w:rPr>
        <w:t>العلاقة بين</w:t>
      </w:r>
      <w:r w:rsidRPr="0002166B">
        <w:rPr>
          <w:b/>
          <w:bCs/>
          <w:sz w:val="22"/>
        </w:rPr>
        <w:t xml:space="preserve"> Agile </w:t>
      </w:r>
      <w:r w:rsidRPr="0002166B">
        <w:rPr>
          <w:b/>
          <w:bCs/>
          <w:sz w:val="22"/>
          <w:rtl/>
        </w:rPr>
        <w:t>وجودة البرمجيات</w:t>
      </w:r>
    </w:p>
    <w:p w14:paraId="68A0531F" w14:textId="77777777" w:rsidR="0002166B" w:rsidRPr="0002166B" w:rsidRDefault="0002166B" w:rsidP="0002166B">
      <w:pPr>
        <w:bidi/>
        <w:spacing w:after="0" w:line="360" w:lineRule="auto"/>
        <w:rPr>
          <w:b/>
          <w:bCs/>
          <w:sz w:val="22"/>
        </w:rPr>
      </w:pPr>
      <w:r w:rsidRPr="0002166B">
        <w:rPr>
          <w:b/>
          <w:bCs/>
          <w:sz w:val="22"/>
          <w:rtl/>
        </w:rPr>
        <w:t>يمكن أن تؤثر الإدارة الرشيقة إيجابيًا في جودة البرمجيات من خلال مجموعة من الآليات والممارسات، إلا أن هذا التأثير يعتمد على مستوى التطبيق وجودته</w:t>
      </w:r>
      <w:r w:rsidRPr="0002166B">
        <w:rPr>
          <w:b/>
          <w:bCs/>
          <w:sz w:val="22"/>
        </w:rPr>
        <w:t>.</w:t>
      </w:r>
    </w:p>
    <w:p w14:paraId="69A1CDE3" w14:textId="77777777" w:rsidR="0002166B" w:rsidRPr="0002166B" w:rsidRDefault="0002166B" w:rsidP="0002166B">
      <w:pPr>
        <w:bidi/>
        <w:spacing w:after="0" w:line="360" w:lineRule="auto"/>
        <w:rPr>
          <w:b/>
          <w:bCs/>
          <w:sz w:val="22"/>
        </w:rPr>
      </w:pPr>
      <w:r w:rsidRPr="0002166B">
        <w:rPr>
          <w:b/>
          <w:bCs/>
          <w:sz w:val="22"/>
        </w:rPr>
        <w:t xml:space="preserve">2.10.1 </w:t>
      </w:r>
      <w:r w:rsidRPr="0002166B">
        <w:rPr>
          <w:b/>
          <w:bCs/>
          <w:sz w:val="22"/>
          <w:rtl/>
        </w:rPr>
        <w:t>اكتشاف الأخطاء بصورة مبكرة</w:t>
      </w:r>
    </w:p>
    <w:p w14:paraId="7F646071" w14:textId="77777777" w:rsidR="0002166B" w:rsidRPr="0002166B" w:rsidRDefault="0002166B" w:rsidP="0002166B">
      <w:pPr>
        <w:bidi/>
        <w:spacing w:after="0" w:line="360" w:lineRule="auto"/>
        <w:rPr>
          <w:b/>
          <w:bCs/>
          <w:sz w:val="22"/>
        </w:rPr>
      </w:pPr>
      <w:r w:rsidRPr="0002166B">
        <w:rPr>
          <w:b/>
          <w:bCs/>
          <w:sz w:val="22"/>
          <w:rtl/>
        </w:rPr>
        <w:t>يساعد تقسيم العمل إلى دورات قصيرة على اختبار الوظائف أولًا بأول. وبدلًا من اكتشاف العيوب في نهاية المشروع، يمكن اكتشافها أثناء التطوير ومعالجتها بسرعة</w:t>
      </w:r>
      <w:r w:rsidRPr="0002166B">
        <w:rPr>
          <w:b/>
          <w:bCs/>
          <w:sz w:val="22"/>
        </w:rPr>
        <w:t>.</w:t>
      </w:r>
    </w:p>
    <w:p w14:paraId="48D4CD3B" w14:textId="77777777" w:rsidR="0002166B" w:rsidRPr="0002166B" w:rsidRDefault="0002166B" w:rsidP="0002166B">
      <w:pPr>
        <w:bidi/>
        <w:spacing w:after="0" w:line="360" w:lineRule="auto"/>
        <w:rPr>
          <w:b/>
          <w:bCs/>
          <w:sz w:val="22"/>
        </w:rPr>
      </w:pPr>
      <w:r w:rsidRPr="0002166B">
        <w:rPr>
          <w:b/>
          <w:bCs/>
          <w:sz w:val="22"/>
          <w:rtl/>
        </w:rPr>
        <w:t>ويؤدي ذلك إلى تقليل تكلفة الإصلاح، لأن معالجة الخطأ في المراحل المبكرة تكون غالبًا أسهل وأقل تكلفة من معالجته بعد إطلاق النظام</w:t>
      </w:r>
      <w:r w:rsidRPr="0002166B">
        <w:rPr>
          <w:b/>
          <w:bCs/>
          <w:sz w:val="22"/>
        </w:rPr>
        <w:t>.</w:t>
      </w:r>
    </w:p>
    <w:p w14:paraId="26D225C7" w14:textId="77777777" w:rsidR="0002166B" w:rsidRPr="0002166B" w:rsidRDefault="0002166B" w:rsidP="0002166B">
      <w:pPr>
        <w:bidi/>
        <w:spacing w:after="0" w:line="360" w:lineRule="auto"/>
        <w:rPr>
          <w:b/>
          <w:bCs/>
          <w:sz w:val="22"/>
        </w:rPr>
      </w:pPr>
      <w:r w:rsidRPr="0002166B">
        <w:rPr>
          <w:b/>
          <w:bCs/>
          <w:sz w:val="22"/>
        </w:rPr>
        <w:t xml:space="preserve">2.10.2 </w:t>
      </w:r>
      <w:r w:rsidRPr="0002166B">
        <w:rPr>
          <w:b/>
          <w:bCs/>
          <w:sz w:val="22"/>
          <w:rtl/>
        </w:rPr>
        <w:t>تحسين فهم متطلبات العميل</w:t>
      </w:r>
    </w:p>
    <w:p w14:paraId="670018DC" w14:textId="77777777" w:rsidR="0002166B" w:rsidRPr="0002166B" w:rsidRDefault="0002166B" w:rsidP="0002166B">
      <w:pPr>
        <w:bidi/>
        <w:spacing w:after="0" w:line="360" w:lineRule="auto"/>
        <w:rPr>
          <w:b/>
          <w:bCs/>
          <w:sz w:val="22"/>
        </w:rPr>
      </w:pPr>
      <w:r w:rsidRPr="0002166B">
        <w:rPr>
          <w:b/>
          <w:bCs/>
          <w:sz w:val="22"/>
          <w:rtl/>
        </w:rPr>
        <w:t>تتيح المراجعات المتكررة للعميل الاطلاع على المنتج خلال مراحل التطوير، وتقديم ملاحظاته بصورة مستمرة</w:t>
      </w:r>
      <w:r w:rsidRPr="0002166B">
        <w:rPr>
          <w:b/>
          <w:bCs/>
          <w:sz w:val="22"/>
        </w:rPr>
        <w:t>.</w:t>
      </w:r>
    </w:p>
    <w:p w14:paraId="09C69A66" w14:textId="77777777" w:rsidR="0002166B" w:rsidRPr="0002166B" w:rsidRDefault="0002166B" w:rsidP="0002166B">
      <w:pPr>
        <w:bidi/>
        <w:spacing w:after="0" w:line="360" w:lineRule="auto"/>
        <w:rPr>
          <w:b/>
          <w:bCs/>
          <w:sz w:val="22"/>
        </w:rPr>
      </w:pPr>
      <w:r w:rsidRPr="0002166B">
        <w:rPr>
          <w:b/>
          <w:bCs/>
          <w:sz w:val="22"/>
          <w:rtl/>
        </w:rPr>
        <w:lastRenderedPageBreak/>
        <w:t>ويساعد ذلك على اكتشاف سوء الفهم أو المتطلبات غير الواضحة، ويزيد احتمالية أن يتوافق المنتج النهائي مع احتياجات المستخدم</w:t>
      </w:r>
      <w:r w:rsidRPr="0002166B">
        <w:rPr>
          <w:b/>
          <w:bCs/>
          <w:sz w:val="22"/>
        </w:rPr>
        <w:t>.</w:t>
      </w:r>
    </w:p>
    <w:p w14:paraId="231DF2CE" w14:textId="77777777" w:rsidR="0002166B" w:rsidRPr="0002166B" w:rsidRDefault="0002166B" w:rsidP="0002166B">
      <w:pPr>
        <w:bidi/>
        <w:spacing w:after="0" w:line="360" w:lineRule="auto"/>
        <w:rPr>
          <w:b/>
          <w:bCs/>
          <w:sz w:val="22"/>
        </w:rPr>
      </w:pPr>
      <w:r w:rsidRPr="0002166B">
        <w:rPr>
          <w:b/>
          <w:bCs/>
          <w:sz w:val="22"/>
        </w:rPr>
        <w:t xml:space="preserve">2.10.3 </w:t>
      </w:r>
      <w:r w:rsidRPr="0002166B">
        <w:rPr>
          <w:b/>
          <w:bCs/>
          <w:sz w:val="22"/>
          <w:rtl/>
        </w:rPr>
        <w:t>تحسين التواصل بين أعضاء الفريق</w:t>
      </w:r>
    </w:p>
    <w:p w14:paraId="4EF881B5" w14:textId="77777777" w:rsidR="0002166B" w:rsidRPr="0002166B" w:rsidRDefault="0002166B" w:rsidP="0002166B">
      <w:pPr>
        <w:bidi/>
        <w:spacing w:after="0" w:line="360" w:lineRule="auto"/>
        <w:rPr>
          <w:b/>
          <w:bCs/>
          <w:sz w:val="22"/>
        </w:rPr>
      </w:pPr>
      <w:r w:rsidRPr="0002166B">
        <w:rPr>
          <w:b/>
          <w:bCs/>
          <w:sz w:val="22"/>
          <w:rtl/>
        </w:rPr>
        <w:t>يسهم التواصل المستمر والاجتماعات القصيرة في تقليل تأخر المعلومات، والكشف عن العوائق، وتحسين التنسيق بين المطورين والمختبرين ومالك المنتج</w:t>
      </w:r>
      <w:r w:rsidRPr="0002166B">
        <w:rPr>
          <w:b/>
          <w:bCs/>
          <w:sz w:val="22"/>
        </w:rPr>
        <w:t>.</w:t>
      </w:r>
    </w:p>
    <w:p w14:paraId="2E94D16D" w14:textId="77777777" w:rsidR="0002166B" w:rsidRPr="0002166B" w:rsidRDefault="0002166B" w:rsidP="0002166B">
      <w:pPr>
        <w:bidi/>
        <w:spacing w:after="0" w:line="360" w:lineRule="auto"/>
        <w:rPr>
          <w:b/>
          <w:bCs/>
          <w:sz w:val="22"/>
        </w:rPr>
      </w:pPr>
      <w:r w:rsidRPr="0002166B">
        <w:rPr>
          <w:b/>
          <w:bCs/>
          <w:sz w:val="22"/>
        </w:rPr>
        <w:t xml:space="preserve">2.10.4 </w:t>
      </w:r>
      <w:r w:rsidRPr="0002166B">
        <w:rPr>
          <w:b/>
          <w:bCs/>
          <w:sz w:val="22"/>
          <w:rtl/>
        </w:rPr>
        <w:t>دمج الجودة داخل دورة التطوير</w:t>
      </w:r>
    </w:p>
    <w:p w14:paraId="1E32FFD1" w14:textId="77777777" w:rsidR="0002166B" w:rsidRPr="0002166B" w:rsidRDefault="0002166B" w:rsidP="0002166B">
      <w:pPr>
        <w:bidi/>
        <w:spacing w:after="0" w:line="360" w:lineRule="auto"/>
        <w:rPr>
          <w:b/>
          <w:bCs/>
          <w:sz w:val="22"/>
        </w:rPr>
      </w:pPr>
      <w:r w:rsidRPr="0002166B">
        <w:rPr>
          <w:b/>
          <w:bCs/>
          <w:sz w:val="22"/>
          <w:rtl/>
        </w:rPr>
        <w:t>تتعامل الممارسات الرشيقة الفعالة مع الجودة بوصفها جزءًا من كل دورة، وليس مرحلة منفصلة تأتي بعد انتهاء التطوير</w:t>
      </w:r>
      <w:r w:rsidRPr="0002166B">
        <w:rPr>
          <w:b/>
          <w:bCs/>
          <w:sz w:val="22"/>
        </w:rPr>
        <w:t>.</w:t>
      </w:r>
    </w:p>
    <w:p w14:paraId="258CB7C4" w14:textId="77777777" w:rsidR="0002166B" w:rsidRPr="0002166B" w:rsidRDefault="0002166B" w:rsidP="0002166B">
      <w:pPr>
        <w:bidi/>
        <w:spacing w:after="0" w:line="360" w:lineRule="auto"/>
        <w:rPr>
          <w:b/>
          <w:bCs/>
          <w:sz w:val="22"/>
        </w:rPr>
      </w:pPr>
      <w:r w:rsidRPr="0002166B">
        <w:rPr>
          <w:b/>
          <w:bCs/>
          <w:sz w:val="22"/>
          <w:rtl/>
        </w:rPr>
        <w:t>ويتم ذلك من خلال الاختبارات المستمرة، ومراجعة الشفرة، وتعريف الإنجاز، والتحقق من الوظائف قبل اعتبارها مكتملة</w:t>
      </w:r>
      <w:r w:rsidRPr="0002166B">
        <w:rPr>
          <w:b/>
          <w:bCs/>
          <w:sz w:val="22"/>
        </w:rPr>
        <w:t>.</w:t>
      </w:r>
    </w:p>
    <w:p w14:paraId="22728E95" w14:textId="77777777" w:rsidR="0002166B" w:rsidRPr="0002166B" w:rsidRDefault="0002166B" w:rsidP="0002166B">
      <w:pPr>
        <w:bidi/>
        <w:spacing w:after="0" w:line="360" w:lineRule="auto"/>
        <w:rPr>
          <w:b/>
          <w:bCs/>
          <w:sz w:val="22"/>
        </w:rPr>
      </w:pPr>
      <w:r w:rsidRPr="0002166B">
        <w:rPr>
          <w:b/>
          <w:bCs/>
          <w:sz w:val="22"/>
        </w:rPr>
        <w:t xml:space="preserve">2.10.5 </w:t>
      </w:r>
      <w:r w:rsidRPr="0002166B">
        <w:rPr>
          <w:b/>
          <w:bCs/>
          <w:sz w:val="22"/>
          <w:rtl/>
        </w:rPr>
        <w:t>تقليل مخاطر المشروع</w:t>
      </w:r>
    </w:p>
    <w:p w14:paraId="1FD49C55" w14:textId="77777777" w:rsidR="0002166B" w:rsidRPr="0002166B" w:rsidRDefault="0002166B" w:rsidP="0002166B">
      <w:pPr>
        <w:bidi/>
        <w:spacing w:after="0" w:line="360" w:lineRule="auto"/>
        <w:rPr>
          <w:b/>
          <w:bCs/>
          <w:sz w:val="22"/>
        </w:rPr>
      </w:pPr>
      <w:r w:rsidRPr="0002166B">
        <w:rPr>
          <w:b/>
          <w:bCs/>
          <w:sz w:val="22"/>
          <w:rtl/>
        </w:rPr>
        <w:t>يساعد التسليم التدريجي على تقليل حجم المخاطر، لأن الفريق لا ينتظر حتى نهاية المشروع لاكتشاف المشكلات. كما يمكن تعديل الأولويات أو إيقاف الوظائف غير المفيدة قبل استهلاك موارد كبيرة</w:t>
      </w:r>
      <w:r w:rsidRPr="0002166B">
        <w:rPr>
          <w:b/>
          <w:bCs/>
          <w:sz w:val="22"/>
        </w:rPr>
        <w:t>.</w:t>
      </w:r>
    </w:p>
    <w:p w14:paraId="3A7E372E" w14:textId="77777777" w:rsidR="0002166B" w:rsidRPr="0002166B" w:rsidRDefault="0002166B" w:rsidP="0002166B">
      <w:pPr>
        <w:bidi/>
        <w:spacing w:after="0" w:line="360" w:lineRule="auto"/>
        <w:rPr>
          <w:b/>
          <w:bCs/>
          <w:sz w:val="22"/>
        </w:rPr>
      </w:pPr>
      <w:r w:rsidRPr="0002166B">
        <w:rPr>
          <w:b/>
          <w:bCs/>
          <w:sz w:val="22"/>
        </w:rPr>
        <w:t xml:space="preserve">2.10.6 </w:t>
      </w:r>
      <w:r w:rsidRPr="0002166B">
        <w:rPr>
          <w:b/>
          <w:bCs/>
          <w:sz w:val="22"/>
          <w:rtl/>
        </w:rPr>
        <w:t>دعم التحسين المستمر</w:t>
      </w:r>
    </w:p>
    <w:p w14:paraId="1717B26F" w14:textId="77777777" w:rsidR="0002166B" w:rsidRPr="004C0610" w:rsidRDefault="0002166B" w:rsidP="0002166B">
      <w:pPr>
        <w:bidi/>
        <w:spacing w:after="0" w:line="360" w:lineRule="auto"/>
        <w:rPr>
          <w:b/>
          <w:bCs/>
          <w:sz w:val="22"/>
          <w:rtl/>
        </w:rPr>
      </w:pPr>
      <w:r w:rsidRPr="0002166B">
        <w:rPr>
          <w:b/>
          <w:bCs/>
          <w:sz w:val="22"/>
          <w:rtl/>
        </w:rPr>
        <w:t>تتيح الاجتماعات الاستعادية للفريق مراجعة طريقة العمل وتحديد أسباب الأخطاء والتأخير، ثم الاتفاق على إجراءات تحسين في الدورة التالية</w:t>
      </w:r>
      <w:r w:rsidRPr="0002166B">
        <w:rPr>
          <w:b/>
          <w:bCs/>
          <w:sz w:val="22"/>
        </w:rPr>
        <w:t>.</w:t>
      </w:r>
    </w:p>
    <w:p w14:paraId="5BC0999B" w14:textId="77777777" w:rsidR="0002166B" w:rsidRPr="004C0610" w:rsidRDefault="0002166B" w:rsidP="0002166B">
      <w:pPr>
        <w:bidi/>
        <w:spacing w:after="0" w:line="360" w:lineRule="auto"/>
        <w:rPr>
          <w:b/>
          <w:bCs/>
          <w:sz w:val="22"/>
          <w:rtl/>
        </w:rPr>
      </w:pPr>
    </w:p>
    <w:p w14:paraId="06486CE4" w14:textId="77777777" w:rsidR="00841819" w:rsidRPr="00841819" w:rsidRDefault="00841819" w:rsidP="00841819">
      <w:pPr>
        <w:bidi/>
        <w:spacing w:after="0" w:line="360" w:lineRule="auto"/>
        <w:rPr>
          <w:b/>
          <w:bCs/>
          <w:sz w:val="22"/>
        </w:rPr>
      </w:pPr>
      <w:r w:rsidRPr="00841819">
        <w:rPr>
          <w:b/>
          <w:bCs/>
          <w:sz w:val="22"/>
        </w:rPr>
        <w:t xml:space="preserve">2.11 </w:t>
      </w:r>
      <w:r w:rsidRPr="00841819">
        <w:rPr>
          <w:b/>
          <w:bCs/>
          <w:sz w:val="22"/>
          <w:rtl/>
        </w:rPr>
        <w:t>الممارسات الرشيقة المؤثرة في الجودة</w:t>
      </w:r>
    </w:p>
    <w:p w14:paraId="238623E6" w14:textId="77777777" w:rsidR="00841819" w:rsidRPr="00841819" w:rsidRDefault="00841819" w:rsidP="00841819">
      <w:pPr>
        <w:bidi/>
        <w:spacing w:after="0" w:line="360" w:lineRule="auto"/>
        <w:rPr>
          <w:b/>
          <w:bCs/>
          <w:sz w:val="22"/>
        </w:rPr>
      </w:pPr>
      <w:r w:rsidRPr="00841819">
        <w:rPr>
          <w:b/>
          <w:bCs/>
          <w:sz w:val="22"/>
          <w:rtl/>
        </w:rPr>
        <w:t>توجد مجموعة من الممارسات التي ترتبط بصورة مباشرة بتحسين جودة البرمجيات، ومنها</w:t>
      </w:r>
      <w:r w:rsidRPr="00841819">
        <w:rPr>
          <w:b/>
          <w:bCs/>
          <w:sz w:val="22"/>
        </w:rPr>
        <w:t>:</w:t>
      </w:r>
    </w:p>
    <w:p w14:paraId="6C1BE374" w14:textId="77777777" w:rsidR="00841819" w:rsidRPr="00841819" w:rsidRDefault="00841819" w:rsidP="00841819">
      <w:pPr>
        <w:bidi/>
        <w:spacing w:after="0" w:line="360" w:lineRule="auto"/>
        <w:rPr>
          <w:b/>
          <w:bCs/>
          <w:sz w:val="22"/>
        </w:rPr>
      </w:pPr>
      <w:r w:rsidRPr="00841819">
        <w:rPr>
          <w:b/>
          <w:bCs/>
          <w:sz w:val="22"/>
        </w:rPr>
        <w:t xml:space="preserve">2.11.1 </w:t>
      </w:r>
      <w:r w:rsidRPr="00841819">
        <w:rPr>
          <w:b/>
          <w:bCs/>
          <w:sz w:val="22"/>
          <w:rtl/>
        </w:rPr>
        <w:t>الاختبارات الآلية</w:t>
      </w:r>
    </w:p>
    <w:p w14:paraId="04F1BC20" w14:textId="77777777" w:rsidR="00841819" w:rsidRPr="00841819" w:rsidRDefault="00841819" w:rsidP="00841819">
      <w:pPr>
        <w:bidi/>
        <w:spacing w:after="0" w:line="360" w:lineRule="auto"/>
        <w:rPr>
          <w:b/>
          <w:bCs/>
          <w:sz w:val="22"/>
        </w:rPr>
      </w:pPr>
      <w:r w:rsidRPr="00841819">
        <w:rPr>
          <w:b/>
          <w:bCs/>
          <w:sz w:val="22"/>
          <w:rtl/>
        </w:rPr>
        <w:t>تسمح الاختبارات الآلية بتنفيذ اختبارات متكررة بسرعة، والتأكد من أن التعديلات الجديدة لم تتسبب في تعطيل وظائف سابقة</w:t>
      </w:r>
      <w:r w:rsidRPr="00841819">
        <w:rPr>
          <w:b/>
          <w:bCs/>
          <w:sz w:val="22"/>
        </w:rPr>
        <w:t>.</w:t>
      </w:r>
    </w:p>
    <w:p w14:paraId="48CAC927" w14:textId="77777777" w:rsidR="00841819" w:rsidRPr="00841819" w:rsidRDefault="00841819" w:rsidP="00841819">
      <w:pPr>
        <w:bidi/>
        <w:spacing w:after="0" w:line="360" w:lineRule="auto"/>
        <w:rPr>
          <w:b/>
          <w:bCs/>
          <w:sz w:val="22"/>
        </w:rPr>
      </w:pPr>
      <w:r w:rsidRPr="00841819">
        <w:rPr>
          <w:b/>
          <w:bCs/>
          <w:sz w:val="22"/>
        </w:rPr>
        <w:t xml:space="preserve">2.11.2 </w:t>
      </w:r>
      <w:r w:rsidRPr="00841819">
        <w:rPr>
          <w:b/>
          <w:bCs/>
          <w:sz w:val="22"/>
          <w:rtl/>
        </w:rPr>
        <w:t>التكامل المستمر</w:t>
      </w:r>
    </w:p>
    <w:p w14:paraId="2693B97B" w14:textId="77777777" w:rsidR="00841819" w:rsidRPr="00841819" w:rsidRDefault="00841819" w:rsidP="00841819">
      <w:pPr>
        <w:bidi/>
        <w:spacing w:after="0" w:line="360" w:lineRule="auto"/>
        <w:rPr>
          <w:b/>
          <w:bCs/>
          <w:sz w:val="22"/>
        </w:rPr>
      </w:pPr>
      <w:r w:rsidRPr="00841819">
        <w:rPr>
          <w:b/>
          <w:bCs/>
          <w:sz w:val="22"/>
          <w:rtl/>
        </w:rPr>
        <w:t>يعني دمج التعديلات البرمجية بصورة متكررة، وتشغيل عمليات البناء والاختبار تلقائيًا، مما يساعد على اكتشاف أخطاء الدمج مبكرًا</w:t>
      </w:r>
      <w:r w:rsidRPr="00841819">
        <w:rPr>
          <w:b/>
          <w:bCs/>
          <w:sz w:val="22"/>
        </w:rPr>
        <w:t>.</w:t>
      </w:r>
    </w:p>
    <w:p w14:paraId="0C3F7522" w14:textId="77777777" w:rsidR="00841819" w:rsidRPr="00841819" w:rsidRDefault="00841819" w:rsidP="00841819">
      <w:pPr>
        <w:bidi/>
        <w:spacing w:after="0" w:line="360" w:lineRule="auto"/>
        <w:rPr>
          <w:b/>
          <w:bCs/>
          <w:sz w:val="22"/>
        </w:rPr>
      </w:pPr>
      <w:r w:rsidRPr="00841819">
        <w:rPr>
          <w:b/>
          <w:bCs/>
          <w:sz w:val="22"/>
        </w:rPr>
        <w:t xml:space="preserve">2.11.3 </w:t>
      </w:r>
      <w:r w:rsidRPr="00841819">
        <w:rPr>
          <w:b/>
          <w:bCs/>
          <w:sz w:val="22"/>
          <w:rtl/>
        </w:rPr>
        <w:t>مراجعة الشفرة البرمجية</w:t>
      </w:r>
    </w:p>
    <w:p w14:paraId="797D5DD5" w14:textId="77777777" w:rsidR="00841819" w:rsidRPr="00841819" w:rsidRDefault="00841819" w:rsidP="00841819">
      <w:pPr>
        <w:bidi/>
        <w:spacing w:after="0" w:line="360" w:lineRule="auto"/>
        <w:rPr>
          <w:b/>
          <w:bCs/>
          <w:sz w:val="22"/>
        </w:rPr>
      </w:pPr>
      <w:r w:rsidRPr="00841819">
        <w:rPr>
          <w:b/>
          <w:bCs/>
          <w:sz w:val="22"/>
          <w:rtl/>
        </w:rPr>
        <w:t>تسهم مراجعة الشفرة من قبل أعضاء آخرين في الفريق في اكتشاف الأخطاء، وتحسين أسلوب البرمجة، ونقل المعرفة بين الأفراد</w:t>
      </w:r>
      <w:r w:rsidRPr="00841819">
        <w:rPr>
          <w:b/>
          <w:bCs/>
          <w:sz w:val="22"/>
        </w:rPr>
        <w:t>.</w:t>
      </w:r>
    </w:p>
    <w:p w14:paraId="5985B554" w14:textId="77777777" w:rsidR="00841819" w:rsidRPr="00841819" w:rsidRDefault="00841819" w:rsidP="00841819">
      <w:pPr>
        <w:bidi/>
        <w:spacing w:after="0" w:line="360" w:lineRule="auto"/>
        <w:rPr>
          <w:b/>
          <w:bCs/>
          <w:sz w:val="22"/>
        </w:rPr>
      </w:pPr>
      <w:r w:rsidRPr="00841819">
        <w:rPr>
          <w:b/>
          <w:bCs/>
          <w:sz w:val="22"/>
        </w:rPr>
        <w:t xml:space="preserve">2.11.4 </w:t>
      </w:r>
      <w:r w:rsidRPr="00841819">
        <w:rPr>
          <w:b/>
          <w:bCs/>
          <w:sz w:val="22"/>
          <w:rtl/>
        </w:rPr>
        <w:t>تعريف الإنجاز</w:t>
      </w:r>
    </w:p>
    <w:p w14:paraId="798A4894" w14:textId="77777777" w:rsidR="00841819" w:rsidRPr="00841819" w:rsidRDefault="00841819" w:rsidP="00841819">
      <w:pPr>
        <w:bidi/>
        <w:spacing w:after="0" w:line="360" w:lineRule="auto"/>
        <w:rPr>
          <w:b/>
          <w:bCs/>
          <w:sz w:val="22"/>
        </w:rPr>
      </w:pPr>
      <w:r w:rsidRPr="00841819">
        <w:rPr>
          <w:b/>
          <w:bCs/>
          <w:sz w:val="22"/>
          <w:rtl/>
        </w:rPr>
        <w:t>يساعد تعريف الإنجاز على توحيد المعايير التي يجب تحققها قبل اعتبار الوظيفة مكتملة. ويمكن أن يشمل اجتياز الاختبارات، ومراجعة الشفرة، والتحقق الأمني، والتوثيق المطلوب</w:t>
      </w:r>
      <w:r w:rsidRPr="00841819">
        <w:rPr>
          <w:b/>
          <w:bCs/>
          <w:sz w:val="22"/>
        </w:rPr>
        <w:t>.</w:t>
      </w:r>
    </w:p>
    <w:p w14:paraId="490F59A4" w14:textId="77777777" w:rsidR="00841819" w:rsidRPr="00841819" w:rsidRDefault="00841819" w:rsidP="00841819">
      <w:pPr>
        <w:bidi/>
        <w:spacing w:after="0" w:line="360" w:lineRule="auto"/>
        <w:rPr>
          <w:b/>
          <w:bCs/>
          <w:sz w:val="22"/>
        </w:rPr>
      </w:pPr>
      <w:r w:rsidRPr="00841819">
        <w:rPr>
          <w:b/>
          <w:bCs/>
          <w:sz w:val="22"/>
        </w:rPr>
        <w:t xml:space="preserve">2.11.5 </w:t>
      </w:r>
      <w:r w:rsidRPr="00841819">
        <w:rPr>
          <w:b/>
          <w:bCs/>
          <w:sz w:val="22"/>
          <w:rtl/>
        </w:rPr>
        <w:t>مراجعة المنتج مع العميل</w:t>
      </w:r>
    </w:p>
    <w:p w14:paraId="6CEEB66D" w14:textId="77777777" w:rsidR="00841819" w:rsidRPr="00841819" w:rsidRDefault="00841819" w:rsidP="00841819">
      <w:pPr>
        <w:bidi/>
        <w:spacing w:after="0" w:line="360" w:lineRule="auto"/>
        <w:rPr>
          <w:b/>
          <w:bCs/>
          <w:sz w:val="22"/>
        </w:rPr>
      </w:pPr>
      <w:r w:rsidRPr="00841819">
        <w:rPr>
          <w:b/>
          <w:bCs/>
          <w:sz w:val="22"/>
          <w:rtl/>
        </w:rPr>
        <w:t>تسمح مراجعة المنتج في نهاية كل دورة بالحصول على تغذية راجعة حقيقية، والتأكد من أن الفريق يطور الوظائف المناسبة</w:t>
      </w:r>
      <w:r w:rsidRPr="00841819">
        <w:rPr>
          <w:b/>
          <w:bCs/>
          <w:sz w:val="22"/>
        </w:rPr>
        <w:t>.</w:t>
      </w:r>
    </w:p>
    <w:p w14:paraId="1CD9693D" w14:textId="77777777" w:rsidR="00841819" w:rsidRPr="00841819" w:rsidRDefault="00841819" w:rsidP="00841819">
      <w:pPr>
        <w:bidi/>
        <w:spacing w:after="0" w:line="360" w:lineRule="auto"/>
        <w:rPr>
          <w:b/>
          <w:bCs/>
          <w:sz w:val="22"/>
        </w:rPr>
      </w:pPr>
      <w:r w:rsidRPr="00841819">
        <w:rPr>
          <w:b/>
          <w:bCs/>
          <w:sz w:val="22"/>
        </w:rPr>
        <w:t xml:space="preserve">2.11.6 </w:t>
      </w:r>
      <w:r w:rsidRPr="00841819">
        <w:rPr>
          <w:b/>
          <w:bCs/>
          <w:sz w:val="22"/>
          <w:rtl/>
        </w:rPr>
        <w:t>إعادة هيكلة الشفرة</w:t>
      </w:r>
    </w:p>
    <w:p w14:paraId="5BA70387" w14:textId="77777777" w:rsidR="00841819" w:rsidRPr="00841819" w:rsidRDefault="00841819" w:rsidP="00841819">
      <w:pPr>
        <w:bidi/>
        <w:spacing w:after="0" w:line="360" w:lineRule="auto"/>
        <w:rPr>
          <w:b/>
          <w:bCs/>
          <w:sz w:val="22"/>
        </w:rPr>
      </w:pPr>
      <w:r w:rsidRPr="00841819">
        <w:rPr>
          <w:b/>
          <w:bCs/>
          <w:sz w:val="22"/>
          <w:rtl/>
        </w:rPr>
        <w:t>تهدف إعادة الهيكلة إلى تحسين تصميم الشفرة وتنظيمها دون تغيير الوظائف الظاهرة للمستخدم. وتساعد على تقليل التعقيد والدين التقني وزيادة قابلية الصيانة</w:t>
      </w:r>
      <w:r w:rsidRPr="00841819">
        <w:rPr>
          <w:b/>
          <w:bCs/>
          <w:sz w:val="22"/>
        </w:rPr>
        <w:t>.</w:t>
      </w:r>
    </w:p>
    <w:p w14:paraId="374F8614" w14:textId="77777777" w:rsidR="0002166B" w:rsidRPr="004C0610" w:rsidRDefault="0002166B" w:rsidP="0002166B">
      <w:pPr>
        <w:bidi/>
        <w:spacing w:after="0" w:line="360" w:lineRule="auto"/>
        <w:rPr>
          <w:b/>
          <w:bCs/>
          <w:sz w:val="22"/>
          <w:rtl/>
        </w:rPr>
      </w:pPr>
    </w:p>
    <w:p w14:paraId="6F5CE46B" w14:textId="77777777" w:rsidR="00841819" w:rsidRPr="00841819" w:rsidRDefault="00841819" w:rsidP="00841819">
      <w:pPr>
        <w:bidi/>
        <w:spacing w:after="0" w:line="360" w:lineRule="auto"/>
        <w:rPr>
          <w:b/>
          <w:bCs/>
          <w:sz w:val="22"/>
        </w:rPr>
      </w:pPr>
      <w:r w:rsidRPr="00841819">
        <w:rPr>
          <w:b/>
          <w:bCs/>
          <w:sz w:val="22"/>
        </w:rPr>
        <w:t xml:space="preserve">2.12 </w:t>
      </w:r>
      <w:r w:rsidRPr="00841819">
        <w:rPr>
          <w:b/>
          <w:bCs/>
          <w:sz w:val="22"/>
          <w:rtl/>
        </w:rPr>
        <w:t>عوامل نجاح تطبيق</w:t>
      </w:r>
      <w:r w:rsidRPr="00841819">
        <w:rPr>
          <w:b/>
          <w:bCs/>
          <w:sz w:val="22"/>
        </w:rPr>
        <w:t xml:space="preserve"> Agile</w:t>
      </w:r>
    </w:p>
    <w:p w14:paraId="59B3DB93" w14:textId="77777777" w:rsidR="00841819" w:rsidRPr="00841819" w:rsidRDefault="00841819" w:rsidP="00841819">
      <w:pPr>
        <w:bidi/>
        <w:spacing w:after="0" w:line="360" w:lineRule="auto"/>
        <w:rPr>
          <w:b/>
          <w:bCs/>
          <w:sz w:val="22"/>
        </w:rPr>
      </w:pPr>
      <w:r w:rsidRPr="00841819">
        <w:rPr>
          <w:b/>
          <w:bCs/>
          <w:sz w:val="22"/>
          <w:rtl/>
        </w:rPr>
        <w:t>يعتمد نجاح تطبيق الإدارة الرشيقة على مجموعة من العوامل، من أبرزها</w:t>
      </w:r>
      <w:r w:rsidRPr="00841819">
        <w:rPr>
          <w:b/>
          <w:bCs/>
          <w:sz w:val="22"/>
        </w:rPr>
        <w:t>:</w:t>
      </w:r>
    </w:p>
    <w:p w14:paraId="63FB763C" w14:textId="77777777" w:rsidR="00841819" w:rsidRPr="00841819" w:rsidRDefault="00841819" w:rsidP="00841819">
      <w:pPr>
        <w:bidi/>
        <w:spacing w:after="0" w:line="360" w:lineRule="auto"/>
        <w:rPr>
          <w:b/>
          <w:bCs/>
          <w:sz w:val="22"/>
        </w:rPr>
      </w:pPr>
      <w:r w:rsidRPr="00841819">
        <w:rPr>
          <w:b/>
          <w:bCs/>
          <w:sz w:val="22"/>
        </w:rPr>
        <w:t xml:space="preserve">2.12.1 </w:t>
      </w:r>
      <w:r w:rsidRPr="00841819">
        <w:rPr>
          <w:b/>
          <w:bCs/>
          <w:sz w:val="22"/>
          <w:rtl/>
        </w:rPr>
        <w:t>دعم الإدارة العليا</w:t>
      </w:r>
    </w:p>
    <w:p w14:paraId="40F3C1D9" w14:textId="77777777" w:rsidR="00841819" w:rsidRPr="00841819" w:rsidRDefault="00841819" w:rsidP="00841819">
      <w:pPr>
        <w:bidi/>
        <w:spacing w:after="0" w:line="360" w:lineRule="auto"/>
        <w:rPr>
          <w:b/>
          <w:bCs/>
          <w:sz w:val="22"/>
        </w:rPr>
      </w:pPr>
      <w:r w:rsidRPr="00841819">
        <w:rPr>
          <w:b/>
          <w:bCs/>
          <w:sz w:val="22"/>
          <w:rtl/>
        </w:rPr>
        <w:t>يساعد دعم الإدارة في توفير الموارد، وإزالة العوائق، وتمكين الفريق، وتسهيل التغيير التنظيمي</w:t>
      </w:r>
      <w:r w:rsidRPr="00841819">
        <w:rPr>
          <w:b/>
          <w:bCs/>
          <w:sz w:val="22"/>
        </w:rPr>
        <w:t>.</w:t>
      </w:r>
    </w:p>
    <w:p w14:paraId="62608ACE" w14:textId="77777777" w:rsidR="00841819" w:rsidRPr="00841819" w:rsidRDefault="00841819" w:rsidP="00841819">
      <w:pPr>
        <w:bidi/>
        <w:spacing w:after="0" w:line="360" w:lineRule="auto"/>
        <w:rPr>
          <w:b/>
          <w:bCs/>
          <w:sz w:val="22"/>
        </w:rPr>
      </w:pPr>
      <w:r w:rsidRPr="00841819">
        <w:rPr>
          <w:b/>
          <w:bCs/>
          <w:sz w:val="22"/>
        </w:rPr>
        <w:lastRenderedPageBreak/>
        <w:t xml:space="preserve">2.12.2 </w:t>
      </w:r>
      <w:r w:rsidRPr="00841819">
        <w:rPr>
          <w:b/>
          <w:bCs/>
          <w:sz w:val="22"/>
          <w:rtl/>
        </w:rPr>
        <w:t>تمكين فريق العمل</w:t>
      </w:r>
    </w:p>
    <w:p w14:paraId="2CB9ED09" w14:textId="77777777" w:rsidR="00841819" w:rsidRPr="00841819" w:rsidRDefault="00841819" w:rsidP="00841819">
      <w:pPr>
        <w:bidi/>
        <w:spacing w:after="0" w:line="360" w:lineRule="auto"/>
        <w:rPr>
          <w:b/>
          <w:bCs/>
          <w:sz w:val="22"/>
        </w:rPr>
      </w:pPr>
      <w:r w:rsidRPr="00841819">
        <w:rPr>
          <w:b/>
          <w:bCs/>
          <w:sz w:val="22"/>
          <w:rtl/>
        </w:rPr>
        <w:t>يجب أن يمتلك الفريق صلاحية مناسبة لتنظيم العمل واتخاذ القرارات الفنية اليومية، بدلًا من الاعتماد على موافقات متكررة تعطل الإنجاز</w:t>
      </w:r>
      <w:r w:rsidRPr="00841819">
        <w:rPr>
          <w:b/>
          <w:bCs/>
          <w:sz w:val="22"/>
        </w:rPr>
        <w:t>.</w:t>
      </w:r>
    </w:p>
    <w:p w14:paraId="73C730D5" w14:textId="77777777" w:rsidR="00841819" w:rsidRPr="00841819" w:rsidRDefault="00841819" w:rsidP="00841819">
      <w:pPr>
        <w:bidi/>
        <w:spacing w:after="0" w:line="360" w:lineRule="auto"/>
        <w:rPr>
          <w:b/>
          <w:bCs/>
          <w:sz w:val="22"/>
        </w:rPr>
      </w:pPr>
      <w:r w:rsidRPr="00841819">
        <w:rPr>
          <w:b/>
          <w:bCs/>
          <w:sz w:val="22"/>
        </w:rPr>
        <w:t xml:space="preserve">2.12.3 </w:t>
      </w:r>
      <w:r w:rsidRPr="00841819">
        <w:rPr>
          <w:b/>
          <w:bCs/>
          <w:sz w:val="22"/>
          <w:rtl/>
        </w:rPr>
        <w:t>وضوح الأدوار والمسؤوليات</w:t>
      </w:r>
    </w:p>
    <w:p w14:paraId="3BA94EEB" w14:textId="77777777" w:rsidR="00841819" w:rsidRPr="00841819" w:rsidRDefault="00841819" w:rsidP="00841819">
      <w:pPr>
        <w:bidi/>
        <w:spacing w:after="0" w:line="360" w:lineRule="auto"/>
        <w:rPr>
          <w:b/>
          <w:bCs/>
          <w:sz w:val="22"/>
        </w:rPr>
      </w:pPr>
      <w:r w:rsidRPr="00841819">
        <w:rPr>
          <w:b/>
          <w:bCs/>
          <w:sz w:val="22"/>
          <w:rtl/>
        </w:rPr>
        <w:t>يساعد وضوح دور مالك المنتج وقائد الفريق والمطورين وفريق الجودة على تقليل التعارض وتحسين سرعة اتخاذ القرار</w:t>
      </w:r>
      <w:r w:rsidRPr="00841819">
        <w:rPr>
          <w:b/>
          <w:bCs/>
          <w:sz w:val="22"/>
        </w:rPr>
        <w:t>.</w:t>
      </w:r>
    </w:p>
    <w:p w14:paraId="69456ACE" w14:textId="77777777" w:rsidR="00841819" w:rsidRPr="00841819" w:rsidRDefault="00841819" w:rsidP="00841819">
      <w:pPr>
        <w:bidi/>
        <w:spacing w:after="0" w:line="360" w:lineRule="auto"/>
        <w:rPr>
          <w:b/>
          <w:bCs/>
          <w:sz w:val="22"/>
        </w:rPr>
      </w:pPr>
      <w:r w:rsidRPr="00841819">
        <w:rPr>
          <w:b/>
          <w:bCs/>
          <w:sz w:val="22"/>
        </w:rPr>
        <w:t xml:space="preserve">2.12.4 </w:t>
      </w:r>
      <w:r w:rsidRPr="00841819">
        <w:rPr>
          <w:b/>
          <w:bCs/>
          <w:sz w:val="22"/>
          <w:rtl/>
        </w:rPr>
        <w:t>مشاركة العميل</w:t>
      </w:r>
    </w:p>
    <w:p w14:paraId="271F4E15" w14:textId="77777777" w:rsidR="00841819" w:rsidRPr="00841819" w:rsidRDefault="00841819" w:rsidP="00841819">
      <w:pPr>
        <w:bidi/>
        <w:spacing w:after="0" w:line="360" w:lineRule="auto"/>
        <w:rPr>
          <w:b/>
          <w:bCs/>
          <w:sz w:val="22"/>
        </w:rPr>
      </w:pPr>
      <w:r w:rsidRPr="00841819">
        <w:rPr>
          <w:b/>
          <w:bCs/>
          <w:sz w:val="22"/>
          <w:rtl/>
        </w:rPr>
        <w:t>يجب أن يكون العميل أو ممثله متاحًا لتوضيح المتطلبات ومراجعة المخرجات وترتيب الأولويات</w:t>
      </w:r>
      <w:r w:rsidRPr="00841819">
        <w:rPr>
          <w:b/>
          <w:bCs/>
          <w:sz w:val="22"/>
        </w:rPr>
        <w:t>.</w:t>
      </w:r>
    </w:p>
    <w:p w14:paraId="77034F05" w14:textId="77777777" w:rsidR="00841819" w:rsidRPr="00841819" w:rsidRDefault="00841819" w:rsidP="00841819">
      <w:pPr>
        <w:bidi/>
        <w:spacing w:after="0" w:line="360" w:lineRule="auto"/>
        <w:rPr>
          <w:b/>
          <w:bCs/>
          <w:sz w:val="22"/>
        </w:rPr>
      </w:pPr>
      <w:r w:rsidRPr="00841819">
        <w:rPr>
          <w:b/>
          <w:bCs/>
          <w:sz w:val="22"/>
        </w:rPr>
        <w:t xml:space="preserve">2.12.5 </w:t>
      </w:r>
      <w:r w:rsidRPr="00841819">
        <w:rPr>
          <w:b/>
          <w:bCs/>
          <w:sz w:val="22"/>
          <w:rtl/>
        </w:rPr>
        <w:t>الكفاءة الفنية</w:t>
      </w:r>
    </w:p>
    <w:p w14:paraId="54FB7963" w14:textId="77777777" w:rsidR="00841819" w:rsidRPr="00841819" w:rsidRDefault="00841819" w:rsidP="00841819">
      <w:pPr>
        <w:bidi/>
        <w:spacing w:after="0" w:line="360" w:lineRule="auto"/>
        <w:rPr>
          <w:b/>
          <w:bCs/>
          <w:sz w:val="22"/>
        </w:rPr>
      </w:pPr>
      <w:r w:rsidRPr="00841819">
        <w:rPr>
          <w:b/>
          <w:bCs/>
          <w:sz w:val="22"/>
          <w:rtl/>
        </w:rPr>
        <w:t>لا يمكن تحقيق جودة مرتفعة دون توفر مهارات مناسبة في البرمجة، والاختبار، والتصميم، والأمن، والأتمتة</w:t>
      </w:r>
      <w:r w:rsidRPr="00841819">
        <w:rPr>
          <w:b/>
          <w:bCs/>
          <w:sz w:val="22"/>
        </w:rPr>
        <w:t>.</w:t>
      </w:r>
    </w:p>
    <w:p w14:paraId="4E6CAD7F" w14:textId="77777777" w:rsidR="00841819" w:rsidRPr="00841819" w:rsidRDefault="00841819" w:rsidP="00841819">
      <w:pPr>
        <w:bidi/>
        <w:spacing w:after="0" w:line="360" w:lineRule="auto"/>
        <w:rPr>
          <w:b/>
          <w:bCs/>
          <w:sz w:val="22"/>
        </w:rPr>
      </w:pPr>
      <w:r w:rsidRPr="00841819">
        <w:rPr>
          <w:b/>
          <w:bCs/>
          <w:sz w:val="22"/>
        </w:rPr>
        <w:t xml:space="preserve">2.12.6 </w:t>
      </w:r>
      <w:r w:rsidRPr="00841819">
        <w:rPr>
          <w:b/>
          <w:bCs/>
          <w:sz w:val="22"/>
          <w:rtl/>
        </w:rPr>
        <w:t>الثقافة التنظيمية</w:t>
      </w:r>
    </w:p>
    <w:p w14:paraId="3A48B582" w14:textId="77777777" w:rsidR="00841819" w:rsidRPr="00841819" w:rsidRDefault="00841819" w:rsidP="00841819">
      <w:pPr>
        <w:bidi/>
        <w:spacing w:after="0" w:line="360" w:lineRule="auto"/>
        <w:rPr>
          <w:b/>
          <w:bCs/>
          <w:sz w:val="22"/>
        </w:rPr>
      </w:pPr>
      <w:r w:rsidRPr="00841819">
        <w:rPr>
          <w:b/>
          <w:bCs/>
          <w:sz w:val="22"/>
          <w:rtl/>
        </w:rPr>
        <w:t>تحتاج</w:t>
      </w:r>
      <w:r w:rsidRPr="00841819">
        <w:rPr>
          <w:b/>
          <w:bCs/>
          <w:sz w:val="22"/>
        </w:rPr>
        <w:t xml:space="preserve"> Agile </w:t>
      </w:r>
      <w:r w:rsidRPr="00841819">
        <w:rPr>
          <w:b/>
          <w:bCs/>
          <w:sz w:val="22"/>
          <w:rtl/>
        </w:rPr>
        <w:t>إلى ثقافة تشجع التعاون والشفافية والتعلم من الأخطاء والتحسين المستمر</w:t>
      </w:r>
      <w:r w:rsidRPr="00841819">
        <w:rPr>
          <w:b/>
          <w:bCs/>
          <w:sz w:val="22"/>
        </w:rPr>
        <w:t>.</w:t>
      </w:r>
    </w:p>
    <w:p w14:paraId="126803F0" w14:textId="77777777" w:rsidR="00841819" w:rsidRPr="00841819" w:rsidRDefault="00841819" w:rsidP="00841819">
      <w:pPr>
        <w:bidi/>
        <w:spacing w:after="0" w:line="360" w:lineRule="auto"/>
        <w:rPr>
          <w:b/>
          <w:bCs/>
          <w:sz w:val="22"/>
        </w:rPr>
      </w:pPr>
      <w:r w:rsidRPr="00841819">
        <w:rPr>
          <w:b/>
          <w:bCs/>
          <w:sz w:val="22"/>
        </w:rPr>
        <w:t xml:space="preserve">2.12.7 </w:t>
      </w:r>
      <w:r w:rsidRPr="00841819">
        <w:rPr>
          <w:b/>
          <w:bCs/>
          <w:sz w:val="22"/>
          <w:rtl/>
        </w:rPr>
        <w:t>استخدام مؤشرات أداء متوازنة</w:t>
      </w:r>
    </w:p>
    <w:p w14:paraId="3B6BBB25" w14:textId="77777777" w:rsidR="00841819" w:rsidRPr="00841819" w:rsidRDefault="00841819" w:rsidP="00841819">
      <w:pPr>
        <w:bidi/>
        <w:spacing w:after="0" w:line="360" w:lineRule="auto"/>
        <w:rPr>
          <w:b/>
          <w:bCs/>
          <w:sz w:val="22"/>
        </w:rPr>
      </w:pPr>
      <w:r w:rsidRPr="00841819">
        <w:rPr>
          <w:b/>
          <w:bCs/>
          <w:sz w:val="22"/>
          <w:rtl/>
        </w:rPr>
        <w:t>ينبغي ألا تقتصر المؤشرات على عدد المهام المنجزة أو سرعة التسليم، بل يجب أن تشمل العيوب، ورضا المستخدم، والموثوقية، والدين التقني، وزمن معالجة المشكلات</w:t>
      </w:r>
      <w:r w:rsidRPr="00841819">
        <w:rPr>
          <w:b/>
          <w:bCs/>
          <w:sz w:val="22"/>
        </w:rPr>
        <w:t>.</w:t>
      </w:r>
    </w:p>
    <w:p w14:paraId="763B323F" w14:textId="77777777" w:rsidR="00841819" w:rsidRPr="004C0610" w:rsidRDefault="00841819" w:rsidP="00841819">
      <w:pPr>
        <w:bidi/>
        <w:spacing w:after="0" w:line="360" w:lineRule="auto"/>
        <w:rPr>
          <w:b/>
          <w:bCs/>
          <w:sz w:val="22"/>
          <w:rtl/>
        </w:rPr>
      </w:pPr>
    </w:p>
    <w:p w14:paraId="54946E0D" w14:textId="77777777" w:rsidR="0069490C" w:rsidRPr="0069490C" w:rsidRDefault="0069490C" w:rsidP="0069490C">
      <w:pPr>
        <w:bidi/>
        <w:spacing w:after="0" w:line="360" w:lineRule="auto"/>
        <w:rPr>
          <w:b/>
          <w:bCs/>
          <w:sz w:val="22"/>
        </w:rPr>
      </w:pPr>
      <w:r w:rsidRPr="0069490C">
        <w:rPr>
          <w:b/>
          <w:bCs/>
          <w:sz w:val="22"/>
        </w:rPr>
        <w:t xml:space="preserve">2.13 </w:t>
      </w:r>
      <w:r w:rsidRPr="0069490C">
        <w:rPr>
          <w:b/>
          <w:bCs/>
          <w:sz w:val="22"/>
          <w:rtl/>
        </w:rPr>
        <w:t>تحديات تطبيق الإدارة الرشيقة</w:t>
      </w:r>
    </w:p>
    <w:p w14:paraId="5D4EBE4A" w14:textId="77777777" w:rsidR="0069490C" w:rsidRPr="0069490C" w:rsidRDefault="0069490C" w:rsidP="0069490C">
      <w:pPr>
        <w:bidi/>
        <w:spacing w:after="0" w:line="360" w:lineRule="auto"/>
        <w:rPr>
          <w:b/>
          <w:bCs/>
          <w:sz w:val="22"/>
        </w:rPr>
      </w:pPr>
      <w:r w:rsidRPr="0069490C">
        <w:rPr>
          <w:b/>
          <w:bCs/>
          <w:sz w:val="22"/>
          <w:rtl/>
        </w:rPr>
        <w:t>على الرغم من فوائد</w:t>
      </w:r>
      <w:r w:rsidRPr="0069490C">
        <w:rPr>
          <w:b/>
          <w:bCs/>
          <w:sz w:val="22"/>
        </w:rPr>
        <w:t xml:space="preserve"> Agile</w:t>
      </w:r>
      <w:r w:rsidRPr="0069490C">
        <w:rPr>
          <w:b/>
          <w:bCs/>
          <w:sz w:val="22"/>
          <w:rtl/>
        </w:rPr>
        <w:t>، فقد تواجه الشركات عددًا من التحديات أثناء التطبيق، ومنها</w:t>
      </w:r>
      <w:r w:rsidRPr="0069490C">
        <w:rPr>
          <w:b/>
          <w:bCs/>
          <w:sz w:val="22"/>
        </w:rPr>
        <w:t>:</w:t>
      </w:r>
    </w:p>
    <w:p w14:paraId="30E7075B" w14:textId="77777777" w:rsidR="0069490C" w:rsidRPr="0069490C" w:rsidRDefault="0069490C" w:rsidP="0069490C">
      <w:pPr>
        <w:bidi/>
        <w:spacing w:after="0" w:line="360" w:lineRule="auto"/>
        <w:rPr>
          <w:b/>
          <w:bCs/>
          <w:sz w:val="22"/>
        </w:rPr>
      </w:pPr>
      <w:r w:rsidRPr="0069490C">
        <w:rPr>
          <w:b/>
          <w:bCs/>
          <w:sz w:val="22"/>
        </w:rPr>
        <w:t xml:space="preserve">2.13.1 </w:t>
      </w:r>
      <w:r w:rsidRPr="0069490C">
        <w:rPr>
          <w:b/>
          <w:bCs/>
          <w:sz w:val="22"/>
          <w:rtl/>
        </w:rPr>
        <w:t>مقاومة التغيير</w:t>
      </w:r>
    </w:p>
    <w:p w14:paraId="2A120C2C" w14:textId="77777777" w:rsidR="0069490C" w:rsidRPr="0069490C" w:rsidRDefault="0069490C" w:rsidP="0069490C">
      <w:pPr>
        <w:bidi/>
        <w:spacing w:after="0" w:line="360" w:lineRule="auto"/>
        <w:rPr>
          <w:b/>
          <w:bCs/>
          <w:sz w:val="22"/>
        </w:rPr>
      </w:pPr>
      <w:r w:rsidRPr="0069490C">
        <w:rPr>
          <w:b/>
          <w:bCs/>
          <w:sz w:val="22"/>
          <w:rtl/>
        </w:rPr>
        <w:t>قد يرفض بعض الموظفين أو المديرين تغيير أساليب العمل المعتادة، خاصة إذا لم تتضح لهم أهداف التحول وفوائده</w:t>
      </w:r>
      <w:r w:rsidRPr="0069490C">
        <w:rPr>
          <w:b/>
          <w:bCs/>
          <w:sz w:val="22"/>
        </w:rPr>
        <w:t>.</w:t>
      </w:r>
    </w:p>
    <w:p w14:paraId="1169ACDC" w14:textId="77777777" w:rsidR="0069490C" w:rsidRPr="0069490C" w:rsidRDefault="0069490C" w:rsidP="0069490C">
      <w:pPr>
        <w:bidi/>
        <w:spacing w:after="0" w:line="360" w:lineRule="auto"/>
        <w:rPr>
          <w:b/>
          <w:bCs/>
          <w:sz w:val="22"/>
        </w:rPr>
      </w:pPr>
      <w:r w:rsidRPr="0069490C">
        <w:rPr>
          <w:b/>
          <w:bCs/>
          <w:sz w:val="22"/>
        </w:rPr>
        <w:t xml:space="preserve">2.13.2 </w:t>
      </w:r>
      <w:r w:rsidRPr="0069490C">
        <w:rPr>
          <w:b/>
          <w:bCs/>
          <w:sz w:val="22"/>
          <w:rtl/>
        </w:rPr>
        <w:t>التطبيق الشكلي</w:t>
      </w:r>
    </w:p>
    <w:p w14:paraId="1E19223B" w14:textId="77777777" w:rsidR="0069490C" w:rsidRPr="0069490C" w:rsidRDefault="0069490C" w:rsidP="0069490C">
      <w:pPr>
        <w:bidi/>
        <w:spacing w:after="0" w:line="360" w:lineRule="auto"/>
        <w:rPr>
          <w:b/>
          <w:bCs/>
          <w:sz w:val="22"/>
        </w:rPr>
      </w:pPr>
      <w:r w:rsidRPr="0069490C">
        <w:rPr>
          <w:b/>
          <w:bCs/>
          <w:sz w:val="22"/>
          <w:rtl/>
        </w:rPr>
        <w:t>قد تكتفي بعض الشركات بعقد الاجتماعات اليومية واستخدام المصطلحات الرشيقة، دون تمكين الفرق أو تغيير طريقة اتخاذ القرار أو دمج الجودة في العمل</w:t>
      </w:r>
      <w:r w:rsidRPr="0069490C">
        <w:rPr>
          <w:b/>
          <w:bCs/>
          <w:sz w:val="22"/>
        </w:rPr>
        <w:t>.</w:t>
      </w:r>
    </w:p>
    <w:p w14:paraId="4542EEA6" w14:textId="77777777" w:rsidR="0069490C" w:rsidRPr="0069490C" w:rsidRDefault="0069490C" w:rsidP="0069490C">
      <w:pPr>
        <w:bidi/>
        <w:spacing w:after="0" w:line="360" w:lineRule="auto"/>
        <w:rPr>
          <w:b/>
          <w:bCs/>
          <w:sz w:val="22"/>
        </w:rPr>
      </w:pPr>
      <w:r w:rsidRPr="0069490C">
        <w:rPr>
          <w:b/>
          <w:bCs/>
          <w:sz w:val="22"/>
        </w:rPr>
        <w:t xml:space="preserve">2.13.3 </w:t>
      </w:r>
      <w:r w:rsidRPr="0069490C">
        <w:rPr>
          <w:b/>
          <w:bCs/>
          <w:sz w:val="22"/>
          <w:rtl/>
        </w:rPr>
        <w:t>ضعف مشاركة العميل</w:t>
      </w:r>
    </w:p>
    <w:p w14:paraId="33CA3F81" w14:textId="77777777" w:rsidR="0069490C" w:rsidRPr="0069490C" w:rsidRDefault="0069490C" w:rsidP="0069490C">
      <w:pPr>
        <w:bidi/>
        <w:spacing w:after="0" w:line="360" w:lineRule="auto"/>
        <w:rPr>
          <w:b/>
          <w:bCs/>
          <w:sz w:val="22"/>
        </w:rPr>
      </w:pPr>
      <w:r w:rsidRPr="0069490C">
        <w:rPr>
          <w:b/>
          <w:bCs/>
          <w:sz w:val="22"/>
          <w:rtl/>
        </w:rPr>
        <w:t>قد يؤدي عدم تفرغ العميل أو ممثله إلى تأخر القرارات وعدم وضوح الأولويات</w:t>
      </w:r>
      <w:r w:rsidRPr="0069490C">
        <w:rPr>
          <w:b/>
          <w:bCs/>
          <w:sz w:val="22"/>
        </w:rPr>
        <w:t>.</w:t>
      </w:r>
    </w:p>
    <w:p w14:paraId="70F31299" w14:textId="77777777" w:rsidR="0069490C" w:rsidRPr="0069490C" w:rsidRDefault="0069490C" w:rsidP="0069490C">
      <w:pPr>
        <w:bidi/>
        <w:spacing w:after="0" w:line="360" w:lineRule="auto"/>
        <w:rPr>
          <w:b/>
          <w:bCs/>
          <w:sz w:val="22"/>
        </w:rPr>
      </w:pPr>
      <w:r w:rsidRPr="0069490C">
        <w:rPr>
          <w:b/>
          <w:bCs/>
          <w:sz w:val="22"/>
        </w:rPr>
        <w:t xml:space="preserve">2.13.4 </w:t>
      </w:r>
      <w:r w:rsidRPr="0069490C">
        <w:rPr>
          <w:b/>
          <w:bCs/>
          <w:sz w:val="22"/>
          <w:rtl/>
        </w:rPr>
        <w:t>نقص الخبرات</w:t>
      </w:r>
    </w:p>
    <w:p w14:paraId="381D7683" w14:textId="77777777" w:rsidR="0069490C" w:rsidRPr="0069490C" w:rsidRDefault="0069490C" w:rsidP="0069490C">
      <w:pPr>
        <w:bidi/>
        <w:spacing w:after="0" w:line="360" w:lineRule="auto"/>
        <w:rPr>
          <w:b/>
          <w:bCs/>
          <w:sz w:val="22"/>
        </w:rPr>
      </w:pPr>
      <w:r w:rsidRPr="0069490C">
        <w:rPr>
          <w:b/>
          <w:bCs/>
          <w:sz w:val="22"/>
          <w:rtl/>
        </w:rPr>
        <w:t>قد يؤدي ضعف الخبرة في الاختبارات الآلية والتكامل المستمر والتصميم الرشيق إلى عدم تحقيق الأثر المطلوب</w:t>
      </w:r>
      <w:r w:rsidRPr="0069490C">
        <w:rPr>
          <w:b/>
          <w:bCs/>
          <w:sz w:val="22"/>
        </w:rPr>
        <w:t>.</w:t>
      </w:r>
    </w:p>
    <w:p w14:paraId="5D584E0A" w14:textId="77777777" w:rsidR="0069490C" w:rsidRPr="0069490C" w:rsidRDefault="0069490C" w:rsidP="0069490C">
      <w:pPr>
        <w:bidi/>
        <w:spacing w:after="0" w:line="360" w:lineRule="auto"/>
        <w:rPr>
          <w:b/>
          <w:bCs/>
          <w:sz w:val="22"/>
        </w:rPr>
      </w:pPr>
      <w:r w:rsidRPr="0069490C">
        <w:rPr>
          <w:b/>
          <w:bCs/>
          <w:sz w:val="22"/>
        </w:rPr>
        <w:t xml:space="preserve">2.13.5 </w:t>
      </w:r>
      <w:r w:rsidRPr="0069490C">
        <w:rPr>
          <w:b/>
          <w:bCs/>
          <w:sz w:val="22"/>
          <w:rtl/>
        </w:rPr>
        <w:t>التركيز المفرط على السرعة</w:t>
      </w:r>
    </w:p>
    <w:p w14:paraId="1FB6B64B" w14:textId="77777777" w:rsidR="0069490C" w:rsidRPr="0069490C" w:rsidRDefault="0069490C" w:rsidP="0069490C">
      <w:pPr>
        <w:bidi/>
        <w:spacing w:after="0" w:line="360" w:lineRule="auto"/>
        <w:rPr>
          <w:b/>
          <w:bCs/>
          <w:sz w:val="22"/>
        </w:rPr>
      </w:pPr>
      <w:r w:rsidRPr="0069490C">
        <w:rPr>
          <w:b/>
          <w:bCs/>
          <w:sz w:val="22"/>
          <w:rtl/>
        </w:rPr>
        <w:t>قد يؤدي ضغط التسليم المستمر إلى إهمال الجودة الفنية، وتأجيل معالجة المشكلات، وتراكم الدين التقني</w:t>
      </w:r>
      <w:r w:rsidRPr="0069490C">
        <w:rPr>
          <w:b/>
          <w:bCs/>
          <w:sz w:val="22"/>
        </w:rPr>
        <w:t>.</w:t>
      </w:r>
    </w:p>
    <w:p w14:paraId="3F7C1ADC" w14:textId="77777777" w:rsidR="0069490C" w:rsidRPr="0069490C" w:rsidRDefault="0069490C" w:rsidP="0069490C">
      <w:pPr>
        <w:bidi/>
        <w:spacing w:after="0" w:line="360" w:lineRule="auto"/>
        <w:rPr>
          <w:b/>
          <w:bCs/>
          <w:sz w:val="22"/>
        </w:rPr>
      </w:pPr>
      <w:r w:rsidRPr="0069490C">
        <w:rPr>
          <w:b/>
          <w:bCs/>
          <w:sz w:val="22"/>
        </w:rPr>
        <w:t xml:space="preserve">2.13.6 </w:t>
      </w:r>
      <w:r w:rsidRPr="0069490C">
        <w:rPr>
          <w:b/>
          <w:bCs/>
          <w:sz w:val="22"/>
          <w:rtl/>
        </w:rPr>
        <w:t>صعوبة التطبيق في المؤسسات الكبيرة</w:t>
      </w:r>
    </w:p>
    <w:p w14:paraId="171F4BEE" w14:textId="77777777" w:rsidR="0069490C" w:rsidRPr="0069490C" w:rsidRDefault="0069490C" w:rsidP="0069490C">
      <w:pPr>
        <w:bidi/>
        <w:spacing w:after="0" w:line="360" w:lineRule="auto"/>
        <w:rPr>
          <w:b/>
          <w:bCs/>
          <w:sz w:val="22"/>
        </w:rPr>
      </w:pPr>
      <w:r w:rsidRPr="0069490C">
        <w:rPr>
          <w:b/>
          <w:bCs/>
          <w:sz w:val="22"/>
          <w:rtl/>
        </w:rPr>
        <w:t>قد تواجه الشركات الكبيرة تحديات تتعلق بتعدد الإدارات، وطول إجراءات الموافقة، والاعتماد المتبادل بين الفرق، وصعوبة توحيد أساليب العمل</w:t>
      </w:r>
      <w:r w:rsidRPr="0069490C">
        <w:rPr>
          <w:b/>
          <w:bCs/>
          <w:sz w:val="22"/>
        </w:rPr>
        <w:t>.</w:t>
      </w:r>
    </w:p>
    <w:p w14:paraId="1CEBB87B" w14:textId="77777777" w:rsidR="00841819" w:rsidRPr="004C0610" w:rsidRDefault="00841819" w:rsidP="00841819">
      <w:pPr>
        <w:bidi/>
        <w:spacing w:after="0" w:line="360" w:lineRule="auto"/>
        <w:rPr>
          <w:b/>
          <w:bCs/>
          <w:sz w:val="22"/>
          <w:rtl/>
        </w:rPr>
      </w:pPr>
    </w:p>
    <w:p w14:paraId="1C2DC327" w14:textId="77777777" w:rsidR="0069490C" w:rsidRPr="0069490C" w:rsidRDefault="0069490C" w:rsidP="0069490C">
      <w:pPr>
        <w:bidi/>
        <w:spacing w:after="0" w:line="360" w:lineRule="auto"/>
        <w:rPr>
          <w:b/>
          <w:bCs/>
          <w:sz w:val="22"/>
        </w:rPr>
      </w:pPr>
      <w:r w:rsidRPr="0069490C">
        <w:rPr>
          <w:b/>
          <w:bCs/>
          <w:sz w:val="22"/>
        </w:rPr>
        <w:t xml:space="preserve">2.14 </w:t>
      </w:r>
      <w:r w:rsidRPr="0069490C">
        <w:rPr>
          <w:b/>
          <w:bCs/>
          <w:sz w:val="22"/>
          <w:rtl/>
        </w:rPr>
        <w:t>التطبيق الهجين لمنهجية</w:t>
      </w:r>
      <w:r w:rsidRPr="0069490C">
        <w:rPr>
          <w:b/>
          <w:bCs/>
          <w:sz w:val="22"/>
        </w:rPr>
        <w:t xml:space="preserve"> Agile</w:t>
      </w:r>
    </w:p>
    <w:p w14:paraId="22A467F7" w14:textId="77777777" w:rsidR="0069490C" w:rsidRPr="0069490C" w:rsidRDefault="0069490C" w:rsidP="0069490C">
      <w:pPr>
        <w:bidi/>
        <w:spacing w:after="0" w:line="360" w:lineRule="auto"/>
        <w:rPr>
          <w:b/>
          <w:bCs/>
          <w:sz w:val="22"/>
        </w:rPr>
      </w:pPr>
      <w:r w:rsidRPr="0069490C">
        <w:rPr>
          <w:b/>
          <w:bCs/>
          <w:sz w:val="22"/>
          <w:rtl/>
        </w:rPr>
        <w:t>لا تستخدم جميع الشركات منهجية رشيقة خالصة، بل تعتمد بعض الشركات نهجًا هجينًا يجمع بين الأساليب التقليدية والرشيقة</w:t>
      </w:r>
      <w:r w:rsidRPr="0069490C">
        <w:rPr>
          <w:b/>
          <w:bCs/>
          <w:sz w:val="22"/>
        </w:rPr>
        <w:t>.</w:t>
      </w:r>
    </w:p>
    <w:p w14:paraId="18353C6F" w14:textId="77777777" w:rsidR="0069490C" w:rsidRPr="0069490C" w:rsidRDefault="0069490C" w:rsidP="0069490C">
      <w:pPr>
        <w:bidi/>
        <w:spacing w:after="0" w:line="360" w:lineRule="auto"/>
        <w:rPr>
          <w:b/>
          <w:bCs/>
          <w:sz w:val="22"/>
        </w:rPr>
      </w:pPr>
      <w:r w:rsidRPr="0069490C">
        <w:rPr>
          <w:b/>
          <w:bCs/>
          <w:sz w:val="22"/>
          <w:rtl/>
        </w:rPr>
        <w:t>وقد يكون النهج الهجين مناسبًا للمشاريع التي تتطلب مستوى مرتفعًا من التوثيق أو الاعتمادات الرسمية أو الالتزام التنظيمي، مع الحاجة في الوقت نفسه إلى المرونة والتسليم التدريجي</w:t>
      </w:r>
      <w:r w:rsidRPr="0069490C">
        <w:rPr>
          <w:b/>
          <w:bCs/>
          <w:sz w:val="22"/>
        </w:rPr>
        <w:t>.</w:t>
      </w:r>
    </w:p>
    <w:p w14:paraId="4D5C2FA9" w14:textId="77777777" w:rsidR="0069490C" w:rsidRPr="0069490C" w:rsidRDefault="0069490C" w:rsidP="0069490C">
      <w:pPr>
        <w:bidi/>
        <w:spacing w:after="0" w:line="360" w:lineRule="auto"/>
        <w:rPr>
          <w:b/>
          <w:bCs/>
          <w:sz w:val="22"/>
        </w:rPr>
      </w:pPr>
      <w:r w:rsidRPr="0069490C">
        <w:rPr>
          <w:b/>
          <w:bCs/>
          <w:sz w:val="22"/>
          <w:rtl/>
        </w:rPr>
        <w:lastRenderedPageBreak/>
        <w:t>ويمكن، على سبيل المثال، إعداد خطة عامة وميزانية ومراحل اعتماد وفق الأسلوب التقليدي، مع تنفيذ أعمال التطوير الفعلية من خلال دورات قصيرة ومراجعات مستمرة</w:t>
      </w:r>
      <w:r w:rsidRPr="0069490C">
        <w:rPr>
          <w:b/>
          <w:bCs/>
          <w:sz w:val="22"/>
        </w:rPr>
        <w:t>.</w:t>
      </w:r>
    </w:p>
    <w:p w14:paraId="649D4F38" w14:textId="77777777" w:rsidR="0069490C" w:rsidRPr="0069490C" w:rsidRDefault="0069490C" w:rsidP="0069490C">
      <w:pPr>
        <w:bidi/>
        <w:spacing w:after="0" w:line="360" w:lineRule="auto"/>
        <w:rPr>
          <w:b/>
          <w:bCs/>
          <w:sz w:val="22"/>
        </w:rPr>
      </w:pPr>
      <w:r w:rsidRPr="0069490C">
        <w:rPr>
          <w:b/>
          <w:bCs/>
          <w:sz w:val="22"/>
          <w:rtl/>
        </w:rPr>
        <w:t>ويتطلب نجاح النهج الهجين وضوح طريقة دمج الأساليب، وتجنب تكرار الإجراءات أو فرض رقابة تقليدية تتعارض مع تمكين الفرق</w:t>
      </w:r>
      <w:r w:rsidRPr="0069490C">
        <w:rPr>
          <w:b/>
          <w:bCs/>
          <w:sz w:val="22"/>
        </w:rPr>
        <w:t>.</w:t>
      </w:r>
    </w:p>
    <w:p w14:paraId="1E3EF9D6" w14:textId="77777777" w:rsidR="006574E9" w:rsidRPr="004C0610" w:rsidRDefault="006574E9" w:rsidP="006574E9">
      <w:pPr>
        <w:bidi/>
        <w:spacing w:after="0" w:line="360" w:lineRule="auto"/>
        <w:rPr>
          <w:b/>
          <w:bCs/>
          <w:sz w:val="22"/>
          <w:rtl/>
        </w:rPr>
      </w:pPr>
    </w:p>
    <w:p w14:paraId="686A339A" w14:textId="77777777" w:rsidR="006574E9" w:rsidRPr="006574E9" w:rsidRDefault="006574E9" w:rsidP="006574E9">
      <w:pPr>
        <w:bidi/>
        <w:spacing w:after="0" w:line="360" w:lineRule="auto"/>
        <w:rPr>
          <w:b/>
          <w:bCs/>
          <w:sz w:val="22"/>
        </w:rPr>
      </w:pPr>
      <w:r w:rsidRPr="006574E9">
        <w:rPr>
          <w:b/>
          <w:bCs/>
          <w:sz w:val="22"/>
        </w:rPr>
        <w:t xml:space="preserve">2.15 </w:t>
      </w:r>
      <w:r w:rsidRPr="006574E9">
        <w:rPr>
          <w:b/>
          <w:bCs/>
          <w:sz w:val="22"/>
          <w:rtl/>
        </w:rPr>
        <w:t>خلاصة الفصل</w:t>
      </w:r>
    </w:p>
    <w:p w14:paraId="4D4A8498" w14:textId="77777777" w:rsidR="006574E9" w:rsidRPr="006574E9" w:rsidRDefault="006574E9" w:rsidP="006574E9">
      <w:pPr>
        <w:bidi/>
        <w:spacing w:after="0" w:line="360" w:lineRule="auto"/>
        <w:rPr>
          <w:b/>
          <w:bCs/>
          <w:sz w:val="22"/>
        </w:rPr>
      </w:pPr>
      <w:r w:rsidRPr="006574E9">
        <w:rPr>
          <w:b/>
          <w:bCs/>
          <w:sz w:val="22"/>
          <w:rtl/>
        </w:rPr>
        <w:t>تناول هذا الفصل مفهوم الإدارة الرشيقة، ونشأتها، وقيمها، ومبادئها، وخصائصها، وأشهر الأطر المرتبطة بها، مثل</w:t>
      </w:r>
      <w:r w:rsidRPr="006574E9">
        <w:rPr>
          <w:b/>
          <w:bCs/>
          <w:sz w:val="22"/>
        </w:rPr>
        <w:t xml:space="preserve"> Scrum </w:t>
      </w:r>
      <w:r w:rsidRPr="006574E9">
        <w:rPr>
          <w:b/>
          <w:bCs/>
          <w:sz w:val="22"/>
          <w:rtl/>
        </w:rPr>
        <w:t>و</w:t>
      </w:r>
      <w:r w:rsidRPr="006574E9">
        <w:rPr>
          <w:b/>
          <w:bCs/>
          <w:sz w:val="22"/>
        </w:rPr>
        <w:t xml:space="preserve">Kanban </w:t>
      </w:r>
      <w:r w:rsidRPr="006574E9">
        <w:rPr>
          <w:b/>
          <w:bCs/>
          <w:sz w:val="22"/>
          <w:rtl/>
        </w:rPr>
        <w:t>و</w:t>
      </w:r>
      <w:r w:rsidRPr="006574E9">
        <w:rPr>
          <w:b/>
          <w:bCs/>
          <w:sz w:val="22"/>
        </w:rPr>
        <w:t xml:space="preserve">Extreme Programming </w:t>
      </w:r>
      <w:r w:rsidRPr="006574E9">
        <w:rPr>
          <w:b/>
          <w:bCs/>
          <w:sz w:val="22"/>
          <w:rtl/>
        </w:rPr>
        <w:t>و</w:t>
      </w:r>
      <w:r w:rsidRPr="006574E9">
        <w:rPr>
          <w:b/>
          <w:bCs/>
          <w:sz w:val="22"/>
        </w:rPr>
        <w:t>DevOps.</w:t>
      </w:r>
    </w:p>
    <w:p w14:paraId="3ECD9967" w14:textId="77777777" w:rsidR="006574E9" w:rsidRPr="006574E9" w:rsidRDefault="006574E9" w:rsidP="006574E9">
      <w:pPr>
        <w:bidi/>
        <w:spacing w:after="0" w:line="360" w:lineRule="auto"/>
        <w:rPr>
          <w:b/>
          <w:bCs/>
          <w:sz w:val="22"/>
        </w:rPr>
      </w:pPr>
      <w:r w:rsidRPr="006574E9">
        <w:rPr>
          <w:b/>
          <w:bCs/>
          <w:sz w:val="22"/>
          <w:rtl/>
        </w:rPr>
        <w:t>كما تناول مفهوم جودة البرمجيات وأبرز أبعادها، مثل الملاءمة الوظيفية، والموثوقية، وكفاءة الأداء، وسهولة الاستخدام، والأمان، والقابلية للصيانة</w:t>
      </w:r>
      <w:r w:rsidRPr="006574E9">
        <w:rPr>
          <w:b/>
          <w:bCs/>
          <w:sz w:val="22"/>
        </w:rPr>
        <w:t>.</w:t>
      </w:r>
    </w:p>
    <w:p w14:paraId="7082EA9E" w14:textId="77777777" w:rsidR="006574E9" w:rsidRPr="006574E9" w:rsidRDefault="006574E9" w:rsidP="006574E9">
      <w:pPr>
        <w:bidi/>
        <w:spacing w:after="0" w:line="360" w:lineRule="auto"/>
        <w:rPr>
          <w:b/>
          <w:bCs/>
          <w:sz w:val="22"/>
        </w:rPr>
      </w:pPr>
      <w:r w:rsidRPr="006574E9">
        <w:rPr>
          <w:b/>
          <w:bCs/>
          <w:sz w:val="22"/>
          <w:rtl/>
        </w:rPr>
        <w:t>وأظهر الإطار النظري أن</w:t>
      </w:r>
      <w:r w:rsidRPr="006574E9">
        <w:rPr>
          <w:b/>
          <w:bCs/>
          <w:sz w:val="22"/>
        </w:rPr>
        <w:t xml:space="preserve"> Agile </w:t>
      </w:r>
      <w:r w:rsidRPr="006574E9">
        <w:rPr>
          <w:b/>
          <w:bCs/>
          <w:sz w:val="22"/>
          <w:rtl/>
        </w:rPr>
        <w:t>يمكن أن تسهم في تحسين جودة البرمجيات من خلال التسليم التكراري، والتغذية الراجعة المبكرة، والاختبارات المستمرة، وتحسين التواصل، ودعم التحسين المستمر. إلا أن تحقيق هذه الفوائد يعتمد على جودة التطبيق، ودعم الإدارة، وتمكين الفرق، ووجود ممارسات هندسية فعالة</w:t>
      </w:r>
      <w:r w:rsidRPr="006574E9">
        <w:rPr>
          <w:b/>
          <w:bCs/>
          <w:sz w:val="22"/>
        </w:rPr>
        <w:t>.</w:t>
      </w:r>
    </w:p>
    <w:p w14:paraId="696FA64F" w14:textId="77777777" w:rsidR="006574E9" w:rsidRDefault="006574E9" w:rsidP="006574E9">
      <w:pPr>
        <w:bidi/>
        <w:spacing w:after="0" w:line="360" w:lineRule="auto"/>
        <w:rPr>
          <w:b/>
          <w:bCs/>
          <w:sz w:val="22"/>
          <w:rtl/>
        </w:rPr>
      </w:pPr>
      <w:r w:rsidRPr="006574E9">
        <w:rPr>
          <w:b/>
          <w:bCs/>
          <w:sz w:val="22"/>
          <w:rtl/>
        </w:rPr>
        <w:t>وسيتناول الفصل التالي الدراسات السابقة المرتبطة بموضوع الدراسة، وتحليل نتائجها، وتحديد الثغرة البحثية التي يسعى المشروع إلى معالجتها</w:t>
      </w:r>
      <w:r w:rsidRPr="006574E9">
        <w:rPr>
          <w:b/>
          <w:bCs/>
          <w:sz w:val="22"/>
        </w:rPr>
        <w:t>.</w:t>
      </w:r>
    </w:p>
    <w:p w14:paraId="4EB6DCFA" w14:textId="77777777" w:rsidR="00F919D9" w:rsidRDefault="00F919D9" w:rsidP="00F919D9">
      <w:pPr>
        <w:bidi/>
        <w:spacing w:after="0" w:line="360" w:lineRule="auto"/>
        <w:rPr>
          <w:b/>
          <w:bCs/>
          <w:sz w:val="22"/>
          <w:rtl/>
        </w:rPr>
      </w:pPr>
    </w:p>
    <w:p w14:paraId="66A50D0E" w14:textId="77777777" w:rsidR="00F919D9" w:rsidRDefault="00F919D9" w:rsidP="00F919D9">
      <w:pPr>
        <w:bidi/>
        <w:spacing w:after="0" w:line="360" w:lineRule="auto"/>
        <w:rPr>
          <w:b/>
          <w:bCs/>
          <w:sz w:val="22"/>
          <w:rtl/>
        </w:rPr>
      </w:pPr>
    </w:p>
    <w:p w14:paraId="50832930" w14:textId="77777777" w:rsidR="00F919D9" w:rsidRDefault="00F919D9" w:rsidP="00F919D9">
      <w:pPr>
        <w:bidi/>
        <w:spacing w:after="0" w:line="360" w:lineRule="auto"/>
        <w:rPr>
          <w:b/>
          <w:bCs/>
          <w:sz w:val="22"/>
          <w:rtl/>
        </w:rPr>
      </w:pPr>
    </w:p>
    <w:p w14:paraId="0D085391" w14:textId="77777777" w:rsidR="00F919D9" w:rsidRDefault="00F919D9" w:rsidP="00F919D9">
      <w:pPr>
        <w:bidi/>
        <w:spacing w:after="0" w:line="360" w:lineRule="auto"/>
        <w:rPr>
          <w:b/>
          <w:bCs/>
          <w:sz w:val="22"/>
          <w:rtl/>
        </w:rPr>
      </w:pPr>
    </w:p>
    <w:p w14:paraId="5EFB3EE2" w14:textId="77777777" w:rsidR="00F919D9" w:rsidRDefault="00F919D9" w:rsidP="00F919D9">
      <w:pPr>
        <w:bidi/>
        <w:spacing w:after="0" w:line="360" w:lineRule="auto"/>
        <w:rPr>
          <w:b/>
          <w:bCs/>
          <w:sz w:val="22"/>
          <w:rtl/>
        </w:rPr>
      </w:pPr>
    </w:p>
    <w:p w14:paraId="40090DEF" w14:textId="77777777" w:rsidR="00F919D9" w:rsidRDefault="00F919D9" w:rsidP="00F919D9">
      <w:pPr>
        <w:bidi/>
        <w:spacing w:after="0" w:line="360" w:lineRule="auto"/>
        <w:rPr>
          <w:b/>
          <w:bCs/>
          <w:sz w:val="22"/>
          <w:rtl/>
        </w:rPr>
      </w:pPr>
    </w:p>
    <w:p w14:paraId="5CF82B9C" w14:textId="77777777" w:rsidR="00F919D9" w:rsidRDefault="00F919D9" w:rsidP="00F919D9">
      <w:pPr>
        <w:bidi/>
        <w:spacing w:after="0" w:line="360" w:lineRule="auto"/>
        <w:rPr>
          <w:b/>
          <w:bCs/>
          <w:sz w:val="22"/>
          <w:rtl/>
        </w:rPr>
      </w:pPr>
    </w:p>
    <w:p w14:paraId="2707BF87" w14:textId="77777777" w:rsidR="00F919D9" w:rsidRDefault="00F919D9" w:rsidP="00F919D9">
      <w:pPr>
        <w:bidi/>
        <w:spacing w:after="0" w:line="360" w:lineRule="auto"/>
        <w:rPr>
          <w:b/>
          <w:bCs/>
          <w:sz w:val="22"/>
          <w:rtl/>
        </w:rPr>
      </w:pPr>
    </w:p>
    <w:p w14:paraId="38608308" w14:textId="77777777" w:rsidR="00F919D9" w:rsidRDefault="00F919D9" w:rsidP="00F919D9">
      <w:pPr>
        <w:bidi/>
        <w:spacing w:after="0" w:line="360" w:lineRule="auto"/>
        <w:rPr>
          <w:b/>
          <w:bCs/>
          <w:sz w:val="22"/>
          <w:rtl/>
        </w:rPr>
      </w:pPr>
    </w:p>
    <w:p w14:paraId="44EBBAAE" w14:textId="77777777" w:rsidR="00F919D9" w:rsidRDefault="00F919D9" w:rsidP="00F919D9">
      <w:pPr>
        <w:bidi/>
        <w:spacing w:after="0" w:line="360" w:lineRule="auto"/>
        <w:rPr>
          <w:b/>
          <w:bCs/>
          <w:sz w:val="22"/>
          <w:rtl/>
        </w:rPr>
      </w:pPr>
    </w:p>
    <w:p w14:paraId="2D688922" w14:textId="77777777" w:rsidR="00F919D9" w:rsidRDefault="00F919D9" w:rsidP="00F919D9">
      <w:pPr>
        <w:bidi/>
        <w:spacing w:after="0" w:line="360" w:lineRule="auto"/>
        <w:rPr>
          <w:b/>
          <w:bCs/>
          <w:sz w:val="22"/>
          <w:rtl/>
        </w:rPr>
      </w:pPr>
    </w:p>
    <w:p w14:paraId="24E32E4E" w14:textId="77777777" w:rsidR="00F919D9" w:rsidRDefault="00F919D9" w:rsidP="00F919D9">
      <w:pPr>
        <w:bidi/>
        <w:spacing w:after="0" w:line="360" w:lineRule="auto"/>
        <w:rPr>
          <w:b/>
          <w:bCs/>
          <w:sz w:val="22"/>
          <w:rtl/>
        </w:rPr>
      </w:pPr>
    </w:p>
    <w:p w14:paraId="13EF4826" w14:textId="77777777" w:rsidR="00F919D9" w:rsidRDefault="00F919D9" w:rsidP="00F919D9">
      <w:pPr>
        <w:bidi/>
        <w:spacing w:after="0" w:line="360" w:lineRule="auto"/>
        <w:rPr>
          <w:b/>
          <w:bCs/>
          <w:sz w:val="22"/>
          <w:rtl/>
        </w:rPr>
      </w:pPr>
    </w:p>
    <w:p w14:paraId="364CAC7B" w14:textId="77777777" w:rsidR="00F919D9" w:rsidRDefault="00F919D9" w:rsidP="00F919D9">
      <w:pPr>
        <w:bidi/>
        <w:spacing w:after="0" w:line="360" w:lineRule="auto"/>
        <w:rPr>
          <w:b/>
          <w:bCs/>
          <w:sz w:val="22"/>
          <w:rtl/>
        </w:rPr>
      </w:pPr>
    </w:p>
    <w:p w14:paraId="2854FD45" w14:textId="77777777" w:rsidR="00F919D9" w:rsidRDefault="00F919D9" w:rsidP="00F919D9">
      <w:pPr>
        <w:bidi/>
        <w:spacing w:after="0" w:line="360" w:lineRule="auto"/>
        <w:rPr>
          <w:b/>
          <w:bCs/>
          <w:sz w:val="22"/>
          <w:rtl/>
        </w:rPr>
      </w:pPr>
    </w:p>
    <w:p w14:paraId="10342B79" w14:textId="77777777" w:rsidR="00F919D9" w:rsidRDefault="00F919D9" w:rsidP="00F919D9">
      <w:pPr>
        <w:bidi/>
        <w:spacing w:after="0" w:line="360" w:lineRule="auto"/>
        <w:rPr>
          <w:b/>
          <w:bCs/>
          <w:sz w:val="22"/>
          <w:rtl/>
        </w:rPr>
      </w:pPr>
    </w:p>
    <w:p w14:paraId="5D0ABC52" w14:textId="77777777" w:rsidR="00F919D9" w:rsidRDefault="00F919D9" w:rsidP="00F919D9">
      <w:pPr>
        <w:bidi/>
        <w:spacing w:after="0" w:line="360" w:lineRule="auto"/>
        <w:rPr>
          <w:b/>
          <w:bCs/>
          <w:sz w:val="22"/>
          <w:rtl/>
        </w:rPr>
      </w:pPr>
    </w:p>
    <w:p w14:paraId="6CB24528" w14:textId="77777777" w:rsidR="00F919D9" w:rsidRDefault="00F919D9" w:rsidP="00F919D9">
      <w:pPr>
        <w:bidi/>
        <w:spacing w:after="0" w:line="360" w:lineRule="auto"/>
        <w:rPr>
          <w:b/>
          <w:bCs/>
          <w:sz w:val="22"/>
          <w:rtl/>
        </w:rPr>
      </w:pPr>
    </w:p>
    <w:p w14:paraId="32A0F190" w14:textId="77777777" w:rsidR="00F919D9" w:rsidRPr="006574E9" w:rsidRDefault="00F919D9" w:rsidP="00F919D9">
      <w:pPr>
        <w:bidi/>
        <w:spacing w:after="0" w:line="360" w:lineRule="auto"/>
        <w:rPr>
          <w:b/>
          <w:bCs/>
          <w:sz w:val="22"/>
        </w:rPr>
      </w:pPr>
    </w:p>
    <w:p w14:paraId="3EE9A8F3" w14:textId="77777777" w:rsidR="00FF3B05" w:rsidRPr="00C922E9" w:rsidRDefault="00FF3B05" w:rsidP="00FF3B05">
      <w:pPr>
        <w:bidi/>
        <w:spacing w:after="0" w:line="360" w:lineRule="auto"/>
        <w:rPr>
          <w:b/>
          <w:bCs/>
          <w:szCs w:val="24"/>
          <w:rtl/>
        </w:rPr>
      </w:pPr>
    </w:p>
    <w:sectPr w:rsidR="00FF3B05" w:rsidRPr="00C922E9" w:rsidSect="00034616">
      <w:footerReference w:type="default" r:id="rId9"/>
      <w:pgSz w:w="12240" w:h="15840"/>
      <w:pgMar w:top="1134" w:right="1134" w:bottom="1134" w:left="1134" w:header="720" w:footer="720" w:gutter="0"/>
      <w:pgBorders w:offsetFrom="page">
        <w:top w:val="single" w:sz="12" w:space="18" w:color="000000"/>
        <w:left w:val="single" w:sz="12" w:space="18" w:color="000000"/>
        <w:bottom w:val="single" w:sz="12" w:space="18" w:color="000000"/>
        <w:right w:val="single" w:sz="12" w:space="18"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EC7AA" w14:textId="77777777" w:rsidR="00323116" w:rsidRDefault="00323116">
      <w:pPr>
        <w:spacing w:after="0" w:line="240" w:lineRule="auto"/>
      </w:pPr>
      <w:r>
        <w:separator/>
      </w:r>
    </w:p>
  </w:endnote>
  <w:endnote w:type="continuationSeparator" w:id="0">
    <w:p w14:paraId="348EDCAA" w14:textId="77777777" w:rsidR="00323116" w:rsidRDefault="00323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Noto Naskh Arab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2FD70" w14:textId="3890A848" w:rsidR="00CC595E" w:rsidRDefault="00A521FE">
    <w:pPr>
      <w:pStyle w:val="a6"/>
      <w:bidi/>
      <w:spacing w:after="120" w:line="360" w:lineRule="auto"/>
      <w:jc w:val="right"/>
      <w:rPr>
        <w:sz w:val="18"/>
        <w:rtl/>
      </w:rPr>
    </w:pPr>
    <w:r>
      <w:rPr>
        <w:rFonts w:hint="cs"/>
        <w:sz w:val="18"/>
        <w:rtl/>
      </w:rPr>
      <w:t>الإطار النظري</w:t>
    </w:r>
    <w:r w:rsidR="0089758F">
      <w:rPr>
        <w:rFonts w:hint="cs"/>
        <w:sz w:val="18"/>
        <w:rtl/>
      </w:rPr>
      <w:t xml:space="preserve"> </w:t>
    </w:r>
    <w:r w:rsidR="0089758F">
      <w:rPr>
        <w:sz w:val="18"/>
        <w:rtl/>
      </w:rPr>
      <w:t>–</w:t>
    </w:r>
    <w:r w:rsidR="0089758F">
      <w:rPr>
        <w:rFonts w:hint="cs"/>
        <w:sz w:val="18"/>
        <w:rtl/>
      </w:rPr>
      <w:t xml:space="preserve"> عبدالله محمد ناصر الوشيقري </w:t>
    </w:r>
    <w:r w:rsidR="0089758F">
      <w:rPr>
        <w:sz w:val="18"/>
        <w:rtl/>
      </w:rPr>
      <w:t>–</w:t>
    </w:r>
    <w:r w:rsidR="0089758F">
      <w:rPr>
        <w:rFonts w:hint="cs"/>
        <w:sz w:val="18"/>
        <w:rtl/>
      </w:rPr>
      <w:t xml:space="preserve"> 2026</w:t>
    </w:r>
  </w:p>
  <w:p w14:paraId="60BEABD0" w14:textId="77777777" w:rsidR="0089758F" w:rsidRDefault="0089758F" w:rsidP="0089758F">
    <w:pPr>
      <w:pStyle w:val="a6"/>
      <w:bidi/>
      <w:spacing w:after="120" w:line="360" w:lineRule="auto"/>
      <w:jc w:val="right"/>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03406" w14:textId="77777777" w:rsidR="00323116" w:rsidRDefault="00323116">
      <w:pPr>
        <w:spacing w:after="0" w:line="240" w:lineRule="auto"/>
      </w:pPr>
      <w:r>
        <w:separator/>
      </w:r>
    </w:p>
  </w:footnote>
  <w:footnote w:type="continuationSeparator" w:id="0">
    <w:p w14:paraId="76A5B288" w14:textId="77777777" w:rsidR="00323116" w:rsidRDefault="003231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15B1BEA"/>
    <w:multiLevelType w:val="multilevel"/>
    <w:tmpl w:val="420AD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6D31E1"/>
    <w:multiLevelType w:val="multilevel"/>
    <w:tmpl w:val="8C286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9A6A5F"/>
    <w:multiLevelType w:val="multilevel"/>
    <w:tmpl w:val="12F83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39F24C6"/>
    <w:multiLevelType w:val="multilevel"/>
    <w:tmpl w:val="08284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A85918"/>
    <w:multiLevelType w:val="multilevel"/>
    <w:tmpl w:val="7D4C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B47A6D"/>
    <w:multiLevelType w:val="multilevel"/>
    <w:tmpl w:val="D896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6E1B9F"/>
    <w:multiLevelType w:val="multilevel"/>
    <w:tmpl w:val="B3E85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BE2483"/>
    <w:multiLevelType w:val="multilevel"/>
    <w:tmpl w:val="FA20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ED486A"/>
    <w:multiLevelType w:val="multilevel"/>
    <w:tmpl w:val="B192D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0624095"/>
    <w:multiLevelType w:val="multilevel"/>
    <w:tmpl w:val="8CD2E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0AA75C4"/>
    <w:multiLevelType w:val="multilevel"/>
    <w:tmpl w:val="5E1C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5A5E07"/>
    <w:multiLevelType w:val="multilevel"/>
    <w:tmpl w:val="F1E43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EF4112"/>
    <w:multiLevelType w:val="multilevel"/>
    <w:tmpl w:val="31E6C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3AF6785"/>
    <w:multiLevelType w:val="multilevel"/>
    <w:tmpl w:val="6F822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C438DB"/>
    <w:multiLevelType w:val="multilevel"/>
    <w:tmpl w:val="D0A61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683593D"/>
    <w:multiLevelType w:val="multilevel"/>
    <w:tmpl w:val="877AD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DB062E"/>
    <w:multiLevelType w:val="multilevel"/>
    <w:tmpl w:val="69DA5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80414C5"/>
    <w:multiLevelType w:val="multilevel"/>
    <w:tmpl w:val="F91C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274D1C"/>
    <w:multiLevelType w:val="multilevel"/>
    <w:tmpl w:val="BF48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91659F"/>
    <w:multiLevelType w:val="multilevel"/>
    <w:tmpl w:val="96B63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B05D12"/>
    <w:multiLevelType w:val="multilevel"/>
    <w:tmpl w:val="656E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A630B1"/>
    <w:multiLevelType w:val="multilevel"/>
    <w:tmpl w:val="58644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972B90"/>
    <w:multiLevelType w:val="multilevel"/>
    <w:tmpl w:val="C388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0D799D"/>
    <w:multiLevelType w:val="multilevel"/>
    <w:tmpl w:val="BFB4E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39541E5"/>
    <w:multiLevelType w:val="multilevel"/>
    <w:tmpl w:val="558A0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CF4C4B"/>
    <w:multiLevelType w:val="multilevel"/>
    <w:tmpl w:val="1BBC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306C8A"/>
    <w:multiLevelType w:val="multilevel"/>
    <w:tmpl w:val="7A86C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56C4BC8"/>
    <w:multiLevelType w:val="multilevel"/>
    <w:tmpl w:val="10CA5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715AD0"/>
    <w:multiLevelType w:val="multilevel"/>
    <w:tmpl w:val="4DF87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8200462"/>
    <w:multiLevelType w:val="multilevel"/>
    <w:tmpl w:val="A622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5D796C"/>
    <w:multiLevelType w:val="multilevel"/>
    <w:tmpl w:val="CCF6B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5232C8"/>
    <w:multiLevelType w:val="multilevel"/>
    <w:tmpl w:val="A88CB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B701E19"/>
    <w:multiLevelType w:val="multilevel"/>
    <w:tmpl w:val="CAF22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802002"/>
    <w:multiLevelType w:val="multilevel"/>
    <w:tmpl w:val="3E721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F150219"/>
    <w:multiLevelType w:val="multilevel"/>
    <w:tmpl w:val="41D6F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FFD2888"/>
    <w:multiLevelType w:val="multilevel"/>
    <w:tmpl w:val="40D4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7957C3"/>
    <w:multiLevelType w:val="multilevel"/>
    <w:tmpl w:val="5A748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5541C47"/>
    <w:multiLevelType w:val="multilevel"/>
    <w:tmpl w:val="F31E8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5C04A28"/>
    <w:multiLevelType w:val="multilevel"/>
    <w:tmpl w:val="53BCD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7060F7A"/>
    <w:multiLevelType w:val="multilevel"/>
    <w:tmpl w:val="B8D45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89D2566"/>
    <w:multiLevelType w:val="multilevel"/>
    <w:tmpl w:val="F5FEB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9331E48"/>
    <w:multiLevelType w:val="multilevel"/>
    <w:tmpl w:val="ACD88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AA45B84"/>
    <w:multiLevelType w:val="multilevel"/>
    <w:tmpl w:val="5AF25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09F57B3"/>
    <w:multiLevelType w:val="multilevel"/>
    <w:tmpl w:val="8BE2E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28A6ABC"/>
    <w:multiLevelType w:val="multilevel"/>
    <w:tmpl w:val="1446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4A3878"/>
    <w:multiLevelType w:val="multilevel"/>
    <w:tmpl w:val="011AB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9FF0C0E"/>
    <w:multiLevelType w:val="multilevel"/>
    <w:tmpl w:val="5E2C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480224"/>
    <w:multiLevelType w:val="multilevel"/>
    <w:tmpl w:val="95602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AE03F9A"/>
    <w:multiLevelType w:val="multilevel"/>
    <w:tmpl w:val="6F5A2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B926C06"/>
    <w:multiLevelType w:val="multilevel"/>
    <w:tmpl w:val="D28E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C1B6E55"/>
    <w:multiLevelType w:val="multilevel"/>
    <w:tmpl w:val="FE3E2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DB272E3"/>
    <w:multiLevelType w:val="multilevel"/>
    <w:tmpl w:val="9ED02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0E81D5A"/>
    <w:multiLevelType w:val="multilevel"/>
    <w:tmpl w:val="9D545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22359B9"/>
    <w:multiLevelType w:val="multilevel"/>
    <w:tmpl w:val="BB44D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39A094C"/>
    <w:multiLevelType w:val="multilevel"/>
    <w:tmpl w:val="D4D0E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4522310"/>
    <w:multiLevelType w:val="multilevel"/>
    <w:tmpl w:val="C66A4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4FF7BC0"/>
    <w:multiLevelType w:val="multilevel"/>
    <w:tmpl w:val="ABCA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5904258"/>
    <w:multiLevelType w:val="multilevel"/>
    <w:tmpl w:val="C638E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82C5BE5"/>
    <w:multiLevelType w:val="multilevel"/>
    <w:tmpl w:val="4E02F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F3192C"/>
    <w:multiLevelType w:val="multilevel"/>
    <w:tmpl w:val="E214D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B6A40C9"/>
    <w:multiLevelType w:val="multilevel"/>
    <w:tmpl w:val="3CCE2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BA757B4"/>
    <w:multiLevelType w:val="multilevel"/>
    <w:tmpl w:val="A3D82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BCA2EE9"/>
    <w:multiLevelType w:val="multilevel"/>
    <w:tmpl w:val="B91C2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D9B41F3"/>
    <w:multiLevelType w:val="multilevel"/>
    <w:tmpl w:val="A48AB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F644E93"/>
    <w:multiLevelType w:val="multilevel"/>
    <w:tmpl w:val="6686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F7B42AB"/>
    <w:multiLevelType w:val="multilevel"/>
    <w:tmpl w:val="B9B03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F7C5A63"/>
    <w:multiLevelType w:val="multilevel"/>
    <w:tmpl w:val="BE380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FC60C77"/>
    <w:multiLevelType w:val="multilevel"/>
    <w:tmpl w:val="B3E04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1262881"/>
    <w:multiLevelType w:val="multilevel"/>
    <w:tmpl w:val="33D4C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1567DA0"/>
    <w:multiLevelType w:val="multilevel"/>
    <w:tmpl w:val="5708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288491E"/>
    <w:multiLevelType w:val="multilevel"/>
    <w:tmpl w:val="6A141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2DD0819"/>
    <w:multiLevelType w:val="multilevel"/>
    <w:tmpl w:val="C696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3F038DC"/>
    <w:multiLevelType w:val="multilevel"/>
    <w:tmpl w:val="43F44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5595C92"/>
    <w:multiLevelType w:val="multilevel"/>
    <w:tmpl w:val="2594F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6307EE9"/>
    <w:multiLevelType w:val="multilevel"/>
    <w:tmpl w:val="1FF8D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8332AAC"/>
    <w:multiLevelType w:val="multilevel"/>
    <w:tmpl w:val="8F94A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9A4795B"/>
    <w:multiLevelType w:val="multilevel"/>
    <w:tmpl w:val="E1147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A0515F3"/>
    <w:multiLevelType w:val="multilevel"/>
    <w:tmpl w:val="9C74A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D8B455A"/>
    <w:multiLevelType w:val="multilevel"/>
    <w:tmpl w:val="AF7A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0BB0F69"/>
    <w:multiLevelType w:val="multilevel"/>
    <w:tmpl w:val="BA1EC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0E96F49"/>
    <w:multiLevelType w:val="multilevel"/>
    <w:tmpl w:val="1F345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5C7176B"/>
    <w:multiLevelType w:val="multilevel"/>
    <w:tmpl w:val="4CDE3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6E20B4F"/>
    <w:multiLevelType w:val="multilevel"/>
    <w:tmpl w:val="03E6D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9381A36"/>
    <w:multiLevelType w:val="multilevel"/>
    <w:tmpl w:val="97B21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1461044">
    <w:abstractNumId w:val="5"/>
  </w:num>
  <w:num w:numId="2" w16cid:durableId="1690133759">
    <w:abstractNumId w:val="3"/>
  </w:num>
  <w:num w:numId="3" w16cid:durableId="1390036618">
    <w:abstractNumId w:val="2"/>
  </w:num>
  <w:num w:numId="4" w16cid:durableId="1604537870">
    <w:abstractNumId w:val="4"/>
  </w:num>
  <w:num w:numId="5" w16cid:durableId="593366178">
    <w:abstractNumId w:val="1"/>
  </w:num>
  <w:num w:numId="6" w16cid:durableId="2083211643">
    <w:abstractNumId w:val="0"/>
  </w:num>
  <w:num w:numId="7" w16cid:durableId="1463308990">
    <w:abstractNumId w:val="21"/>
  </w:num>
  <w:num w:numId="8" w16cid:durableId="849612326">
    <w:abstractNumId w:val="25"/>
  </w:num>
  <w:num w:numId="9" w16cid:durableId="225603206">
    <w:abstractNumId w:val="74"/>
  </w:num>
  <w:num w:numId="10" w16cid:durableId="266155643">
    <w:abstractNumId w:val="51"/>
  </w:num>
  <w:num w:numId="11" w16cid:durableId="758721033">
    <w:abstractNumId w:val="81"/>
  </w:num>
  <w:num w:numId="12" w16cid:durableId="1123773345">
    <w:abstractNumId w:val="37"/>
  </w:num>
  <w:num w:numId="13" w16cid:durableId="1192576004">
    <w:abstractNumId w:val="55"/>
  </w:num>
  <w:num w:numId="14" w16cid:durableId="98644866">
    <w:abstractNumId w:val="10"/>
  </w:num>
  <w:num w:numId="15" w16cid:durableId="1165710126">
    <w:abstractNumId w:val="50"/>
  </w:num>
  <w:num w:numId="16" w16cid:durableId="1627198828">
    <w:abstractNumId w:val="66"/>
  </w:num>
  <w:num w:numId="17" w16cid:durableId="1406954724">
    <w:abstractNumId w:val="13"/>
  </w:num>
  <w:num w:numId="18" w16cid:durableId="1630361448">
    <w:abstractNumId w:val="49"/>
  </w:num>
  <w:num w:numId="19" w16cid:durableId="1760060015">
    <w:abstractNumId w:val="48"/>
  </w:num>
  <w:num w:numId="20" w16cid:durableId="445584044">
    <w:abstractNumId w:val="15"/>
  </w:num>
  <w:num w:numId="21" w16cid:durableId="55980431">
    <w:abstractNumId w:val="12"/>
  </w:num>
  <w:num w:numId="22" w16cid:durableId="1877347112">
    <w:abstractNumId w:val="78"/>
  </w:num>
  <w:num w:numId="23" w16cid:durableId="1704938314">
    <w:abstractNumId w:val="58"/>
  </w:num>
  <w:num w:numId="24" w16cid:durableId="2016490066">
    <w:abstractNumId w:val="89"/>
  </w:num>
  <w:num w:numId="25" w16cid:durableId="810439096">
    <w:abstractNumId w:val="71"/>
  </w:num>
  <w:num w:numId="26" w16cid:durableId="512376368">
    <w:abstractNumId w:val="60"/>
  </w:num>
  <w:num w:numId="27" w16cid:durableId="271475515">
    <w:abstractNumId w:val="20"/>
  </w:num>
  <w:num w:numId="28" w16cid:durableId="868446245">
    <w:abstractNumId w:val="16"/>
  </w:num>
  <w:num w:numId="29" w16cid:durableId="1487745572">
    <w:abstractNumId w:val="18"/>
  </w:num>
  <w:num w:numId="30" w16cid:durableId="2057120872">
    <w:abstractNumId w:val="14"/>
  </w:num>
  <w:num w:numId="31" w16cid:durableId="1549730266">
    <w:abstractNumId w:val="9"/>
  </w:num>
  <w:num w:numId="32" w16cid:durableId="394206420">
    <w:abstractNumId w:val="45"/>
  </w:num>
  <w:num w:numId="33" w16cid:durableId="1437407204">
    <w:abstractNumId w:val="30"/>
  </w:num>
  <w:num w:numId="34" w16cid:durableId="1412969456">
    <w:abstractNumId w:val="88"/>
  </w:num>
  <w:num w:numId="35" w16cid:durableId="2023433234">
    <w:abstractNumId w:val="85"/>
  </w:num>
  <w:num w:numId="36" w16cid:durableId="175848717">
    <w:abstractNumId w:val="68"/>
  </w:num>
  <w:num w:numId="37" w16cid:durableId="1194465588">
    <w:abstractNumId w:val="44"/>
  </w:num>
  <w:num w:numId="38" w16cid:durableId="740907392">
    <w:abstractNumId w:val="87"/>
  </w:num>
  <w:num w:numId="39" w16cid:durableId="1398095048">
    <w:abstractNumId w:val="6"/>
  </w:num>
  <w:num w:numId="40" w16cid:durableId="1046219231">
    <w:abstractNumId w:val="67"/>
  </w:num>
  <w:num w:numId="41" w16cid:durableId="1491677937">
    <w:abstractNumId w:val="57"/>
  </w:num>
  <w:num w:numId="42" w16cid:durableId="292559413">
    <w:abstractNumId w:val="83"/>
  </w:num>
  <w:num w:numId="43" w16cid:durableId="1160149916">
    <w:abstractNumId w:val="53"/>
  </w:num>
  <w:num w:numId="44" w16cid:durableId="243884369">
    <w:abstractNumId w:val="17"/>
  </w:num>
  <w:num w:numId="45" w16cid:durableId="1731735173">
    <w:abstractNumId w:val="47"/>
  </w:num>
  <w:num w:numId="46" w16cid:durableId="1626810566">
    <w:abstractNumId w:val="64"/>
  </w:num>
  <w:num w:numId="47" w16cid:durableId="1886679891">
    <w:abstractNumId w:val="86"/>
  </w:num>
  <w:num w:numId="48" w16cid:durableId="303387692">
    <w:abstractNumId w:val="43"/>
  </w:num>
  <w:num w:numId="49" w16cid:durableId="1971590694">
    <w:abstractNumId w:val="23"/>
  </w:num>
  <w:num w:numId="50" w16cid:durableId="891696519">
    <w:abstractNumId w:val="76"/>
  </w:num>
  <w:num w:numId="51" w16cid:durableId="635765097">
    <w:abstractNumId w:val="36"/>
  </w:num>
  <w:num w:numId="52" w16cid:durableId="978076911">
    <w:abstractNumId w:val="52"/>
  </w:num>
  <w:num w:numId="53" w16cid:durableId="449130144">
    <w:abstractNumId w:val="63"/>
  </w:num>
  <w:num w:numId="54" w16cid:durableId="1931771042">
    <w:abstractNumId w:val="75"/>
  </w:num>
  <w:num w:numId="55" w16cid:durableId="663045068">
    <w:abstractNumId w:val="41"/>
  </w:num>
  <w:num w:numId="56" w16cid:durableId="6492279">
    <w:abstractNumId w:val="19"/>
  </w:num>
  <w:num w:numId="57" w16cid:durableId="235214211">
    <w:abstractNumId w:val="39"/>
  </w:num>
  <w:num w:numId="58" w16cid:durableId="1646734924">
    <w:abstractNumId w:val="84"/>
  </w:num>
  <w:num w:numId="59" w16cid:durableId="1387489783">
    <w:abstractNumId w:val="54"/>
  </w:num>
  <w:num w:numId="60" w16cid:durableId="2136872487">
    <w:abstractNumId w:val="79"/>
  </w:num>
  <w:num w:numId="61" w16cid:durableId="245380534">
    <w:abstractNumId w:val="26"/>
  </w:num>
  <w:num w:numId="62" w16cid:durableId="317812337">
    <w:abstractNumId w:val="34"/>
  </w:num>
  <w:num w:numId="63" w16cid:durableId="279144373">
    <w:abstractNumId w:val="59"/>
  </w:num>
  <w:num w:numId="64" w16cid:durableId="1040668748">
    <w:abstractNumId w:val="22"/>
  </w:num>
  <w:num w:numId="65" w16cid:durableId="1173447426">
    <w:abstractNumId w:val="80"/>
  </w:num>
  <w:num w:numId="66" w16cid:durableId="1141773909">
    <w:abstractNumId w:val="72"/>
  </w:num>
  <w:num w:numId="67" w16cid:durableId="319044017">
    <w:abstractNumId w:val="40"/>
  </w:num>
  <w:num w:numId="68" w16cid:durableId="1576470285">
    <w:abstractNumId w:val="8"/>
  </w:num>
  <w:num w:numId="69" w16cid:durableId="1056010681">
    <w:abstractNumId w:val="32"/>
  </w:num>
  <w:num w:numId="70" w16cid:durableId="1543439462">
    <w:abstractNumId w:val="65"/>
  </w:num>
  <w:num w:numId="71" w16cid:durableId="1576238783">
    <w:abstractNumId w:val="70"/>
  </w:num>
  <w:num w:numId="72" w16cid:durableId="415831765">
    <w:abstractNumId w:val="42"/>
  </w:num>
  <w:num w:numId="73" w16cid:durableId="1753549523">
    <w:abstractNumId w:val="24"/>
  </w:num>
  <w:num w:numId="74" w16cid:durableId="1662804525">
    <w:abstractNumId w:val="77"/>
  </w:num>
  <w:num w:numId="75" w16cid:durableId="1677725123">
    <w:abstractNumId w:val="33"/>
  </w:num>
  <w:num w:numId="76" w16cid:durableId="916551716">
    <w:abstractNumId w:val="38"/>
  </w:num>
  <w:num w:numId="77" w16cid:durableId="297492117">
    <w:abstractNumId w:val="29"/>
  </w:num>
  <w:num w:numId="78" w16cid:durableId="741299273">
    <w:abstractNumId w:val="61"/>
  </w:num>
  <w:num w:numId="79" w16cid:durableId="1447700467">
    <w:abstractNumId w:val="56"/>
  </w:num>
  <w:num w:numId="80" w16cid:durableId="1743213005">
    <w:abstractNumId w:val="69"/>
  </w:num>
  <w:num w:numId="81" w16cid:durableId="2104766276">
    <w:abstractNumId w:val="82"/>
  </w:num>
  <w:num w:numId="82" w16cid:durableId="1567908924">
    <w:abstractNumId w:val="7"/>
  </w:num>
  <w:num w:numId="83" w16cid:durableId="771587429">
    <w:abstractNumId w:val="35"/>
  </w:num>
  <w:num w:numId="84" w16cid:durableId="542713532">
    <w:abstractNumId w:val="62"/>
  </w:num>
  <w:num w:numId="85" w16cid:durableId="1315139694">
    <w:abstractNumId w:val="31"/>
  </w:num>
  <w:num w:numId="86" w16cid:durableId="337272589">
    <w:abstractNumId w:val="11"/>
  </w:num>
  <w:num w:numId="87" w16cid:durableId="327826109">
    <w:abstractNumId w:val="46"/>
  </w:num>
  <w:num w:numId="88" w16cid:durableId="1199004963">
    <w:abstractNumId w:val="28"/>
  </w:num>
  <w:num w:numId="89" w16cid:durableId="347685641">
    <w:abstractNumId w:val="27"/>
  </w:num>
  <w:num w:numId="90" w16cid:durableId="174735152">
    <w:abstractNumId w:val="73"/>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507"/>
    <w:rsid w:val="0002166B"/>
    <w:rsid w:val="00023553"/>
    <w:rsid w:val="00034616"/>
    <w:rsid w:val="000402D6"/>
    <w:rsid w:val="0006063C"/>
    <w:rsid w:val="00064E1C"/>
    <w:rsid w:val="00073CF0"/>
    <w:rsid w:val="000D1EB2"/>
    <w:rsid w:val="000D573E"/>
    <w:rsid w:val="000E421E"/>
    <w:rsid w:val="000F1F78"/>
    <w:rsid w:val="000F5FAA"/>
    <w:rsid w:val="0011672F"/>
    <w:rsid w:val="00117EAD"/>
    <w:rsid w:val="00120F3A"/>
    <w:rsid w:val="001261A5"/>
    <w:rsid w:val="001449F6"/>
    <w:rsid w:val="00147E79"/>
    <w:rsid w:val="0015074B"/>
    <w:rsid w:val="001744EF"/>
    <w:rsid w:val="00185FAA"/>
    <w:rsid w:val="00195DBB"/>
    <w:rsid w:val="001B2CB2"/>
    <w:rsid w:val="00206248"/>
    <w:rsid w:val="00223EEC"/>
    <w:rsid w:val="00235EEF"/>
    <w:rsid w:val="00265C53"/>
    <w:rsid w:val="00293444"/>
    <w:rsid w:val="0029639D"/>
    <w:rsid w:val="002C2797"/>
    <w:rsid w:val="00323116"/>
    <w:rsid w:val="00326F90"/>
    <w:rsid w:val="00360732"/>
    <w:rsid w:val="0037105B"/>
    <w:rsid w:val="003A5A92"/>
    <w:rsid w:val="003B7029"/>
    <w:rsid w:val="003E1B33"/>
    <w:rsid w:val="00431C65"/>
    <w:rsid w:val="00441D02"/>
    <w:rsid w:val="004C0610"/>
    <w:rsid w:val="004C07ED"/>
    <w:rsid w:val="004C4C78"/>
    <w:rsid w:val="004E5651"/>
    <w:rsid w:val="004F4675"/>
    <w:rsid w:val="00507B81"/>
    <w:rsid w:val="005319BB"/>
    <w:rsid w:val="00541F95"/>
    <w:rsid w:val="00546BB2"/>
    <w:rsid w:val="005570EC"/>
    <w:rsid w:val="0056349C"/>
    <w:rsid w:val="005A4FEC"/>
    <w:rsid w:val="005D07A1"/>
    <w:rsid w:val="005D1DC9"/>
    <w:rsid w:val="00616505"/>
    <w:rsid w:val="00630F4E"/>
    <w:rsid w:val="00647823"/>
    <w:rsid w:val="006574E9"/>
    <w:rsid w:val="0066421B"/>
    <w:rsid w:val="00665FD3"/>
    <w:rsid w:val="0066737B"/>
    <w:rsid w:val="0069490C"/>
    <w:rsid w:val="006952E8"/>
    <w:rsid w:val="00710552"/>
    <w:rsid w:val="00733FDA"/>
    <w:rsid w:val="00734A91"/>
    <w:rsid w:val="00791175"/>
    <w:rsid w:val="007B6EE9"/>
    <w:rsid w:val="007C6062"/>
    <w:rsid w:val="00801DAD"/>
    <w:rsid w:val="00824B54"/>
    <w:rsid w:val="00836859"/>
    <w:rsid w:val="008413C4"/>
    <w:rsid w:val="00841819"/>
    <w:rsid w:val="0085217E"/>
    <w:rsid w:val="00886BD4"/>
    <w:rsid w:val="00895EF1"/>
    <w:rsid w:val="0089758F"/>
    <w:rsid w:val="008C794F"/>
    <w:rsid w:val="008D2ED4"/>
    <w:rsid w:val="009048B7"/>
    <w:rsid w:val="009112E2"/>
    <w:rsid w:val="00921091"/>
    <w:rsid w:val="00926914"/>
    <w:rsid w:val="00941C39"/>
    <w:rsid w:val="00971E93"/>
    <w:rsid w:val="009746CC"/>
    <w:rsid w:val="0099161F"/>
    <w:rsid w:val="009A5A3A"/>
    <w:rsid w:val="009C7AF4"/>
    <w:rsid w:val="009E1863"/>
    <w:rsid w:val="009E2B4C"/>
    <w:rsid w:val="009F388A"/>
    <w:rsid w:val="00A023E8"/>
    <w:rsid w:val="00A257FF"/>
    <w:rsid w:val="00A3287C"/>
    <w:rsid w:val="00A4203D"/>
    <w:rsid w:val="00A4601B"/>
    <w:rsid w:val="00A521FE"/>
    <w:rsid w:val="00A8690E"/>
    <w:rsid w:val="00A9527F"/>
    <w:rsid w:val="00AA11E7"/>
    <w:rsid w:val="00AA1A5E"/>
    <w:rsid w:val="00AA1D8D"/>
    <w:rsid w:val="00AB72B0"/>
    <w:rsid w:val="00AD231A"/>
    <w:rsid w:val="00AD64DA"/>
    <w:rsid w:val="00B203E4"/>
    <w:rsid w:val="00B231EE"/>
    <w:rsid w:val="00B47730"/>
    <w:rsid w:val="00B6050F"/>
    <w:rsid w:val="00B93624"/>
    <w:rsid w:val="00B96C29"/>
    <w:rsid w:val="00BA29C4"/>
    <w:rsid w:val="00BB243F"/>
    <w:rsid w:val="00BC3324"/>
    <w:rsid w:val="00BC4D0B"/>
    <w:rsid w:val="00BC676F"/>
    <w:rsid w:val="00BD0564"/>
    <w:rsid w:val="00BE0431"/>
    <w:rsid w:val="00BE33C9"/>
    <w:rsid w:val="00BF6050"/>
    <w:rsid w:val="00BF67D3"/>
    <w:rsid w:val="00C10E65"/>
    <w:rsid w:val="00C161A6"/>
    <w:rsid w:val="00C339BB"/>
    <w:rsid w:val="00C622D0"/>
    <w:rsid w:val="00C627CA"/>
    <w:rsid w:val="00C922E9"/>
    <w:rsid w:val="00CB0664"/>
    <w:rsid w:val="00CB30C9"/>
    <w:rsid w:val="00CC595E"/>
    <w:rsid w:val="00CE6979"/>
    <w:rsid w:val="00D13F98"/>
    <w:rsid w:val="00D25BFD"/>
    <w:rsid w:val="00D66A78"/>
    <w:rsid w:val="00D7216A"/>
    <w:rsid w:val="00D75AB3"/>
    <w:rsid w:val="00D77632"/>
    <w:rsid w:val="00D93116"/>
    <w:rsid w:val="00DA59A8"/>
    <w:rsid w:val="00DC05EA"/>
    <w:rsid w:val="00E3007E"/>
    <w:rsid w:val="00E323BE"/>
    <w:rsid w:val="00E6074D"/>
    <w:rsid w:val="00E64672"/>
    <w:rsid w:val="00EA2FD2"/>
    <w:rsid w:val="00EB0233"/>
    <w:rsid w:val="00EB55FC"/>
    <w:rsid w:val="00EC1D9C"/>
    <w:rsid w:val="00EE2AE4"/>
    <w:rsid w:val="00EF64AA"/>
    <w:rsid w:val="00F25D4C"/>
    <w:rsid w:val="00F66411"/>
    <w:rsid w:val="00F919D9"/>
    <w:rsid w:val="00FB7308"/>
    <w:rsid w:val="00FC0366"/>
    <w:rsid w:val="00FC07F4"/>
    <w:rsid w:val="00FC1374"/>
    <w:rsid w:val="00FC693F"/>
    <w:rsid w:val="00FD02E5"/>
    <w:rsid w:val="00FD21A2"/>
    <w:rsid w:val="00FF0F31"/>
    <w:rsid w:val="00FF3B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E1457A"/>
  <w14:defaultImageDpi w14:val="300"/>
  <w15:docId w15:val="{35675B71-587F-40E1-9AC7-8A477E67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hAnsi="Times New Roman" w:cs="Times New Roman"/>
      <w:sz w:val="24"/>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4"/>
      </w:numPr>
      <w:contextualSpacing/>
    </w:pPr>
  </w:style>
  <w:style w:type="paragraph" w:styleId="2">
    <w:name w:val="List Number 2"/>
    <w:basedOn w:val="a1"/>
    <w:uiPriority w:val="99"/>
    <w:unhideWhenUsed/>
    <w:rsid w:val="0029639D"/>
    <w:pPr>
      <w:numPr>
        <w:numId w:val="5"/>
      </w:numPr>
      <w:contextualSpacing/>
    </w:pPr>
  </w:style>
  <w:style w:type="paragraph" w:styleId="3">
    <w:name w:val="List Number 3"/>
    <w:basedOn w:val="a1"/>
    <w:uiPriority w:val="99"/>
    <w:unhideWhenUsed/>
    <w:rsid w:val="0029639D"/>
    <w:pPr>
      <w:numPr>
        <w:numId w:val="6"/>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a2"/>
    <w:uiPriority w:val="99"/>
    <w:unhideWhenUsed/>
    <w:rsid w:val="002C2797"/>
    <w:rPr>
      <w:color w:val="0000FF" w:themeColor="hyperlink"/>
      <w:u w:val="single"/>
    </w:rPr>
  </w:style>
  <w:style w:type="character" w:styleId="aff2">
    <w:name w:val="Unresolved Mention"/>
    <w:basedOn w:val="a2"/>
    <w:uiPriority w:val="99"/>
    <w:semiHidden/>
    <w:unhideWhenUsed/>
    <w:rsid w:val="002C2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4762</Words>
  <Characters>27149</Characters>
  <Application>Microsoft Office Word</Application>
  <DocSecurity>0</DocSecurity>
  <Lines>226</Lines>
  <Paragraphs>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31848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فيصل السبيعي</cp:lastModifiedBy>
  <cp:revision>3</cp:revision>
  <cp:lastPrinted>2026-07-16T14:33:00Z</cp:lastPrinted>
  <dcterms:created xsi:type="dcterms:W3CDTF">2026-07-17T14:56:00Z</dcterms:created>
  <dcterms:modified xsi:type="dcterms:W3CDTF">2026-07-17T14:58:00Z</dcterms:modified>
  <cp:category/>
</cp:coreProperties>
</file>