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7E71" w:rsidRDefault="00642B4F" w:rsidP="00642B4F">
      <w:pPr>
        <w:bidi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A09DCF9" wp14:editId="476F1ED6">
            <wp:simplePos x="0" y="0"/>
            <wp:positionH relativeFrom="column">
              <wp:posOffset>-792480</wp:posOffset>
            </wp:positionH>
            <wp:positionV relativeFrom="paragraph">
              <wp:posOffset>-563880</wp:posOffset>
            </wp:positionV>
            <wp:extent cx="1432560" cy="14325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midocean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2560" cy="1432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79D7">
        <w:rPr>
          <w:rFonts w:cs="Times New Roman"/>
          <w:rtl/>
        </w:rPr>
        <w:t>جامعة</w:t>
      </w:r>
      <w:r w:rsidR="006379D7">
        <w:t xml:space="preserve"> </w:t>
      </w:r>
      <w:r w:rsidR="006379D7">
        <w:rPr>
          <w:rFonts w:cs="Times New Roman"/>
          <w:rtl/>
        </w:rPr>
        <w:t>ميدأوشن</w:t>
      </w:r>
      <w:r w:rsidR="006379D7">
        <w:br/>
      </w:r>
      <w:r w:rsidR="006379D7">
        <w:rPr>
          <w:rFonts w:cs="Times New Roman"/>
          <w:rtl/>
        </w:rPr>
        <w:t>كلية</w:t>
      </w:r>
      <w:r w:rsidR="006379D7">
        <w:t xml:space="preserve"> </w:t>
      </w:r>
      <w:r w:rsidR="006379D7">
        <w:rPr>
          <w:rFonts w:cs="Times New Roman"/>
          <w:rtl/>
        </w:rPr>
        <w:t>الإعلام</w:t>
      </w:r>
      <w:r w:rsidR="006379D7">
        <w:t xml:space="preserve"> </w:t>
      </w:r>
      <w:r w:rsidR="006379D7">
        <w:rPr>
          <w:rFonts w:cs="Times New Roman"/>
          <w:rtl/>
        </w:rPr>
        <w:t>والتسويق</w:t>
      </w:r>
      <w:r w:rsidR="006379D7">
        <w:br/>
      </w:r>
      <w:r w:rsidR="006379D7">
        <w:rPr>
          <w:rFonts w:cs="Times New Roman"/>
          <w:rtl/>
        </w:rPr>
        <w:t>بكالوريوس</w:t>
      </w:r>
      <w:r w:rsidR="006379D7">
        <w:t xml:space="preserve"> </w:t>
      </w:r>
      <w:r w:rsidR="006379D7">
        <w:rPr>
          <w:rFonts w:cs="Times New Roman"/>
          <w:rtl/>
        </w:rPr>
        <w:t>تسويق</w:t>
      </w:r>
      <w:r w:rsidR="006379D7">
        <w:t xml:space="preserve"> </w:t>
      </w:r>
      <w:r w:rsidR="006379D7">
        <w:rPr>
          <w:rFonts w:cs="Times New Roman"/>
          <w:rtl/>
        </w:rPr>
        <w:t>رقمي</w:t>
      </w:r>
    </w:p>
    <w:p w:rsidR="009C7E71" w:rsidRDefault="009C7E71" w:rsidP="0023447A">
      <w:pPr>
        <w:bidi/>
      </w:pPr>
    </w:p>
    <w:p w:rsidR="009C7E71" w:rsidRDefault="009C7E71" w:rsidP="0023447A">
      <w:pPr>
        <w:bidi/>
      </w:pPr>
    </w:p>
    <w:p w:rsidR="009C7E71" w:rsidRDefault="009C7E71" w:rsidP="0023447A">
      <w:pPr>
        <w:bidi/>
      </w:pPr>
    </w:p>
    <w:p w:rsidR="009C7E71" w:rsidRDefault="006379D7" w:rsidP="0023447A">
      <w:pPr>
        <w:bidi/>
        <w:jc w:val="center"/>
      </w:pPr>
      <w:r>
        <w:rPr>
          <w:rFonts w:cs="Times New Roman"/>
          <w:rtl/>
        </w:rPr>
        <w:t>خطة</w:t>
      </w:r>
      <w:r>
        <w:t xml:space="preserve"> </w:t>
      </w:r>
      <w:r>
        <w:rPr>
          <w:rFonts w:cs="Times New Roman"/>
          <w:rtl/>
        </w:rPr>
        <w:t>بحثية</w:t>
      </w:r>
      <w:r>
        <w:t xml:space="preserve"> </w:t>
      </w:r>
      <w:r>
        <w:rPr>
          <w:rFonts w:cs="Times New Roman"/>
          <w:rtl/>
        </w:rPr>
        <w:t>مقدمة</w:t>
      </w:r>
      <w:r>
        <w:t xml:space="preserve"> </w:t>
      </w:r>
      <w:r>
        <w:rPr>
          <w:rFonts w:cs="Times New Roman"/>
          <w:rtl/>
        </w:rPr>
        <w:t>لدرجة</w:t>
      </w:r>
      <w:r>
        <w:t xml:space="preserve"> </w:t>
      </w:r>
      <w:r>
        <w:rPr>
          <w:rFonts w:cs="Times New Roman"/>
          <w:rtl/>
        </w:rPr>
        <w:t>البكالوريوس</w:t>
      </w:r>
      <w:r>
        <w:t xml:space="preserve"> </w:t>
      </w:r>
      <w:r>
        <w:rPr>
          <w:rFonts w:cs="Times New Roman"/>
          <w:rtl/>
        </w:rPr>
        <w:t>في</w:t>
      </w:r>
      <w:r>
        <w:t xml:space="preserve"> </w:t>
      </w:r>
      <w:r>
        <w:rPr>
          <w:rFonts w:cs="Times New Roman"/>
          <w:rtl/>
        </w:rPr>
        <w:t>التسويق</w:t>
      </w:r>
      <w:r>
        <w:t xml:space="preserve"> </w:t>
      </w:r>
      <w:r>
        <w:rPr>
          <w:rFonts w:cs="Times New Roman"/>
          <w:rtl/>
        </w:rPr>
        <w:t>الرقمي</w:t>
      </w:r>
      <w:r>
        <w:br/>
      </w:r>
      <w:r>
        <w:br/>
        <w:t>"</w:t>
      </w:r>
      <w:r>
        <w:rPr>
          <w:rFonts w:cs="Times New Roman"/>
          <w:rtl/>
        </w:rPr>
        <w:t>أثر</w:t>
      </w:r>
      <w:r>
        <w:t xml:space="preserve"> </w:t>
      </w:r>
      <w:r>
        <w:rPr>
          <w:rFonts w:cs="Times New Roman"/>
          <w:rtl/>
        </w:rPr>
        <w:t>التفاعل</w:t>
      </w:r>
      <w:r>
        <w:t xml:space="preserve"> </w:t>
      </w:r>
      <w:r>
        <w:rPr>
          <w:rFonts w:cs="Times New Roman"/>
          <w:rtl/>
        </w:rPr>
        <w:t>عبر</w:t>
      </w:r>
      <w:r>
        <w:t xml:space="preserve"> </w:t>
      </w:r>
      <w:r>
        <w:rPr>
          <w:rFonts w:cs="Times New Roman"/>
          <w:rtl/>
        </w:rPr>
        <w:t>وسائل</w:t>
      </w:r>
      <w:r>
        <w:t xml:space="preserve"> </w:t>
      </w:r>
      <w:r>
        <w:rPr>
          <w:rFonts w:cs="Times New Roman"/>
          <w:rtl/>
        </w:rPr>
        <w:t>التواصل</w:t>
      </w:r>
      <w:r>
        <w:t xml:space="preserve"> </w:t>
      </w:r>
      <w:r>
        <w:rPr>
          <w:rFonts w:cs="Times New Roman"/>
          <w:rtl/>
        </w:rPr>
        <w:t>الاجتماعي</w:t>
      </w:r>
      <w:r>
        <w:t xml:space="preserve"> </w:t>
      </w:r>
      <w:r>
        <w:rPr>
          <w:rFonts w:cs="Times New Roman"/>
          <w:rtl/>
        </w:rPr>
        <w:t>على</w:t>
      </w:r>
      <w:r>
        <w:t xml:space="preserve"> </w:t>
      </w:r>
      <w:r>
        <w:rPr>
          <w:rFonts w:cs="Times New Roman"/>
          <w:rtl/>
        </w:rPr>
        <w:t>ولاء</w:t>
      </w:r>
      <w:r>
        <w:t xml:space="preserve"> </w:t>
      </w:r>
      <w:r>
        <w:rPr>
          <w:rFonts w:cs="Times New Roman"/>
          <w:rtl/>
        </w:rPr>
        <w:t>العملاء</w:t>
      </w:r>
      <w:r>
        <w:t>"</w:t>
      </w:r>
    </w:p>
    <w:p w:rsidR="009C7E71" w:rsidRDefault="009C7E71" w:rsidP="0023447A">
      <w:pPr>
        <w:bidi/>
      </w:pPr>
    </w:p>
    <w:p w:rsidR="009C7E71" w:rsidRDefault="009C7E71" w:rsidP="0023447A">
      <w:pPr>
        <w:bidi/>
      </w:pPr>
    </w:p>
    <w:p w:rsidR="00642B4F" w:rsidRDefault="00642B4F" w:rsidP="009507B8">
      <w:pPr>
        <w:bidi/>
        <w:rPr>
          <w:rFonts w:hint="cs"/>
          <w:rtl/>
          <w:lang w:bidi="ar-AE"/>
        </w:rPr>
      </w:pPr>
      <w:r>
        <w:rPr>
          <w:rFonts w:hint="cs"/>
          <w:rtl/>
          <w:lang w:bidi="ar-AE"/>
        </w:rPr>
        <w:t>نتيجه تفاعل الشركات التجاري</w:t>
      </w:r>
      <w:r w:rsidR="00B3026A">
        <w:rPr>
          <w:rFonts w:hint="cs"/>
          <w:rtl/>
          <w:lang w:bidi="ar-AE"/>
        </w:rPr>
        <w:t>ة عبر مواقع التواصل الاجتم</w:t>
      </w:r>
      <w:r w:rsidR="00802EDB">
        <w:rPr>
          <w:rFonts w:hint="cs"/>
          <w:rtl/>
          <w:lang w:bidi="ar-AE"/>
        </w:rPr>
        <w:t>اعي على العملائ</w:t>
      </w:r>
      <w:r w:rsidR="00B3026A">
        <w:rPr>
          <w:rFonts w:hint="cs"/>
          <w:rtl/>
          <w:lang w:bidi="ar-AE"/>
        </w:rPr>
        <w:t>ه و</w:t>
      </w:r>
      <w:r w:rsidR="00802EDB">
        <w:rPr>
          <w:rFonts w:hint="cs"/>
          <w:rtl/>
          <w:lang w:bidi="ar-AE"/>
        </w:rPr>
        <w:t xml:space="preserve"> كيف ياثر ذالك على ولاء العملاء, وذالك بنسبه الى الشركات التجاريه الكبيره او الصغيره و كيف ياثر ذالك على اقتصاد ال</w:t>
      </w:r>
      <w:r w:rsidR="009507B8">
        <w:rPr>
          <w:rFonts w:hint="cs"/>
          <w:rtl/>
          <w:lang w:bidi="ar-AE"/>
        </w:rPr>
        <w:t>شركات, بنسبه الى القطاع التجاري, و</w:t>
      </w:r>
      <w:r w:rsidR="00802EDB">
        <w:rPr>
          <w:rFonts w:hint="cs"/>
          <w:rtl/>
          <w:lang w:bidi="ar-AE"/>
        </w:rPr>
        <w:t>أن هاذا البحث هو تحليل مضمون وعميق عن تجارب الشركات السابقه وما نتائج</w:t>
      </w:r>
      <w:r w:rsidR="009507B8">
        <w:rPr>
          <w:rFonts w:hint="cs"/>
          <w:rtl/>
          <w:lang w:bidi="ar-AE"/>
        </w:rPr>
        <w:t xml:space="preserve"> التي وصلوا إليها وطريقتها او وسيلتهم إليها.</w:t>
      </w:r>
    </w:p>
    <w:p w:rsidR="00642B4F" w:rsidRDefault="00642B4F" w:rsidP="00642B4F">
      <w:pPr>
        <w:bidi/>
        <w:rPr>
          <w:rFonts w:hint="cs"/>
          <w:rtl/>
          <w:lang w:bidi="ar-AE"/>
        </w:rPr>
      </w:pPr>
    </w:p>
    <w:p w:rsidR="00642B4F" w:rsidRDefault="00642B4F" w:rsidP="00642B4F">
      <w:pPr>
        <w:bidi/>
        <w:rPr>
          <w:rFonts w:hint="cs"/>
          <w:rtl/>
        </w:rPr>
      </w:pPr>
    </w:p>
    <w:p w:rsidR="00642B4F" w:rsidRDefault="00642B4F" w:rsidP="00642B4F">
      <w:pPr>
        <w:bidi/>
        <w:rPr>
          <w:rFonts w:hint="cs"/>
          <w:rtl/>
        </w:rPr>
      </w:pPr>
    </w:p>
    <w:p w:rsidR="00642B4F" w:rsidRDefault="00642B4F" w:rsidP="00642B4F">
      <w:pPr>
        <w:bidi/>
        <w:rPr>
          <w:rFonts w:hint="cs"/>
          <w:rtl/>
        </w:rPr>
      </w:pPr>
    </w:p>
    <w:p w:rsidR="00642B4F" w:rsidRDefault="00642B4F" w:rsidP="00642B4F">
      <w:pPr>
        <w:bidi/>
      </w:pPr>
    </w:p>
    <w:p w:rsidR="009C7E71" w:rsidRDefault="006379D7" w:rsidP="0023447A">
      <w:pPr>
        <w:bidi/>
        <w:jc w:val="center"/>
      </w:pPr>
      <w:r>
        <w:rPr>
          <w:rFonts w:cs="Times New Roman"/>
          <w:rtl/>
        </w:rPr>
        <w:t>إعداد</w:t>
      </w:r>
      <w:r>
        <w:t xml:space="preserve">: </w:t>
      </w:r>
      <w:r w:rsidR="00642B4F">
        <w:rPr>
          <w:rFonts w:hint="cs"/>
          <w:rtl/>
        </w:rPr>
        <w:t xml:space="preserve"> </w:t>
      </w:r>
      <w:r>
        <w:rPr>
          <w:rFonts w:cs="Times New Roman"/>
          <w:rtl/>
        </w:rPr>
        <w:t>قصي</w:t>
      </w:r>
      <w:r>
        <w:t xml:space="preserve"> </w:t>
      </w:r>
      <w:r>
        <w:rPr>
          <w:rFonts w:cs="Times New Roman"/>
          <w:rtl/>
        </w:rPr>
        <w:t>مهند</w:t>
      </w:r>
      <w:r>
        <w:t xml:space="preserve"> </w:t>
      </w:r>
      <w:r>
        <w:rPr>
          <w:rFonts w:cs="Times New Roman"/>
          <w:rtl/>
        </w:rPr>
        <w:t>المصري</w:t>
      </w:r>
      <w:r>
        <w:br/>
      </w:r>
      <w:r>
        <w:rPr>
          <w:rFonts w:cs="Times New Roman"/>
          <w:rtl/>
        </w:rPr>
        <w:t>الرقم</w:t>
      </w:r>
      <w:r>
        <w:t xml:space="preserve"> </w:t>
      </w:r>
      <w:r>
        <w:rPr>
          <w:rFonts w:cs="Times New Roman"/>
          <w:rtl/>
        </w:rPr>
        <w:t>الأكاديمي</w:t>
      </w:r>
      <w:r w:rsidR="00642B4F">
        <w:rPr>
          <w:rFonts w:cs="Times New Roman" w:hint="cs"/>
          <w:rtl/>
        </w:rPr>
        <w:t xml:space="preserve">: </w:t>
      </w:r>
      <w:r>
        <w:t xml:space="preserve"> 232001592</w:t>
      </w:r>
    </w:p>
    <w:p w:rsidR="009C7E71" w:rsidRDefault="009C7E71" w:rsidP="0023447A">
      <w:pPr>
        <w:bidi/>
      </w:pPr>
    </w:p>
    <w:p w:rsidR="009C7E71" w:rsidRDefault="009C7E71" w:rsidP="0023447A">
      <w:pPr>
        <w:bidi/>
      </w:pPr>
    </w:p>
    <w:p w:rsidR="009C7E71" w:rsidRDefault="006379D7" w:rsidP="0023447A">
      <w:pPr>
        <w:bidi/>
        <w:jc w:val="center"/>
      </w:pPr>
      <w:r>
        <w:rPr>
          <w:rFonts w:cs="Times New Roman"/>
          <w:rtl/>
        </w:rPr>
        <w:t>تحت</w:t>
      </w:r>
      <w:r>
        <w:t xml:space="preserve"> </w:t>
      </w:r>
      <w:r>
        <w:rPr>
          <w:rFonts w:cs="Times New Roman"/>
          <w:rtl/>
        </w:rPr>
        <w:t>إشراف</w:t>
      </w:r>
      <w:r>
        <w:br/>
      </w:r>
      <w:r>
        <w:rPr>
          <w:rFonts w:cs="Times New Roman"/>
          <w:rtl/>
        </w:rPr>
        <w:t>د</w:t>
      </w:r>
      <w:r>
        <w:t xml:space="preserve">/ </w:t>
      </w:r>
      <w:r>
        <w:rPr>
          <w:rFonts w:cs="Times New Roman"/>
          <w:rtl/>
        </w:rPr>
        <w:t>علياء</w:t>
      </w:r>
      <w:r>
        <w:t xml:space="preserve"> </w:t>
      </w:r>
      <w:r>
        <w:rPr>
          <w:rFonts w:cs="Times New Roman"/>
          <w:rtl/>
        </w:rPr>
        <w:t>قمر</w:t>
      </w:r>
    </w:p>
    <w:p w:rsidR="0023447A" w:rsidRDefault="0023447A" w:rsidP="0023447A">
      <w:pPr>
        <w:bidi/>
      </w:pPr>
    </w:p>
    <w:p w:rsidR="009C7E71" w:rsidRDefault="006379D7" w:rsidP="0023447A">
      <w:pPr>
        <w:bidi/>
        <w:jc w:val="center"/>
      </w:pPr>
      <w:r>
        <w:t>2026</w:t>
      </w:r>
      <w:bookmarkStart w:id="0" w:name="_GoBack"/>
      <w:bookmarkEnd w:id="0"/>
    </w:p>
    <w:sectPr w:rsidR="009C7E71" w:rsidSect="00034616">
      <w:pgSz w:w="12240" w:h="15840"/>
      <w:pgMar w:top="1440" w:right="1800" w:bottom="1440" w:left="1800" w:header="720" w:footer="720" w:gutter="0"/>
      <w:pgBorders w:offsetFrom="page">
        <w:top w:val="double" w:sz="12" w:space="24" w:color="000000"/>
        <w:left w:val="double" w:sz="12" w:space="24" w:color="000000"/>
        <w:bottom w:val="double" w:sz="12" w:space="24" w:color="000000"/>
        <w:right w:val="double" w:sz="12" w:space="24" w:color="000000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26197"/>
    <w:rsid w:val="0023447A"/>
    <w:rsid w:val="0029639D"/>
    <w:rsid w:val="00326F90"/>
    <w:rsid w:val="006379D7"/>
    <w:rsid w:val="00642B4F"/>
    <w:rsid w:val="00802EDB"/>
    <w:rsid w:val="009507B8"/>
    <w:rsid w:val="009C7E71"/>
    <w:rsid w:val="00AA1D8D"/>
    <w:rsid w:val="00B3026A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642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B4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642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B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81E6E43-7FC2-42B5-9BEA-EA1342DAF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pc</cp:lastModifiedBy>
  <cp:revision>2</cp:revision>
  <dcterms:created xsi:type="dcterms:W3CDTF">2026-06-13T02:46:00Z</dcterms:created>
  <dcterms:modified xsi:type="dcterms:W3CDTF">2026-06-13T02:46:00Z</dcterms:modified>
</cp:coreProperties>
</file>