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79310" w14:textId="263AE716" w:rsidR="00F92692" w:rsidRPr="00390FBB" w:rsidRDefault="00F34B29" w:rsidP="00F34B29">
      <w:pPr>
        <w:bidi/>
        <w:jc w:val="center"/>
        <w:rPr>
          <w:sz w:val="24"/>
          <w:szCs w:val="24"/>
          <w:rtl/>
        </w:rPr>
      </w:pPr>
      <w:r w:rsidRPr="00390FBB">
        <w:rPr>
          <w:rFonts w:hint="cs"/>
          <w:b/>
          <w:sz w:val="24"/>
          <w:szCs w:val="24"/>
          <w:rtl/>
        </w:rPr>
        <w:t>استبان</w:t>
      </w:r>
      <w:r>
        <w:rPr>
          <w:rFonts w:hint="cs"/>
          <w:b/>
          <w:sz w:val="24"/>
          <w:szCs w:val="24"/>
          <w:rtl/>
        </w:rPr>
        <w:t xml:space="preserve">ة </w:t>
      </w:r>
      <w:r w:rsidRPr="00390FBB">
        <w:rPr>
          <w:rFonts w:hint="cs"/>
          <w:sz w:val="24"/>
          <w:szCs w:val="24"/>
          <w:rtl/>
        </w:rPr>
        <w:t>دور</w:t>
      </w:r>
      <w:r w:rsidR="00F92692" w:rsidRPr="00390FBB">
        <w:rPr>
          <w:rFonts w:hint="cs"/>
          <w:sz w:val="24"/>
          <w:szCs w:val="24"/>
          <w:rtl/>
        </w:rPr>
        <w:t xml:space="preserve"> تصميم الإعلانات الرقمية في تعزيز قرارات الشراء لدى المستهلكين</w:t>
      </w:r>
    </w:p>
    <w:p w14:paraId="58D1E5FE" w14:textId="0D427682" w:rsidR="00F92692" w:rsidRPr="00390FBB" w:rsidRDefault="00F92692" w:rsidP="00F92692">
      <w:pPr>
        <w:tabs>
          <w:tab w:val="right" w:pos="9122"/>
        </w:tabs>
        <w:jc w:val="right"/>
        <w:rPr>
          <w:sz w:val="24"/>
          <w:szCs w:val="24"/>
          <w:rtl/>
        </w:rPr>
      </w:pPr>
      <w:r w:rsidRPr="00390FBB">
        <w:rPr>
          <w:rFonts w:hint="cs"/>
          <w:sz w:val="24"/>
          <w:szCs w:val="24"/>
          <w:rtl/>
        </w:rPr>
        <w:t>أولا: البيانات الديموغرافية</w:t>
      </w:r>
    </w:p>
    <w:p w14:paraId="6E2C6A33" w14:textId="00BBD15C" w:rsidR="00F92692" w:rsidRPr="00390FBB" w:rsidRDefault="00F92692" w:rsidP="00F92692">
      <w:pPr>
        <w:tabs>
          <w:tab w:val="right" w:pos="9122"/>
        </w:tabs>
        <w:jc w:val="right"/>
        <w:rPr>
          <w:sz w:val="24"/>
          <w:szCs w:val="24"/>
        </w:rPr>
      </w:pPr>
      <w:r w:rsidRPr="00390FBB">
        <w:rPr>
          <w:rFonts w:hint="cs"/>
          <w:sz w:val="24"/>
          <w:szCs w:val="24"/>
          <w:rtl/>
        </w:rPr>
        <w:t>أختر الإجابة المناسبة</w:t>
      </w:r>
      <w:r w:rsidR="007F1132">
        <w:rPr>
          <w:rFonts w:hint="cs"/>
          <w:sz w:val="24"/>
          <w:szCs w:val="24"/>
          <w:rtl/>
        </w:rPr>
        <w:t xml:space="preserve">: 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1258"/>
        <w:gridCol w:w="2281"/>
        <w:gridCol w:w="2410"/>
        <w:gridCol w:w="1417"/>
        <w:gridCol w:w="1746"/>
      </w:tblGrid>
      <w:tr w:rsidR="007F1132" w:rsidRPr="00390FBB" w14:paraId="42475A7E" w14:textId="77777777" w:rsidTr="007F1132">
        <w:trPr>
          <w:trHeight w:val="276"/>
        </w:trPr>
        <w:tc>
          <w:tcPr>
            <w:tcW w:w="1258" w:type="dxa"/>
          </w:tcPr>
          <w:p w14:paraId="3F22EC44" w14:textId="6470BCF5" w:rsidR="00AC60E7" w:rsidRPr="00390FBB" w:rsidRDefault="00AD3D8B" w:rsidP="007F1132">
            <w:pPr>
              <w:pStyle w:val="p1"/>
              <w:bidi/>
            </w:pPr>
            <w:r w:rsidRPr="00390FBB">
              <w:rPr>
                <w:rFonts w:hint="cs"/>
                <w:rtl/>
              </w:rPr>
              <w:t>٤٠</w:t>
            </w:r>
            <w:r w:rsidRPr="00390FBB">
              <w:rPr>
                <w:rtl/>
              </w:rPr>
              <w:t xml:space="preserve"> سنة فأك</w:t>
            </w:r>
            <w:r w:rsidRPr="00390FBB">
              <w:rPr>
                <w:rFonts w:hint="cs"/>
                <w:rtl/>
              </w:rPr>
              <w:t>ثر</w:t>
            </w:r>
          </w:p>
        </w:tc>
        <w:tc>
          <w:tcPr>
            <w:tcW w:w="2281" w:type="dxa"/>
          </w:tcPr>
          <w:p w14:paraId="39CEB589" w14:textId="24ACF3A0" w:rsidR="00AC60E7" w:rsidRPr="00390FBB" w:rsidRDefault="00AD3D8B" w:rsidP="007F1132">
            <w:pPr>
              <w:pStyle w:val="p1"/>
              <w:bidi/>
            </w:pPr>
            <w:r w:rsidRPr="00390FBB">
              <w:rPr>
                <w:rtl/>
              </w:rPr>
              <w:t>من 30 إلى أقل من 40 سنة</w:t>
            </w:r>
          </w:p>
        </w:tc>
        <w:tc>
          <w:tcPr>
            <w:tcW w:w="2410" w:type="dxa"/>
          </w:tcPr>
          <w:p w14:paraId="4A171186" w14:textId="7510C325" w:rsidR="00AC60E7" w:rsidRPr="00390FBB" w:rsidRDefault="00AD3D8B" w:rsidP="00AD3D8B">
            <w:pPr>
              <w:pStyle w:val="p1"/>
              <w:bidi/>
            </w:pPr>
            <w:r w:rsidRPr="00390FBB">
              <w:rPr>
                <w:rtl/>
              </w:rPr>
              <w:t>من 20 إلى أقل من 30 سن</w:t>
            </w:r>
            <w:r w:rsidRPr="00390FBB">
              <w:rPr>
                <w:rFonts w:hint="cs"/>
                <w:rtl/>
              </w:rPr>
              <w:t>ة</w:t>
            </w:r>
          </w:p>
        </w:tc>
        <w:tc>
          <w:tcPr>
            <w:tcW w:w="1417" w:type="dxa"/>
          </w:tcPr>
          <w:p w14:paraId="720829D4" w14:textId="4CDA033F" w:rsidR="00AC60E7" w:rsidRPr="00390FBB" w:rsidRDefault="00AD3D8B" w:rsidP="00AD3D8B">
            <w:pPr>
              <w:pStyle w:val="p1"/>
              <w:bidi/>
            </w:pPr>
            <w:r w:rsidRPr="00390FBB">
              <w:rPr>
                <w:rtl/>
              </w:rPr>
              <w:t>أقل من 20 سنة</w:t>
            </w:r>
          </w:p>
        </w:tc>
        <w:tc>
          <w:tcPr>
            <w:tcW w:w="1746" w:type="dxa"/>
          </w:tcPr>
          <w:p w14:paraId="3E39964A" w14:textId="7975A07C" w:rsidR="00AC60E7" w:rsidRPr="00390FBB" w:rsidRDefault="00AC60E7" w:rsidP="00AC60E7">
            <w:pPr>
              <w:tabs>
                <w:tab w:val="right" w:pos="9122"/>
              </w:tabs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العمر:</w:t>
            </w:r>
          </w:p>
        </w:tc>
      </w:tr>
      <w:tr w:rsidR="007F1132" w:rsidRPr="00390FBB" w14:paraId="50FD7E9C" w14:textId="77777777" w:rsidTr="007F1132">
        <w:tc>
          <w:tcPr>
            <w:tcW w:w="1258" w:type="dxa"/>
          </w:tcPr>
          <w:p w14:paraId="466763CC" w14:textId="77777777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</w:p>
        </w:tc>
        <w:tc>
          <w:tcPr>
            <w:tcW w:w="2281" w:type="dxa"/>
          </w:tcPr>
          <w:p w14:paraId="076C62A7" w14:textId="77777777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4115677" w14:textId="149FB549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أنثى</w:t>
            </w:r>
          </w:p>
        </w:tc>
        <w:tc>
          <w:tcPr>
            <w:tcW w:w="1417" w:type="dxa"/>
          </w:tcPr>
          <w:p w14:paraId="082EFD1C" w14:textId="500222F3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 xml:space="preserve">ذكر </w:t>
            </w:r>
          </w:p>
        </w:tc>
        <w:tc>
          <w:tcPr>
            <w:tcW w:w="1746" w:type="dxa"/>
          </w:tcPr>
          <w:p w14:paraId="0DB0C18A" w14:textId="309ABA58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الجنس:</w:t>
            </w:r>
          </w:p>
        </w:tc>
      </w:tr>
      <w:tr w:rsidR="007F1132" w:rsidRPr="00390FBB" w14:paraId="227F257B" w14:textId="77777777" w:rsidTr="007F1132">
        <w:trPr>
          <w:trHeight w:val="284"/>
        </w:trPr>
        <w:tc>
          <w:tcPr>
            <w:tcW w:w="1258" w:type="dxa"/>
          </w:tcPr>
          <w:p w14:paraId="0CB79323" w14:textId="77777777" w:rsidR="00AC60E7" w:rsidRPr="00390FBB" w:rsidRDefault="00AC60E7" w:rsidP="00AC60E7">
            <w:pPr>
              <w:tabs>
                <w:tab w:val="right" w:pos="9122"/>
              </w:tabs>
              <w:jc w:val="right"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ماجستير فأعلى</w:t>
            </w:r>
          </w:p>
          <w:p w14:paraId="27EEF858" w14:textId="77777777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</w:p>
        </w:tc>
        <w:tc>
          <w:tcPr>
            <w:tcW w:w="2281" w:type="dxa"/>
          </w:tcPr>
          <w:p w14:paraId="15BA215C" w14:textId="631ACAC8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بكالوريوس</w:t>
            </w:r>
          </w:p>
        </w:tc>
        <w:tc>
          <w:tcPr>
            <w:tcW w:w="2410" w:type="dxa"/>
          </w:tcPr>
          <w:p w14:paraId="209E94A6" w14:textId="1B948D52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دبلوم</w:t>
            </w:r>
          </w:p>
        </w:tc>
        <w:tc>
          <w:tcPr>
            <w:tcW w:w="1417" w:type="dxa"/>
          </w:tcPr>
          <w:p w14:paraId="7C941C8E" w14:textId="77777777" w:rsidR="00AC60E7" w:rsidRPr="00390FBB" w:rsidRDefault="00AC60E7" w:rsidP="00AC60E7">
            <w:pPr>
              <w:tabs>
                <w:tab w:val="right" w:pos="9122"/>
              </w:tabs>
              <w:jc w:val="right"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ثانوي</w:t>
            </w:r>
          </w:p>
          <w:p w14:paraId="7EB9700E" w14:textId="77777777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</w:p>
        </w:tc>
        <w:tc>
          <w:tcPr>
            <w:tcW w:w="1746" w:type="dxa"/>
          </w:tcPr>
          <w:p w14:paraId="07A9001A" w14:textId="2081B15B" w:rsidR="00AC60E7" w:rsidRPr="00390FBB" w:rsidRDefault="00AD3D8B" w:rsidP="00AC60E7">
            <w:pPr>
              <w:tabs>
                <w:tab w:val="right" w:pos="9122"/>
              </w:tabs>
              <w:jc w:val="right"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المؤهل العلمي:</w:t>
            </w:r>
          </w:p>
          <w:p w14:paraId="2B0CBB6E" w14:textId="77777777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</w:p>
        </w:tc>
      </w:tr>
      <w:tr w:rsidR="007F1132" w:rsidRPr="00390FBB" w14:paraId="53378C23" w14:textId="77777777" w:rsidTr="007F1132">
        <w:tc>
          <w:tcPr>
            <w:tcW w:w="1258" w:type="dxa"/>
          </w:tcPr>
          <w:p w14:paraId="5DDECDAF" w14:textId="77777777" w:rsidR="00AC60E7" w:rsidRPr="00390FBB" w:rsidRDefault="00AC60E7" w:rsidP="00AC60E7">
            <w:pPr>
              <w:tabs>
                <w:tab w:val="right" w:pos="9122"/>
              </w:tabs>
              <w:jc w:val="right"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أعمال حرة</w:t>
            </w:r>
          </w:p>
          <w:p w14:paraId="02CDB435" w14:textId="77777777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</w:p>
        </w:tc>
        <w:tc>
          <w:tcPr>
            <w:tcW w:w="2281" w:type="dxa"/>
          </w:tcPr>
          <w:p w14:paraId="618D90DD" w14:textId="77777777" w:rsidR="00AC60E7" w:rsidRPr="00390FBB" w:rsidRDefault="00AC60E7" w:rsidP="00AC60E7">
            <w:pPr>
              <w:tabs>
                <w:tab w:val="right" w:pos="9122"/>
              </w:tabs>
              <w:jc w:val="right"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موظف\ة</w:t>
            </w:r>
          </w:p>
          <w:p w14:paraId="28870489" w14:textId="77777777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685061C4" w14:textId="77777777" w:rsidR="00AC60E7" w:rsidRPr="00390FBB" w:rsidRDefault="00AC60E7" w:rsidP="00AC60E7">
            <w:pPr>
              <w:tabs>
                <w:tab w:val="right" w:pos="9122"/>
              </w:tabs>
              <w:jc w:val="right"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غير موظف\ة</w:t>
            </w:r>
          </w:p>
          <w:p w14:paraId="5EC5C6D9" w14:textId="77777777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778CF1AA" w14:textId="77777777" w:rsidR="00AC60E7" w:rsidRPr="00390FBB" w:rsidRDefault="00AC60E7" w:rsidP="00AC60E7">
            <w:pPr>
              <w:tabs>
                <w:tab w:val="right" w:pos="9122"/>
              </w:tabs>
              <w:jc w:val="right"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طالب\ة</w:t>
            </w:r>
          </w:p>
          <w:p w14:paraId="646A63D2" w14:textId="77777777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</w:p>
        </w:tc>
        <w:tc>
          <w:tcPr>
            <w:tcW w:w="1746" w:type="dxa"/>
          </w:tcPr>
          <w:p w14:paraId="4CF789E9" w14:textId="44DD10DD" w:rsidR="00AC60E7" w:rsidRPr="00390FBB" w:rsidRDefault="00AD3D8B" w:rsidP="00AC60E7">
            <w:pPr>
              <w:tabs>
                <w:tab w:val="right" w:pos="9122"/>
              </w:tabs>
              <w:jc w:val="right"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الحالة الوظيفية:</w:t>
            </w:r>
          </w:p>
          <w:p w14:paraId="60846C31" w14:textId="77777777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</w:p>
        </w:tc>
      </w:tr>
      <w:tr w:rsidR="007F1132" w:rsidRPr="00390FBB" w14:paraId="17C9E605" w14:textId="77777777" w:rsidTr="007F1132">
        <w:tc>
          <w:tcPr>
            <w:tcW w:w="1258" w:type="dxa"/>
          </w:tcPr>
          <w:p w14:paraId="50730B6A" w14:textId="20DF8FC8" w:rsidR="00AC60E7" w:rsidRPr="00390FBB" w:rsidRDefault="00AC60E7" w:rsidP="00AC60E7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sz w:val="24"/>
                <w:szCs w:val="24"/>
                <w:rtl/>
              </w:rPr>
              <w:t xml:space="preserve">أكثر من </w:t>
            </w:r>
            <w:r w:rsidR="00AD3D8B" w:rsidRPr="00390FBB">
              <w:rPr>
                <w:rFonts w:hint="cs"/>
                <w:sz w:val="24"/>
                <w:szCs w:val="24"/>
                <w:rtl/>
              </w:rPr>
              <w:t>٥</w:t>
            </w:r>
            <w:r w:rsidRPr="00390FBB">
              <w:rPr>
                <w:sz w:val="24"/>
                <w:szCs w:val="24"/>
                <w:rtl/>
              </w:rPr>
              <w:t xml:space="preserve"> ساعات</w:t>
            </w:r>
          </w:p>
          <w:p w14:paraId="1507E99E" w14:textId="77777777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</w:p>
        </w:tc>
        <w:tc>
          <w:tcPr>
            <w:tcW w:w="2281" w:type="dxa"/>
          </w:tcPr>
          <w:p w14:paraId="029060A5" w14:textId="77777777" w:rsidR="00AD3D8B" w:rsidRPr="00390FBB" w:rsidRDefault="00AD3D8B" w:rsidP="00AD3D8B">
            <w:pPr>
              <w:pStyle w:val="p1"/>
              <w:bidi/>
            </w:pPr>
            <w:r w:rsidRPr="00390FBB">
              <w:rPr>
                <w:rtl/>
              </w:rPr>
              <w:t>من 3–5 ساعات</w:t>
            </w:r>
          </w:p>
          <w:p w14:paraId="6B9A1023" w14:textId="77777777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27956A29" w14:textId="77777777" w:rsidR="00AD3D8B" w:rsidRPr="00390FBB" w:rsidRDefault="00AD3D8B" w:rsidP="00AD3D8B">
            <w:pPr>
              <w:pStyle w:val="p1"/>
              <w:bidi/>
            </w:pPr>
            <w:r w:rsidRPr="00390FBB">
              <w:rPr>
                <w:rtl/>
              </w:rPr>
              <w:t>من 1–3 ساعات</w:t>
            </w:r>
          </w:p>
          <w:p w14:paraId="106A0255" w14:textId="6B03E466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4DE834D8" w14:textId="7862AC90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  <w:r w:rsidRPr="00390FBB">
              <w:rPr>
                <w:sz w:val="24"/>
                <w:szCs w:val="24"/>
                <w:rtl/>
              </w:rPr>
              <w:t>أقل من ساعة</w:t>
            </w:r>
          </w:p>
        </w:tc>
        <w:tc>
          <w:tcPr>
            <w:tcW w:w="1746" w:type="dxa"/>
          </w:tcPr>
          <w:p w14:paraId="604024A0" w14:textId="476A5412" w:rsidR="00AC60E7" w:rsidRPr="00390FBB" w:rsidRDefault="00AD3D8B" w:rsidP="00AD3D8B">
            <w:pPr>
              <w:pStyle w:val="p1"/>
              <w:bidi/>
            </w:pPr>
            <w:r w:rsidRPr="00390FBB">
              <w:rPr>
                <w:rtl/>
              </w:rPr>
              <w:t>عدد ساعات استخدام الإنترنت يوميًا</w:t>
            </w:r>
            <w:r w:rsidRPr="00390FBB">
              <w:rPr>
                <w:rFonts w:hint="cs"/>
                <w:rtl/>
              </w:rPr>
              <w:t>:</w:t>
            </w:r>
          </w:p>
        </w:tc>
      </w:tr>
      <w:tr w:rsidR="007F1132" w:rsidRPr="00390FBB" w14:paraId="623DBB38" w14:textId="77777777" w:rsidTr="007F1132">
        <w:tc>
          <w:tcPr>
            <w:tcW w:w="1258" w:type="dxa"/>
          </w:tcPr>
          <w:p w14:paraId="4310E9C6" w14:textId="77777777" w:rsidR="00D352D7" w:rsidRPr="00390FBB" w:rsidRDefault="00D352D7" w:rsidP="00D352D7">
            <w:pPr>
              <w:spacing w:beforeAutospacing="1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FBB">
              <w:rPr>
                <w:sz w:val="24"/>
                <w:szCs w:val="24"/>
                <w:rtl/>
              </w:rPr>
              <w:t>أكثر من 6 مرات</w:t>
            </w:r>
          </w:p>
          <w:p w14:paraId="378A03C4" w14:textId="77777777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</w:p>
        </w:tc>
        <w:tc>
          <w:tcPr>
            <w:tcW w:w="2281" w:type="dxa"/>
          </w:tcPr>
          <w:p w14:paraId="08D4BB07" w14:textId="77777777" w:rsidR="00AD3D8B" w:rsidRPr="00390FBB" w:rsidRDefault="00AD3D8B" w:rsidP="00AD3D8B">
            <w:pPr>
              <w:spacing w:beforeAutospacing="1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FBB">
              <w:rPr>
                <w:sz w:val="24"/>
                <w:szCs w:val="24"/>
                <w:rtl/>
              </w:rPr>
              <w:t>من 4–6 مرات</w:t>
            </w:r>
          </w:p>
          <w:p w14:paraId="44BF47A6" w14:textId="77777777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0925373A" w14:textId="306FF1D2" w:rsidR="00AD3D8B" w:rsidRPr="00390FBB" w:rsidRDefault="00AD3D8B" w:rsidP="00AD3D8B">
            <w:pPr>
              <w:spacing w:beforeAutospacing="1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من</w:t>
            </w:r>
            <w:r w:rsidRPr="00390FBB">
              <w:rPr>
                <w:sz w:val="24"/>
                <w:szCs w:val="24"/>
                <w:rtl/>
              </w:rPr>
              <w:t xml:space="preserve"> 1–3 مرات</w:t>
            </w:r>
          </w:p>
          <w:p w14:paraId="792C9626" w14:textId="64343DF2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7009A919" w14:textId="77777777" w:rsidR="00AD3D8B" w:rsidRPr="00390FBB" w:rsidRDefault="00AD3D8B" w:rsidP="00AD3D8B">
            <w:pPr>
              <w:spacing w:beforeAutospacing="1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FBB">
              <w:rPr>
                <w:sz w:val="24"/>
                <w:szCs w:val="24"/>
                <w:rtl/>
              </w:rPr>
              <w:t>لم أشترِ</w:t>
            </w:r>
          </w:p>
          <w:p w14:paraId="3E8930C2" w14:textId="71AE70F4" w:rsidR="00AC60E7" w:rsidRPr="00390FBB" w:rsidRDefault="00AC60E7" w:rsidP="00F92692">
            <w:pPr>
              <w:tabs>
                <w:tab w:val="right" w:pos="9122"/>
              </w:tabs>
              <w:jc w:val="right"/>
              <w:rPr>
                <w:sz w:val="24"/>
                <w:szCs w:val="24"/>
              </w:rPr>
            </w:pPr>
          </w:p>
        </w:tc>
        <w:tc>
          <w:tcPr>
            <w:tcW w:w="1746" w:type="dxa"/>
          </w:tcPr>
          <w:p w14:paraId="30204D2E" w14:textId="35376126" w:rsidR="00AC60E7" w:rsidRPr="00390FBB" w:rsidRDefault="00AD3D8B" w:rsidP="00D352D7">
            <w:pPr>
              <w:pStyle w:val="p1"/>
              <w:bidi/>
            </w:pPr>
            <w:r w:rsidRPr="00390FBB">
              <w:rPr>
                <w:rtl/>
              </w:rPr>
              <w:t>عدد مرات الشراء عبر الإنترنت خلال آخر 6 أشهر</w:t>
            </w:r>
            <w:r w:rsidR="00D352D7" w:rsidRPr="00390FBB">
              <w:rPr>
                <w:rFonts w:hint="cs"/>
                <w:rtl/>
              </w:rPr>
              <w:t>:</w:t>
            </w:r>
          </w:p>
        </w:tc>
      </w:tr>
      <w:tr w:rsidR="00390FBB" w:rsidRPr="00390FBB" w14:paraId="3CC03829" w14:textId="77777777" w:rsidTr="007F1132">
        <w:tc>
          <w:tcPr>
            <w:tcW w:w="1258" w:type="dxa"/>
          </w:tcPr>
          <w:p w14:paraId="3C97DEEA" w14:textId="77777777" w:rsidR="00D352D7" w:rsidRPr="00390FBB" w:rsidRDefault="00D352D7" w:rsidP="00D352D7">
            <w:pPr>
              <w:spacing w:beforeAutospacing="1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FBB">
              <w:rPr>
                <w:sz w:val="24"/>
                <w:szCs w:val="24"/>
                <w:rtl/>
              </w:rPr>
              <w:t>يوتيوب</w:t>
            </w:r>
          </w:p>
          <w:p w14:paraId="24C109B4" w14:textId="77777777" w:rsidR="00D352D7" w:rsidRPr="00390FBB" w:rsidRDefault="00D352D7" w:rsidP="00D352D7">
            <w:pPr>
              <w:spacing w:beforeAutospacing="1" w:afterAutospacing="1"/>
              <w:jc w:val="right"/>
              <w:rPr>
                <w:sz w:val="24"/>
                <w:szCs w:val="24"/>
                <w:rtl/>
              </w:rPr>
            </w:pPr>
          </w:p>
        </w:tc>
        <w:tc>
          <w:tcPr>
            <w:tcW w:w="2281" w:type="dxa"/>
          </w:tcPr>
          <w:p w14:paraId="3071EE8E" w14:textId="77777777" w:rsidR="00D352D7" w:rsidRPr="00390FBB" w:rsidRDefault="00D352D7" w:rsidP="00D352D7">
            <w:pPr>
              <w:spacing w:beforeAutospacing="1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FBB">
              <w:rPr>
                <w:sz w:val="24"/>
                <w:szCs w:val="24"/>
                <w:rtl/>
              </w:rPr>
              <w:t>تيك توك</w:t>
            </w:r>
          </w:p>
          <w:p w14:paraId="1C9DFE15" w14:textId="77777777" w:rsidR="00D352D7" w:rsidRPr="00390FBB" w:rsidRDefault="00D352D7" w:rsidP="00D352D7">
            <w:pPr>
              <w:spacing w:beforeAutospacing="1" w:afterAutospacing="1"/>
              <w:jc w:val="right"/>
              <w:rPr>
                <w:sz w:val="24"/>
                <w:szCs w:val="24"/>
                <w:rtl/>
              </w:rPr>
            </w:pPr>
          </w:p>
        </w:tc>
        <w:tc>
          <w:tcPr>
            <w:tcW w:w="2410" w:type="dxa"/>
          </w:tcPr>
          <w:p w14:paraId="1E2331E1" w14:textId="77777777" w:rsidR="00D352D7" w:rsidRPr="00390FBB" w:rsidRDefault="00D352D7" w:rsidP="00D352D7">
            <w:pPr>
              <w:spacing w:beforeAutospacing="1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FBB">
              <w:rPr>
                <w:sz w:val="24"/>
                <w:szCs w:val="24"/>
                <w:rtl/>
              </w:rPr>
              <w:t>سناب شات</w:t>
            </w:r>
          </w:p>
          <w:p w14:paraId="74292E3D" w14:textId="77777777" w:rsidR="00D352D7" w:rsidRPr="00390FBB" w:rsidRDefault="00D352D7" w:rsidP="00D352D7">
            <w:pPr>
              <w:spacing w:beforeAutospacing="1" w:afterAutospacing="1"/>
              <w:jc w:val="right"/>
              <w:rPr>
                <w:sz w:val="24"/>
                <w:szCs w:val="24"/>
                <w:rtl/>
              </w:rPr>
            </w:pPr>
          </w:p>
        </w:tc>
        <w:tc>
          <w:tcPr>
            <w:tcW w:w="1417" w:type="dxa"/>
          </w:tcPr>
          <w:p w14:paraId="5905BEBD" w14:textId="77777777" w:rsidR="00D352D7" w:rsidRPr="00390FBB" w:rsidRDefault="00D352D7" w:rsidP="00D352D7">
            <w:pPr>
              <w:spacing w:beforeAutospacing="1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FBB">
              <w:rPr>
                <w:sz w:val="24"/>
                <w:szCs w:val="24"/>
                <w:rtl/>
              </w:rPr>
              <w:t>إنستغرام</w:t>
            </w:r>
          </w:p>
          <w:p w14:paraId="6ADFC65B" w14:textId="77777777" w:rsidR="00D352D7" w:rsidRPr="00390FBB" w:rsidRDefault="00D352D7" w:rsidP="00D352D7">
            <w:pPr>
              <w:spacing w:beforeAutospacing="1" w:afterAutospacing="1"/>
              <w:jc w:val="right"/>
              <w:rPr>
                <w:sz w:val="24"/>
                <w:szCs w:val="24"/>
                <w:rtl/>
              </w:rPr>
            </w:pPr>
          </w:p>
        </w:tc>
        <w:tc>
          <w:tcPr>
            <w:tcW w:w="1746" w:type="dxa"/>
          </w:tcPr>
          <w:p w14:paraId="25C975FD" w14:textId="1D4235C5" w:rsidR="00D352D7" w:rsidRPr="00390FBB" w:rsidRDefault="00D352D7" w:rsidP="00D352D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أكثر منصة رقمية تشاهد عليها إعلانات مدفوعة غالبًا:</w:t>
            </w:r>
          </w:p>
        </w:tc>
      </w:tr>
    </w:tbl>
    <w:p w14:paraId="557A49DF" w14:textId="77777777" w:rsidR="006A698A" w:rsidRPr="00390FBB" w:rsidRDefault="006A698A" w:rsidP="006A698A">
      <w:pPr>
        <w:spacing w:after="0" w:line="360" w:lineRule="auto"/>
        <w:jc w:val="right"/>
        <w:rPr>
          <w:rFonts w:ascii="Sakkal Majalla" w:eastAsia="Sakkal Majalla" w:hAnsi="Sakkal Majalla" w:cs="Sakkal Majalla"/>
          <w:sz w:val="24"/>
          <w:szCs w:val="24"/>
          <w:rtl/>
        </w:rPr>
      </w:pPr>
    </w:p>
    <w:p w14:paraId="546D1F01" w14:textId="1AFBDE5D" w:rsidR="006A698A" w:rsidRPr="00390FBB" w:rsidRDefault="006A698A" w:rsidP="00D352D7">
      <w:pPr>
        <w:bidi/>
        <w:rPr>
          <w:sz w:val="24"/>
          <w:szCs w:val="24"/>
          <w:rtl/>
        </w:rPr>
      </w:pPr>
      <w:r w:rsidRPr="00390FBB">
        <w:rPr>
          <w:sz w:val="24"/>
          <w:szCs w:val="24"/>
          <w:rtl/>
        </w:rPr>
        <w:t xml:space="preserve">ثانيًا: </w:t>
      </w:r>
      <w:r w:rsidRPr="00390FBB">
        <w:rPr>
          <w:rFonts w:hint="cs"/>
          <w:sz w:val="24"/>
          <w:szCs w:val="24"/>
          <w:rtl/>
        </w:rPr>
        <w:t>محاور الاستبانة:</w:t>
      </w:r>
    </w:p>
    <w:p w14:paraId="5009B9DF" w14:textId="1683AC13" w:rsidR="00AC60E7" w:rsidRPr="00390FBB" w:rsidRDefault="00AC60E7" w:rsidP="006A698A">
      <w:pPr>
        <w:bidi/>
        <w:rPr>
          <w:sz w:val="24"/>
          <w:szCs w:val="24"/>
          <w:rtl/>
        </w:rPr>
      </w:pPr>
      <w:r w:rsidRPr="00390FBB">
        <w:rPr>
          <w:rFonts w:hint="cs"/>
          <w:sz w:val="24"/>
          <w:szCs w:val="24"/>
          <w:rtl/>
        </w:rPr>
        <w:t>الرجا</w:t>
      </w:r>
      <w:r w:rsidR="007D2A99" w:rsidRPr="00390FBB">
        <w:rPr>
          <w:rFonts w:hint="cs"/>
          <w:sz w:val="24"/>
          <w:szCs w:val="24"/>
          <w:rtl/>
        </w:rPr>
        <w:t>ء وضع علامة (صح) في الخانة المناسبة</w:t>
      </w:r>
    </w:p>
    <w:p w14:paraId="2FCD0B46" w14:textId="1B86FA38" w:rsidR="007D2A99" w:rsidRPr="00390FBB" w:rsidRDefault="007F1132" w:rsidP="007F1132">
      <w:pPr>
        <w:pStyle w:val="p1"/>
        <w:bidi/>
        <w:jc w:val="both"/>
      </w:pPr>
      <w:r>
        <w:rPr>
          <w:rFonts w:hint="cs"/>
          <w:color w:val="0D0D0D" w:themeColor="text1" w:themeTint="F2"/>
          <w:rtl/>
        </w:rPr>
        <w:t>١</w:t>
      </w:r>
      <w:r w:rsidR="00390FBB">
        <w:rPr>
          <w:rFonts w:hint="cs"/>
          <w:color w:val="0D0D0D" w:themeColor="text1" w:themeTint="F2"/>
          <w:rtl/>
        </w:rPr>
        <w:t>-</w:t>
      </w:r>
      <w:r w:rsidR="00D352D7" w:rsidRPr="00390FBB">
        <w:rPr>
          <w:rFonts w:hint="cs"/>
          <w:color w:val="0D0D0D" w:themeColor="text1" w:themeTint="F2"/>
          <w:rtl/>
        </w:rPr>
        <w:t xml:space="preserve"> </w:t>
      </w:r>
      <w:r w:rsidR="00D352D7" w:rsidRPr="00390FBB">
        <w:rPr>
          <w:rtl/>
        </w:rPr>
        <w:t xml:space="preserve">ما درجة موافقتك على العبارات </w:t>
      </w:r>
      <w:r w:rsidRPr="00390FBB">
        <w:rPr>
          <w:rFonts w:hint="cs"/>
          <w:rtl/>
        </w:rPr>
        <w:t>الآتية</w:t>
      </w:r>
      <w:r w:rsidRPr="00390FBB">
        <w:rPr>
          <w:rFonts w:hint="cs"/>
          <w:b/>
          <w:bCs/>
          <w:rtl/>
        </w:rPr>
        <w:t>؟</w:t>
      </w:r>
    </w:p>
    <w:tbl>
      <w:tblPr>
        <w:tblStyle w:val="afa"/>
        <w:bidiVisual/>
        <w:tblW w:w="9394" w:type="dxa"/>
        <w:tblInd w:w="15" w:type="dxa"/>
        <w:tblLook w:val="04A0" w:firstRow="1" w:lastRow="0" w:firstColumn="1" w:lastColumn="0" w:noHBand="0" w:noVBand="1"/>
      </w:tblPr>
      <w:tblGrid>
        <w:gridCol w:w="601"/>
        <w:gridCol w:w="2391"/>
        <w:gridCol w:w="851"/>
        <w:gridCol w:w="1402"/>
        <w:gridCol w:w="772"/>
        <w:gridCol w:w="1423"/>
        <w:gridCol w:w="1954"/>
      </w:tblGrid>
      <w:tr w:rsidR="00390FBB" w:rsidRPr="00390FBB" w14:paraId="3C451E6B" w14:textId="77777777" w:rsidTr="00D352D7">
        <w:tc>
          <w:tcPr>
            <w:tcW w:w="2992" w:type="dxa"/>
            <w:gridSpan w:val="2"/>
          </w:tcPr>
          <w:p w14:paraId="7B536202" w14:textId="2BC61AA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السؤال</w:t>
            </w:r>
          </w:p>
        </w:tc>
        <w:tc>
          <w:tcPr>
            <w:tcW w:w="851" w:type="dxa"/>
          </w:tcPr>
          <w:p w14:paraId="48E3EF2C" w14:textId="4D0BDC6D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موافق</w:t>
            </w:r>
          </w:p>
        </w:tc>
        <w:tc>
          <w:tcPr>
            <w:tcW w:w="1402" w:type="dxa"/>
          </w:tcPr>
          <w:p w14:paraId="6B5B3BFB" w14:textId="73421DDB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 xml:space="preserve">موافق بشدة </w:t>
            </w:r>
          </w:p>
        </w:tc>
        <w:tc>
          <w:tcPr>
            <w:tcW w:w="772" w:type="dxa"/>
          </w:tcPr>
          <w:p w14:paraId="2618F396" w14:textId="146E302A" w:rsidR="007D2A99" w:rsidRPr="00390FBB" w:rsidRDefault="00D352D7" w:rsidP="007D2A99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محايد</w:t>
            </w:r>
          </w:p>
        </w:tc>
        <w:tc>
          <w:tcPr>
            <w:tcW w:w="1423" w:type="dxa"/>
          </w:tcPr>
          <w:p w14:paraId="26458E72" w14:textId="1DB83C44" w:rsidR="007D2A99" w:rsidRPr="00390FBB" w:rsidRDefault="00D352D7" w:rsidP="007D2A99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غير موافق</w:t>
            </w:r>
          </w:p>
        </w:tc>
        <w:tc>
          <w:tcPr>
            <w:tcW w:w="1954" w:type="dxa"/>
          </w:tcPr>
          <w:p w14:paraId="557673CB" w14:textId="1B8B839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غير موافق بشدة</w:t>
            </w:r>
          </w:p>
        </w:tc>
      </w:tr>
      <w:tr w:rsidR="00D352D7" w:rsidRPr="00390FBB" w14:paraId="4BE632D9" w14:textId="77777777" w:rsidTr="00D352D7">
        <w:tc>
          <w:tcPr>
            <w:tcW w:w="601" w:type="dxa"/>
          </w:tcPr>
          <w:p w14:paraId="42ACC962" w14:textId="70B8309D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١-</w:t>
            </w:r>
          </w:p>
        </w:tc>
        <w:tc>
          <w:tcPr>
            <w:tcW w:w="2391" w:type="dxa"/>
          </w:tcPr>
          <w:p w14:paraId="79B69E9F" w14:textId="1FE7673E" w:rsidR="007D2A99" w:rsidRPr="00390FBB" w:rsidRDefault="00D352D7" w:rsidP="00D352D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أرى إعلانات رقمية بشكل يومي أثناء استخدامي للإنترنت</w:t>
            </w:r>
            <w:r w:rsidRPr="00390FBB">
              <w:rPr>
                <w:rFonts w:hint="cs"/>
                <w:rtl/>
              </w:rPr>
              <w:t>.</w:t>
            </w:r>
          </w:p>
        </w:tc>
        <w:tc>
          <w:tcPr>
            <w:tcW w:w="851" w:type="dxa"/>
          </w:tcPr>
          <w:p w14:paraId="6DF03AC9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340C28FB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518CF7AE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2806A787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2255AD4D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D352D7" w:rsidRPr="00390FBB" w14:paraId="19332021" w14:textId="77777777" w:rsidTr="00D352D7">
        <w:tc>
          <w:tcPr>
            <w:tcW w:w="601" w:type="dxa"/>
          </w:tcPr>
          <w:p w14:paraId="59397A6F" w14:textId="2EA0DA46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٢-</w:t>
            </w:r>
          </w:p>
        </w:tc>
        <w:tc>
          <w:tcPr>
            <w:tcW w:w="2391" w:type="dxa"/>
          </w:tcPr>
          <w:p w14:paraId="0D1AD8BB" w14:textId="0FDAEED4" w:rsidR="007D2A99" w:rsidRPr="00390FBB" w:rsidRDefault="00D352D7" w:rsidP="00D352D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أتوقف أحيانًا عن التمرير (</w:t>
            </w:r>
            <w:r w:rsidRPr="00390FBB">
              <w:t>Scroll</w:t>
            </w:r>
            <w:r w:rsidRPr="00390FBB">
              <w:rPr>
                <w:rtl/>
              </w:rPr>
              <w:t>) لمشاهدة إعلان رقمي لفت انتباهي.</w:t>
            </w:r>
          </w:p>
        </w:tc>
        <w:tc>
          <w:tcPr>
            <w:tcW w:w="851" w:type="dxa"/>
          </w:tcPr>
          <w:p w14:paraId="59F940B2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4A33C06F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3E6A3F03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0D002405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597283B2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D352D7" w:rsidRPr="00390FBB" w14:paraId="24454CB8" w14:textId="77777777" w:rsidTr="00D352D7">
        <w:tc>
          <w:tcPr>
            <w:tcW w:w="601" w:type="dxa"/>
          </w:tcPr>
          <w:p w14:paraId="59644B02" w14:textId="6BBED8FD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٣-</w:t>
            </w:r>
          </w:p>
        </w:tc>
        <w:tc>
          <w:tcPr>
            <w:tcW w:w="2391" w:type="dxa"/>
          </w:tcPr>
          <w:p w14:paraId="779E6E54" w14:textId="78E31028" w:rsidR="007D2A99" w:rsidRPr="00390FBB" w:rsidRDefault="00D352D7" w:rsidP="00D352D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أقضي وقتًا في مشاهدة الإعلان إذا كان تصميمه جذابًا.</w:t>
            </w:r>
          </w:p>
        </w:tc>
        <w:tc>
          <w:tcPr>
            <w:tcW w:w="851" w:type="dxa"/>
          </w:tcPr>
          <w:p w14:paraId="13FB8E38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348BBE01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70050706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0BEB6925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612D5C93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D352D7" w:rsidRPr="00390FBB" w14:paraId="68D05FD4" w14:textId="77777777" w:rsidTr="00D352D7">
        <w:tc>
          <w:tcPr>
            <w:tcW w:w="601" w:type="dxa"/>
          </w:tcPr>
          <w:p w14:paraId="119CF61B" w14:textId="2DCA7041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٤-</w:t>
            </w:r>
          </w:p>
        </w:tc>
        <w:tc>
          <w:tcPr>
            <w:tcW w:w="2391" w:type="dxa"/>
          </w:tcPr>
          <w:p w14:paraId="4D9A1352" w14:textId="45D666E2" w:rsidR="007D2A99" w:rsidRPr="00390FBB" w:rsidRDefault="00D352D7" w:rsidP="00D352D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قد أعود لمشاهدة نفس الإعلان أكثر من مرة إذا أعجبني تصميمه.</w:t>
            </w:r>
          </w:p>
        </w:tc>
        <w:tc>
          <w:tcPr>
            <w:tcW w:w="851" w:type="dxa"/>
          </w:tcPr>
          <w:p w14:paraId="2AE3FC65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07566CBC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19962B10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30FEB238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3607EB08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D352D7" w:rsidRPr="00390FBB" w14:paraId="28BBF5C4" w14:textId="77777777" w:rsidTr="00D352D7">
        <w:tc>
          <w:tcPr>
            <w:tcW w:w="601" w:type="dxa"/>
          </w:tcPr>
          <w:p w14:paraId="1CF944A0" w14:textId="5BBDA8DD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٥-</w:t>
            </w:r>
          </w:p>
        </w:tc>
        <w:tc>
          <w:tcPr>
            <w:tcW w:w="2391" w:type="dxa"/>
          </w:tcPr>
          <w:p w14:paraId="21CA643A" w14:textId="1F5DCB3B" w:rsidR="007D2A99" w:rsidRPr="00390FBB" w:rsidRDefault="00D352D7" w:rsidP="00D352D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 xml:space="preserve">غالبًا ما أتفاعل (إعجاب/تعليق/مشاركة) مع </w:t>
            </w:r>
            <w:r w:rsidRPr="00390FBB">
              <w:rPr>
                <w:rtl/>
              </w:rPr>
              <w:lastRenderedPageBreak/>
              <w:t>الإعلان عندما يجذبني تصميمه.</w:t>
            </w:r>
          </w:p>
        </w:tc>
        <w:tc>
          <w:tcPr>
            <w:tcW w:w="851" w:type="dxa"/>
          </w:tcPr>
          <w:p w14:paraId="6C73BE17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2F505AF6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38BE6AB5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7C106556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1C0C8E4E" w14:textId="77777777" w:rsidR="007D2A99" w:rsidRPr="00390FBB" w:rsidRDefault="007D2A99" w:rsidP="007D2A99">
            <w:pPr>
              <w:bidi/>
              <w:rPr>
                <w:sz w:val="24"/>
                <w:szCs w:val="24"/>
                <w:rtl/>
              </w:rPr>
            </w:pPr>
          </w:p>
        </w:tc>
      </w:tr>
    </w:tbl>
    <w:p w14:paraId="041FE9A6" w14:textId="77777777" w:rsidR="00D352D7" w:rsidRPr="00390FBB" w:rsidRDefault="00D352D7" w:rsidP="00583E35">
      <w:pPr>
        <w:spacing w:after="0" w:line="360" w:lineRule="auto"/>
        <w:rPr>
          <w:rFonts w:ascii="Sakkal Majalla" w:eastAsia="Sakkal Majalla" w:hAnsi="Sakkal Majalla" w:cs="Sakkal Majalla"/>
          <w:sz w:val="24"/>
          <w:szCs w:val="24"/>
          <w:rtl/>
        </w:rPr>
      </w:pPr>
    </w:p>
    <w:p w14:paraId="75EAB06B" w14:textId="5A302865" w:rsidR="00674187" w:rsidRPr="00390FBB" w:rsidRDefault="00583E35" w:rsidP="00674187">
      <w:pPr>
        <w:pStyle w:val="21"/>
        <w:jc w:val="right"/>
        <w:rPr>
          <w:rFonts w:ascii="Times New Roman" w:eastAsia="Times New Roman" w:hAnsi="Times New Roman" w:cs="Times New Roman"/>
          <w:b w:val="0"/>
          <w:bCs w:val="0"/>
          <w:color w:val="0D0D0D" w:themeColor="text1" w:themeTint="F2"/>
          <w:sz w:val="24"/>
          <w:szCs w:val="24"/>
        </w:rPr>
      </w:pPr>
      <w:r w:rsidRPr="00390FBB">
        <w:rPr>
          <w:rFonts w:ascii="Sakkal Majalla" w:eastAsia="Sakkal Majalla" w:hAnsi="Sakkal Majalla" w:cs="Sakkal Majalla" w:hint="cs"/>
          <w:b w:val="0"/>
          <w:bCs w:val="0"/>
          <w:color w:val="0D0D0D" w:themeColor="text1" w:themeTint="F2"/>
          <w:sz w:val="24"/>
          <w:szCs w:val="24"/>
          <w:rtl/>
        </w:rPr>
        <w:t xml:space="preserve">٢- </w:t>
      </w:r>
      <w:r w:rsidR="00674187" w:rsidRPr="00390FBB">
        <w:rPr>
          <w:b w:val="0"/>
          <w:bCs w:val="0"/>
          <w:color w:val="0D0D0D" w:themeColor="text1" w:themeTint="F2"/>
          <w:sz w:val="24"/>
          <w:szCs w:val="24"/>
          <w:rtl/>
        </w:rPr>
        <w:t>ما رأيك في العبارات التالية المتعلقة بتصميم الإعلان الرقمي؟</w:t>
      </w:r>
    </w:p>
    <w:tbl>
      <w:tblPr>
        <w:tblStyle w:val="afa"/>
        <w:bidiVisual/>
        <w:tblW w:w="9394" w:type="dxa"/>
        <w:tblInd w:w="15" w:type="dxa"/>
        <w:tblLook w:val="04A0" w:firstRow="1" w:lastRow="0" w:firstColumn="1" w:lastColumn="0" w:noHBand="0" w:noVBand="1"/>
      </w:tblPr>
      <w:tblGrid>
        <w:gridCol w:w="601"/>
        <w:gridCol w:w="2391"/>
        <w:gridCol w:w="851"/>
        <w:gridCol w:w="1402"/>
        <w:gridCol w:w="772"/>
        <w:gridCol w:w="1423"/>
        <w:gridCol w:w="1954"/>
      </w:tblGrid>
      <w:tr w:rsidR="00674187" w:rsidRPr="00390FBB" w14:paraId="616643D1" w14:textId="77777777" w:rsidTr="009A1675">
        <w:tc>
          <w:tcPr>
            <w:tcW w:w="2992" w:type="dxa"/>
            <w:gridSpan w:val="2"/>
          </w:tcPr>
          <w:p w14:paraId="4FDC11FA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السؤال</w:t>
            </w:r>
          </w:p>
        </w:tc>
        <w:tc>
          <w:tcPr>
            <w:tcW w:w="851" w:type="dxa"/>
          </w:tcPr>
          <w:p w14:paraId="48AA762B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موافق</w:t>
            </w:r>
          </w:p>
        </w:tc>
        <w:tc>
          <w:tcPr>
            <w:tcW w:w="1402" w:type="dxa"/>
          </w:tcPr>
          <w:p w14:paraId="4E841B00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 xml:space="preserve">موافق بشدة </w:t>
            </w:r>
          </w:p>
        </w:tc>
        <w:tc>
          <w:tcPr>
            <w:tcW w:w="772" w:type="dxa"/>
          </w:tcPr>
          <w:p w14:paraId="3D0C9E80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محايد</w:t>
            </w:r>
          </w:p>
        </w:tc>
        <w:tc>
          <w:tcPr>
            <w:tcW w:w="1423" w:type="dxa"/>
          </w:tcPr>
          <w:p w14:paraId="282963A0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غير موافق</w:t>
            </w:r>
          </w:p>
        </w:tc>
        <w:tc>
          <w:tcPr>
            <w:tcW w:w="1954" w:type="dxa"/>
          </w:tcPr>
          <w:p w14:paraId="56DFC3C5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غير موافق بشدة</w:t>
            </w:r>
          </w:p>
        </w:tc>
      </w:tr>
      <w:tr w:rsidR="00674187" w:rsidRPr="00390FBB" w14:paraId="50986E9F" w14:textId="77777777" w:rsidTr="009A1675">
        <w:tc>
          <w:tcPr>
            <w:tcW w:w="601" w:type="dxa"/>
          </w:tcPr>
          <w:p w14:paraId="2B448E4E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١-</w:t>
            </w:r>
          </w:p>
        </w:tc>
        <w:tc>
          <w:tcPr>
            <w:tcW w:w="2391" w:type="dxa"/>
          </w:tcPr>
          <w:p w14:paraId="001416F7" w14:textId="4B88E3D5" w:rsidR="00674187" w:rsidRPr="00390FBB" w:rsidRDefault="00674187" w:rsidP="0067418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ألوان الإعلانات الرقمية التي أشاهدها غالبًا جذابة وتلفت انتباهي بسرعة.</w:t>
            </w:r>
          </w:p>
        </w:tc>
        <w:tc>
          <w:tcPr>
            <w:tcW w:w="851" w:type="dxa"/>
          </w:tcPr>
          <w:p w14:paraId="1DC19FEE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282128A8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1B21892E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70985C82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2021ED47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674187" w:rsidRPr="00390FBB" w14:paraId="7A871E8C" w14:textId="77777777" w:rsidTr="009A1675">
        <w:tc>
          <w:tcPr>
            <w:tcW w:w="601" w:type="dxa"/>
          </w:tcPr>
          <w:p w14:paraId="02D89B96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٢-</w:t>
            </w:r>
          </w:p>
        </w:tc>
        <w:tc>
          <w:tcPr>
            <w:tcW w:w="2391" w:type="dxa"/>
          </w:tcPr>
          <w:p w14:paraId="4AD58A74" w14:textId="15E4648C" w:rsidR="00674187" w:rsidRPr="00390FBB" w:rsidRDefault="00674187" w:rsidP="0067418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ألوان الإعلان تتناسب مع نوع المنتج أو الخدمة المقدّمة.</w:t>
            </w:r>
          </w:p>
        </w:tc>
        <w:tc>
          <w:tcPr>
            <w:tcW w:w="851" w:type="dxa"/>
          </w:tcPr>
          <w:p w14:paraId="7D2D707C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53414EEA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0B7D493E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606F8805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31C20002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674187" w:rsidRPr="00390FBB" w14:paraId="493E1167" w14:textId="77777777" w:rsidTr="009A1675">
        <w:tc>
          <w:tcPr>
            <w:tcW w:w="601" w:type="dxa"/>
          </w:tcPr>
          <w:p w14:paraId="2CABC830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٣-</w:t>
            </w:r>
          </w:p>
        </w:tc>
        <w:tc>
          <w:tcPr>
            <w:tcW w:w="2391" w:type="dxa"/>
          </w:tcPr>
          <w:p w14:paraId="552B9F7F" w14:textId="57275093" w:rsidR="00674187" w:rsidRPr="00390FBB" w:rsidRDefault="00674187" w:rsidP="0067418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حجم الخط المستخدم في الإعلان واضح وسهل القراءة.</w:t>
            </w:r>
          </w:p>
        </w:tc>
        <w:tc>
          <w:tcPr>
            <w:tcW w:w="851" w:type="dxa"/>
          </w:tcPr>
          <w:p w14:paraId="05929E9C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64DB877C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54E97E75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1CA52340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06461270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674187" w:rsidRPr="00390FBB" w14:paraId="1CAEFD6C" w14:textId="77777777" w:rsidTr="009A1675">
        <w:tc>
          <w:tcPr>
            <w:tcW w:w="601" w:type="dxa"/>
          </w:tcPr>
          <w:p w14:paraId="6D2E7787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٤-</w:t>
            </w:r>
          </w:p>
        </w:tc>
        <w:tc>
          <w:tcPr>
            <w:tcW w:w="2391" w:type="dxa"/>
          </w:tcPr>
          <w:p w14:paraId="2AAC7174" w14:textId="478715DB" w:rsidR="00674187" w:rsidRPr="00390FBB" w:rsidRDefault="00674187" w:rsidP="0067418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نوع الخط المستخدم في الإعلان مريح بصريًا وغير مزعج.</w:t>
            </w:r>
          </w:p>
        </w:tc>
        <w:tc>
          <w:tcPr>
            <w:tcW w:w="851" w:type="dxa"/>
          </w:tcPr>
          <w:p w14:paraId="348928E9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0CF34E36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6D0C1FBE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052AA9B9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50BDCEAF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674187" w:rsidRPr="00390FBB" w14:paraId="2BE45DBD" w14:textId="77777777" w:rsidTr="009A1675">
        <w:tc>
          <w:tcPr>
            <w:tcW w:w="601" w:type="dxa"/>
          </w:tcPr>
          <w:p w14:paraId="487E1AAE" w14:textId="6259FB01" w:rsidR="00674187" w:rsidRPr="00390FBB" w:rsidRDefault="00674187" w:rsidP="00674187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٥-</w:t>
            </w:r>
          </w:p>
        </w:tc>
        <w:tc>
          <w:tcPr>
            <w:tcW w:w="2391" w:type="dxa"/>
          </w:tcPr>
          <w:p w14:paraId="28D25DB4" w14:textId="07078201" w:rsidR="00674187" w:rsidRPr="00390FBB" w:rsidRDefault="00674187" w:rsidP="0067418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الصور أو الرسوم المستخدمة في الإعلان ذات جودة عالية وتعبّر عن المنتج بوضوح.</w:t>
            </w:r>
          </w:p>
        </w:tc>
        <w:tc>
          <w:tcPr>
            <w:tcW w:w="851" w:type="dxa"/>
          </w:tcPr>
          <w:p w14:paraId="296189B9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1DED550D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34E49B35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4122FEAB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7690CBB9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674187" w:rsidRPr="00390FBB" w14:paraId="2F2107D4" w14:textId="77777777" w:rsidTr="009A1675">
        <w:tc>
          <w:tcPr>
            <w:tcW w:w="601" w:type="dxa"/>
          </w:tcPr>
          <w:p w14:paraId="4038619B" w14:textId="4C3527DC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٦-</w:t>
            </w:r>
          </w:p>
        </w:tc>
        <w:tc>
          <w:tcPr>
            <w:tcW w:w="2391" w:type="dxa"/>
          </w:tcPr>
          <w:p w14:paraId="4E054AC7" w14:textId="3F174658" w:rsidR="00674187" w:rsidRPr="00390FBB" w:rsidRDefault="00674187" w:rsidP="0067418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توزيع العناصر (نصوص، صور، شعار) داخل الإعلان متوازن ومنظّم.</w:t>
            </w:r>
          </w:p>
        </w:tc>
        <w:tc>
          <w:tcPr>
            <w:tcW w:w="851" w:type="dxa"/>
          </w:tcPr>
          <w:p w14:paraId="3C129B78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30E32901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15A8E01C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0AAA565C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43BFC623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674187" w:rsidRPr="00390FBB" w14:paraId="350144DC" w14:textId="77777777" w:rsidTr="009A1675">
        <w:tc>
          <w:tcPr>
            <w:tcW w:w="601" w:type="dxa"/>
          </w:tcPr>
          <w:p w14:paraId="06E0F64C" w14:textId="7469F5DD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٧-</w:t>
            </w:r>
          </w:p>
        </w:tc>
        <w:tc>
          <w:tcPr>
            <w:tcW w:w="2391" w:type="dxa"/>
          </w:tcPr>
          <w:p w14:paraId="7F556C17" w14:textId="15A76333" w:rsidR="00674187" w:rsidRPr="00390FBB" w:rsidRDefault="00674187" w:rsidP="0067418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شعار العلامة التجارية يظهر بوضوح داخل الإعلان.</w:t>
            </w:r>
          </w:p>
        </w:tc>
        <w:tc>
          <w:tcPr>
            <w:tcW w:w="851" w:type="dxa"/>
          </w:tcPr>
          <w:p w14:paraId="0B20AE30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7FC71644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13AE1CB3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198FCB62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3C7A2599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674187" w:rsidRPr="00390FBB" w14:paraId="4CE3EB01" w14:textId="77777777" w:rsidTr="009A1675">
        <w:tc>
          <w:tcPr>
            <w:tcW w:w="601" w:type="dxa"/>
          </w:tcPr>
          <w:p w14:paraId="493362C9" w14:textId="21917705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٨-</w:t>
            </w:r>
          </w:p>
        </w:tc>
        <w:tc>
          <w:tcPr>
            <w:tcW w:w="2391" w:type="dxa"/>
          </w:tcPr>
          <w:p w14:paraId="53619854" w14:textId="00A2668C" w:rsidR="00674187" w:rsidRPr="00390FBB" w:rsidRDefault="00674187" w:rsidP="0067418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لا يحتوي الإعلان على ازدحام بصري يسبب لي التشتت.</w:t>
            </w:r>
          </w:p>
        </w:tc>
        <w:tc>
          <w:tcPr>
            <w:tcW w:w="851" w:type="dxa"/>
          </w:tcPr>
          <w:p w14:paraId="621DAA27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271579A1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7DE7D8B2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4271223E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093B8EDA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674187" w:rsidRPr="00390FBB" w14:paraId="52825102" w14:textId="77777777" w:rsidTr="009A1675">
        <w:tc>
          <w:tcPr>
            <w:tcW w:w="601" w:type="dxa"/>
          </w:tcPr>
          <w:p w14:paraId="3CD4F8AD" w14:textId="79CA6623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٩-</w:t>
            </w:r>
          </w:p>
        </w:tc>
        <w:tc>
          <w:tcPr>
            <w:tcW w:w="2391" w:type="dxa"/>
          </w:tcPr>
          <w:p w14:paraId="5154E355" w14:textId="285CE0F2" w:rsidR="00674187" w:rsidRPr="00390FBB" w:rsidRDefault="00674187" w:rsidP="0067418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الحركة أو المؤثرات البصرية في الإعلان (إن وجدت) مناسبة وغير مبالغ فيها.</w:t>
            </w:r>
          </w:p>
        </w:tc>
        <w:tc>
          <w:tcPr>
            <w:tcW w:w="851" w:type="dxa"/>
          </w:tcPr>
          <w:p w14:paraId="40A20F97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243CFA49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525A819C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752B1543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10DB9225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674187" w:rsidRPr="00390FBB" w14:paraId="15118DFD" w14:textId="77777777" w:rsidTr="009A1675">
        <w:tc>
          <w:tcPr>
            <w:tcW w:w="601" w:type="dxa"/>
          </w:tcPr>
          <w:p w14:paraId="1DCB1D4B" w14:textId="292CE09F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١٠-</w:t>
            </w:r>
          </w:p>
        </w:tc>
        <w:tc>
          <w:tcPr>
            <w:tcW w:w="2391" w:type="dxa"/>
          </w:tcPr>
          <w:p w14:paraId="142F7AEC" w14:textId="1557FF66" w:rsidR="00674187" w:rsidRPr="00390FBB" w:rsidRDefault="00674187" w:rsidP="0067418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تصميم الإعلان بشكل عام يبدو احترافيًا ومتقنًا.</w:t>
            </w:r>
          </w:p>
        </w:tc>
        <w:tc>
          <w:tcPr>
            <w:tcW w:w="851" w:type="dxa"/>
          </w:tcPr>
          <w:p w14:paraId="7C8B7DCE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0E665262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06732789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0AC07383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141C19AC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674187" w:rsidRPr="00390FBB" w14:paraId="7A398F9E" w14:textId="77777777" w:rsidTr="009A1675">
        <w:tc>
          <w:tcPr>
            <w:tcW w:w="601" w:type="dxa"/>
          </w:tcPr>
          <w:p w14:paraId="2DC9FBA8" w14:textId="683639A0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١١-</w:t>
            </w:r>
          </w:p>
        </w:tc>
        <w:tc>
          <w:tcPr>
            <w:tcW w:w="2391" w:type="dxa"/>
          </w:tcPr>
          <w:p w14:paraId="38C820D1" w14:textId="4864B5F2" w:rsidR="00674187" w:rsidRPr="00390FBB" w:rsidRDefault="00674187" w:rsidP="0067418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استخدام المساحات البيضاء (الفراغات) في الإعلان يجعل الشكل أكثر وضوحًا وتنظيمًا.</w:t>
            </w:r>
          </w:p>
        </w:tc>
        <w:tc>
          <w:tcPr>
            <w:tcW w:w="851" w:type="dxa"/>
          </w:tcPr>
          <w:p w14:paraId="709FC206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3BE340B0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183577FB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56489C11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3A9827BF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674187" w:rsidRPr="00390FBB" w14:paraId="79DCC620" w14:textId="77777777" w:rsidTr="009A1675">
        <w:tc>
          <w:tcPr>
            <w:tcW w:w="601" w:type="dxa"/>
          </w:tcPr>
          <w:p w14:paraId="5C52C286" w14:textId="429DCEE0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١٢-</w:t>
            </w:r>
          </w:p>
        </w:tc>
        <w:tc>
          <w:tcPr>
            <w:tcW w:w="2391" w:type="dxa"/>
          </w:tcPr>
          <w:p w14:paraId="6DFD6512" w14:textId="28E55B45" w:rsidR="00674187" w:rsidRPr="00390FBB" w:rsidRDefault="00674187" w:rsidP="0067418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عناصر التصميم في الإعلان متناسقة مع هوية وشخصية العلامة التجارية.</w:t>
            </w:r>
          </w:p>
        </w:tc>
        <w:tc>
          <w:tcPr>
            <w:tcW w:w="851" w:type="dxa"/>
          </w:tcPr>
          <w:p w14:paraId="2D1B4DF0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0B89C755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3FB0C4DF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7B7D734E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16BD5E71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</w:tbl>
    <w:p w14:paraId="4369AD0B" w14:textId="477EF1CE" w:rsidR="00B74284" w:rsidRPr="00390FBB" w:rsidRDefault="00B74284" w:rsidP="00B74284">
      <w:pPr>
        <w:spacing w:after="0" w:line="360" w:lineRule="auto"/>
        <w:jc w:val="right"/>
        <w:rPr>
          <w:rFonts w:ascii="Sakkal Majalla" w:eastAsia="Sakkal Majalla" w:hAnsi="Sakkal Majalla" w:cs="Sakkal Majalla"/>
          <w:sz w:val="24"/>
          <w:szCs w:val="24"/>
          <w:rtl/>
        </w:rPr>
      </w:pPr>
    </w:p>
    <w:p w14:paraId="0526A046" w14:textId="0BAF2BCE" w:rsidR="00674187" w:rsidRPr="00390FBB" w:rsidRDefault="00674187" w:rsidP="007F1132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67418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 </w:t>
      </w:r>
      <w:r w:rsidR="00583E35" w:rsidRPr="00390FBB">
        <w:rPr>
          <w:rFonts w:ascii="Times New Roman" w:eastAsia="Times New Roman" w:hAnsi="Times New Roman" w:cs="Times New Roman" w:hint="cs"/>
          <w:sz w:val="24"/>
          <w:szCs w:val="24"/>
          <w:rtl/>
        </w:rPr>
        <w:t>٣- إل</w:t>
      </w:r>
      <w:r w:rsidR="00583E35" w:rsidRPr="00390FBB">
        <w:rPr>
          <w:rFonts w:ascii="Times New Roman" w:eastAsia="Times New Roman" w:hAnsi="Times New Roman" w:cs="Times New Roman" w:hint="eastAsia"/>
          <w:sz w:val="24"/>
          <w:szCs w:val="24"/>
          <w:rtl/>
        </w:rPr>
        <w:t>ى</w:t>
      </w:r>
      <w:r w:rsidRPr="00674187">
        <w:rPr>
          <w:rFonts w:ascii="Times New Roman" w:eastAsia="Times New Roman" w:hAnsi="Times New Roman" w:cs="Times New Roman"/>
          <w:sz w:val="24"/>
          <w:szCs w:val="24"/>
          <w:rtl/>
        </w:rPr>
        <w:t xml:space="preserve"> أي مدى تتفق مع العبارات الآتية حول انتباهك واهتمامك بالإعلان؟</w:t>
      </w:r>
    </w:p>
    <w:tbl>
      <w:tblPr>
        <w:tblStyle w:val="afa"/>
        <w:bidiVisual/>
        <w:tblW w:w="9394" w:type="dxa"/>
        <w:tblInd w:w="15" w:type="dxa"/>
        <w:tblLook w:val="04A0" w:firstRow="1" w:lastRow="0" w:firstColumn="1" w:lastColumn="0" w:noHBand="0" w:noVBand="1"/>
      </w:tblPr>
      <w:tblGrid>
        <w:gridCol w:w="601"/>
        <w:gridCol w:w="2391"/>
        <w:gridCol w:w="851"/>
        <w:gridCol w:w="1402"/>
        <w:gridCol w:w="772"/>
        <w:gridCol w:w="1423"/>
        <w:gridCol w:w="1954"/>
      </w:tblGrid>
      <w:tr w:rsidR="00674187" w:rsidRPr="00390FBB" w14:paraId="0A0C3A5D" w14:textId="77777777" w:rsidTr="009A1675">
        <w:tc>
          <w:tcPr>
            <w:tcW w:w="2992" w:type="dxa"/>
            <w:gridSpan w:val="2"/>
          </w:tcPr>
          <w:p w14:paraId="028E04F1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السؤال</w:t>
            </w:r>
          </w:p>
        </w:tc>
        <w:tc>
          <w:tcPr>
            <w:tcW w:w="851" w:type="dxa"/>
          </w:tcPr>
          <w:p w14:paraId="1D604554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موافق</w:t>
            </w:r>
          </w:p>
        </w:tc>
        <w:tc>
          <w:tcPr>
            <w:tcW w:w="1402" w:type="dxa"/>
          </w:tcPr>
          <w:p w14:paraId="11506EB4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 xml:space="preserve">موافق بشدة </w:t>
            </w:r>
          </w:p>
        </w:tc>
        <w:tc>
          <w:tcPr>
            <w:tcW w:w="772" w:type="dxa"/>
          </w:tcPr>
          <w:p w14:paraId="55B3A8EF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محايد</w:t>
            </w:r>
          </w:p>
        </w:tc>
        <w:tc>
          <w:tcPr>
            <w:tcW w:w="1423" w:type="dxa"/>
          </w:tcPr>
          <w:p w14:paraId="6864C5D8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غير موافق</w:t>
            </w:r>
          </w:p>
        </w:tc>
        <w:tc>
          <w:tcPr>
            <w:tcW w:w="1954" w:type="dxa"/>
          </w:tcPr>
          <w:p w14:paraId="7D06D452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غير موافق بشدة</w:t>
            </w:r>
          </w:p>
        </w:tc>
      </w:tr>
      <w:tr w:rsidR="00674187" w:rsidRPr="00390FBB" w14:paraId="5CE09F0F" w14:textId="77777777" w:rsidTr="009A1675">
        <w:tc>
          <w:tcPr>
            <w:tcW w:w="601" w:type="dxa"/>
          </w:tcPr>
          <w:p w14:paraId="1227BCE8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١-</w:t>
            </w:r>
          </w:p>
        </w:tc>
        <w:tc>
          <w:tcPr>
            <w:tcW w:w="2391" w:type="dxa"/>
          </w:tcPr>
          <w:p w14:paraId="1986CFD3" w14:textId="05B6B069" w:rsidR="00674187" w:rsidRPr="00390FBB" w:rsidRDefault="00674187" w:rsidP="0067418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يجذبني تصميم الإعلان الرقمي للتوقف عن التمرير ومشاهدته.</w:t>
            </w:r>
          </w:p>
        </w:tc>
        <w:tc>
          <w:tcPr>
            <w:tcW w:w="851" w:type="dxa"/>
          </w:tcPr>
          <w:p w14:paraId="63DF8653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11311298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22A30F09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6484A07D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4F0DBB8B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674187" w:rsidRPr="00390FBB" w14:paraId="294CECDD" w14:textId="77777777" w:rsidTr="009A1675">
        <w:tc>
          <w:tcPr>
            <w:tcW w:w="601" w:type="dxa"/>
          </w:tcPr>
          <w:p w14:paraId="3042DAF1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٢-</w:t>
            </w:r>
          </w:p>
        </w:tc>
        <w:tc>
          <w:tcPr>
            <w:tcW w:w="2391" w:type="dxa"/>
          </w:tcPr>
          <w:p w14:paraId="0FD616E3" w14:textId="2D506FFA" w:rsidR="00674187" w:rsidRPr="00390FBB" w:rsidRDefault="00674187" w:rsidP="0067418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يجذب تصميم الإعلان انتباهي أكثر من الإعلانات النصية فقط.</w:t>
            </w:r>
          </w:p>
        </w:tc>
        <w:tc>
          <w:tcPr>
            <w:tcW w:w="851" w:type="dxa"/>
          </w:tcPr>
          <w:p w14:paraId="2338B2F2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5135B565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147CC879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12238933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785328B0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674187" w:rsidRPr="00390FBB" w14:paraId="5AA7B054" w14:textId="77777777" w:rsidTr="009A1675">
        <w:tc>
          <w:tcPr>
            <w:tcW w:w="601" w:type="dxa"/>
          </w:tcPr>
          <w:p w14:paraId="0727969B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٣-</w:t>
            </w:r>
          </w:p>
        </w:tc>
        <w:tc>
          <w:tcPr>
            <w:tcW w:w="2391" w:type="dxa"/>
          </w:tcPr>
          <w:p w14:paraId="14C97441" w14:textId="4CDFD0E9" w:rsidR="00674187" w:rsidRPr="00390FBB" w:rsidRDefault="00674187" w:rsidP="0067418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يدفعني تصميم الإعلان لقراءة النص أو التفاصيل الموجودة فيه.</w:t>
            </w:r>
          </w:p>
        </w:tc>
        <w:tc>
          <w:tcPr>
            <w:tcW w:w="851" w:type="dxa"/>
          </w:tcPr>
          <w:p w14:paraId="0F7DA115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61995055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51ABC570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45C23D7E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47BDE284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674187" w:rsidRPr="00390FBB" w14:paraId="4708D006" w14:textId="77777777" w:rsidTr="009A1675">
        <w:tc>
          <w:tcPr>
            <w:tcW w:w="601" w:type="dxa"/>
          </w:tcPr>
          <w:p w14:paraId="6E246034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٤-</w:t>
            </w:r>
          </w:p>
        </w:tc>
        <w:tc>
          <w:tcPr>
            <w:tcW w:w="2391" w:type="dxa"/>
          </w:tcPr>
          <w:p w14:paraId="048B94FE" w14:textId="62C80303" w:rsidR="00674187" w:rsidRPr="00390FBB" w:rsidRDefault="00674187" w:rsidP="0067418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 xml:space="preserve">يزيد تصميم الإعلان من </w:t>
            </w:r>
            <w:r w:rsidRPr="00390FBB">
              <w:rPr>
                <w:rStyle w:val="s1"/>
                <w:b/>
                <w:bCs/>
                <w:rtl/>
              </w:rPr>
              <w:t>اهتمامي</w:t>
            </w:r>
            <w:r w:rsidRPr="00390FBB">
              <w:rPr>
                <w:rtl/>
              </w:rPr>
              <w:t xml:space="preserve"> بالمنتج أو الخدمة.</w:t>
            </w:r>
          </w:p>
        </w:tc>
        <w:tc>
          <w:tcPr>
            <w:tcW w:w="851" w:type="dxa"/>
          </w:tcPr>
          <w:p w14:paraId="79DF8F8A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109294FA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6269E740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13D97771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18C7E0D3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674187" w:rsidRPr="00390FBB" w14:paraId="5CB2A3E1" w14:textId="77777777" w:rsidTr="009A1675">
        <w:tc>
          <w:tcPr>
            <w:tcW w:w="601" w:type="dxa"/>
          </w:tcPr>
          <w:p w14:paraId="38215A0F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٥-</w:t>
            </w:r>
          </w:p>
        </w:tc>
        <w:tc>
          <w:tcPr>
            <w:tcW w:w="2391" w:type="dxa"/>
          </w:tcPr>
          <w:p w14:paraId="7288D028" w14:textId="054F1FB8" w:rsidR="00674187" w:rsidRPr="00390FBB" w:rsidRDefault="00674187" w:rsidP="00674187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أشعر بالفضول لمعرفة المزيد عن المنتج عندما يكون تصميم الإعلان مميزًا.</w:t>
            </w:r>
          </w:p>
        </w:tc>
        <w:tc>
          <w:tcPr>
            <w:tcW w:w="851" w:type="dxa"/>
          </w:tcPr>
          <w:p w14:paraId="05A67F27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5F68AEF1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4E0C4118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472A24FD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36D9CDA2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674187" w:rsidRPr="00390FBB" w14:paraId="3AEDD93F" w14:textId="77777777" w:rsidTr="009A1675">
        <w:tc>
          <w:tcPr>
            <w:tcW w:w="601" w:type="dxa"/>
          </w:tcPr>
          <w:p w14:paraId="4C45DB62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٦-</w:t>
            </w:r>
          </w:p>
        </w:tc>
        <w:tc>
          <w:tcPr>
            <w:tcW w:w="2391" w:type="dxa"/>
          </w:tcPr>
          <w:p w14:paraId="2EFE26FA" w14:textId="56E7A174" w:rsidR="00674187" w:rsidRPr="00390FBB" w:rsidRDefault="00583E35" w:rsidP="00583E35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أتذكر الإعلان بسهولة بسبب تصميمه المختلف عن غيره.</w:t>
            </w:r>
          </w:p>
        </w:tc>
        <w:tc>
          <w:tcPr>
            <w:tcW w:w="851" w:type="dxa"/>
          </w:tcPr>
          <w:p w14:paraId="672A1FA2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560C6962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3533C525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1E1EEF8A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23D84578" w14:textId="77777777" w:rsidR="00674187" w:rsidRPr="00390FBB" w:rsidRDefault="00674187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583E35" w:rsidRPr="00390FBB" w14:paraId="42F3545A" w14:textId="77777777" w:rsidTr="009A1675">
        <w:tc>
          <w:tcPr>
            <w:tcW w:w="601" w:type="dxa"/>
          </w:tcPr>
          <w:p w14:paraId="56A91DC5" w14:textId="0BE21B32" w:rsidR="00583E35" w:rsidRPr="00390FBB" w:rsidRDefault="00583E35" w:rsidP="00583E35">
            <w:pPr>
              <w:jc w:val="right"/>
              <w:rPr>
                <w:sz w:val="24"/>
                <w:szCs w:val="24"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٧-</w:t>
            </w:r>
          </w:p>
        </w:tc>
        <w:tc>
          <w:tcPr>
            <w:tcW w:w="2391" w:type="dxa"/>
          </w:tcPr>
          <w:p w14:paraId="30E7F4FF" w14:textId="2D680049" w:rsidR="00583E35" w:rsidRPr="00390FBB" w:rsidRDefault="00583E35" w:rsidP="00583E35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أبحث أحيانًا عن مزيد من المعلومات حول المنتج بعد مشاهدة إعلان رقمي جذاب.</w:t>
            </w:r>
          </w:p>
        </w:tc>
        <w:tc>
          <w:tcPr>
            <w:tcW w:w="851" w:type="dxa"/>
          </w:tcPr>
          <w:p w14:paraId="4DAE99BA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3E4C4C29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1012A7B3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36B83999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54866591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583E35" w:rsidRPr="00390FBB" w14:paraId="7483A260" w14:textId="77777777" w:rsidTr="009A1675">
        <w:tc>
          <w:tcPr>
            <w:tcW w:w="601" w:type="dxa"/>
          </w:tcPr>
          <w:p w14:paraId="4A6E9869" w14:textId="35A4AA69" w:rsidR="00583E35" w:rsidRPr="00390FBB" w:rsidRDefault="00583E35" w:rsidP="00583E35">
            <w:pPr>
              <w:bidi/>
              <w:jc w:val="both"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٨-</w:t>
            </w:r>
          </w:p>
        </w:tc>
        <w:tc>
          <w:tcPr>
            <w:tcW w:w="2391" w:type="dxa"/>
          </w:tcPr>
          <w:p w14:paraId="0FD9CC43" w14:textId="43D39B19" w:rsidR="00583E35" w:rsidRPr="00390FBB" w:rsidRDefault="00583E35" w:rsidP="00583E35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 xml:space="preserve">الإعلانات ذات التصميم الجيد تشدّ </w:t>
            </w:r>
            <w:r w:rsidR="007F1132" w:rsidRPr="00390FBB">
              <w:rPr>
                <w:rFonts w:hint="cs"/>
                <w:rtl/>
              </w:rPr>
              <w:t>انتباهي</w:t>
            </w:r>
            <w:r w:rsidR="007F1132" w:rsidRPr="00390FBB">
              <w:rPr>
                <w:rFonts w:hint="eastAsia"/>
                <w:rtl/>
              </w:rPr>
              <w:t>،</w:t>
            </w:r>
            <w:r w:rsidRPr="00390FBB">
              <w:rPr>
                <w:rtl/>
              </w:rPr>
              <w:t xml:space="preserve"> حتى لو لم أكن مهتمًا مسبقًا بالمنتج.</w:t>
            </w:r>
          </w:p>
        </w:tc>
        <w:tc>
          <w:tcPr>
            <w:tcW w:w="851" w:type="dxa"/>
          </w:tcPr>
          <w:p w14:paraId="317DF132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479AD03F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1933ECDC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781283F1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795CB473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</w:tbl>
    <w:p w14:paraId="0D2CDBC9" w14:textId="77777777" w:rsidR="007F1132" w:rsidRDefault="00390FBB" w:rsidP="007F1132">
      <w:pPr>
        <w:pStyle w:val="21"/>
        <w:jc w:val="right"/>
        <w:rPr>
          <w:b w:val="0"/>
          <w:bCs w:val="0"/>
          <w:color w:val="0D0D0D" w:themeColor="text1" w:themeTint="F2"/>
          <w:sz w:val="24"/>
          <w:szCs w:val="24"/>
          <w:rtl/>
        </w:rPr>
      </w:pPr>
      <w:r w:rsidRPr="00390FBB">
        <w:rPr>
          <w:b w:val="0"/>
          <w:bCs w:val="0"/>
          <w:color w:val="0D0D0D" w:themeColor="text1" w:themeTint="F2"/>
          <w:sz w:val="24"/>
          <w:szCs w:val="24"/>
          <w:rtl/>
        </w:rPr>
        <w:t xml:space="preserve"> </w:t>
      </w:r>
    </w:p>
    <w:p w14:paraId="2270776F" w14:textId="5A509481" w:rsidR="00583E35" w:rsidRPr="007F1132" w:rsidRDefault="007F1132" w:rsidP="007F1132">
      <w:pPr>
        <w:pStyle w:val="21"/>
        <w:jc w:val="right"/>
        <w:rPr>
          <w:rFonts w:ascii="Times New Roman" w:eastAsia="Times New Roman" w:hAnsi="Times New Roman" w:cs="Times New Roman"/>
          <w:b w:val="0"/>
          <w:bCs w:val="0"/>
          <w:color w:val="0D0D0D" w:themeColor="text1" w:themeTint="F2"/>
          <w:sz w:val="24"/>
          <w:szCs w:val="24"/>
          <w:rtl/>
        </w:rPr>
      </w:pPr>
      <w:r>
        <w:rPr>
          <w:rFonts w:hint="cs"/>
          <w:b w:val="0"/>
          <w:bCs w:val="0"/>
          <w:color w:val="0D0D0D" w:themeColor="text1" w:themeTint="F2"/>
          <w:sz w:val="24"/>
          <w:szCs w:val="24"/>
          <w:rtl/>
        </w:rPr>
        <w:t xml:space="preserve">٤- </w:t>
      </w:r>
      <w:r w:rsidR="00390FBB" w:rsidRPr="007F1132">
        <w:rPr>
          <w:b w:val="0"/>
          <w:bCs w:val="0"/>
          <w:color w:val="0D0D0D" w:themeColor="text1" w:themeTint="F2"/>
          <w:sz w:val="24"/>
          <w:szCs w:val="24"/>
          <w:rtl/>
        </w:rPr>
        <w:t>ما تأثير تصميم الإعلان الرقمي على رغبتك في الشراء وقرارك الفعلي؟</w:t>
      </w:r>
    </w:p>
    <w:tbl>
      <w:tblPr>
        <w:tblStyle w:val="afa"/>
        <w:bidiVisual/>
        <w:tblW w:w="9394" w:type="dxa"/>
        <w:tblInd w:w="15" w:type="dxa"/>
        <w:tblLook w:val="04A0" w:firstRow="1" w:lastRow="0" w:firstColumn="1" w:lastColumn="0" w:noHBand="0" w:noVBand="1"/>
      </w:tblPr>
      <w:tblGrid>
        <w:gridCol w:w="601"/>
        <w:gridCol w:w="2391"/>
        <w:gridCol w:w="851"/>
        <w:gridCol w:w="1402"/>
        <w:gridCol w:w="772"/>
        <w:gridCol w:w="1423"/>
        <w:gridCol w:w="1954"/>
      </w:tblGrid>
      <w:tr w:rsidR="00583E35" w:rsidRPr="00390FBB" w14:paraId="24E4DCF0" w14:textId="77777777" w:rsidTr="009A1675">
        <w:tc>
          <w:tcPr>
            <w:tcW w:w="2992" w:type="dxa"/>
            <w:gridSpan w:val="2"/>
          </w:tcPr>
          <w:p w14:paraId="61C9F8CD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السؤال</w:t>
            </w:r>
          </w:p>
        </w:tc>
        <w:tc>
          <w:tcPr>
            <w:tcW w:w="851" w:type="dxa"/>
          </w:tcPr>
          <w:p w14:paraId="1C5ACCDB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موافق</w:t>
            </w:r>
          </w:p>
        </w:tc>
        <w:tc>
          <w:tcPr>
            <w:tcW w:w="1402" w:type="dxa"/>
          </w:tcPr>
          <w:p w14:paraId="6271B51D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 xml:space="preserve">موافق بشدة </w:t>
            </w:r>
          </w:p>
        </w:tc>
        <w:tc>
          <w:tcPr>
            <w:tcW w:w="772" w:type="dxa"/>
          </w:tcPr>
          <w:p w14:paraId="3F3E0548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محايد</w:t>
            </w:r>
          </w:p>
        </w:tc>
        <w:tc>
          <w:tcPr>
            <w:tcW w:w="1423" w:type="dxa"/>
          </w:tcPr>
          <w:p w14:paraId="495D7CA3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غير موافق</w:t>
            </w:r>
          </w:p>
        </w:tc>
        <w:tc>
          <w:tcPr>
            <w:tcW w:w="1954" w:type="dxa"/>
          </w:tcPr>
          <w:p w14:paraId="22835F1F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غير موافق بشدة</w:t>
            </w:r>
          </w:p>
        </w:tc>
      </w:tr>
      <w:tr w:rsidR="00583E35" w:rsidRPr="00390FBB" w14:paraId="514A0DF5" w14:textId="77777777" w:rsidTr="009A1675">
        <w:tc>
          <w:tcPr>
            <w:tcW w:w="601" w:type="dxa"/>
          </w:tcPr>
          <w:p w14:paraId="7AFCB142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١-</w:t>
            </w:r>
          </w:p>
        </w:tc>
        <w:tc>
          <w:tcPr>
            <w:tcW w:w="2391" w:type="dxa"/>
          </w:tcPr>
          <w:p w14:paraId="4B293B85" w14:textId="0B2547FA" w:rsidR="00583E35" w:rsidRPr="00390FBB" w:rsidRDefault="00583E35" w:rsidP="00583E35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يشعرني تصميم الإعلان الاحترافي بأن العلامة التجارية موثوقة.</w:t>
            </w:r>
          </w:p>
        </w:tc>
        <w:tc>
          <w:tcPr>
            <w:tcW w:w="851" w:type="dxa"/>
          </w:tcPr>
          <w:p w14:paraId="07DD319D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4BC514C6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62BAC75F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327F6061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5BA12D0C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583E35" w:rsidRPr="00390FBB" w14:paraId="41579FE3" w14:textId="77777777" w:rsidTr="009A1675">
        <w:tc>
          <w:tcPr>
            <w:tcW w:w="601" w:type="dxa"/>
          </w:tcPr>
          <w:p w14:paraId="21065FB9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٢-</w:t>
            </w:r>
          </w:p>
        </w:tc>
        <w:tc>
          <w:tcPr>
            <w:tcW w:w="2391" w:type="dxa"/>
          </w:tcPr>
          <w:p w14:paraId="0C930F62" w14:textId="79F4274F" w:rsidR="00583E35" w:rsidRPr="00390FBB" w:rsidRDefault="00583E35" w:rsidP="00583E35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إذا كان تصميم الإعلان ضعيفًا، يقلّ مستوى ثقتي في العلامة التجارية.</w:t>
            </w:r>
          </w:p>
        </w:tc>
        <w:tc>
          <w:tcPr>
            <w:tcW w:w="851" w:type="dxa"/>
          </w:tcPr>
          <w:p w14:paraId="00C1C78C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2510E807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14A227CB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2BDD4E28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640C2796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583E35" w:rsidRPr="00390FBB" w14:paraId="28426E80" w14:textId="77777777" w:rsidTr="009A1675">
        <w:tc>
          <w:tcPr>
            <w:tcW w:w="601" w:type="dxa"/>
          </w:tcPr>
          <w:p w14:paraId="599DA965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٣-</w:t>
            </w:r>
          </w:p>
        </w:tc>
        <w:tc>
          <w:tcPr>
            <w:tcW w:w="2391" w:type="dxa"/>
          </w:tcPr>
          <w:p w14:paraId="1078710B" w14:textId="6BD6E5B5" w:rsidR="00583E35" w:rsidRPr="00390FBB" w:rsidRDefault="00583E35" w:rsidP="00583E35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يدفعني تصميم الإعلان الجيد للتفكير جدّيًا في تجربة المنتج أو الخدمة.</w:t>
            </w:r>
          </w:p>
        </w:tc>
        <w:tc>
          <w:tcPr>
            <w:tcW w:w="851" w:type="dxa"/>
          </w:tcPr>
          <w:p w14:paraId="7795754E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3BC22806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22863D3B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12E7CC1D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618E398B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583E35" w:rsidRPr="00390FBB" w14:paraId="6B3464C1" w14:textId="77777777" w:rsidTr="009A1675">
        <w:tc>
          <w:tcPr>
            <w:tcW w:w="601" w:type="dxa"/>
          </w:tcPr>
          <w:p w14:paraId="1795F8A6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٤-</w:t>
            </w:r>
          </w:p>
        </w:tc>
        <w:tc>
          <w:tcPr>
            <w:tcW w:w="2391" w:type="dxa"/>
          </w:tcPr>
          <w:p w14:paraId="6F70AB1A" w14:textId="1D8BE947" w:rsidR="00583E35" w:rsidRPr="00390FBB" w:rsidRDefault="00583E35" w:rsidP="00583E35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 xml:space="preserve">زيد تصميم الإعلان الجذّاب من </w:t>
            </w:r>
            <w:r w:rsidRPr="007F1132">
              <w:rPr>
                <w:rStyle w:val="s1"/>
                <w:rtl/>
              </w:rPr>
              <w:t>رغبتي الفعلية</w:t>
            </w:r>
            <w:r w:rsidRPr="00390FBB">
              <w:rPr>
                <w:rtl/>
              </w:rPr>
              <w:t xml:space="preserve"> في شراء المنتج.</w:t>
            </w:r>
          </w:p>
        </w:tc>
        <w:tc>
          <w:tcPr>
            <w:tcW w:w="851" w:type="dxa"/>
          </w:tcPr>
          <w:p w14:paraId="50610A7E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35DC5BF7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61C0E48D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400CDC8D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4875D335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583E35" w:rsidRPr="00390FBB" w14:paraId="3C0DDD60" w14:textId="77777777" w:rsidTr="009A1675">
        <w:tc>
          <w:tcPr>
            <w:tcW w:w="601" w:type="dxa"/>
          </w:tcPr>
          <w:p w14:paraId="540A2B69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٥-</w:t>
            </w:r>
          </w:p>
        </w:tc>
        <w:tc>
          <w:tcPr>
            <w:tcW w:w="2391" w:type="dxa"/>
          </w:tcPr>
          <w:p w14:paraId="2530392E" w14:textId="6F05ABC0" w:rsidR="00583E35" w:rsidRPr="00390FBB" w:rsidRDefault="00583E35" w:rsidP="00583E35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يمكن لتصميم الإعلان أن يغيّر انطباعي السابق عن العلامة التجارية إلى الأفضل.</w:t>
            </w:r>
          </w:p>
        </w:tc>
        <w:tc>
          <w:tcPr>
            <w:tcW w:w="851" w:type="dxa"/>
          </w:tcPr>
          <w:p w14:paraId="460E71FA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33375C9D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6DE8AFE0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12B01119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078CB524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583E35" w:rsidRPr="00390FBB" w14:paraId="11302E7F" w14:textId="77777777" w:rsidTr="009A1675">
        <w:tc>
          <w:tcPr>
            <w:tcW w:w="601" w:type="dxa"/>
          </w:tcPr>
          <w:p w14:paraId="7AF287A9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lastRenderedPageBreak/>
              <w:t>٦-</w:t>
            </w:r>
          </w:p>
        </w:tc>
        <w:tc>
          <w:tcPr>
            <w:tcW w:w="2391" w:type="dxa"/>
          </w:tcPr>
          <w:p w14:paraId="454B4BCA" w14:textId="61DB236E" w:rsidR="00583E35" w:rsidRPr="00390FBB" w:rsidRDefault="00583E35" w:rsidP="00583E35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في بعض الأحيان أقرر الشراء لأن تصميم الإعلان كان مقنعًا وجذابًا بصريًا.</w:t>
            </w:r>
          </w:p>
        </w:tc>
        <w:tc>
          <w:tcPr>
            <w:tcW w:w="851" w:type="dxa"/>
          </w:tcPr>
          <w:p w14:paraId="74A765B6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54F5F572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7AD5F9B1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7DD8EEFD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06554B23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583E35" w:rsidRPr="00390FBB" w14:paraId="3368139B" w14:textId="77777777" w:rsidTr="009A1675">
        <w:tc>
          <w:tcPr>
            <w:tcW w:w="601" w:type="dxa"/>
          </w:tcPr>
          <w:p w14:paraId="00747B22" w14:textId="77777777" w:rsidR="00583E35" w:rsidRPr="00390FBB" w:rsidRDefault="00583E35" w:rsidP="009A1675">
            <w:pPr>
              <w:jc w:val="right"/>
              <w:rPr>
                <w:sz w:val="24"/>
                <w:szCs w:val="24"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٧-</w:t>
            </w:r>
          </w:p>
        </w:tc>
        <w:tc>
          <w:tcPr>
            <w:tcW w:w="2391" w:type="dxa"/>
          </w:tcPr>
          <w:p w14:paraId="0FA47549" w14:textId="3F567642" w:rsidR="00583E35" w:rsidRPr="00390FBB" w:rsidRDefault="00583E35" w:rsidP="00583E35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إذا بدا تصميم الإعلان غير احترافي أشعر بأن المنتج أقل جودة.</w:t>
            </w:r>
          </w:p>
        </w:tc>
        <w:tc>
          <w:tcPr>
            <w:tcW w:w="851" w:type="dxa"/>
          </w:tcPr>
          <w:p w14:paraId="33343243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7478F0EB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5EBF4EE2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6C421EB9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3FA18B41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583E35" w:rsidRPr="00390FBB" w14:paraId="51FCA70F" w14:textId="77777777" w:rsidTr="009A1675">
        <w:tc>
          <w:tcPr>
            <w:tcW w:w="601" w:type="dxa"/>
          </w:tcPr>
          <w:p w14:paraId="3AC4F6BA" w14:textId="77777777" w:rsidR="00583E35" w:rsidRPr="00390FBB" w:rsidRDefault="00583E35" w:rsidP="009A1675">
            <w:pPr>
              <w:bidi/>
              <w:jc w:val="both"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٨-</w:t>
            </w:r>
          </w:p>
        </w:tc>
        <w:tc>
          <w:tcPr>
            <w:tcW w:w="2391" w:type="dxa"/>
          </w:tcPr>
          <w:p w14:paraId="313A1A1C" w14:textId="7DC98C74" w:rsidR="00583E35" w:rsidRPr="00390FBB" w:rsidRDefault="00583E35" w:rsidP="00583E35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تصميم الإعلان الجيد يزيد من احتمالية تكرار الشراء من نفس العلامة التجارية.</w:t>
            </w:r>
          </w:p>
        </w:tc>
        <w:tc>
          <w:tcPr>
            <w:tcW w:w="851" w:type="dxa"/>
          </w:tcPr>
          <w:p w14:paraId="1D08642A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65F75761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5CDFFFF3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186AF3B5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5A1425D8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583E35" w:rsidRPr="00390FBB" w14:paraId="24F75598" w14:textId="77777777" w:rsidTr="009A1675">
        <w:tc>
          <w:tcPr>
            <w:tcW w:w="601" w:type="dxa"/>
          </w:tcPr>
          <w:p w14:paraId="613A9A2A" w14:textId="094C0261" w:rsidR="00583E35" w:rsidRPr="00390FBB" w:rsidRDefault="00583E35" w:rsidP="009A1675">
            <w:pPr>
              <w:bidi/>
              <w:jc w:val="both"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٩-</w:t>
            </w:r>
          </w:p>
        </w:tc>
        <w:tc>
          <w:tcPr>
            <w:tcW w:w="2391" w:type="dxa"/>
          </w:tcPr>
          <w:p w14:paraId="20391513" w14:textId="1F81831C" w:rsidR="00583E35" w:rsidRPr="00390FBB" w:rsidRDefault="00583E35" w:rsidP="00583E35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أشعر بدرجة أقل من المخاطرة عند الشراء عندما يكون تصميم إعلان المنتج احترافيًا وواضحًا.</w:t>
            </w:r>
          </w:p>
        </w:tc>
        <w:tc>
          <w:tcPr>
            <w:tcW w:w="851" w:type="dxa"/>
          </w:tcPr>
          <w:p w14:paraId="48EA4F3F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5FEEF974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6DE4C19C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7BE48224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0861A4AE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</w:tbl>
    <w:p w14:paraId="7D04AC47" w14:textId="77777777" w:rsidR="007F1132" w:rsidRDefault="007F1132" w:rsidP="007F1132">
      <w:pPr>
        <w:pStyle w:val="21"/>
        <w:jc w:val="right"/>
        <w:rPr>
          <w:b w:val="0"/>
          <w:bCs w:val="0"/>
          <w:color w:val="0D0D0D" w:themeColor="text1" w:themeTint="F2"/>
          <w:sz w:val="24"/>
          <w:szCs w:val="24"/>
          <w:rtl/>
        </w:rPr>
      </w:pPr>
    </w:p>
    <w:p w14:paraId="0FF2E2C5" w14:textId="1478E562" w:rsidR="00390FBB" w:rsidRPr="007F1132" w:rsidRDefault="007F1132" w:rsidP="007F1132">
      <w:pPr>
        <w:pStyle w:val="21"/>
        <w:jc w:val="right"/>
        <w:rPr>
          <w:b w:val="0"/>
          <w:bCs w:val="0"/>
          <w:color w:val="0D0D0D" w:themeColor="text1" w:themeTint="F2"/>
          <w:sz w:val="24"/>
          <w:szCs w:val="24"/>
          <w:rtl/>
        </w:rPr>
      </w:pPr>
      <w:r>
        <w:rPr>
          <w:rFonts w:hint="cs"/>
          <w:b w:val="0"/>
          <w:bCs w:val="0"/>
          <w:color w:val="0D0D0D" w:themeColor="text1" w:themeTint="F2"/>
          <w:sz w:val="24"/>
          <w:szCs w:val="24"/>
          <w:rtl/>
        </w:rPr>
        <w:t>٥-</w:t>
      </w:r>
      <w:r w:rsidR="00390FBB" w:rsidRPr="00390FBB">
        <w:rPr>
          <w:rFonts w:hint="cs"/>
          <w:b w:val="0"/>
          <w:bCs w:val="0"/>
          <w:color w:val="0D0D0D" w:themeColor="text1" w:themeTint="F2"/>
          <w:sz w:val="24"/>
          <w:szCs w:val="24"/>
          <w:rtl/>
        </w:rPr>
        <w:t xml:space="preserve"> هذ</w:t>
      </w:r>
      <w:r w:rsidR="00390FBB" w:rsidRPr="00390FBB">
        <w:rPr>
          <w:b w:val="0"/>
          <w:bCs w:val="0"/>
          <w:color w:val="0D0D0D" w:themeColor="text1" w:themeTint="F2"/>
          <w:sz w:val="24"/>
          <w:szCs w:val="24"/>
          <w:rtl/>
        </w:rPr>
        <w:t>ه العبارات تساعد في فهم مدى أهمية هذه المنتجات لك وكيف تفكر في</w:t>
      </w:r>
      <w:r>
        <w:rPr>
          <w:rFonts w:hint="cs"/>
          <w:b w:val="0"/>
          <w:bCs w:val="0"/>
          <w:color w:val="0D0D0D" w:themeColor="text1" w:themeTint="F2"/>
          <w:sz w:val="24"/>
          <w:szCs w:val="24"/>
          <w:rtl/>
        </w:rPr>
        <w:t>ه؟</w:t>
      </w:r>
    </w:p>
    <w:tbl>
      <w:tblPr>
        <w:tblStyle w:val="afa"/>
        <w:bidiVisual/>
        <w:tblW w:w="9394" w:type="dxa"/>
        <w:tblInd w:w="15" w:type="dxa"/>
        <w:tblLook w:val="04A0" w:firstRow="1" w:lastRow="0" w:firstColumn="1" w:lastColumn="0" w:noHBand="0" w:noVBand="1"/>
      </w:tblPr>
      <w:tblGrid>
        <w:gridCol w:w="601"/>
        <w:gridCol w:w="2391"/>
        <w:gridCol w:w="851"/>
        <w:gridCol w:w="1402"/>
        <w:gridCol w:w="772"/>
        <w:gridCol w:w="1423"/>
        <w:gridCol w:w="1954"/>
      </w:tblGrid>
      <w:tr w:rsidR="00583E35" w:rsidRPr="00390FBB" w14:paraId="5EE55224" w14:textId="77777777" w:rsidTr="009A1675">
        <w:tc>
          <w:tcPr>
            <w:tcW w:w="2992" w:type="dxa"/>
            <w:gridSpan w:val="2"/>
          </w:tcPr>
          <w:p w14:paraId="7F63D90D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السؤال</w:t>
            </w:r>
          </w:p>
        </w:tc>
        <w:tc>
          <w:tcPr>
            <w:tcW w:w="851" w:type="dxa"/>
          </w:tcPr>
          <w:p w14:paraId="348AB4D2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موافق</w:t>
            </w:r>
          </w:p>
        </w:tc>
        <w:tc>
          <w:tcPr>
            <w:tcW w:w="1402" w:type="dxa"/>
          </w:tcPr>
          <w:p w14:paraId="4847A1BF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 xml:space="preserve">موافق بشدة </w:t>
            </w:r>
          </w:p>
        </w:tc>
        <w:tc>
          <w:tcPr>
            <w:tcW w:w="772" w:type="dxa"/>
          </w:tcPr>
          <w:p w14:paraId="7F1504D5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محايد</w:t>
            </w:r>
          </w:p>
        </w:tc>
        <w:tc>
          <w:tcPr>
            <w:tcW w:w="1423" w:type="dxa"/>
          </w:tcPr>
          <w:p w14:paraId="64676786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غير موافق</w:t>
            </w:r>
          </w:p>
        </w:tc>
        <w:tc>
          <w:tcPr>
            <w:tcW w:w="1954" w:type="dxa"/>
          </w:tcPr>
          <w:p w14:paraId="6DFB5B2A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غير موافق بشدة</w:t>
            </w:r>
          </w:p>
        </w:tc>
      </w:tr>
      <w:tr w:rsidR="00583E35" w:rsidRPr="00390FBB" w14:paraId="4D5A9527" w14:textId="77777777" w:rsidTr="009A1675">
        <w:tc>
          <w:tcPr>
            <w:tcW w:w="601" w:type="dxa"/>
          </w:tcPr>
          <w:p w14:paraId="1E8D20E6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١-</w:t>
            </w:r>
          </w:p>
        </w:tc>
        <w:tc>
          <w:tcPr>
            <w:tcW w:w="2391" w:type="dxa"/>
          </w:tcPr>
          <w:p w14:paraId="2733C7A9" w14:textId="0B868142" w:rsidR="00583E35" w:rsidRPr="00390FBB" w:rsidRDefault="00583E35" w:rsidP="00583E35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المنتجات التي تُعلن عنها الإعلانات الرقمية التي أراها غالبًا مهمة بالنسبة لي.</w:t>
            </w:r>
          </w:p>
        </w:tc>
        <w:tc>
          <w:tcPr>
            <w:tcW w:w="851" w:type="dxa"/>
          </w:tcPr>
          <w:p w14:paraId="087F6967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1AFB4114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33FC59A2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73076C9F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7EDF089E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583E35" w:rsidRPr="00390FBB" w14:paraId="6D963BFB" w14:textId="77777777" w:rsidTr="009A1675">
        <w:tc>
          <w:tcPr>
            <w:tcW w:w="601" w:type="dxa"/>
          </w:tcPr>
          <w:p w14:paraId="2718C778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٢-</w:t>
            </w:r>
          </w:p>
        </w:tc>
        <w:tc>
          <w:tcPr>
            <w:tcW w:w="2391" w:type="dxa"/>
          </w:tcPr>
          <w:p w14:paraId="7CA91950" w14:textId="50147616" w:rsidR="00583E35" w:rsidRPr="00390FBB" w:rsidRDefault="00583E35" w:rsidP="00583E35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أفكر بشكل جدي قبل اتخاذ قرار الشراء في هذه الفئة من المنتجات.</w:t>
            </w:r>
          </w:p>
        </w:tc>
        <w:tc>
          <w:tcPr>
            <w:tcW w:w="851" w:type="dxa"/>
          </w:tcPr>
          <w:p w14:paraId="7E3D0047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0540AB7E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1CFFB274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186DD007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47D265BF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583E35" w:rsidRPr="00390FBB" w14:paraId="4A5BC125" w14:textId="77777777" w:rsidTr="009A1675">
        <w:tc>
          <w:tcPr>
            <w:tcW w:w="601" w:type="dxa"/>
          </w:tcPr>
          <w:p w14:paraId="37880618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٣-</w:t>
            </w:r>
          </w:p>
        </w:tc>
        <w:tc>
          <w:tcPr>
            <w:tcW w:w="2391" w:type="dxa"/>
          </w:tcPr>
          <w:p w14:paraId="785E8E92" w14:textId="5D780216" w:rsidR="00583E35" w:rsidRPr="00390FBB" w:rsidRDefault="00583E35" w:rsidP="00583E35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أقرأ عادةً المعلومات والتفاصيل المرتبطة بالمنتج قبل الشراء.</w:t>
            </w:r>
          </w:p>
        </w:tc>
        <w:tc>
          <w:tcPr>
            <w:tcW w:w="851" w:type="dxa"/>
          </w:tcPr>
          <w:p w14:paraId="5E907EA8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6857EA64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0FC7E5BC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02C503E4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5B32E3D8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583E35" w:rsidRPr="00390FBB" w14:paraId="3B3FBBE3" w14:textId="77777777" w:rsidTr="009A1675">
        <w:tc>
          <w:tcPr>
            <w:tcW w:w="601" w:type="dxa"/>
          </w:tcPr>
          <w:p w14:paraId="3D0D7398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٤-</w:t>
            </w:r>
          </w:p>
        </w:tc>
        <w:tc>
          <w:tcPr>
            <w:tcW w:w="2391" w:type="dxa"/>
          </w:tcPr>
          <w:p w14:paraId="48186F2D" w14:textId="63692805" w:rsidR="00583E35" w:rsidRPr="00390FBB" w:rsidRDefault="00583E35" w:rsidP="00583E35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عندما يكون المنتج غير مهم لي، لا يؤثر تصميم الإعلان كثيرًا في قراري بالشراء.</w:t>
            </w:r>
          </w:p>
        </w:tc>
        <w:tc>
          <w:tcPr>
            <w:tcW w:w="851" w:type="dxa"/>
          </w:tcPr>
          <w:p w14:paraId="6C6DECD5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50239F43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01A1BF29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352F3800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6F842300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</w:tbl>
    <w:p w14:paraId="2A2401D4" w14:textId="77777777" w:rsidR="00390FBB" w:rsidRPr="00390FBB" w:rsidRDefault="00390FBB" w:rsidP="00390FBB">
      <w:pPr>
        <w:bidi/>
        <w:rPr>
          <w:sz w:val="24"/>
          <w:szCs w:val="24"/>
          <w:rtl/>
        </w:rPr>
      </w:pPr>
    </w:p>
    <w:p w14:paraId="79B961E9" w14:textId="6B40E3BD" w:rsidR="00390FBB" w:rsidRPr="00390FBB" w:rsidRDefault="00390FBB" w:rsidP="007F1132">
      <w:pPr>
        <w:pStyle w:val="p1"/>
        <w:bidi/>
        <w:rPr>
          <w:rtl/>
        </w:rPr>
      </w:pPr>
      <w:r w:rsidRPr="00390FBB">
        <w:rPr>
          <w:rFonts w:hint="cs"/>
          <w:rtl/>
        </w:rPr>
        <w:t xml:space="preserve"> ٦- </w:t>
      </w:r>
      <w:r w:rsidR="007F1132">
        <w:rPr>
          <w:rFonts w:hint="cs"/>
          <w:rtl/>
        </w:rPr>
        <w:t xml:space="preserve">ما </w:t>
      </w:r>
      <w:r w:rsidR="007F1132" w:rsidRPr="007F1132">
        <w:rPr>
          <w:rtl/>
        </w:rPr>
        <w:t>تفضيلاتك</w:t>
      </w:r>
      <w:r w:rsidR="007F1132">
        <w:rPr>
          <w:rFonts w:hint="cs"/>
          <w:b/>
          <w:bCs/>
          <w:rtl/>
        </w:rPr>
        <w:t xml:space="preserve"> </w:t>
      </w:r>
      <w:r w:rsidRPr="00390FBB">
        <w:rPr>
          <w:rtl/>
        </w:rPr>
        <w:t>الشخصية في تصميم الإعلانات الرقمية</w:t>
      </w:r>
      <w:r w:rsidRPr="00390FBB">
        <w:rPr>
          <w:rFonts w:hint="cs"/>
          <w:rtl/>
        </w:rPr>
        <w:t>؟</w:t>
      </w:r>
    </w:p>
    <w:tbl>
      <w:tblPr>
        <w:tblStyle w:val="afa"/>
        <w:bidiVisual/>
        <w:tblW w:w="9394" w:type="dxa"/>
        <w:tblInd w:w="15" w:type="dxa"/>
        <w:tblLook w:val="04A0" w:firstRow="1" w:lastRow="0" w:firstColumn="1" w:lastColumn="0" w:noHBand="0" w:noVBand="1"/>
      </w:tblPr>
      <w:tblGrid>
        <w:gridCol w:w="601"/>
        <w:gridCol w:w="2391"/>
        <w:gridCol w:w="851"/>
        <w:gridCol w:w="1402"/>
        <w:gridCol w:w="772"/>
        <w:gridCol w:w="1423"/>
        <w:gridCol w:w="1954"/>
      </w:tblGrid>
      <w:tr w:rsidR="00583E35" w:rsidRPr="00390FBB" w14:paraId="58F4E162" w14:textId="77777777" w:rsidTr="009A1675">
        <w:tc>
          <w:tcPr>
            <w:tcW w:w="2992" w:type="dxa"/>
            <w:gridSpan w:val="2"/>
          </w:tcPr>
          <w:p w14:paraId="33CABC92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السؤال</w:t>
            </w:r>
          </w:p>
        </w:tc>
        <w:tc>
          <w:tcPr>
            <w:tcW w:w="851" w:type="dxa"/>
          </w:tcPr>
          <w:p w14:paraId="03B0F533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موافق</w:t>
            </w:r>
          </w:p>
        </w:tc>
        <w:tc>
          <w:tcPr>
            <w:tcW w:w="1402" w:type="dxa"/>
          </w:tcPr>
          <w:p w14:paraId="36BB55EF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 xml:space="preserve">موافق بشدة </w:t>
            </w:r>
          </w:p>
        </w:tc>
        <w:tc>
          <w:tcPr>
            <w:tcW w:w="772" w:type="dxa"/>
          </w:tcPr>
          <w:p w14:paraId="4BDC7256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محايد</w:t>
            </w:r>
          </w:p>
        </w:tc>
        <w:tc>
          <w:tcPr>
            <w:tcW w:w="1423" w:type="dxa"/>
          </w:tcPr>
          <w:p w14:paraId="631B3624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غير موافق</w:t>
            </w:r>
          </w:p>
        </w:tc>
        <w:tc>
          <w:tcPr>
            <w:tcW w:w="1954" w:type="dxa"/>
          </w:tcPr>
          <w:p w14:paraId="25F8E84F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غير موافق بشدة</w:t>
            </w:r>
          </w:p>
        </w:tc>
      </w:tr>
      <w:tr w:rsidR="00583E35" w:rsidRPr="00390FBB" w14:paraId="47A823C2" w14:textId="77777777" w:rsidTr="009A1675">
        <w:tc>
          <w:tcPr>
            <w:tcW w:w="601" w:type="dxa"/>
          </w:tcPr>
          <w:p w14:paraId="45775FC4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١-</w:t>
            </w:r>
          </w:p>
        </w:tc>
        <w:tc>
          <w:tcPr>
            <w:tcW w:w="2391" w:type="dxa"/>
          </w:tcPr>
          <w:p w14:paraId="0FA1C304" w14:textId="61E8BF0B" w:rsidR="00583E35" w:rsidRPr="00390FBB" w:rsidRDefault="00583E35" w:rsidP="00583E35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أفضل الإعلانات الرقمية البسيطة والواضحة في تصميمها.</w:t>
            </w:r>
          </w:p>
        </w:tc>
        <w:tc>
          <w:tcPr>
            <w:tcW w:w="851" w:type="dxa"/>
          </w:tcPr>
          <w:p w14:paraId="4BC317A4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166EC858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3308A2AC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6D557DFE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03CF6D7E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583E35" w:rsidRPr="00390FBB" w14:paraId="6A947F2E" w14:textId="77777777" w:rsidTr="009A1675">
        <w:tc>
          <w:tcPr>
            <w:tcW w:w="601" w:type="dxa"/>
          </w:tcPr>
          <w:p w14:paraId="1870B108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٢-</w:t>
            </w:r>
          </w:p>
        </w:tc>
        <w:tc>
          <w:tcPr>
            <w:tcW w:w="2391" w:type="dxa"/>
          </w:tcPr>
          <w:p w14:paraId="3644346F" w14:textId="37F446F7" w:rsidR="00583E35" w:rsidRPr="00390FBB" w:rsidRDefault="00390FBB" w:rsidP="00390FBB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لا أحب الإعلانات المزدحمة بالنصوص والصور.</w:t>
            </w:r>
          </w:p>
        </w:tc>
        <w:tc>
          <w:tcPr>
            <w:tcW w:w="851" w:type="dxa"/>
          </w:tcPr>
          <w:p w14:paraId="719C4676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1348094B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4D992F6D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08BD56BF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62B5914F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583E35" w:rsidRPr="00390FBB" w14:paraId="20CFEACF" w14:textId="77777777" w:rsidTr="009A1675">
        <w:tc>
          <w:tcPr>
            <w:tcW w:w="601" w:type="dxa"/>
          </w:tcPr>
          <w:p w14:paraId="5DDFEEBC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٣-</w:t>
            </w:r>
          </w:p>
        </w:tc>
        <w:tc>
          <w:tcPr>
            <w:tcW w:w="2391" w:type="dxa"/>
          </w:tcPr>
          <w:p w14:paraId="72D69921" w14:textId="21B0EAC1" w:rsidR="00583E35" w:rsidRPr="00390FBB" w:rsidRDefault="00390FBB" w:rsidP="00390FBB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أفضل أن يركّز الإعلان على صورة واحدة أو عنصر بصري رئيسي.</w:t>
            </w:r>
          </w:p>
        </w:tc>
        <w:tc>
          <w:tcPr>
            <w:tcW w:w="851" w:type="dxa"/>
          </w:tcPr>
          <w:p w14:paraId="2DBD8A57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5B70EF1D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16921EA1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7EADB9F6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69C40A66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583E35" w:rsidRPr="00390FBB" w14:paraId="35120625" w14:textId="77777777" w:rsidTr="009A1675">
        <w:tc>
          <w:tcPr>
            <w:tcW w:w="601" w:type="dxa"/>
          </w:tcPr>
          <w:p w14:paraId="636FD56C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٤-</w:t>
            </w:r>
          </w:p>
        </w:tc>
        <w:tc>
          <w:tcPr>
            <w:tcW w:w="2391" w:type="dxa"/>
          </w:tcPr>
          <w:p w14:paraId="545B8259" w14:textId="115D89C6" w:rsidR="00583E35" w:rsidRPr="00390FBB" w:rsidRDefault="00390FBB" w:rsidP="00390FBB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أفضل أن تكون الألوان المستخدمة في الإعلان مريحة للعين وغير صارخة.</w:t>
            </w:r>
          </w:p>
        </w:tc>
        <w:tc>
          <w:tcPr>
            <w:tcW w:w="851" w:type="dxa"/>
          </w:tcPr>
          <w:p w14:paraId="55A482AC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2335E15E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6513A7AA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3E1420C4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2539CA49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583E35" w:rsidRPr="00390FBB" w14:paraId="2AD07D65" w14:textId="77777777" w:rsidTr="009A1675">
        <w:tc>
          <w:tcPr>
            <w:tcW w:w="601" w:type="dxa"/>
          </w:tcPr>
          <w:p w14:paraId="0F82990E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lastRenderedPageBreak/>
              <w:t>٥-</w:t>
            </w:r>
          </w:p>
        </w:tc>
        <w:tc>
          <w:tcPr>
            <w:tcW w:w="2391" w:type="dxa"/>
          </w:tcPr>
          <w:p w14:paraId="203658DF" w14:textId="34263266" w:rsidR="00583E35" w:rsidRPr="00390FBB" w:rsidRDefault="00390FBB" w:rsidP="00390FBB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الإعلانات التي تحتوي على معلومات واضحة عن السعر والعرض تشجعني على الشراء.</w:t>
            </w:r>
          </w:p>
        </w:tc>
        <w:tc>
          <w:tcPr>
            <w:tcW w:w="851" w:type="dxa"/>
          </w:tcPr>
          <w:p w14:paraId="5FFC31FC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69167B9E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1E914BE5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47194E75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30E3B62C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  <w:tr w:rsidR="00583E35" w:rsidRPr="00390FBB" w14:paraId="78A84DBA" w14:textId="77777777" w:rsidTr="009A1675">
        <w:tc>
          <w:tcPr>
            <w:tcW w:w="601" w:type="dxa"/>
          </w:tcPr>
          <w:p w14:paraId="1B674324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  <w:r w:rsidRPr="00390FBB">
              <w:rPr>
                <w:rFonts w:hint="cs"/>
                <w:sz w:val="24"/>
                <w:szCs w:val="24"/>
                <w:rtl/>
              </w:rPr>
              <w:t>٦-</w:t>
            </w:r>
          </w:p>
        </w:tc>
        <w:tc>
          <w:tcPr>
            <w:tcW w:w="2391" w:type="dxa"/>
          </w:tcPr>
          <w:p w14:paraId="63877F70" w14:textId="71CC59D1" w:rsidR="00583E35" w:rsidRPr="00390FBB" w:rsidRDefault="00390FBB" w:rsidP="00390FBB">
            <w:pPr>
              <w:pStyle w:val="p1"/>
              <w:bidi/>
              <w:rPr>
                <w:rtl/>
              </w:rPr>
            </w:pPr>
            <w:r w:rsidRPr="00390FBB">
              <w:rPr>
                <w:rtl/>
              </w:rPr>
              <w:t>الإعلانات التي تبالغ في المؤثرات البصرية تجعلني أقل رغبة في الشراء.</w:t>
            </w:r>
          </w:p>
        </w:tc>
        <w:tc>
          <w:tcPr>
            <w:tcW w:w="851" w:type="dxa"/>
          </w:tcPr>
          <w:p w14:paraId="6030D0D7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02" w:type="dxa"/>
          </w:tcPr>
          <w:p w14:paraId="4BC8AA30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772" w:type="dxa"/>
          </w:tcPr>
          <w:p w14:paraId="6C35C45C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423" w:type="dxa"/>
          </w:tcPr>
          <w:p w14:paraId="65BADDDA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  <w:tc>
          <w:tcPr>
            <w:tcW w:w="1954" w:type="dxa"/>
          </w:tcPr>
          <w:p w14:paraId="4CDDEBB5" w14:textId="77777777" w:rsidR="00583E35" w:rsidRPr="00390FBB" w:rsidRDefault="00583E35" w:rsidP="009A1675">
            <w:pPr>
              <w:bidi/>
              <w:rPr>
                <w:sz w:val="24"/>
                <w:szCs w:val="24"/>
                <w:rtl/>
              </w:rPr>
            </w:pPr>
          </w:p>
        </w:tc>
      </w:tr>
    </w:tbl>
    <w:p w14:paraId="6CD7F479" w14:textId="77777777" w:rsidR="00583E35" w:rsidRPr="00390FBB" w:rsidRDefault="00583E35" w:rsidP="00583E35">
      <w:pPr>
        <w:bidi/>
        <w:rPr>
          <w:sz w:val="24"/>
          <w:szCs w:val="24"/>
          <w:rtl/>
        </w:rPr>
      </w:pPr>
    </w:p>
    <w:p w14:paraId="5EC85B11" w14:textId="5AC1F7E6" w:rsidR="00390FBB" w:rsidRPr="00390FBB" w:rsidRDefault="00390FBB" w:rsidP="00390FBB">
      <w:pPr>
        <w:pStyle w:val="p1"/>
        <w:bidi/>
        <w:rPr>
          <w:rtl/>
        </w:rPr>
      </w:pPr>
      <w:r w:rsidRPr="00390FBB">
        <w:rPr>
          <w:rFonts w:hint="cs"/>
          <w:rtl/>
        </w:rPr>
        <w:t>سؤال إختياري:</w:t>
      </w:r>
    </w:p>
    <w:p w14:paraId="6F9E386A" w14:textId="73FA2773" w:rsidR="00390FBB" w:rsidRPr="00390FBB" w:rsidRDefault="00390FBB" w:rsidP="00390FBB">
      <w:pPr>
        <w:pStyle w:val="p1"/>
        <w:bidi/>
        <w:rPr>
          <w:rtl/>
        </w:rPr>
      </w:pPr>
      <w:r w:rsidRPr="00390FBB">
        <w:rPr>
          <w:rtl/>
        </w:rPr>
        <w:t>إذا كان لديك أي ملاحظات أو تعليقات حول الإعلانات الرقمية وتصميمها، نرجو ذكرها هنا</w:t>
      </w:r>
      <w:r w:rsidRPr="00390FBB">
        <w:rPr>
          <w:rFonts w:hint="cs"/>
          <w:rtl/>
        </w:rPr>
        <w:t xml:space="preserve">؟ </w:t>
      </w:r>
    </w:p>
    <w:p w14:paraId="43B8652B" w14:textId="4E2A2795" w:rsidR="00390FBB" w:rsidRPr="00390FBB" w:rsidRDefault="00390FBB" w:rsidP="00390FBB">
      <w:pPr>
        <w:pStyle w:val="p1"/>
        <w:bidi/>
      </w:pPr>
      <w:r w:rsidRPr="00390FBB">
        <w:rPr>
          <w:rFonts w:hint="cs"/>
          <w:rtl/>
        </w:rPr>
        <w:t>.......................................................................................</w:t>
      </w:r>
    </w:p>
    <w:p w14:paraId="2B4DBC72" w14:textId="77777777" w:rsidR="00390FBB" w:rsidRPr="00390FBB" w:rsidRDefault="00390FBB" w:rsidP="00390FBB">
      <w:pPr>
        <w:bidi/>
        <w:rPr>
          <w:sz w:val="32"/>
          <w:szCs w:val="32"/>
          <w:rtl/>
        </w:rPr>
      </w:pPr>
    </w:p>
    <w:sectPr w:rsidR="00390FBB" w:rsidRPr="00390FBB" w:rsidSect="00034616">
      <w:pgSz w:w="12240" w:h="15840"/>
      <w:pgMar w:top="1417" w:right="1701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6A6784"/>
    <w:multiLevelType w:val="multilevel"/>
    <w:tmpl w:val="FB4AE3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977FFD"/>
    <w:multiLevelType w:val="multilevel"/>
    <w:tmpl w:val="AD08B1F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CC33A6D"/>
    <w:multiLevelType w:val="hybridMultilevel"/>
    <w:tmpl w:val="CC78D532"/>
    <w:lvl w:ilvl="0" w:tplc="6CB6F90C">
      <w:start w:val="1"/>
      <w:numFmt w:val="decimalFullWidth"/>
      <w:lvlText w:val="%1-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F80EC1"/>
    <w:multiLevelType w:val="multilevel"/>
    <w:tmpl w:val="8160C06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4115E8D"/>
    <w:multiLevelType w:val="multilevel"/>
    <w:tmpl w:val="3F7CFE7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CB566C"/>
    <w:multiLevelType w:val="multilevel"/>
    <w:tmpl w:val="8ECEFE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0980264"/>
    <w:multiLevelType w:val="hybridMultilevel"/>
    <w:tmpl w:val="E57C42EE"/>
    <w:lvl w:ilvl="0" w:tplc="AE2C6A8C">
      <w:start w:val="1"/>
      <w:numFmt w:val="decimalFullWidt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AC4726"/>
    <w:multiLevelType w:val="hybridMultilevel"/>
    <w:tmpl w:val="91783BE4"/>
    <w:lvl w:ilvl="0" w:tplc="598A663C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3F5693"/>
    <w:multiLevelType w:val="multilevel"/>
    <w:tmpl w:val="36A859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4107FC"/>
    <w:multiLevelType w:val="multilevel"/>
    <w:tmpl w:val="0392774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AA747BC"/>
    <w:multiLevelType w:val="multilevel"/>
    <w:tmpl w:val="7318F3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5B4839"/>
    <w:multiLevelType w:val="multilevel"/>
    <w:tmpl w:val="C8ECA18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F0122D"/>
    <w:multiLevelType w:val="multilevel"/>
    <w:tmpl w:val="FB34C0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49708A3"/>
    <w:multiLevelType w:val="multilevel"/>
    <w:tmpl w:val="0D8279A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225766"/>
    <w:multiLevelType w:val="hybridMultilevel"/>
    <w:tmpl w:val="330EFABC"/>
    <w:lvl w:ilvl="0" w:tplc="30C6A8D2">
      <w:start w:val="1"/>
      <w:numFmt w:val="decimalFullWidth"/>
      <w:lvlText w:val="%1-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5547B8"/>
    <w:multiLevelType w:val="multilevel"/>
    <w:tmpl w:val="4238B28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2A6423"/>
    <w:multiLevelType w:val="multilevel"/>
    <w:tmpl w:val="C150CA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D500EE0"/>
    <w:multiLevelType w:val="multilevel"/>
    <w:tmpl w:val="A372BD2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4D75A7D"/>
    <w:multiLevelType w:val="multilevel"/>
    <w:tmpl w:val="635A0AF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4CC0526"/>
    <w:multiLevelType w:val="multilevel"/>
    <w:tmpl w:val="827068B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97E3B6C"/>
    <w:multiLevelType w:val="multilevel"/>
    <w:tmpl w:val="AD02A45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1159370">
    <w:abstractNumId w:val="8"/>
  </w:num>
  <w:num w:numId="2" w16cid:durableId="1357853805">
    <w:abstractNumId w:val="6"/>
  </w:num>
  <w:num w:numId="3" w16cid:durableId="958296908">
    <w:abstractNumId w:val="5"/>
  </w:num>
  <w:num w:numId="4" w16cid:durableId="629480321">
    <w:abstractNumId w:val="4"/>
  </w:num>
  <w:num w:numId="5" w16cid:durableId="7341381">
    <w:abstractNumId w:val="7"/>
  </w:num>
  <w:num w:numId="6" w16cid:durableId="488181273">
    <w:abstractNumId w:val="3"/>
  </w:num>
  <w:num w:numId="7" w16cid:durableId="2065369161">
    <w:abstractNumId w:val="2"/>
  </w:num>
  <w:num w:numId="8" w16cid:durableId="276104729">
    <w:abstractNumId w:val="1"/>
  </w:num>
  <w:num w:numId="9" w16cid:durableId="442846935">
    <w:abstractNumId w:val="0"/>
  </w:num>
  <w:num w:numId="10" w16cid:durableId="1335838689">
    <w:abstractNumId w:val="15"/>
  </w:num>
  <w:num w:numId="11" w16cid:durableId="1138760739">
    <w:abstractNumId w:val="16"/>
  </w:num>
  <w:num w:numId="12" w16cid:durableId="1883590993">
    <w:abstractNumId w:val="21"/>
  </w:num>
  <w:num w:numId="13" w16cid:durableId="415589254">
    <w:abstractNumId w:val="9"/>
  </w:num>
  <w:num w:numId="14" w16cid:durableId="649017633">
    <w:abstractNumId w:val="25"/>
  </w:num>
  <w:num w:numId="15" w16cid:durableId="1403143671">
    <w:abstractNumId w:val="14"/>
  </w:num>
  <w:num w:numId="16" w16cid:durableId="1831021141">
    <w:abstractNumId w:val="19"/>
  </w:num>
  <w:num w:numId="17" w16cid:durableId="447159413">
    <w:abstractNumId w:val="20"/>
  </w:num>
  <w:num w:numId="18" w16cid:durableId="710419242">
    <w:abstractNumId w:val="27"/>
  </w:num>
  <w:num w:numId="19" w16cid:durableId="2028215005">
    <w:abstractNumId w:val="10"/>
  </w:num>
  <w:num w:numId="20" w16cid:durableId="1743479658">
    <w:abstractNumId w:val="29"/>
  </w:num>
  <w:num w:numId="21" w16cid:durableId="1234388940">
    <w:abstractNumId w:val="24"/>
  </w:num>
  <w:num w:numId="22" w16cid:durableId="1249116419">
    <w:abstractNumId w:val="13"/>
  </w:num>
  <w:num w:numId="23" w16cid:durableId="1641693583">
    <w:abstractNumId w:val="17"/>
  </w:num>
  <w:num w:numId="24" w16cid:durableId="554656810">
    <w:abstractNumId w:val="22"/>
  </w:num>
  <w:num w:numId="25" w16cid:durableId="762919109">
    <w:abstractNumId w:val="12"/>
  </w:num>
  <w:num w:numId="26" w16cid:durableId="910500460">
    <w:abstractNumId w:val="18"/>
  </w:num>
  <w:num w:numId="27" w16cid:durableId="545722418">
    <w:abstractNumId w:val="26"/>
  </w:num>
  <w:num w:numId="28" w16cid:durableId="1706173975">
    <w:abstractNumId w:val="28"/>
  </w:num>
  <w:num w:numId="29" w16cid:durableId="904992573">
    <w:abstractNumId w:val="11"/>
  </w:num>
  <w:num w:numId="30" w16cid:durableId="61139862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626BC"/>
    <w:rsid w:val="0029639D"/>
    <w:rsid w:val="00326F90"/>
    <w:rsid w:val="00390FBB"/>
    <w:rsid w:val="00583E35"/>
    <w:rsid w:val="005D468E"/>
    <w:rsid w:val="00674187"/>
    <w:rsid w:val="006A698A"/>
    <w:rsid w:val="00734103"/>
    <w:rsid w:val="007D2A99"/>
    <w:rsid w:val="007F1132"/>
    <w:rsid w:val="00AA1D8D"/>
    <w:rsid w:val="00AC60E7"/>
    <w:rsid w:val="00AD3D8B"/>
    <w:rsid w:val="00B47730"/>
    <w:rsid w:val="00B74284"/>
    <w:rsid w:val="00C530B5"/>
    <w:rsid w:val="00CB0664"/>
    <w:rsid w:val="00D352D7"/>
    <w:rsid w:val="00EB2AF7"/>
    <w:rsid w:val="00F34B29"/>
    <w:rsid w:val="00F9269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٫"/>
  <w:listSeparator w:val=";"/>
  <w14:docId w14:val="1ADD7FFA"/>
  <w14:defaultImageDpi w14:val="300"/>
  <w15:docId w15:val="{801ED14A-F96F-1749-B61B-1C2DCC822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Arial" w:eastAsia="Arial" w:hAnsi="Arial" w:cs="Arial"/>
      <w:sz w:val="26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1">
    <w:name w:val="p1"/>
    <w:basedOn w:val="a1"/>
    <w:rsid w:val="00AD3D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1"/>
    <w:rsid w:val="00674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1"/>
    <w:rsid w:val="00674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2"/>
    <w:rsid w:val="00674187"/>
  </w:style>
  <w:style w:type="character" w:customStyle="1" w:styleId="s1">
    <w:name w:val="s1"/>
    <w:basedOn w:val="a2"/>
    <w:rsid w:val="006741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711</Words>
  <Characters>4054</Characters>
  <Application>Microsoft Office Word</Application>
  <DocSecurity>0</DocSecurity>
  <Lines>33</Lines>
  <Paragraphs>9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4756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/>
  <cp:lastModifiedBy>شيماء</cp:lastModifiedBy>
  <cp:revision>2</cp:revision>
  <dcterms:created xsi:type="dcterms:W3CDTF">2025-11-30T10:38:00Z</dcterms:created>
  <dcterms:modified xsi:type="dcterms:W3CDTF">2025-11-30T10:38:00Z</dcterms:modified>
  <cp:category/>
</cp:coreProperties>
</file>