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8"/>
        <w:gridCol w:w="4968"/>
      </w:tblGrid>
      <w:tr w:rsidR="002446D6" w14:paraId="7B757EA6" w14:textId="77777777">
        <w:trPr>
          <w:jc w:val="center"/>
        </w:trPr>
        <w:tc>
          <w:tcPr>
            <w:tcW w:w="4968" w:type="dxa"/>
          </w:tcPr>
          <w:p w14:paraId="049DE505" w14:textId="219DED63" w:rsidR="002446D6" w:rsidRDefault="00523F6A">
            <w:r>
              <w:rPr>
                <w:noProof/>
              </w:rPr>
              <w:drawing>
                <wp:inline distT="0" distB="0" distL="0" distR="0" wp14:anchorId="562D3106" wp14:editId="279701D4">
                  <wp:extent cx="1645920" cy="1645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midocean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8" w:type="dxa"/>
          </w:tcPr>
          <w:p w14:paraId="3867A6C4" w14:textId="0DBFA413" w:rsidR="002446D6" w:rsidRDefault="00260C40">
            <w:pPr>
              <w:jc w:val="right"/>
            </w:pPr>
            <w:proofErr w:type="spellStart"/>
            <w:r>
              <w:rPr>
                <w:rFonts w:ascii="Arial" w:hAnsi="Arial"/>
                <w:b/>
                <w:sz w:val="28"/>
              </w:rPr>
              <w:t>جامعة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ميدأوشن</w:t>
            </w:r>
            <w:proofErr w:type="spellEnd"/>
            <w:r>
              <w:rPr>
                <w:rFonts w:ascii="Arial" w:hAnsi="Arial"/>
                <w:b/>
                <w:sz w:val="28"/>
              </w:rPr>
              <w:br/>
            </w:r>
            <w:proofErr w:type="spellStart"/>
            <w:r>
              <w:rPr>
                <w:rFonts w:ascii="Arial" w:hAnsi="Arial"/>
                <w:b/>
                <w:sz w:val="28"/>
              </w:rPr>
              <w:t>كلية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الإعلام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والتسويق</w:t>
            </w:r>
            <w:proofErr w:type="spellEnd"/>
            <w:r>
              <w:rPr>
                <w:rFonts w:ascii="Arial" w:hAnsi="Arial"/>
                <w:b/>
                <w:sz w:val="28"/>
              </w:rPr>
              <w:br/>
            </w:r>
            <w:proofErr w:type="spellStart"/>
            <w:r>
              <w:rPr>
                <w:rFonts w:ascii="Arial" w:hAnsi="Arial"/>
                <w:b/>
                <w:sz w:val="28"/>
              </w:rPr>
              <w:t>بكالوريوس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تسويق</w:t>
            </w:r>
            <w:proofErr w:type="spellEnd"/>
            <w:r>
              <w:rPr>
                <w:rFonts w:ascii="Arial" w:hAnsi="Arial"/>
                <w:b/>
                <w:sz w:val="2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28"/>
              </w:rPr>
              <w:t>رقمي</w:t>
            </w:r>
            <w:proofErr w:type="spellEnd"/>
          </w:p>
        </w:tc>
      </w:tr>
    </w:tbl>
    <w:p w14:paraId="65889127" w14:textId="743EA070" w:rsidR="002446D6" w:rsidRDefault="002446D6">
      <w:pPr>
        <w:spacing w:after="0"/>
      </w:pPr>
    </w:p>
    <w:p w14:paraId="71AD1FD8" w14:textId="660A80C0" w:rsidR="002446D6" w:rsidRDefault="002446D6">
      <w:pPr>
        <w:spacing w:after="0"/>
      </w:pPr>
    </w:p>
    <w:p w14:paraId="53C9D738" w14:textId="77777777" w:rsidR="00523F6A" w:rsidRDefault="00523F6A">
      <w:pPr>
        <w:spacing w:after="0"/>
      </w:pPr>
    </w:p>
    <w:p w14:paraId="179F8FA4" w14:textId="77777777" w:rsidR="00523F6A" w:rsidRDefault="00523F6A">
      <w:pPr>
        <w:spacing w:after="0"/>
      </w:pPr>
    </w:p>
    <w:p w14:paraId="6D79DBA4" w14:textId="77777777" w:rsidR="00523F6A" w:rsidRDefault="00523F6A">
      <w:pPr>
        <w:spacing w:after="0"/>
      </w:pPr>
    </w:p>
    <w:p w14:paraId="59F11BFE" w14:textId="77777777" w:rsidR="00523F6A" w:rsidRDefault="00523F6A">
      <w:pPr>
        <w:spacing w:after="0"/>
      </w:pPr>
    </w:p>
    <w:p w14:paraId="5343B445" w14:textId="77777777" w:rsidR="00523F6A" w:rsidRDefault="00523F6A">
      <w:pPr>
        <w:spacing w:after="0"/>
      </w:pPr>
    </w:p>
    <w:p w14:paraId="0DA5847D" w14:textId="77777777" w:rsidR="00523F6A" w:rsidRDefault="00523F6A">
      <w:pPr>
        <w:spacing w:after="0"/>
      </w:pPr>
    </w:p>
    <w:p w14:paraId="09DE5E2F" w14:textId="77777777" w:rsidR="00523F6A" w:rsidRDefault="00523F6A">
      <w:pPr>
        <w:spacing w:after="0"/>
      </w:pPr>
    </w:p>
    <w:p w14:paraId="19AB9623" w14:textId="0E76FDEF" w:rsidR="002446D6" w:rsidRPr="00A753C8" w:rsidRDefault="00523F6A">
      <w:pPr>
        <w:jc w:val="center"/>
        <w:rPr>
          <w:sz w:val="52"/>
          <w:szCs w:val="52"/>
        </w:rPr>
      </w:pPr>
      <w:r w:rsidRPr="00A753C8">
        <w:rPr>
          <w:rFonts w:hint="cs"/>
          <w:b/>
          <w:bCs/>
          <w:sz w:val="52"/>
          <w:szCs w:val="52"/>
          <w:rtl/>
        </w:rPr>
        <w:t xml:space="preserve"> حنين علي </w:t>
      </w:r>
      <w:proofErr w:type="spellStart"/>
      <w:r w:rsidRPr="00A753C8">
        <w:rPr>
          <w:rFonts w:hint="cs"/>
          <w:b/>
          <w:bCs/>
          <w:sz w:val="52"/>
          <w:szCs w:val="52"/>
          <w:rtl/>
        </w:rPr>
        <w:t>المقطري</w:t>
      </w:r>
      <w:proofErr w:type="spellEnd"/>
    </w:p>
    <w:p w14:paraId="66AB6925" w14:textId="77777777" w:rsidR="002446D6" w:rsidRDefault="002446D6">
      <w:pPr>
        <w:spacing w:after="0"/>
      </w:pPr>
    </w:p>
    <w:p w14:paraId="58EDA5A1" w14:textId="77777777" w:rsidR="002446D6" w:rsidRDefault="002446D6">
      <w:pPr>
        <w:spacing w:after="0"/>
      </w:pPr>
    </w:p>
    <w:p w14:paraId="4BB15E0B" w14:textId="61E24B6C" w:rsidR="00523F6A" w:rsidRDefault="00523F6A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  <w:proofErr w:type="gramStart"/>
      <w:r w:rsidRPr="00523F6A">
        <w:rPr>
          <w:rFonts w:ascii="Arial" w:hAnsi="Arial" w:cs="Arial" w:hint="cs"/>
          <w:bCs/>
          <w:sz w:val="48"/>
          <w:szCs w:val="48"/>
          <w:rtl/>
        </w:rPr>
        <w:t>العنوان :</w:t>
      </w:r>
      <w:proofErr w:type="gramEnd"/>
      <w:r w:rsidRPr="00523F6A">
        <w:rPr>
          <w:rFonts w:ascii="Arial" w:hAnsi="Arial" w:cs="Arial" w:hint="cs"/>
          <w:bCs/>
          <w:sz w:val="48"/>
          <w:szCs w:val="48"/>
          <w:rtl/>
        </w:rPr>
        <w:t xml:space="preserve"> الدراسات السابقة لتأثير مقاطع تذوق الطعام التي يقدمها المؤثرون على منصة تيك توك في السلوك </w:t>
      </w:r>
      <w:proofErr w:type="spellStart"/>
      <w:r w:rsidRPr="00523F6A">
        <w:rPr>
          <w:rFonts w:ascii="Arial" w:hAnsi="Arial" w:cs="Arial" w:hint="cs"/>
          <w:bCs/>
          <w:sz w:val="48"/>
          <w:szCs w:val="48"/>
          <w:rtl/>
        </w:rPr>
        <w:t>الإستهلاكي</w:t>
      </w:r>
      <w:proofErr w:type="spellEnd"/>
      <w:r w:rsidRPr="00523F6A">
        <w:rPr>
          <w:rFonts w:ascii="Arial" w:hAnsi="Arial" w:cs="Arial" w:hint="cs"/>
          <w:bCs/>
          <w:sz w:val="48"/>
          <w:szCs w:val="48"/>
          <w:rtl/>
        </w:rPr>
        <w:t xml:space="preserve"> للجمهور السعودي</w:t>
      </w:r>
      <w:r w:rsidR="00A753C8">
        <w:rPr>
          <w:rFonts w:ascii="Arial" w:hAnsi="Arial" w:cs="Arial" w:hint="cs"/>
          <w:bCs/>
          <w:sz w:val="48"/>
          <w:szCs w:val="48"/>
          <w:rtl/>
        </w:rPr>
        <w:t>.</w:t>
      </w:r>
    </w:p>
    <w:p w14:paraId="79EF2922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035CD8D7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7BE805FB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4D735743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3AFAD75F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605F0CD3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616536FC" w14:textId="77777777" w:rsidR="00A753C8" w:rsidRDefault="00A753C8" w:rsidP="00523F6A">
      <w:pPr>
        <w:spacing w:after="0"/>
        <w:jc w:val="center"/>
        <w:rPr>
          <w:rFonts w:ascii="Arial" w:hAnsi="Arial" w:cs="Arial"/>
          <w:bCs/>
          <w:sz w:val="48"/>
          <w:szCs w:val="48"/>
          <w:rtl/>
        </w:rPr>
      </w:pPr>
    </w:p>
    <w:p w14:paraId="1E4A536B" w14:textId="61A813BD" w:rsidR="00A753C8" w:rsidRPr="00A753C8" w:rsidRDefault="00A753C8" w:rsidP="00A753C8">
      <w:pPr>
        <w:pStyle w:val="1"/>
        <w:bidi/>
        <w:rPr>
          <w:color w:val="000000" w:themeColor="text1"/>
          <w:sz w:val="32"/>
          <w:szCs w:val="32"/>
        </w:rPr>
      </w:pPr>
      <w:proofErr w:type="gramStart"/>
      <w:r w:rsidRPr="00A753C8">
        <w:rPr>
          <w:rFonts w:hint="cs"/>
          <w:color w:val="000000" w:themeColor="text1"/>
          <w:sz w:val="32"/>
          <w:szCs w:val="32"/>
          <w:rtl/>
        </w:rPr>
        <w:lastRenderedPageBreak/>
        <w:t>المقدمة</w:t>
      </w:r>
      <w:r w:rsidRPr="00A753C8">
        <w:rPr>
          <w:color w:val="000000" w:themeColor="text1"/>
          <w:sz w:val="32"/>
          <w:szCs w:val="32"/>
        </w:rPr>
        <w:t xml:space="preserve"> :</w:t>
      </w:r>
      <w:proofErr w:type="gramEnd"/>
    </w:p>
    <w:p w14:paraId="6B8C89DC" w14:textId="59F9659F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شهد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العصر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الحالي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تحولاً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جذرياً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أنماط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الاتصال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والتسويق،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حيث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فرضت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منصات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التواصل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الاجتماعي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واقعاً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جديداً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كيفية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تشكيل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وعي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الأفراد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وتوجيه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سلوكياتهم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الاستهلاكية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. </w:t>
      </w:r>
      <w:r w:rsidRPr="00CF7E08">
        <w:rPr>
          <w:rFonts w:ascii="Arial" w:hAnsi="Arial" w:cs="Arial" w:hint="cs"/>
          <w:b/>
          <w:sz w:val="32"/>
          <w:szCs w:val="32"/>
          <w:rtl/>
        </w:rPr>
        <w:t>ولم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تعد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هذه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المنصات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مجرد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وسيلة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للترفيه،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تحولت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إلى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محركٍ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أساسيٍ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لقرارات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الشراء،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خاصة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بروز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دور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'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المؤثرين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الرقميين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'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الذين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استطاعوا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بناء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جسور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الثقة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متابعيهم</w:t>
      </w:r>
      <w:r w:rsidRPr="00CF7E08">
        <w:rPr>
          <w:rFonts w:ascii="Arial" w:hAnsi="Arial" w:cs="Arial"/>
          <w:b/>
          <w:sz w:val="32"/>
          <w:szCs w:val="32"/>
        </w:rPr>
        <w:t>.</w:t>
      </w:r>
    </w:p>
    <w:p w14:paraId="0991C0B9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وفي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هذا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السياق،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برز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تطبيق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'</w:t>
      </w:r>
      <w:r w:rsidRPr="00CF7E08">
        <w:rPr>
          <w:rFonts w:ascii="Arial" w:hAnsi="Arial" w:cs="Arial" w:hint="cs"/>
          <w:b/>
          <w:sz w:val="32"/>
          <w:szCs w:val="32"/>
          <w:rtl/>
        </w:rPr>
        <w:t>تيك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توك</w:t>
      </w:r>
      <w:r w:rsidRPr="00CF7E08">
        <w:rPr>
          <w:rFonts w:ascii="Arial" w:hAnsi="Arial" w:cs="Arial"/>
          <w:b/>
          <w:sz w:val="32"/>
          <w:szCs w:val="32"/>
        </w:rPr>
        <w:t xml:space="preserve">' (TikTok) </w:t>
      </w:r>
      <w:r w:rsidRPr="00CF7E08">
        <w:rPr>
          <w:rFonts w:ascii="Arial" w:hAnsi="Arial" w:cs="Arial" w:hint="cs"/>
          <w:b/>
          <w:sz w:val="32"/>
          <w:szCs w:val="32"/>
          <w:rtl/>
        </w:rPr>
        <w:t>كمنصة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رائدة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تعتمد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المحتوى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البصري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قصير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المدى،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مما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خلق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بيئة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تفاعلية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فريدة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أسهمت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رواج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محتوى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'</w:t>
      </w:r>
      <w:r w:rsidRPr="00CF7E08">
        <w:rPr>
          <w:rFonts w:ascii="Arial" w:hAnsi="Arial" w:cs="Arial" w:hint="cs"/>
          <w:b/>
          <w:sz w:val="32"/>
          <w:szCs w:val="32"/>
          <w:rtl/>
        </w:rPr>
        <w:t>تقييم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وتذوق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الطعام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' </w:t>
      </w:r>
      <w:r w:rsidRPr="00CF7E08">
        <w:rPr>
          <w:rFonts w:ascii="Arial" w:hAnsi="Arial" w:cs="Arial" w:hint="cs"/>
          <w:b/>
          <w:sz w:val="32"/>
          <w:szCs w:val="32"/>
          <w:rtl/>
        </w:rPr>
        <w:t>بشكل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غير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مسبوق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. </w:t>
      </w:r>
      <w:r w:rsidRPr="00CF7E08">
        <w:rPr>
          <w:rFonts w:ascii="Arial" w:hAnsi="Arial" w:cs="Arial" w:hint="cs"/>
          <w:b/>
          <w:sz w:val="32"/>
          <w:szCs w:val="32"/>
          <w:rtl/>
        </w:rPr>
        <w:t>إن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هذا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النوع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المحتوى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يكتفي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بعرض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المنتج،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يلامس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الجانب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الوجداني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للمتابع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عبر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يُعرف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بـ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'</w:t>
      </w:r>
      <w:r w:rsidRPr="00CF7E08">
        <w:rPr>
          <w:rFonts w:ascii="Arial" w:hAnsi="Arial" w:cs="Arial" w:hint="cs"/>
          <w:b/>
          <w:sz w:val="32"/>
          <w:szCs w:val="32"/>
          <w:rtl/>
        </w:rPr>
        <w:t>الجوع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البصري</w:t>
      </w:r>
      <w:r w:rsidRPr="00CF7E08">
        <w:rPr>
          <w:rFonts w:ascii="Arial" w:hAnsi="Arial" w:cs="Arial"/>
          <w:b/>
          <w:sz w:val="32"/>
          <w:szCs w:val="32"/>
          <w:rtl/>
        </w:rPr>
        <w:t>'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مما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يدفعه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نحو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استجابات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سلوكية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فورية،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تتراوح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بين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الرغبة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تجربة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المطاعم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إلى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اتخاذ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قرارات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شرائية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فعلية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عبر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تطبيقات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التوصيل</w:t>
      </w:r>
      <w:r w:rsidRPr="00CF7E08">
        <w:rPr>
          <w:rFonts w:ascii="Arial" w:hAnsi="Arial" w:cs="Arial"/>
          <w:b/>
          <w:sz w:val="32"/>
          <w:szCs w:val="32"/>
        </w:rPr>
        <w:t>.</w:t>
      </w:r>
    </w:p>
    <w:p w14:paraId="26B8A7EB" w14:textId="3DFAF441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  <w:rtl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وعلى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الرغم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الاهتمام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المتزايد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بدراسة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التسويق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عبر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المؤثرين،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إلا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أن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هناك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حاجة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ماسة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لتسليط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الضوء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الخصوصية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التقنية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والسلوكية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يفرضها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محتوى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'</w:t>
      </w:r>
      <w:r w:rsidRPr="00CF7E08">
        <w:rPr>
          <w:rFonts w:ascii="Arial" w:hAnsi="Arial" w:cs="Arial" w:hint="cs"/>
          <w:b/>
          <w:sz w:val="32"/>
          <w:szCs w:val="32"/>
          <w:rtl/>
        </w:rPr>
        <w:t>تذوق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الطعام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' </w:t>
      </w:r>
      <w:r w:rsidRPr="00CF7E08">
        <w:rPr>
          <w:rFonts w:ascii="Arial" w:hAnsi="Arial" w:cs="Arial" w:hint="cs"/>
          <w:b/>
          <w:sz w:val="32"/>
          <w:szCs w:val="32"/>
          <w:rtl/>
        </w:rPr>
        <w:t>عبر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منصة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'</w:t>
      </w:r>
      <w:r w:rsidRPr="00CF7E08">
        <w:rPr>
          <w:rFonts w:ascii="Arial" w:hAnsi="Arial" w:cs="Arial" w:hint="cs"/>
          <w:b/>
          <w:sz w:val="32"/>
          <w:szCs w:val="32"/>
          <w:rtl/>
        </w:rPr>
        <w:t>تيك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توك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' </w:t>
      </w:r>
      <w:r w:rsidRPr="00CF7E08">
        <w:rPr>
          <w:rFonts w:ascii="Arial" w:hAnsi="Arial" w:cs="Arial" w:hint="cs"/>
          <w:b/>
          <w:sz w:val="32"/>
          <w:szCs w:val="32"/>
          <w:rtl/>
        </w:rPr>
        <w:t>وتأثيره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السلوك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الاستهلاكي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للشباب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السعودي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. </w:t>
      </w:r>
      <w:r w:rsidRPr="00CF7E08">
        <w:rPr>
          <w:rFonts w:ascii="Arial" w:hAnsi="Arial" w:cs="Arial" w:hint="cs"/>
          <w:b/>
          <w:sz w:val="32"/>
          <w:szCs w:val="32"/>
          <w:rtl/>
        </w:rPr>
        <w:t>ومن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هنا،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تأتي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هذه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الدراسة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لتستكشف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بعمق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العلاقة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بين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كثافة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التعرض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لهذا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المحتوى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وبين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اتخاذ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قرارات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الشراء،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محاولةً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سد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الفجوة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البحثية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فهم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الآليات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تحول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المشاهدة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العابرة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إلى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سلوك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استهلاكي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ملموس</w:t>
      </w:r>
      <w:r w:rsidRPr="00CF7E08">
        <w:rPr>
          <w:rFonts w:ascii="Arial" w:hAnsi="Arial" w:cs="Arial" w:hint="cs"/>
          <w:b/>
          <w:sz w:val="32"/>
          <w:szCs w:val="32"/>
          <w:rtl/>
        </w:rPr>
        <w:t>.</w:t>
      </w:r>
    </w:p>
    <w:p w14:paraId="7411E67A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  <w:rtl/>
        </w:rPr>
      </w:pPr>
    </w:p>
    <w:p w14:paraId="70F727EF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7DE1E7B3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58E84DD5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62CE50C3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50D9F455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33B3EBB6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2BDCD450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438CF361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6CC35C0B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6034A207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46862FBE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1B878B2D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3AC820E6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4769E8FE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679B5E9C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07903008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714464DD" w14:textId="3009A515" w:rsidR="00A753C8" w:rsidRPr="00A753C8" w:rsidRDefault="00A753C8" w:rsidP="00A753C8">
      <w:pPr>
        <w:pStyle w:val="1"/>
        <w:bidi/>
        <w:rPr>
          <w:color w:val="0D0D0D" w:themeColor="text1" w:themeTint="F2"/>
          <w:sz w:val="32"/>
          <w:szCs w:val="32"/>
        </w:rPr>
      </w:pPr>
      <w:r w:rsidRPr="00A753C8">
        <w:rPr>
          <w:rFonts w:hint="cs"/>
          <w:color w:val="0D0D0D" w:themeColor="text1" w:themeTint="F2"/>
          <w:sz w:val="32"/>
          <w:szCs w:val="32"/>
          <w:rtl/>
        </w:rPr>
        <w:lastRenderedPageBreak/>
        <w:t xml:space="preserve">1/ </w:t>
      </w:r>
      <w:r w:rsidRPr="00A753C8">
        <w:rPr>
          <w:rFonts w:hint="cs"/>
          <w:color w:val="0D0D0D" w:themeColor="text1" w:themeTint="F2"/>
          <w:sz w:val="32"/>
          <w:szCs w:val="32"/>
          <w:rtl/>
        </w:rPr>
        <w:t>متغيرات</w:t>
      </w:r>
      <w:r w:rsidRPr="00A753C8">
        <w:rPr>
          <w:color w:val="0D0D0D" w:themeColor="text1" w:themeTint="F2"/>
          <w:sz w:val="32"/>
          <w:szCs w:val="32"/>
          <w:rtl/>
        </w:rPr>
        <w:t xml:space="preserve"> </w:t>
      </w:r>
      <w:r w:rsidRPr="00A753C8">
        <w:rPr>
          <w:rFonts w:hint="cs"/>
          <w:color w:val="0D0D0D" w:themeColor="text1" w:themeTint="F2"/>
          <w:sz w:val="32"/>
          <w:szCs w:val="32"/>
          <w:rtl/>
        </w:rPr>
        <w:t>الدراسة</w:t>
      </w:r>
      <w:r w:rsidRPr="00A753C8">
        <w:rPr>
          <w:color w:val="0D0D0D" w:themeColor="text1" w:themeTint="F2"/>
          <w:sz w:val="32"/>
          <w:szCs w:val="32"/>
          <w:rtl/>
        </w:rPr>
        <w:t xml:space="preserve">: </w:t>
      </w:r>
    </w:p>
    <w:p w14:paraId="67DE5E8E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أ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/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المتغير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المستقل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58DE598E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مقاطع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تذوق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الطعام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يقدمها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المؤثرون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على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توك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651E92F8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ب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/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المتغير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التابع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60F933FF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السلوك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الاستهلاكي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للجمهور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السعودي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534C99CC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</w:p>
    <w:p w14:paraId="3CB510FC" w14:textId="112C5DC5" w:rsidR="00A753C8" w:rsidRPr="00A753C8" w:rsidRDefault="00A753C8" w:rsidP="00A753C8">
      <w:pPr>
        <w:pStyle w:val="1"/>
        <w:bidi/>
        <w:rPr>
          <w:color w:val="0D0D0D" w:themeColor="text1" w:themeTint="F2"/>
          <w:sz w:val="32"/>
          <w:szCs w:val="32"/>
        </w:rPr>
      </w:pPr>
      <w:r w:rsidRPr="00A753C8">
        <w:rPr>
          <w:rFonts w:hint="cs"/>
          <w:color w:val="0D0D0D" w:themeColor="text1" w:themeTint="F2"/>
          <w:sz w:val="32"/>
          <w:szCs w:val="32"/>
          <w:rtl/>
        </w:rPr>
        <w:t>2</w:t>
      </w:r>
      <w:r w:rsidRPr="00A753C8">
        <w:rPr>
          <w:color w:val="0D0D0D" w:themeColor="text1" w:themeTint="F2"/>
          <w:sz w:val="32"/>
          <w:szCs w:val="32"/>
          <w:rtl/>
        </w:rPr>
        <w:t xml:space="preserve"> / </w:t>
      </w:r>
      <w:r w:rsidR="00AF0437">
        <w:rPr>
          <w:rFonts w:hint="cs"/>
          <w:color w:val="0D0D0D" w:themeColor="text1" w:themeTint="F2"/>
          <w:sz w:val="32"/>
          <w:szCs w:val="32"/>
          <w:rtl/>
        </w:rPr>
        <w:t xml:space="preserve">الأبعاد </w:t>
      </w:r>
      <w:proofErr w:type="gramStart"/>
      <w:r w:rsidRPr="00A753C8">
        <w:rPr>
          <w:rFonts w:hint="cs"/>
          <w:color w:val="0D0D0D" w:themeColor="text1" w:themeTint="F2"/>
          <w:sz w:val="32"/>
          <w:szCs w:val="32"/>
          <w:rtl/>
        </w:rPr>
        <w:t>النظرية</w:t>
      </w:r>
      <w:r w:rsidRPr="00A753C8">
        <w:rPr>
          <w:color w:val="0D0D0D" w:themeColor="text1" w:themeTint="F2"/>
          <w:sz w:val="32"/>
          <w:szCs w:val="32"/>
          <w:rtl/>
        </w:rPr>
        <w:t xml:space="preserve"> :</w:t>
      </w:r>
      <w:proofErr w:type="gramEnd"/>
      <w:r w:rsidRPr="00A753C8">
        <w:rPr>
          <w:color w:val="0D0D0D" w:themeColor="text1" w:themeTint="F2"/>
          <w:sz w:val="32"/>
          <w:szCs w:val="32"/>
          <w:rtl/>
        </w:rPr>
        <w:t xml:space="preserve"> </w:t>
      </w:r>
    </w:p>
    <w:p w14:paraId="09596047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أ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/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المتغير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المستقل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44CF3745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مصداقية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gramStart"/>
      <w:r w:rsidRPr="00CF7E08">
        <w:rPr>
          <w:rFonts w:ascii="Arial" w:hAnsi="Arial" w:cs="Arial" w:hint="cs"/>
          <w:b/>
          <w:sz w:val="32"/>
          <w:szCs w:val="32"/>
          <w:rtl/>
        </w:rPr>
        <w:t>المؤثر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proofErr w:type="gramEnd"/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جاذبية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gramStart"/>
      <w:r w:rsidRPr="00CF7E08">
        <w:rPr>
          <w:rFonts w:ascii="Arial" w:hAnsi="Arial" w:cs="Arial" w:hint="cs"/>
          <w:b/>
          <w:sz w:val="32"/>
          <w:szCs w:val="32"/>
          <w:rtl/>
        </w:rPr>
        <w:t>المؤثر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proofErr w:type="gramEnd"/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خبرة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gramStart"/>
      <w:r w:rsidRPr="00CF7E08">
        <w:rPr>
          <w:rFonts w:ascii="Arial" w:hAnsi="Arial" w:cs="Arial" w:hint="cs"/>
          <w:b/>
          <w:sz w:val="32"/>
          <w:szCs w:val="32"/>
          <w:rtl/>
        </w:rPr>
        <w:t>المؤثر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proofErr w:type="gramEnd"/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جودة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المحتوى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5C8823BD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ب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/ </w:t>
      </w:r>
      <w:r w:rsidRPr="00CF7E08">
        <w:rPr>
          <w:rFonts w:ascii="Arial" w:hAnsi="Arial" w:cs="Arial" w:hint="cs"/>
          <w:b/>
          <w:sz w:val="32"/>
          <w:szCs w:val="32"/>
          <w:rtl/>
        </w:rPr>
        <w:t>المتغير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التابع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</w:p>
    <w:p w14:paraId="34AF4B3B" w14:textId="6DCFE30C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  <w:rtl/>
        </w:rPr>
      </w:pPr>
      <w:r w:rsidRPr="00CF7E08">
        <w:rPr>
          <w:rFonts w:ascii="Arial" w:hAnsi="Arial" w:cs="Arial" w:hint="cs"/>
          <w:b/>
          <w:sz w:val="32"/>
          <w:szCs w:val="32"/>
          <w:rtl/>
        </w:rPr>
        <w:t>نية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gramStart"/>
      <w:r w:rsidRPr="00CF7E08">
        <w:rPr>
          <w:rFonts w:ascii="Arial" w:hAnsi="Arial" w:cs="Arial" w:hint="cs"/>
          <w:b/>
          <w:sz w:val="32"/>
          <w:szCs w:val="32"/>
          <w:rtl/>
        </w:rPr>
        <w:t>الشراء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proofErr w:type="gramEnd"/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قرار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gramStart"/>
      <w:r w:rsidRPr="00CF7E08">
        <w:rPr>
          <w:rFonts w:ascii="Arial" w:hAnsi="Arial" w:cs="Arial" w:hint="cs"/>
          <w:b/>
          <w:sz w:val="32"/>
          <w:szCs w:val="32"/>
          <w:rtl/>
        </w:rPr>
        <w:t>الشراء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proofErr w:type="gramEnd"/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تجربة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gramStart"/>
      <w:r w:rsidRPr="00CF7E08">
        <w:rPr>
          <w:rFonts w:ascii="Arial" w:hAnsi="Arial" w:cs="Arial" w:hint="cs"/>
          <w:b/>
          <w:sz w:val="32"/>
          <w:szCs w:val="32"/>
          <w:rtl/>
        </w:rPr>
        <w:t>المنتج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،</w:t>
      </w:r>
      <w:proofErr w:type="gramEnd"/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r w:rsidRPr="00CF7E08">
        <w:rPr>
          <w:rFonts w:ascii="Arial" w:hAnsi="Arial" w:cs="Arial" w:hint="cs"/>
          <w:b/>
          <w:sz w:val="32"/>
          <w:szCs w:val="32"/>
          <w:rtl/>
        </w:rPr>
        <w:t>التوصية</w:t>
      </w:r>
      <w:r w:rsidRPr="00CF7E08">
        <w:rPr>
          <w:rFonts w:ascii="Arial" w:hAnsi="Arial" w:cs="Arial"/>
          <w:b/>
          <w:sz w:val="32"/>
          <w:szCs w:val="32"/>
          <w:rtl/>
        </w:rPr>
        <w:t xml:space="preserve"> </w:t>
      </w:r>
      <w:proofErr w:type="spellStart"/>
      <w:r w:rsidRPr="00CF7E08">
        <w:rPr>
          <w:rFonts w:ascii="Arial" w:hAnsi="Arial" w:cs="Arial" w:hint="cs"/>
          <w:b/>
          <w:sz w:val="32"/>
          <w:szCs w:val="32"/>
          <w:rtl/>
        </w:rPr>
        <w:t>للاخرين</w:t>
      </w:r>
      <w:proofErr w:type="spellEnd"/>
    </w:p>
    <w:p w14:paraId="63710AF1" w14:textId="77777777" w:rsidR="00A753C8" w:rsidRPr="00CF7E08" w:rsidRDefault="00A753C8" w:rsidP="00A753C8">
      <w:pPr>
        <w:bidi/>
        <w:spacing w:after="0"/>
        <w:rPr>
          <w:rFonts w:ascii="Arial" w:hAnsi="Arial" w:cs="Arial"/>
          <w:b/>
          <w:sz w:val="32"/>
          <w:szCs w:val="32"/>
          <w:rtl/>
        </w:rPr>
      </w:pPr>
    </w:p>
    <w:p w14:paraId="4105683B" w14:textId="77777777" w:rsidR="00A753C8" w:rsidRDefault="00A753C8" w:rsidP="00A753C8">
      <w:pPr>
        <w:bidi/>
        <w:spacing w:after="0"/>
        <w:rPr>
          <w:rFonts w:ascii="Arial" w:hAnsi="Arial" w:cs="Arial"/>
          <w:bCs/>
          <w:sz w:val="32"/>
          <w:szCs w:val="32"/>
          <w:rtl/>
        </w:rPr>
      </w:pPr>
    </w:p>
    <w:p w14:paraId="4BD84B87" w14:textId="77777777" w:rsidR="00A753C8" w:rsidRPr="00A753C8" w:rsidRDefault="00A753C8" w:rsidP="00A753C8">
      <w:pPr>
        <w:bidi/>
        <w:spacing w:after="0"/>
        <w:rPr>
          <w:rFonts w:ascii="Arial" w:hAnsi="Arial" w:cs="Arial" w:hint="cs"/>
          <w:bCs/>
          <w:sz w:val="32"/>
          <w:szCs w:val="32"/>
          <w:rtl/>
        </w:rPr>
      </w:pPr>
    </w:p>
    <w:p w14:paraId="33FF8904" w14:textId="77777777" w:rsidR="002446D6" w:rsidRPr="00523F6A" w:rsidRDefault="002446D6" w:rsidP="00A753C8">
      <w:pPr>
        <w:spacing w:after="0"/>
        <w:jc w:val="right"/>
        <w:rPr>
          <w:sz w:val="52"/>
          <w:szCs w:val="52"/>
        </w:rPr>
      </w:pPr>
    </w:p>
    <w:p w14:paraId="6D383D29" w14:textId="77777777" w:rsidR="002446D6" w:rsidRPr="00523F6A" w:rsidRDefault="002446D6">
      <w:pPr>
        <w:spacing w:after="0"/>
        <w:rPr>
          <w:sz w:val="52"/>
          <w:szCs w:val="52"/>
        </w:rPr>
      </w:pPr>
    </w:p>
    <w:p w14:paraId="05923CA5" w14:textId="2676C0AD" w:rsidR="002446D6" w:rsidRDefault="002446D6">
      <w:pPr>
        <w:jc w:val="center"/>
        <w:rPr>
          <w:rtl/>
        </w:rPr>
      </w:pPr>
    </w:p>
    <w:p w14:paraId="0DFBAD26" w14:textId="77777777" w:rsidR="00A753C8" w:rsidRDefault="00A753C8">
      <w:pPr>
        <w:jc w:val="center"/>
        <w:rPr>
          <w:rtl/>
        </w:rPr>
      </w:pPr>
    </w:p>
    <w:p w14:paraId="07ADC69E" w14:textId="77777777" w:rsidR="00A753C8" w:rsidRDefault="00A753C8">
      <w:pPr>
        <w:jc w:val="center"/>
      </w:pPr>
    </w:p>
    <w:p w14:paraId="6A0D1B80" w14:textId="77777777" w:rsidR="00A753C8" w:rsidRDefault="00A753C8">
      <w:pPr>
        <w:jc w:val="center"/>
      </w:pPr>
    </w:p>
    <w:p w14:paraId="5310D21F" w14:textId="77777777" w:rsidR="00A753C8" w:rsidRDefault="00A753C8">
      <w:pPr>
        <w:jc w:val="center"/>
      </w:pPr>
    </w:p>
    <w:p w14:paraId="5CAF8328" w14:textId="77777777" w:rsidR="00A753C8" w:rsidRDefault="00A753C8">
      <w:pPr>
        <w:jc w:val="center"/>
      </w:pPr>
    </w:p>
    <w:p w14:paraId="5500F03E" w14:textId="77777777" w:rsidR="00A753C8" w:rsidRDefault="00A753C8">
      <w:pPr>
        <w:jc w:val="center"/>
      </w:pPr>
    </w:p>
    <w:p w14:paraId="39EEAB05" w14:textId="77777777" w:rsidR="00A753C8" w:rsidRDefault="00A753C8">
      <w:pPr>
        <w:jc w:val="center"/>
      </w:pPr>
    </w:p>
    <w:p w14:paraId="372E10B3" w14:textId="77777777" w:rsidR="00A753C8" w:rsidRDefault="00A753C8">
      <w:pPr>
        <w:jc w:val="center"/>
      </w:pPr>
    </w:p>
    <w:p w14:paraId="1EB01E21" w14:textId="77777777" w:rsidR="00A753C8" w:rsidRDefault="00A753C8">
      <w:pPr>
        <w:jc w:val="center"/>
      </w:pPr>
    </w:p>
    <w:p w14:paraId="0FF1A037" w14:textId="77777777" w:rsidR="00A753C8" w:rsidRDefault="00A753C8">
      <w:pPr>
        <w:jc w:val="center"/>
      </w:pPr>
    </w:p>
    <w:p w14:paraId="548796B8" w14:textId="55A4CCCA" w:rsidR="00A753C8" w:rsidRPr="00A753C8" w:rsidRDefault="00A753C8" w:rsidP="00A753C8">
      <w:pPr>
        <w:pStyle w:val="1"/>
        <w:tabs>
          <w:tab w:val="left" w:pos="1554"/>
        </w:tabs>
        <w:bidi/>
        <w:rPr>
          <w:color w:val="0D0D0D" w:themeColor="text1" w:themeTint="F2"/>
          <w:sz w:val="36"/>
          <w:szCs w:val="36"/>
        </w:rPr>
      </w:pPr>
      <w:proofErr w:type="gramStart"/>
      <w:r w:rsidRPr="00A753C8">
        <w:rPr>
          <w:rFonts w:hint="cs"/>
          <w:color w:val="0D0D0D" w:themeColor="text1" w:themeTint="F2"/>
          <w:sz w:val="36"/>
          <w:szCs w:val="36"/>
          <w:rtl/>
        </w:rPr>
        <w:lastRenderedPageBreak/>
        <w:t>المحاور</w:t>
      </w:r>
      <w:r w:rsidRPr="00A753C8">
        <w:rPr>
          <w:color w:val="0D0D0D" w:themeColor="text1" w:themeTint="F2"/>
          <w:sz w:val="36"/>
          <w:szCs w:val="36"/>
          <w:rtl/>
        </w:rPr>
        <w:t xml:space="preserve"> :</w:t>
      </w:r>
      <w:proofErr w:type="gramEnd"/>
      <w:r w:rsidRPr="00A753C8">
        <w:rPr>
          <w:color w:val="0D0D0D" w:themeColor="text1" w:themeTint="F2"/>
          <w:sz w:val="36"/>
          <w:szCs w:val="36"/>
          <w:rtl/>
        </w:rPr>
        <w:t xml:space="preserve"> </w:t>
      </w:r>
      <w:r w:rsidRPr="00A753C8">
        <w:rPr>
          <w:color w:val="0D0D0D" w:themeColor="text1" w:themeTint="F2"/>
          <w:sz w:val="36"/>
          <w:szCs w:val="36"/>
        </w:rPr>
        <w:tab/>
      </w:r>
    </w:p>
    <w:p w14:paraId="70ADE31D" w14:textId="44F47E7E" w:rsidR="00A753C8" w:rsidRPr="00A753C8" w:rsidRDefault="00A753C8" w:rsidP="00A753C8">
      <w:pPr>
        <w:pStyle w:val="21"/>
        <w:bidi/>
        <w:rPr>
          <w:color w:val="0D0D0D" w:themeColor="text1" w:themeTint="F2"/>
          <w:sz w:val="32"/>
          <w:szCs w:val="32"/>
        </w:rPr>
      </w:pPr>
      <w:r w:rsidRPr="00A753C8">
        <w:rPr>
          <w:rFonts w:hint="cs"/>
          <w:color w:val="0D0D0D" w:themeColor="text1" w:themeTint="F2"/>
          <w:sz w:val="32"/>
          <w:szCs w:val="32"/>
          <w:rtl/>
        </w:rPr>
        <w:t>المحور</w:t>
      </w:r>
      <w:r w:rsidRPr="00A753C8">
        <w:rPr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A753C8">
        <w:rPr>
          <w:rFonts w:hint="cs"/>
          <w:color w:val="0D0D0D" w:themeColor="text1" w:themeTint="F2"/>
          <w:sz w:val="32"/>
          <w:szCs w:val="32"/>
          <w:rtl/>
        </w:rPr>
        <w:t>الاول</w:t>
      </w:r>
      <w:r w:rsidRPr="00A753C8">
        <w:rPr>
          <w:color w:val="0D0D0D" w:themeColor="text1" w:themeTint="F2"/>
          <w:sz w:val="32"/>
          <w:szCs w:val="32"/>
          <w:rtl/>
        </w:rPr>
        <w:t xml:space="preserve"> :</w:t>
      </w:r>
      <w:proofErr w:type="gramEnd"/>
      <w:r w:rsidRPr="00A753C8">
        <w:rPr>
          <w:color w:val="0D0D0D" w:themeColor="text1" w:themeTint="F2"/>
          <w:sz w:val="32"/>
          <w:szCs w:val="32"/>
          <w:rtl/>
        </w:rPr>
        <w:t xml:space="preserve"> </w:t>
      </w:r>
      <w:r w:rsidR="0030303A">
        <w:rPr>
          <w:rFonts w:hint="cs"/>
          <w:color w:val="0D0D0D" w:themeColor="text1" w:themeTint="F2"/>
          <w:sz w:val="32"/>
          <w:szCs w:val="32"/>
          <w:rtl/>
        </w:rPr>
        <w:t>المؤثرون الرقميون ودورهم في تشكيل اتجاهات المستهلكين.</w:t>
      </w:r>
    </w:p>
    <w:p w14:paraId="59EEBA4F" w14:textId="77777777" w:rsidR="00A753C8" w:rsidRPr="00A753C8" w:rsidRDefault="00A753C8" w:rsidP="00A753C8">
      <w:pPr>
        <w:pStyle w:val="31"/>
        <w:bidi/>
        <w:rPr>
          <w:color w:val="0D0D0D" w:themeColor="text1" w:themeTint="F2"/>
          <w:sz w:val="28"/>
          <w:szCs w:val="28"/>
        </w:rPr>
      </w:pPr>
      <w:proofErr w:type="spellStart"/>
      <w:r w:rsidRPr="00A753C8">
        <w:rPr>
          <w:rFonts w:hint="cs"/>
          <w:color w:val="0D0D0D" w:themeColor="text1" w:themeTint="F2"/>
          <w:sz w:val="28"/>
          <w:szCs w:val="28"/>
          <w:rtl/>
        </w:rPr>
        <w:t>الدراسه</w:t>
      </w:r>
      <w:proofErr w:type="spellEnd"/>
      <w:r w:rsidRPr="00A753C8">
        <w:rPr>
          <w:color w:val="0D0D0D" w:themeColor="text1" w:themeTint="F2"/>
          <w:sz w:val="28"/>
          <w:szCs w:val="28"/>
          <w:rtl/>
        </w:rPr>
        <w:t xml:space="preserve"> </w:t>
      </w:r>
      <w:r w:rsidRPr="00A753C8">
        <w:rPr>
          <w:rFonts w:hint="cs"/>
          <w:color w:val="0D0D0D" w:themeColor="text1" w:themeTint="F2"/>
          <w:sz w:val="28"/>
          <w:szCs w:val="28"/>
          <w:rtl/>
        </w:rPr>
        <w:t>الاولى</w:t>
      </w:r>
      <w:r w:rsidRPr="00A753C8">
        <w:rPr>
          <w:color w:val="0D0D0D" w:themeColor="text1" w:themeTint="F2"/>
          <w:sz w:val="28"/>
          <w:szCs w:val="28"/>
          <w:rtl/>
        </w:rPr>
        <w:t xml:space="preserve">  </w:t>
      </w:r>
    </w:p>
    <w:p w14:paraId="366E3C65" w14:textId="77777777" w:rsidR="00A753C8" w:rsidRDefault="00A753C8" w:rsidP="00A753C8">
      <w:pPr>
        <w:bidi/>
      </w:pPr>
    </w:p>
    <w:p w14:paraId="3E0FC469" w14:textId="77777777" w:rsidR="00A753C8" w:rsidRPr="00A753C8" w:rsidRDefault="00A753C8" w:rsidP="00A753C8">
      <w:pPr>
        <w:bidi/>
        <w:rPr>
          <w:sz w:val="32"/>
          <w:szCs w:val="32"/>
        </w:rPr>
      </w:pPr>
      <w:r w:rsidRPr="00A753C8">
        <w:rPr>
          <w:rFonts w:cs="Arial" w:hint="cs"/>
          <w:sz w:val="32"/>
          <w:szCs w:val="32"/>
          <w:rtl/>
        </w:rPr>
        <w:t>أجرَت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أرام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بنت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إبراهيم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محمد</w:t>
      </w:r>
      <w:r w:rsidRPr="00A753C8">
        <w:rPr>
          <w:rFonts w:cs="Arial"/>
          <w:sz w:val="32"/>
          <w:szCs w:val="32"/>
          <w:rtl/>
        </w:rPr>
        <w:t xml:space="preserve"> </w:t>
      </w:r>
      <w:proofErr w:type="spellStart"/>
      <w:r w:rsidRPr="00A753C8">
        <w:rPr>
          <w:rFonts w:cs="Arial" w:hint="cs"/>
          <w:sz w:val="32"/>
          <w:szCs w:val="32"/>
          <w:rtl/>
        </w:rPr>
        <w:t>أبوعبا</w:t>
      </w:r>
      <w:proofErr w:type="spellEnd"/>
      <w:r w:rsidRPr="00A753C8">
        <w:rPr>
          <w:rFonts w:cs="Arial"/>
          <w:sz w:val="32"/>
          <w:szCs w:val="32"/>
          <w:rtl/>
        </w:rPr>
        <w:t xml:space="preserve"> (2021) </w:t>
      </w:r>
      <w:r w:rsidRPr="00A753C8">
        <w:rPr>
          <w:rFonts w:cs="Arial" w:hint="cs"/>
          <w:sz w:val="32"/>
          <w:szCs w:val="32"/>
          <w:rtl/>
        </w:rPr>
        <w:t>دراسة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بعنوان</w:t>
      </w:r>
      <w:r w:rsidRPr="00A753C8">
        <w:rPr>
          <w:rFonts w:cs="Arial"/>
          <w:sz w:val="32"/>
          <w:szCs w:val="32"/>
          <w:rtl/>
        </w:rPr>
        <w:t>: "</w:t>
      </w:r>
      <w:r w:rsidRPr="00A753C8">
        <w:rPr>
          <w:rFonts w:cs="Arial" w:hint="cs"/>
          <w:sz w:val="32"/>
          <w:szCs w:val="32"/>
          <w:rtl/>
        </w:rPr>
        <w:t>أساليب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عبر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المؤثرين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مواقع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التواصل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الاجتماعي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وجهة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نظر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الجامعيين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في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المملكة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العربية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السعودية</w:t>
      </w:r>
      <w:r w:rsidRPr="00A753C8">
        <w:rPr>
          <w:rFonts w:cs="Arial"/>
          <w:sz w:val="32"/>
          <w:szCs w:val="32"/>
          <w:rtl/>
        </w:rPr>
        <w:t>"</w:t>
      </w:r>
      <w:r w:rsidRPr="00A753C8">
        <w:rPr>
          <w:rFonts w:cs="Arial" w:hint="cs"/>
          <w:sz w:val="32"/>
          <w:szCs w:val="32"/>
          <w:rtl/>
        </w:rPr>
        <w:t>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هدفت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إلى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تحديد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مفهوم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التأثيري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وتقييم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أساليبه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واستراتيجياته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وجهة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نظر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. </w:t>
      </w:r>
      <w:r w:rsidRPr="00A753C8">
        <w:rPr>
          <w:rFonts w:cs="Arial" w:hint="cs"/>
          <w:sz w:val="32"/>
          <w:szCs w:val="32"/>
          <w:rtl/>
        </w:rPr>
        <w:t>واعتمدت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الدراسة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المنهج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الكيفي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خلال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إجراء</w:t>
      </w:r>
      <w:r w:rsidRPr="00A753C8">
        <w:rPr>
          <w:rFonts w:cs="Arial"/>
          <w:sz w:val="32"/>
          <w:szCs w:val="32"/>
          <w:rtl/>
        </w:rPr>
        <w:t xml:space="preserve"> 15 </w:t>
      </w:r>
      <w:r w:rsidRPr="00A753C8">
        <w:rPr>
          <w:rFonts w:cs="Arial" w:hint="cs"/>
          <w:sz w:val="32"/>
          <w:szCs w:val="32"/>
          <w:rtl/>
        </w:rPr>
        <w:t>مجموعة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مناقشة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مركزة،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وطُبقت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عينة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الجامعيين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في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عدة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جامعات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سعودية</w:t>
      </w:r>
      <w:r w:rsidRPr="00A753C8">
        <w:rPr>
          <w:rFonts w:cs="Arial"/>
          <w:sz w:val="32"/>
          <w:szCs w:val="32"/>
          <w:rtl/>
        </w:rPr>
        <w:t xml:space="preserve"> (</w:t>
      </w:r>
      <w:r w:rsidRPr="00A753C8">
        <w:rPr>
          <w:rFonts w:cs="Arial" w:hint="cs"/>
          <w:sz w:val="32"/>
          <w:szCs w:val="32"/>
          <w:rtl/>
        </w:rPr>
        <w:t>جامعة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الملك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عبد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العزيز،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جامعة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الملك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فيصل،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جامعة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الملك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خالد،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جامعة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الحدود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الشمالية،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وجامعة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الإمام</w:t>
      </w:r>
      <w:r w:rsidRPr="00A753C8">
        <w:rPr>
          <w:rFonts w:cs="Arial"/>
          <w:sz w:val="32"/>
          <w:szCs w:val="32"/>
          <w:rtl/>
        </w:rPr>
        <w:t xml:space="preserve">). </w:t>
      </w:r>
      <w:r w:rsidRPr="00A753C8">
        <w:rPr>
          <w:rFonts w:cs="Arial" w:hint="cs"/>
          <w:sz w:val="32"/>
          <w:szCs w:val="32"/>
          <w:rtl/>
        </w:rPr>
        <w:t>وتوصلت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النتائج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إلى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الغالبية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العظمى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ترى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التأثيري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أداة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تسويقية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جديدة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وفعالة،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كما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كشفت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الدراسة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أهم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أساليب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المؤثرة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مثل</w:t>
      </w:r>
      <w:r w:rsidRPr="00A753C8">
        <w:rPr>
          <w:rFonts w:cs="Arial"/>
          <w:sz w:val="32"/>
          <w:szCs w:val="32"/>
          <w:rtl/>
        </w:rPr>
        <w:t xml:space="preserve">: </w:t>
      </w:r>
      <w:r w:rsidRPr="00A753C8">
        <w:rPr>
          <w:rFonts w:cs="Arial" w:hint="cs"/>
          <w:sz w:val="32"/>
          <w:szCs w:val="32"/>
          <w:rtl/>
        </w:rPr>
        <w:t>استثمار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الحنين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الفطري،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نشر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التفاؤل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والأخبار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السعيدة،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وربط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المنتج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بالمناسبات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والأعياد،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وإدماج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المنتج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ضمن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نمط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حياة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المؤثر</w:t>
      </w:r>
      <w:r w:rsidRPr="00A753C8">
        <w:rPr>
          <w:rFonts w:cs="Arial"/>
          <w:sz w:val="32"/>
          <w:szCs w:val="32"/>
          <w:rtl/>
        </w:rPr>
        <w:t>.</w:t>
      </w:r>
    </w:p>
    <w:p w14:paraId="7DEEC230" w14:textId="77777777" w:rsidR="00A753C8" w:rsidRPr="00A753C8" w:rsidRDefault="00A753C8" w:rsidP="00A753C8">
      <w:pPr>
        <w:pStyle w:val="31"/>
        <w:bidi/>
        <w:rPr>
          <w:color w:val="0D0D0D" w:themeColor="text1" w:themeTint="F2"/>
        </w:rPr>
      </w:pPr>
    </w:p>
    <w:p w14:paraId="4B9CA7AB" w14:textId="77777777" w:rsidR="00A753C8" w:rsidRPr="00A753C8" w:rsidRDefault="00A753C8" w:rsidP="00A753C8">
      <w:pPr>
        <w:pStyle w:val="31"/>
        <w:bidi/>
        <w:rPr>
          <w:color w:val="0D0D0D" w:themeColor="text1" w:themeTint="F2"/>
          <w:sz w:val="28"/>
          <w:szCs w:val="28"/>
        </w:rPr>
      </w:pPr>
      <w:proofErr w:type="spellStart"/>
      <w:r w:rsidRPr="00A753C8">
        <w:rPr>
          <w:rStyle w:val="3Char"/>
          <w:rFonts w:hint="cs"/>
          <w:b/>
          <w:bCs/>
          <w:color w:val="0D0D0D" w:themeColor="text1" w:themeTint="F2"/>
          <w:sz w:val="28"/>
          <w:szCs w:val="28"/>
          <w:rtl/>
        </w:rPr>
        <w:t>الدراسه</w:t>
      </w:r>
      <w:proofErr w:type="spellEnd"/>
      <w:r w:rsidRPr="00A753C8">
        <w:rPr>
          <w:color w:val="0D0D0D" w:themeColor="text1" w:themeTint="F2"/>
          <w:sz w:val="28"/>
          <w:szCs w:val="28"/>
          <w:rtl/>
        </w:rPr>
        <w:t xml:space="preserve"> </w:t>
      </w:r>
      <w:proofErr w:type="spellStart"/>
      <w:proofErr w:type="gramStart"/>
      <w:r w:rsidRPr="00A753C8">
        <w:rPr>
          <w:rFonts w:hint="cs"/>
          <w:color w:val="0D0D0D" w:themeColor="text1" w:themeTint="F2"/>
          <w:sz w:val="28"/>
          <w:szCs w:val="28"/>
          <w:rtl/>
        </w:rPr>
        <w:t>الثانيه</w:t>
      </w:r>
      <w:proofErr w:type="spellEnd"/>
      <w:r w:rsidRPr="00A753C8">
        <w:rPr>
          <w:color w:val="0D0D0D" w:themeColor="text1" w:themeTint="F2"/>
          <w:sz w:val="28"/>
          <w:szCs w:val="28"/>
          <w:rtl/>
        </w:rPr>
        <w:t xml:space="preserve"> :</w:t>
      </w:r>
      <w:proofErr w:type="gramEnd"/>
    </w:p>
    <w:p w14:paraId="53D92B41" w14:textId="77777777" w:rsidR="00A753C8" w:rsidRDefault="00A753C8" w:rsidP="00A753C8">
      <w:pPr>
        <w:bidi/>
      </w:pPr>
    </w:p>
    <w:p w14:paraId="4D5D382D" w14:textId="77777777" w:rsidR="00A753C8" w:rsidRPr="00A753C8" w:rsidRDefault="00A753C8" w:rsidP="00A753C8">
      <w:pPr>
        <w:bidi/>
        <w:rPr>
          <w:sz w:val="32"/>
          <w:szCs w:val="32"/>
        </w:rPr>
      </w:pPr>
      <w:r w:rsidRPr="00A753C8">
        <w:rPr>
          <w:rFonts w:cs="Arial" w:hint="cs"/>
          <w:sz w:val="32"/>
          <w:szCs w:val="32"/>
          <w:rtl/>
        </w:rPr>
        <w:t>أجرت</w:t>
      </w:r>
      <w:r w:rsidRPr="00A753C8">
        <w:rPr>
          <w:rFonts w:cs="Arial"/>
          <w:sz w:val="32"/>
          <w:szCs w:val="32"/>
          <w:rtl/>
        </w:rPr>
        <w:t xml:space="preserve"> </w:t>
      </w:r>
      <w:proofErr w:type="spellStart"/>
      <w:r w:rsidRPr="00A753C8">
        <w:rPr>
          <w:rFonts w:cs="Arial" w:hint="cs"/>
          <w:sz w:val="32"/>
          <w:szCs w:val="32"/>
          <w:rtl/>
        </w:rPr>
        <w:t>أبوعبا</w:t>
      </w:r>
      <w:proofErr w:type="spellEnd"/>
      <w:r w:rsidRPr="00A753C8">
        <w:rPr>
          <w:rFonts w:cs="Arial"/>
          <w:sz w:val="32"/>
          <w:szCs w:val="32"/>
          <w:rtl/>
        </w:rPr>
        <w:t xml:space="preserve"> (2021) </w:t>
      </w:r>
      <w:r w:rsidRPr="00A753C8">
        <w:rPr>
          <w:rFonts w:cs="Arial" w:hint="cs"/>
          <w:sz w:val="32"/>
          <w:szCs w:val="32"/>
          <w:rtl/>
        </w:rPr>
        <w:t>دراسة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بعنوان</w:t>
      </w:r>
      <w:r w:rsidRPr="00A753C8">
        <w:rPr>
          <w:rFonts w:cs="Arial"/>
          <w:sz w:val="32"/>
          <w:szCs w:val="32"/>
          <w:rtl/>
        </w:rPr>
        <w:t>: "</w:t>
      </w:r>
      <w:r w:rsidRPr="00A753C8">
        <w:rPr>
          <w:rFonts w:cs="Arial" w:hint="cs"/>
          <w:sz w:val="32"/>
          <w:szCs w:val="32"/>
          <w:rtl/>
        </w:rPr>
        <w:t>أساليب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عبر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المؤثرين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مواقع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التواصل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الاجتماعي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وجهة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نظر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طلاب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الجامعة</w:t>
      </w:r>
      <w:r w:rsidRPr="00A753C8">
        <w:rPr>
          <w:rFonts w:cs="Arial"/>
          <w:sz w:val="32"/>
          <w:szCs w:val="32"/>
          <w:rtl/>
        </w:rPr>
        <w:t>"</w:t>
      </w:r>
      <w:r w:rsidRPr="00A753C8">
        <w:rPr>
          <w:rFonts w:cs="Arial" w:hint="cs"/>
          <w:sz w:val="32"/>
          <w:szCs w:val="32"/>
          <w:rtl/>
        </w:rPr>
        <w:t>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هدفت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إلى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تحديد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مفهوم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التأثيري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منظور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كلي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وتقييم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أساليبه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واستراتيجياته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وجهة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نظر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. </w:t>
      </w:r>
      <w:r w:rsidRPr="00A753C8">
        <w:rPr>
          <w:rFonts w:cs="Arial" w:hint="cs"/>
          <w:sz w:val="32"/>
          <w:szCs w:val="32"/>
          <w:rtl/>
        </w:rPr>
        <w:t>واعتمدت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الدراسة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المنهج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الكيفي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خلال</w:t>
      </w:r>
      <w:r w:rsidRPr="00A753C8">
        <w:rPr>
          <w:rFonts w:cs="Arial"/>
          <w:sz w:val="32"/>
          <w:szCs w:val="32"/>
          <w:rtl/>
        </w:rPr>
        <w:t xml:space="preserve"> 15 </w:t>
      </w:r>
      <w:r w:rsidRPr="00A753C8">
        <w:rPr>
          <w:rFonts w:cs="Arial" w:hint="cs"/>
          <w:sz w:val="32"/>
          <w:szCs w:val="32"/>
          <w:rtl/>
        </w:rPr>
        <w:t>مجموعة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مناقشة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مركزة،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وطُبقت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عينة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الجامعيين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في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عدة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جامعات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سعودية</w:t>
      </w:r>
      <w:r w:rsidRPr="00A753C8">
        <w:rPr>
          <w:rFonts w:cs="Arial"/>
          <w:sz w:val="32"/>
          <w:szCs w:val="32"/>
          <w:rtl/>
        </w:rPr>
        <w:t xml:space="preserve">. </w:t>
      </w:r>
      <w:r w:rsidRPr="00A753C8">
        <w:rPr>
          <w:rFonts w:cs="Arial" w:hint="cs"/>
          <w:sz w:val="32"/>
          <w:szCs w:val="32"/>
          <w:rtl/>
        </w:rPr>
        <w:t>وتوصلت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النتائج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إلى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الغالبية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العظمى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الطلاب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ترى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التأثيري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أداة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تسويقية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فعالة،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كما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كشفت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عن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أهم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أساليب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التسويق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الأكثر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كفاءة،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مثل</w:t>
      </w:r>
      <w:r w:rsidRPr="00A753C8">
        <w:rPr>
          <w:rFonts w:cs="Arial"/>
          <w:sz w:val="32"/>
          <w:szCs w:val="32"/>
          <w:rtl/>
        </w:rPr>
        <w:t xml:space="preserve">: </w:t>
      </w:r>
      <w:r w:rsidRPr="00A753C8">
        <w:rPr>
          <w:rFonts w:cs="Arial" w:hint="cs"/>
          <w:sz w:val="32"/>
          <w:szCs w:val="32"/>
          <w:rtl/>
        </w:rPr>
        <w:t>استثمار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الحنين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الفطري،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نشر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التفاؤل،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وربط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المنتج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بالمناسبات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الاجتماعية،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وإدماج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المنتج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ضمن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نمط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حياة</w:t>
      </w:r>
      <w:r w:rsidRPr="00A753C8">
        <w:rPr>
          <w:rFonts w:cs="Arial"/>
          <w:sz w:val="32"/>
          <w:szCs w:val="32"/>
          <w:rtl/>
        </w:rPr>
        <w:t xml:space="preserve"> </w:t>
      </w:r>
      <w:r w:rsidRPr="00A753C8">
        <w:rPr>
          <w:rFonts w:cs="Arial" w:hint="cs"/>
          <w:sz w:val="32"/>
          <w:szCs w:val="32"/>
          <w:rtl/>
        </w:rPr>
        <w:t>المؤثر</w:t>
      </w:r>
      <w:r w:rsidRPr="00A753C8">
        <w:rPr>
          <w:rFonts w:cs="Arial"/>
          <w:sz w:val="32"/>
          <w:szCs w:val="32"/>
          <w:rtl/>
        </w:rPr>
        <w:t>.</w:t>
      </w:r>
    </w:p>
    <w:p w14:paraId="0C40EED7" w14:textId="77777777" w:rsidR="00A753C8" w:rsidRPr="00A753C8" w:rsidRDefault="00A753C8" w:rsidP="00A753C8">
      <w:pPr>
        <w:bidi/>
        <w:rPr>
          <w:sz w:val="32"/>
          <w:szCs w:val="32"/>
        </w:rPr>
      </w:pPr>
    </w:p>
    <w:p w14:paraId="32177570" w14:textId="77777777" w:rsidR="00A753C8" w:rsidRPr="00A753C8" w:rsidRDefault="00A753C8" w:rsidP="00A753C8">
      <w:pPr>
        <w:pStyle w:val="31"/>
        <w:bidi/>
        <w:rPr>
          <w:color w:val="0D0D0D" w:themeColor="text1" w:themeTint="F2"/>
          <w:sz w:val="28"/>
          <w:szCs w:val="28"/>
        </w:rPr>
      </w:pPr>
      <w:proofErr w:type="spellStart"/>
      <w:r w:rsidRPr="00A753C8">
        <w:rPr>
          <w:rFonts w:hint="cs"/>
          <w:color w:val="0D0D0D" w:themeColor="text1" w:themeTint="F2"/>
          <w:sz w:val="28"/>
          <w:szCs w:val="28"/>
          <w:rtl/>
        </w:rPr>
        <w:t>الدراسه</w:t>
      </w:r>
      <w:proofErr w:type="spellEnd"/>
      <w:r w:rsidRPr="00A753C8">
        <w:rPr>
          <w:color w:val="0D0D0D" w:themeColor="text1" w:themeTint="F2"/>
          <w:sz w:val="28"/>
          <w:szCs w:val="28"/>
          <w:rtl/>
        </w:rPr>
        <w:t xml:space="preserve"> </w:t>
      </w:r>
      <w:proofErr w:type="gramStart"/>
      <w:r w:rsidRPr="00A753C8">
        <w:rPr>
          <w:rFonts w:hint="cs"/>
          <w:color w:val="0D0D0D" w:themeColor="text1" w:themeTint="F2"/>
          <w:sz w:val="28"/>
          <w:szCs w:val="28"/>
          <w:rtl/>
        </w:rPr>
        <w:t>الثالثة</w:t>
      </w:r>
      <w:r w:rsidRPr="00A753C8">
        <w:rPr>
          <w:color w:val="0D0D0D" w:themeColor="text1" w:themeTint="F2"/>
          <w:sz w:val="28"/>
          <w:szCs w:val="28"/>
          <w:rtl/>
        </w:rPr>
        <w:t xml:space="preserve"> :</w:t>
      </w:r>
      <w:proofErr w:type="gramEnd"/>
      <w:r w:rsidRPr="00A753C8">
        <w:rPr>
          <w:color w:val="0D0D0D" w:themeColor="text1" w:themeTint="F2"/>
          <w:sz w:val="28"/>
          <w:szCs w:val="28"/>
          <w:rtl/>
        </w:rPr>
        <w:t xml:space="preserve"> </w:t>
      </w:r>
    </w:p>
    <w:p w14:paraId="49012087" w14:textId="77777777" w:rsidR="00A753C8" w:rsidRDefault="00A753C8" w:rsidP="00A753C8">
      <w:pPr>
        <w:bidi/>
      </w:pPr>
    </w:p>
    <w:p w14:paraId="4B49C8E3" w14:textId="77777777" w:rsidR="00A753C8" w:rsidRPr="00A753C8" w:rsidRDefault="00A753C8" w:rsidP="00A753C8">
      <w:pPr>
        <w:bidi/>
        <w:rPr>
          <w:sz w:val="28"/>
          <w:szCs w:val="28"/>
        </w:rPr>
      </w:pPr>
      <w:r w:rsidRPr="00A753C8">
        <w:rPr>
          <w:rFonts w:cs="Arial" w:hint="cs"/>
          <w:sz w:val="28"/>
          <w:szCs w:val="28"/>
          <w:rtl/>
        </w:rPr>
        <w:t>أجر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سعود</w:t>
      </w:r>
      <w:r w:rsidRPr="00A753C8">
        <w:rPr>
          <w:rFonts w:cs="Arial"/>
          <w:sz w:val="28"/>
          <w:szCs w:val="28"/>
          <w:rtl/>
        </w:rPr>
        <w:t xml:space="preserve"> (2023) </w:t>
      </w:r>
      <w:r w:rsidRPr="00A753C8">
        <w:rPr>
          <w:rFonts w:cs="Arial" w:hint="cs"/>
          <w:sz w:val="28"/>
          <w:szCs w:val="28"/>
          <w:rtl/>
        </w:rPr>
        <w:t>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بعنوان</w:t>
      </w:r>
      <w:r w:rsidRPr="00A753C8">
        <w:rPr>
          <w:rFonts w:cs="Arial"/>
          <w:sz w:val="28"/>
          <w:szCs w:val="28"/>
          <w:rtl/>
        </w:rPr>
        <w:t>: "</w:t>
      </w:r>
      <w:r w:rsidRPr="00A753C8">
        <w:rPr>
          <w:rFonts w:cs="Arial" w:hint="cs"/>
          <w:sz w:val="28"/>
          <w:szCs w:val="28"/>
          <w:rtl/>
        </w:rPr>
        <w:t>أثر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استخدام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التسويق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عبر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السلوك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الشرائي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للمستهلكين،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تطبيقية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الصناعات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الجمالية</w:t>
      </w:r>
      <w:r w:rsidRPr="00A753C8">
        <w:rPr>
          <w:rFonts w:cs="Arial"/>
          <w:sz w:val="28"/>
          <w:szCs w:val="28"/>
          <w:rtl/>
        </w:rPr>
        <w:t>"</w:t>
      </w:r>
      <w:r w:rsidRPr="00A753C8">
        <w:rPr>
          <w:rFonts w:cs="Arial" w:hint="cs"/>
          <w:sz w:val="28"/>
          <w:szCs w:val="28"/>
          <w:rtl/>
        </w:rPr>
        <w:t>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هدفت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أثر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الثقة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بالمؤثر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سلوك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المستهلك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قبل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وبعد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الشراء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قطاع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الصناعات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الجمالية</w:t>
      </w:r>
      <w:r w:rsidRPr="00A753C8">
        <w:rPr>
          <w:rFonts w:cs="Arial"/>
          <w:sz w:val="28"/>
          <w:szCs w:val="28"/>
          <w:rtl/>
        </w:rPr>
        <w:t xml:space="preserve">. </w:t>
      </w:r>
      <w:r w:rsidRPr="00A753C8">
        <w:rPr>
          <w:rFonts w:cs="Arial" w:hint="cs"/>
          <w:sz w:val="28"/>
          <w:szCs w:val="28"/>
          <w:rtl/>
        </w:rPr>
        <w:t>اعتمدت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المنهج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الوصفي،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وطُبقت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عينة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الإناث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lastRenderedPageBreak/>
        <w:t>الفئة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العمرية</w:t>
      </w:r>
      <w:r w:rsidRPr="00A753C8">
        <w:rPr>
          <w:rFonts w:cs="Arial"/>
          <w:sz w:val="28"/>
          <w:szCs w:val="28"/>
          <w:rtl/>
        </w:rPr>
        <w:t xml:space="preserve"> (18-45 </w:t>
      </w:r>
      <w:r w:rsidRPr="00A753C8">
        <w:rPr>
          <w:rFonts w:cs="Arial" w:hint="cs"/>
          <w:sz w:val="28"/>
          <w:szCs w:val="28"/>
          <w:rtl/>
        </w:rPr>
        <w:t>عاماً</w:t>
      </w:r>
      <w:r w:rsidRPr="00A753C8">
        <w:rPr>
          <w:rFonts w:cs="Arial"/>
          <w:sz w:val="28"/>
          <w:szCs w:val="28"/>
          <w:rtl/>
        </w:rPr>
        <w:t xml:space="preserve">). </w:t>
      </w:r>
      <w:r w:rsidRPr="00A753C8">
        <w:rPr>
          <w:rFonts w:cs="Arial" w:hint="cs"/>
          <w:sz w:val="28"/>
          <w:szCs w:val="28"/>
          <w:rtl/>
        </w:rPr>
        <w:t>وتوصلت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النتائج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وجود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علاقة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طردية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ذات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دلالة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إحصائية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مصداقية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</w:t>
      </w:r>
      <w:r w:rsidRPr="00A753C8">
        <w:rPr>
          <w:rFonts w:cs="Arial"/>
          <w:sz w:val="28"/>
          <w:szCs w:val="28"/>
          <w:rtl/>
        </w:rPr>
        <w:t xml:space="preserve"> (</w:t>
      </w:r>
      <w:r w:rsidRPr="00A753C8">
        <w:rPr>
          <w:rFonts w:cs="Arial" w:hint="cs"/>
          <w:sz w:val="28"/>
          <w:szCs w:val="28"/>
          <w:rtl/>
        </w:rPr>
        <w:t>الخبرة،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الجاذبية،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جودة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المحتوى</w:t>
      </w:r>
      <w:r w:rsidRPr="00A753C8">
        <w:rPr>
          <w:rFonts w:cs="Arial"/>
          <w:sz w:val="28"/>
          <w:szCs w:val="28"/>
          <w:rtl/>
        </w:rPr>
        <w:t xml:space="preserve">) </w:t>
      </w:r>
      <w:r w:rsidRPr="00A753C8">
        <w:rPr>
          <w:rFonts w:cs="Arial" w:hint="cs"/>
          <w:sz w:val="28"/>
          <w:szCs w:val="28"/>
          <w:rtl/>
        </w:rPr>
        <w:t>وبين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السلوك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الشرائي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للمستهلك،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كما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كشفت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وجود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فروق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السلوك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الاستهلاكي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بحسب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الفئة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العمرية،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حيث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تهتم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الفئة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الأصغر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بجاذبية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بينما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تركز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الفئة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الأكبر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عامل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الخبرة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والمصداقية</w:t>
      </w:r>
      <w:r w:rsidRPr="00A753C8">
        <w:rPr>
          <w:rFonts w:cs="Arial"/>
          <w:sz w:val="28"/>
          <w:szCs w:val="28"/>
          <w:rtl/>
        </w:rPr>
        <w:t>.</w:t>
      </w:r>
    </w:p>
    <w:p w14:paraId="68AC913E" w14:textId="77777777" w:rsidR="00A753C8" w:rsidRPr="00A753C8" w:rsidRDefault="00A753C8" w:rsidP="00A753C8">
      <w:pPr>
        <w:bidi/>
        <w:rPr>
          <w:sz w:val="28"/>
          <w:szCs w:val="28"/>
        </w:rPr>
      </w:pPr>
    </w:p>
    <w:p w14:paraId="3F4CDD20" w14:textId="77777777" w:rsidR="00A753C8" w:rsidRPr="00A753C8" w:rsidRDefault="00A753C8" w:rsidP="00A753C8">
      <w:pPr>
        <w:bidi/>
        <w:rPr>
          <w:sz w:val="28"/>
          <w:szCs w:val="28"/>
        </w:rPr>
      </w:pPr>
      <w:r w:rsidRPr="00A753C8">
        <w:rPr>
          <w:rFonts w:cs="Arial" w:hint="cs"/>
          <w:sz w:val="28"/>
          <w:szCs w:val="28"/>
          <w:rtl/>
        </w:rPr>
        <w:t>التعليق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المحور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الأول</w:t>
      </w:r>
      <w:r w:rsidRPr="00A753C8">
        <w:rPr>
          <w:rFonts w:cs="Arial"/>
          <w:sz w:val="28"/>
          <w:szCs w:val="28"/>
          <w:rtl/>
        </w:rPr>
        <w:t>:</w:t>
      </w:r>
    </w:p>
    <w:p w14:paraId="02CBFA28" w14:textId="77777777" w:rsidR="00A753C8" w:rsidRPr="00A753C8" w:rsidRDefault="00A753C8" w:rsidP="00A753C8">
      <w:pPr>
        <w:bidi/>
        <w:rPr>
          <w:sz w:val="28"/>
          <w:szCs w:val="28"/>
        </w:rPr>
      </w:pPr>
      <w:r w:rsidRPr="00A753C8">
        <w:rPr>
          <w:rFonts w:cs="Arial"/>
          <w:sz w:val="28"/>
          <w:szCs w:val="28"/>
          <w:rtl/>
        </w:rPr>
        <w:t>"</w:t>
      </w:r>
      <w:r w:rsidRPr="00A753C8">
        <w:rPr>
          <w:rFonts w:cs="Arial" w:hint="cs"/>
          <w:sz w:val="28"/>
          <w:szCs w:val="28"/>
          <w:rtl/>
        </w:rPr>
        <w:t>بالنظر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السابقة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تناولتها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هذا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المحور،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يتبين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هناك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اتفاقاً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واضحاً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بين</w:t>
      </w:r>
      <w:r w:rsidRPr="00A753C8">
        <w:rPr>
          <w:rFonts w:cs="Arial"/>
          <w:sz w:val="28"/>
          <w:szCs w:val="28"/>
          <w:rtl/>
        </w:rPr>
        <w:t xml:space="preserve"> (</w:t>
      </w:r>
      <w:proofErr w:type="spellStart"/>
      <w:r w:rsidRPr="00A753C8">
        <w:rPr>
          <w:rFonts w:cs="Arial" w:hint="cs"/>
          <w:sz w:val="28"/>
          <w:szCs w:val="28"/>
          <w:rtl/>
        </w:rPr>
        <w:t>أبوعبا</w:t>
      </w:r>
      <w:proofErr w:type="spellEnd"/>
      <w:r w:rsidRPr="00A753C8">
        <w:rPr>
          <w:rFonts w:cs="Arial" w:hint="cs"/>
          <w:sz w:val="28"/>
          <w:szCs w:val="28"/>
          <w:rtl/>
        </w:rPr>
        <w:t>،</w:t>
      </w:r>
      <w:r w:rsidRPr="00A753C8">
        <w:rPr>
          <w:rFonts w:cs="Arial"/>
          <w:sz w:val="28"/>
          <w:szCs w:val="28"/>
          <w:rtl/>
        </w:rPr>
        <w:t xml:space="preserve"> 2021) </w:t>
      </w:r>
      <w:r w:rsidRPr="00A753C8">
        <w:rPr>
          <w:rFonts w:cs="Arial" w:hint="cs"/>
          <w:sz w:val="28"/>
          <w:szCs w:val="28"/>
          <w:rtl/>
        </w:rPr>
        <w:t>و</w:t>
      </w:r>
      <w:r w:rsidRPr="00A753C8">
        <w:rPr>
          <w:rFonts w:cs="Arial"/>
          <w:sz w:val="28"/>
          <w:szCs w:val="28"/>
          <w:rtl/>
        </w:rPr>
        <w:t>(</w:t>
      </w:r>
      <w:r w:rsidRPr="00A753C8">
        <w:rPr>
          <w:rFonts w:cs="Arial" w:hint="cs"/>
          <w:sz w:val="28"/>
          <w:szCs w:val="28"/>
          <w:rtl/>
        </w:rPr>
        <w:t>سعود،</w:t>
      </w:r>
      <w:r w:rsidRPr="00A753C8">
        <w:rPr>
          <w:rFonts w:cs="Arial"/>
          <w:sz w:val="28"/>
          <w:szCs w:val="28"/>
          <w:rtl/>
        </w:rPr>
        <w:t xml:space="preserve"> 2023)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الدور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المحوري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الذي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يلعبه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المؤثرون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تشكيل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اتجاهات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المستهلكين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السعوديين</w:t>
      </w:r>
      <w:r w:rsidRPr="00A753C8">
        <w:rPr>
          <w:rFonts w:cs="Arial"/>
          <w:sz w:val="28"/>
          <w:szCs w:val="28"/>
          <w:rtl/>
        </w:rPr>
        <w:t>.</w:t>
      </w:r>
    </w:p>
    <w:p w14:paraId="664888BA" w14:textId="77777777" w:rsidR="00A753C8" w:rsidRPr="00A753C8" w:rsidRDefault="00A753C8" w:rsidP="00A753C8">
      <w:pPr>
        <w:bidi/>
        <w:rPr>
          <w:sz w:val="28"/>
          <w:szCs w:val="28"/>
        </w:rPr>
      </w:pPr>
      <w:r w:rsidRPr="00A753C8">
        <w:rPr>
          <w:rFonts w:cs="Arial" w:hint="cs"/>
          <w:sz w:val="28"/>
          <w:szCs w:val="28"/>
          <w:rtl/>
        </w:rPr>
        <w:t>ففي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حين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ركزت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دراسة</w:t>
      </w:r>
      <w:r w:rsidRPr="00A753C8">
        <w:rPr>
          <w:rFonts w:cs="Arial"/>
          <w:sz w:val="28"/>
          <w:szCs w:val="28"/>
          <w:rtl/>
        </w:rPr>
        <w:t xml:space="preserve"> </w:t>
      </w:r>
      <w:proofErr w:type="spellStart"/>
      <w:r w:rsidRPr="00A753C8">
        <w:rPr>
          <w:rFonts w:cs="Arial" w:hint="cs"/>
          <w:sz w:val="28"/>
          <w:szCs w:val="28"/>
          <w:rtl/>
        </w:rPr>
        <w:t>أبوعبا</w:t>
      </w:r>
      <w:proofErr w:type="spellEnd"/>
      <w:r w:rsidRPr="00A753C8">
        <w:rPr>
          <w:rFonts w:cs="Arial"/>
          <w:sz w:val="28"/>
          <w:szCs w:val="28"/>
          <w:rtl/>
        </w:rPr>
        <w:t xml:space="preserve"> (2021)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رصد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الأساليب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يتبعها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المؤثرون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لجذب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المتابعين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وجهة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نظر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الطلاب،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جاءت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سعود</w:t>
      </w:r>
      <w:r w:rsidRPr="00A753C8">
        <w:rPr>
          <w:rFonts w:cs="Arial"/>
          <w:sz w:val="28"/>
          <w:szCs w:val="28"/>
          <w:rtl/>
        </w:rPr>
        <w:t xml:space="preserve"> (2023) </w:t>
      </w:r>
      <w:r w:rsidRPr="00A753C8">
        <w:rPr>
          <w:rFonts w:cs="Arial" w:hint="cs"/>
          <w:sz w:val="28"/>
          <w:szCs w:val="28"/>
          <w:rtl/>
        </w:rPr>
        <w:t>لتكمل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هذا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التصور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بتركيزها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القياس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الفعلي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لأثر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هذه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الأساليب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قرارات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الشراء،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وخاصة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قطاعات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محددة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كالصناعات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الجمالية</w:t>
      </w:r>
      <w:r w:rsidRPr="00A753C8">
        <w:rPr>
          <w:rFonts w:cs="Arial"/>
          <w:sz w:val="28"/>
          <w:szCs w:val="28"/>
          <w:rtl/>
        </w:rPr>
        <w:t>.</w:t>
      </w:r>
    </w:p>
    <w:p w14:paraId="07B22A42" w14:textId="77777777" w:rsidR="00A753C8" w:rsidRPr="00A753C8" w:rsidRDefault="00A753C8" w:rsidP="00A753C8">
      <w:pPr>
        <w:bidi/>
        <w:rPr>
          <w:sz w:val="28"/>
          <w:szCs w:val="28"/>
        </w:rPr>
      </w:pPr>
      <w:r w:rsidRPr="00A753C8">
        <w:rPr>
          <w:rFonts w:cs="Arial" w:hint="cs"/>
          <w:sz w:val="28"/>
          <w:szCs w:val="28"/>
          <w:rtl/>
        </w:rPr>
        <w:t>ويمكن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القول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هذه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الدراسات</w:t>
      </w:r>
      <w:r w:rsidRPr="00A753C8">
        <w:rPr>
          <w:rFonts w:cs="Arial"/>
          <w:sz w:val="28"/>
          <w:szCs w:val="28"/>
          <w:rtl/>
        </w:rPr>
        <w:t xml:space="preserve"> -</w:t>
      </w:r>
      <w:r w:rsidRPr="00A753C8">
        <w:rPr>
          <w:rFonts w:cs="Arial" w:hint="cs"/>
          <w:sz w:val="28"/>
          <w:szCs w:val="28"/>
          <w:rtl/>
        </w:rPr>
        <w:t>رغم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أهميتها</w:t>
      </w:r>
      <w:r w:rsidRPr="00A753C8">
        <w:rPr>
          <w:rFonts w:cs="Arial"/>
          <w:sz w:val="28"/>
          <w:szCs w:val="28"/>
          <w:rtl/>
        </w:rPr>
        <w:t xml:space="preserve">- </w:t>
      </w:r>
      <w:r w:rsidRPr="00A753C8">
        <w:rPr>
          <w:rFonts w:cs="Arial" w:hint="cs"/>
          <w:sz w:val="28"/>
          <w:szCs w:val="28"/>
          <w:rtl/>
        </w:rPr>
        <w:t>قد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قدمت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رؤية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شاملة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للمؤثرين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كأداة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تسويقية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عامة،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إلا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أنها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تركت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مجالاً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للبحث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طبيعة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المحتوى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المتخصص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الذي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يقدمه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هؤلاء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المؤثرون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منصات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بعينها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مثل</w:t>
      </w:r>
      <w:r w:rsidRPr="00A753C8">
        <w:rPr>
          <w:rFonts w:cs="Arial"/>
          <w:sz w:val="28"/>
          <w:szCs w:val="28"/>
          <w:rtl/>
        </w:rPr>
        <w:t xml:space="preserve"> "</w:t>
      </w:r>
      <w:r w:rsidRPr="00A753C8">
        <w:rPr>
          <w:rFonts w:cs="Arial" w:hint="cs"/>
          <w:sz w:val="28"/>
          <w:szCs w:val="28"/>
          <w:rtl/>
        </w:rPr>
        <w:t>تيك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توك</w:t>
      </w:r>
      <w:r w:rsidRPr="00A753C8">
        <w:rPr>
          <w:rFonts w:cs="Arial"/>
          <w:sz w:val="28"/>
          <w:szCs w:val="28"/>
          <w:rtl/>
        </w:rPr>
        <w:t>"</w:t>
      </w:r>
      <w:r w:rsidRPr="00A753C8">
        <w:rPr>
          <w:rFonts w:cs="Arial" w:hint="cs"/>
          <w:sz w:val="28"/>
          <w:szCs w:val="28"/>
          <w:rtl/>
        </w:rPr>
        <w:t>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وهو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يمهد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الطريق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لدراستي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الحالية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للتركيز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تأثير</w:t>
      </w:r>
      <w:r w:rsidRPr="00A753C8">
        <w:rPr>
          <w:rFonts w:cs="Arial"/>
          <w:sz w:val="28"/>
          <w:szCs w:val="28"/>
          <w:rtl/>
        </w:rPr>
        <w:t xml:space="preserve"> "</w:t>
      </w:r>
      <w:r w:rsidRPr="00A753C8">
        <w:rPr>
          <w:rFonts w:cs="Arial" w:hint="cs"/>
          <w:sz w:val="28"/>
          <w:szCs w:val="28"/>
          <w:rtl/>
        </w:rPr>
        <w:t>مقاطع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تذوق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الطعام</w:t>
      </w:r>
      <w:r w:rsidRPr="00A753C8">
        <w:rPr>
          <w:rFonts w:cs="Arial"/>
          <w:sz w:val="28"/>
          <w:szCs w:val="28"/>
          <w:rtl/>
        </w:rPr>
        <w:t xml:space="preserve">" </w:t>
      </w:r>
      <w:r w:rsidRPr="00A753C8">
        <w:rPr>
          <w:rFonts w:cs="Arial" w:hint="cs"/>
          <w:sz w:val="28"/>
          <w:szCs w:val="28"/>
          <w:rtl/>
        </w:rPr>
        <w:t>كأحد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أنماط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المحتوى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الترفيهي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تأخذ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حقها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الكافي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السياق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السعودي</w:t>
      </w:r>
      <w:r w:rsidRPr="00A753C8">
        <w:rPr>
          <w:rFonts w:cs="Arial"/>
          <w:sz w:val="28"/>
          <w:szCs w:val="28"/>
          <w:rtl/>
        </w:rPr>
        <w:t>."</w:t>
      </w:r>
    </w:p>
    <w:p w14:paraId="590BD28F" w14:textId="77777777" w:rsidR="00A753C8" w:rsidRPr="00A753C8" w:rsidRDefault="00A753C8" w:rsidP="00A753C8">
      <w:pPr>
        <w:bidi/>
        <w:rPr>
          <w:sz w:val="28"/>
          <w:szCs w:val="28"/>
        </w:rPr>
      </w:pPr>
    </w:p>
    <w:p w14:paraId="359994B6" w14:textId="77777777" w:rsidR="00A753C8" w:rsidRPr="00A753C8" w:rsidRDefault="00A753C8" w:rsidP="00A753C8">
      <w:pPr>
        <w:bidi/>
        <w:rPr>
          <w:sz w:val="28"/>
          <w:szCs w:val="28"/>
        </w:rPr>
      </w:pPr>
      <w:r w:rsidRPr="00A753C8">
        <w:rPr>
          <w:rFonts w:cs="Arial" w:hint="cs"/>
          <w:sz w:val="28"/>
          <w:szCs w:val="28"/>
          <w:rtl/>
        </w:rPr>
        <w:t>الفجوة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البحثية</w:t>
      </w:r>
      <w:r w:rsidRPr="00A753C8">
        <w:rPr>
          <w:rFonts w:cs="Arial"/>
          <w:sz w:val="28"/>
          <w:szCs w:val="28"/>
          <w:rtl/>
        </w:rPr>
        <w:t>:</w:t>
      </w:r>
    </w:p>
    <w:p w14:paraId="56D7B5D8" w14:textId="5FEADF02" w:rsidR="00A753C8" w:rsidRDefault="00A753C8" w:rsidP="00A753C8">
      <w:pPr>
        <w:bidi/>
        <w:rPr>
          <w:sz w:val="28"/>
          <w:szCs w:val="28"/>
          <w:rtl/>
        </w:rPr>
      </w:pPr>
      <w:r w:rsidRPr="00A753C8">
        <w:rPr>
          <w:rFonts w:cs="Arial"/>
          <w:sz w:val="28"/>
          <w:szCs w:val="28"/>
          <w:rtl/>
        </w:rPr>
        <w:t>"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الرغم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إسهام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السابقة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فهم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دور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المؤثرين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وتأثيرهم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السلوك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الشرائي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للمستهلك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السعودي،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إلا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أنها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عالجت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الظاهرة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بوصفها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إطاراً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تسويقياً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عاماً،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دون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التعمق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في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أبعاد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المحتوى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الترفيهي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المتخصص،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وتحديداً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مقاطع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تذوق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الطعام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عبر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منصة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تيك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توك</w:t>
      </w:r>
      <w:r w:rsidRPr="00A753C8">
        <w:rPr>
          <w:rFonts w:cs="Arial"/>
          <w:sz w:val="28"/>
          <w:szCs w:val="28"/>
          <w:rtl/>
        </w:rPr>
        <w:t xml:space="preserve">. </w:t>
      </w:r>
      <w:r w:rsidRPr="00A753C8">
        <w:rPr>
          <w:rFonts w:cs="Arial" w:hint="cs"/>
          <w:sz w:val="28"/>
          <w:szCs w:val="28"/>
          <w:rtl/>
        </w:rPr>
        <w:t>كما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يلاحظ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غياب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تربط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بين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الخصائص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التقنية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الفريدة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للفيديوهات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القصيرة</w:t>
      </w:r>
      <w:r w:rsidRPr="00A753C8">
        <w:rPr>
          <w:rFonts w:cs="Arial"/>
          <w:sz w:val="28"/>
          <w:szCs w:val="28"/>
          <w:rtl/>
        </w:rPr>
        <w:t xml:space="preserve"> (</w:t>
      </w:r>
      <w:r w:rsidRPr="00A753C8">
        <w:rPr>
          <w:rFonts w:cs="Arial" w:hint="cs"/>
          <w:sz w:val="28"/>
          <w:szCs w:val="28"/>
          <w:rtl/>
        </w:rPr>
        <w:t>تيك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توك</w:t>
      </w:r>
      <w:r w:rsidRPr="00A753C8">
        <w:rPr>
          <w:rFonts w:cs="Arial"/>
          <w:sz w:val="28"/>
          <w:szCs w:val="28"/>
          <w:rtl/>
        </w:rPr>
        <w:t xml:space="preserve">) </w:t>
      </w:r>
      <w:r w:rsidRPr="00A753C8">
        <w:rPr>
          <w:rFonts w:cs="Arial" w:hint="cs"/>
          <w:sz w:val="28"/>
          <w:szCs w:val="28"/>
          <w:rtl/>
        </w:rPr>
        <w:t>وبين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تحفيز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السلوك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الاستهلاكي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الغذائي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لدى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الجمهور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السعودي،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وهو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ما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يمثل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الفجوة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البحثية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التي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تسعى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الدراسة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الحالية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إلى</w:t>
      </w:r>
      <w:r w:rsidRPr="00A753C8">
        <w:rPr>
          <w:rFonts w:cs="Arial"/>
          <w:sz w:val="28"/>
          <w:szCs w:val="28"/>
          <w:rtl/>
        </w:rPr>
        <w:t xml:space="preserve"> </w:t>
      </w:r>
      <w:r w:rsidRPr="00A753C8">
        <w:rPr>
          <w:rFonts w:cs="Arial" w:hint="cs"/>
          <w:sz w:val="28"/>
          <w:szCs w:val="28"/>
          <w:rtl/>
        </w:rPr>
        <w:t>معالجتها</w:t>
      </w:r>
      <w:r w:rsidRPr="00A753C8">
        <w:rPr>
          <w:rFonts w:cs="Arial"/>
          <w:sz w:val="28"/>
          <w:szCs w:val="28"/>
          <w:rtl/>
        </w:rPr>
        <w:t>."</w:t>
      </w:r>
    </w:p>
    <w:p w14:paraId="6CD0E9F1" w14:textId="0B420FE5" w:rsidR="00A753C8" w:rsidRDefault="00A753C8" w:rsidP="00A753C8">
      <w:pPr>
        <w:bidi/>
        <w:rPr>
          <w:sz w:val="28"/>
          <w:szCs w:val="28"/>
          <w:rtl/>
        </w:rPr>
      </w:pPr>
    </w:p>
    <w:p w14:paraId="00686889" w14:textId="77777777" w:rsidR="00A753C8" w:rsidRDefault="00A753C8">
      <w:pPr>
        <w:rPr>
          <w:sz w:val="28"/>
          <w:szCs w:val="28"/>
          <w:rtl/>
        </w:rPr>
      </w:pPr>
      <w:r>
        <w:rPr>
          <w:sz w:val="28"/>
          <w:szCs w:val="28"/>
          <w:rtl/>
        </w:rPr>
        <w:br w:type="page"/>
      </w:r>
    </w:p>
    <w:p w14:paraId="46A6D3E2" w14:textId="04E448EF" w:rsidR="0053493D" w:rsidRPr="0030303A" w:rsidRDefault="0053493D" w:rsidP="0053493D">
      <w:pPr>
        <w:pStyle w:val="1"/>
        <w:bidi/>
        <w:rPr>
          <w:color w:val="0D0D0D" w:themeColor="text1" w:themeTint="F2"/>
          <w:sz w:val="32"/>
          <w:szCs w:val="32"/>
        </w:rPr>
      </w:pPr>
      <w:r w:rsidRPr="0030303A">
        <w:rPr>
          <w:rFonts w:hint="cs"/>
          <w:color w:val="0D0D0D" w:themeColor="text1" w:themeTint="F2"/>
          <w:sz w:val="32"/>
          <w:szCs w:val="32"/>
          <w:rtl/>
        </w:rPr>
        <w:lastRenderedPageBreak/>
        <w:t>المحور</w:t>
      </w:r>
      <w:r w:rsidRPr="0030303A">
        <w:rPr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30303A">
        <w:rPr>
          <w:rFonts w:hint="cs"/>
          <w:color w:val="0D0D0D" w:themeColor="text1" w:themeTint="F2"/>
          <w:sz w:val="32"/>
          <w:szCs w:val="32"/>
          <w:rtl/>
        </w:rPr>
        <w:t>الثاني</w:t>
      </w:r>
      <w:r w:rsidRPr="0030303A">
        <w:rPr>
          <w:color w:val="0D0D0D" w:themeColor="text1" w:themeTint="F2"/>
          <w:sz w:val="32"/>
          <w:szCs w:val="32"/>
          <w:rtl/>
        </w:rPr>
        <w:t xml:space="preserve"> </w:t>
      </w:r>
      <w:r w:rsidR="0030303A" w:rsidRPr="0030303A">
        <w:rPr>
          <w:rFonts w:hint="cs"/>
          <w:color w:val="0D0D0D" w:themeColor="text1" w:themeTint="F2"/>
          <w:sz w:val="32"/>
          <w:szCs w:val="32"/>
          <w:rtl/>
        </w:rPr>
        <w:t>:</w:t>
      </w:r>
      <w:proofErr w:type="gramEnd"/>
      <w:r w:rsidR="0030303A">
        <w:rPr>
          <w:rFonts w:hint="cs"/>
          <w:color w:val="0D0D0D" w:themeColor="text1" w:themeTint="F2"/>
          <w:sz w:val="32"/>
          <w:szCs w:val="32"/>
          <w:rtl/>
        </w:rPr>
        <w:t xml:space="preserve"> منصة "تيك توك" وخصائص المحتوى البصري قصير المدى.</w:t>
      </w:r>
    </w:p>
    <w:p w14:paraId="091B6D7B" w14:textId="77777777" w:rsidR="0053493D" w:rsidRPr="0053493D" w:rsidRDefault="0053493D" w:rsidP="0053493D">
      <w:pPr>
        <w:pStyle w:val="21"/>
        <w:bidi/>
        <w:rPr>
          <w:color w:val="0D0D0D" w:themeColor="text1" w:themeTint="F2"/>
          <w:sz w:val="32"/>
          <w:szCs w:val="32"/>
        </w:rPr>
      </w:pPr>
      <w:proofErr w:type="spellStart"/>
      <w:r w:rsidRPr="0053493D">
        <w:rPr>
          <w:rFonts w:hint="cs"/>
          <w:color w:val="0D0D0D" w:themeColor="text1" w:themeTint="F2"/>
          <w:sz w:val="32"/>
          <w:szCs w:val="32"/>
          <w:rtl/>
        </w:rPr>
        <w:t>الدراسه</w:t>
      </w:r>
      <w:proofErr w:type="spellEnd"/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53493D">
        <w:rPr>
          <w:rFonts w:hint="cs"/>
          <w:color w:val="0D0D0D" w:themeColor="text1" w:themeTint="F2"/>
          <w:sz w:val="32"/>
          <w:szCs w:val="32"/>
          <w:rtl/>
        </w:rPr>
        <w:t>الاولى</w:t>
      </w:r>
      <w:r w:rsidRPr="0053493D">
        <w:rPr>
          <w:color w:val="0D0D0D" w:themeColor="text1" w:themeTint="F2"/>
          <w:sz w:val="32"/>
          <w:szCs w:val="32"/>
          <w:rtl/>
        </w:rPr>
        <w:t xml:space="preserve"> :</w:t>
      </w:r>
      <w:proofErr w:type="gramEnd"/>
    </w:p>
    <w:p w14:paraId="7C43BC21" w14:textId="77777777" w:rsidR="0053493D" w:rsidRPr="0053493D" w:rsidRDefault="0053493D" w:rsidP="0053493D">
      <w:pPr>
        <w:bidi/>
        <w:rPr>
          <w:sz w:val="28"/>
          <w:szCs w:val="28"/>
        </w:rPr>
      </w:pPr>
    </w:p>
    <w:p w14:paraId="4A9B9016" w14:textId="25C4B592" w:rsidR="003C12D3" w:rsidRDefault="0053493D" w:rsidP="003C12D3">
      <w:pPr>
        <w:bidi/>
        <w:rPr>
          <w:sz w:val="32"/>
          <w:szCs w:val="32"/>
          <w:rtl/>
        </w:rPr>
      </w:pPr>
      <w:r w:rsidRPr="0053493D">
        <w:rPr>
          <w:rFonts w:cs="Arial" w:hint="cs"/>
          <w:sz w:val="32"/>
          <w:szCs w:val="32"/>
          <w:rtl/>
        </w:rPr>
        <w:t>أجرى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العلي</w:t>
      </w:r>
      <w:r w:rsidRPr="0053493D">
        <w:rPr>
          <w:rFonts w:cs="Arial"/>
          <w:sz w:val="32"/>
          <w:szCs w:val="32"/>
          <w:rtl/>
        </w:rPr>
        <w:t xml:space="preserve"> (2023) </w:t>
      </w:r>
      <w:r w:rsidRPr="0053493D">
        <w:rPr>
          <w:rFonts w:cs="Arial" w:hint="cs"/>
          <w:sz w:val="32"/>
          <w:szCs w:val="32"/>
          <w:rtl/>
        </w:rPr>
        <w:t>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بعنوان</w:t>
      </w:r>
      <w:r w:rsidRPr="0053493D">
        <w:rPr>
          <w:rFonts w:cs="Arial"/>
          <w:sz w:val="32"/>
          <w:szCs w:val="32"/>
          <w:rtl/>
        </w:rPr>
        <w:t>: "</w:t>
      </w:r>
      <w:r w:rsidRPr="0053493D">
        <w:rPr>
          <w:rFonts w:cs="Arial" w:hint="cs"/>
          <w:sz w:val="32"/>
          <w:szCs w:val="32"/>
          <w:rtl/>
        </w:rPr>
        <w:t>دور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تشكيل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ثقافة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الشباب</w:t>
      </w:r>
      <w:r w:rsidRPr="0053493D">
        <w:rPr>
          <w:rFonts w:cs="Arial"/>
          <w:sz w:val="32"/>
          <w:szCs w:val="32"/>
          <w:rtl/>
        </w:rPr>
        <w:t>-</w:t>
      </w:r>
      <w:r w:rsidRPr="0053493D">
        <w:rPr>
          <w:rFonts w:cs="Arial" w:hint="cs"/>
          <w:sz w:val="32"/>
          <w:szCs w:val="32"/>
          <w:rtl/>
        </w:rPr>
        <w:t>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تحليلية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عينة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عشوائية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طلاب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جامعة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دمشق</w:t>
      </w:r>
      <w:r w:rsidRPr="0053493D">
        <w:rPr>
          <w:rFonts w:cs="Arial"/>
          <w:sz w:val="32"/>
          <w:szCs w:val="32"/>
          <w:rtl/>
        </w:rPr>
        <w:t>"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هدفت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الدور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الذي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تلعبه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هذه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بناء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القدرات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الفكرية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والثقافية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للشباب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اعتمدت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التحليلي،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وتوصلت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تؤدي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دوراً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حيوياً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توفير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المعلومات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وتشكيل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الثقافي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الشباب،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يساهم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بشكل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مباشر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رفع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قدراتهم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الفكرية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وتوصي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بضرورة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الاستفادة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هذه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التقنيات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الحديثة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بوعي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وتوظيفها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بشكل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إيجابي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بناء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الثقافة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الشبابية</w:t>
      </w:r>
      <w:r w:rsidRPr="0053493D">
        <w:rPr>
          <w:rFonts w:cs="Arial"/>
          <w:sz w:val="32"/>
          <w:szCs w:val="32"/>
          <w:rtl/>
        </w:rPr>
        <w:t>.</w:t>
      </w:r>
    </w:p>
    <w:p w14:paraId="0517767E" w14:textId="77777777" w:rsidR="003C12D3" w:rsidRPr="003C12D3" w:rsidRDefault="003C12D3" w:rsidP="003C12D3">
      <w:pPr>
        <w:bidi/>
        <w:rPr>
          <w:sz w:val="32"/>
          <w:szCs w:val="32"/>
        </w:rPr>
      </w:pPr>
    </w:p>
    <w:p w14:paraId="69FEF401" w14:textId="77777777" w:rsidR="0053493D" w:rsidRPr="0053493D" w:rsidRDefault="0053493D" w:rsidP="0053493D">
      <w:pPr>
        <w:pStyle w:val="21"/>
        <w:bidi/>
        <w:rPr>
          <w:color w:val="0D0D0D" w:themeColor="text1" w:themeTint="F2"/>
          <w:sz w:val="32"/>
          <w:szCs w:val="32"/>
        </w:rPr>
      </w:pPr>
      <w:proofErr w:type="spellStart"/>
      <w:r w:rsidRPr="0053493D">
        <w:rPr>
          <w:rFonts w:hint="cs"/>
          <w:color w:val="0D0D0D" w:themeColor="text1" w:themeTint="F2"/>
          <w:sz w:val="32"/>
          <w:szCs w:val="32"/>
          <w:rtl/>
        </w:rPr>
        <w:t>الدراسه</w:t>
      </w:r>
      <w:proofErr w:type="spellEnd"/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proofErr w:type="spellStart"/>
      <w:proofErr w:type="gramStart"/>
      <w:r w:rsidRPr="0053493D">
        <w:rPr>
          <w:rFonts w:hint="cs"/>
          <w:color w:val="0D0D0D" w:themeColor="text1" w:themeTint="F2"/>
          <w:sz w:val="32"/>
          <w:szCs w:val="32"/>
          <w:rtl/>
        </w:rPr>
        <w:t>الثانيه</w:t>
      </w:r>
      <w:proofErr w:type="spellEnd"/>
      <w:r w:rsidRPr="0053493D">
        <w:rPr>
          <w:color w:val="0D0D0D" w:themeColor="text1" w:themeTint="F2"/>
          <w:sz w:val="32"/>
          <w:szCs w:val="32"/>
          <w:rtl/>
        </w:rPr>
        <w:t xml:space="preserve"> :</w:t>
      </w:r>
      <w:proofErr w:type="gramEnd"/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</w:p>
    <w:p w14:paraId="620A0C68" w14:textId="4CF37EBF" w:rsidR="0053493D" w:rsidRDefault="0053493D" w:rsidP="003C12D3">
      <w:pPr>
        <w:bidi/>
        <w:rPr>
          <w:color w:val="0D0D0D" w:themeColor="text1" w:themeTint="F2"/>
          <w:sz w:val="32"/>
          <w:szCs w:val="32"/>
          <w:rtl/>
        </w:rPr>
      </w:pPr>
      <w:r w:rsidRPr="0053493D">
        <w:rPr>
          <w:rFonts w:cs="Arial"/>
          <w:color w:val="0D0D0D" w:themeColor="text1" w:themeTint="F2"/>
          <w:sz w:val="32"/>
          <w:szCs w:val="32"/>
          <w:rtl/>
        </w:rPr>
        <w:t>"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أجرى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حفار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عبد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النور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(2022)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دراسة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بعنوان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>: "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تأثير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تطبيق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تيك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توك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الممارسات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الفردية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والاجتماعية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لمستخدميه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المراهقين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>-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دراسة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ميدانية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عينة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تلاميذ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ثانوية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الهادي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proofErr w:type="spellStart"/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خذيري</w:t>
      </w:r>
      <w:proofErr w:type="spellEnd"/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تبسة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>"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هدفت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إلى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الكشف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التأثيرات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الناجمة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استخدام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تطبيق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تيك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توك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الممارسات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الفردية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والاجتماعية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لدى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المراهقين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.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واعتمدت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الدراسة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المنهج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الوصفي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باستخدام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أداة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الاستبيان</w:t>
      </w:r>
      <w:proofErr w:type="gramEnd"/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وطُبقت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عينة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قصدية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بلغت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92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مفرداً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.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وتوصلت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الدراسة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إلى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تنوع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مضامين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الفيديوهات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المعروضة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التطبيق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وقصر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زمنها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يعد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عاملاً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رئيساً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جذب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المراهقين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نحو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استخدامه،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مؤكدة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جاذبية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التطبيق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لا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تقتصر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سهولة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الاستخدام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فحسب</w:t>
      </w:r>
      <w:proofErr w:type="gramEnd"/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بل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طبيعة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المحتوى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الجذاب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>."</w:t>
      </w:r>
    </w:p>
    <w:p w14:paraId="54A08B1A" w14:textId="77777777" w:rsidR="003C12D3" w:rsidRPr="003C12D3" w:rsidRDefault="003C12D3" w:rsidP="003C12D3">
      <w:pPr>
        <w:bidi/>
        <w:rPr>
          <w:color w:val="0D0D0D" w:themeColor="text1" w:themeTint="F2"/>
          <w:sz w:val="32"/>
          <w:szCs w:val="32"/>
        </w:rPr>
      </w:pPr>
    </w:p>
    <w:p w14:paraId="368ADA28" w14:textId="779C743C" w:rsidR="0053493D" w:rsidRPr="0053493D" w:rsidRDefault="0053493D" w:rsidP="0053493D">
      <w:pPr>
        <w:pStyle w:val="21"/>
        <w:bidi/>
        <w:rPr>
          <w:rFonts w:asciiTheme="minorHAnsi" w:eastAsiaTheme="minorEastAsia" w:hAnsiTheme="minorHAnsi" w:cstheme="minorBidi"/>
          <w:b w:val="0"/>
          <w:bCs w:val="0"/>
          <w:color w:val="auto"/>
          <w:sz w:val="28"/>
          <w:szCs w:val="28"/>
        </w:rPr>
      </w:pPr>
      <w:r w:rsidRPr="0053493D">
        <w:rPr>
          <w:rFonts w:hint="cs"/>
          <w:color w:val="0D0D0D" w:themeColor="text1" w:themeTint="F2"/>
          <w:sz w:val="32"/>
          <w:szCs w:val="32"/>
          <w:rtl/>
        </w:rPr>
        <w:t>الدراسة</w:t>
      </w:r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hint="cs"/>
          <w:color w:val="0D0D0D" w:themeColor="text1" w:themeTint="F2"/>
          <w:sz w:val="32"/>
          <w:szCs w:val="32"/>
          <w:rtl/>
        </w:rPr>
        <w:t>الثالثة</w:t>
      </w:r>
      <w:r>
        <w:rPr>
          <w:rFonts w:asciiTheme="minorHAnsi" w:eastAsiaTheme="minorEastAsia" w:hAnsiTheme="minorHAnsi" w:cstheme="minorBidi" w:hint="cs"/>
          <w:b w:val="0"/>
          <w:bCs w:val="0"/>
          <w:color w:val="auto"/>
          <w:sz w:val="28"/>
          <w:szCs w:val="28"/>
          <w:rtl/>
        </w:rPr>
        <w:t>:</w:t>
      </w:r>
      <w:r w:rsidRPr="0053493D">
        <w:rPr>
          <w:rFonts w:asciiTheme="minorHAnsi" w:eastAsiaTheme="minorEastAsia" w:hAnsiTheme="minorHAnsi" w:cstheme="minorBidi"/>
          <w:b w:val="0"/>
          <w:bCs w:val="0"/>
          <w:color w:val="auto"/>
          <w:sz w:val="28"/>
          <w:szCs w:val="28"/>
          <w:rtl/>
        </w:rPr>
        <w:t xml:space="preserve"> </w:t>
      </w:r>
    </w:p>
    <w:p w14:paraId="07E00B59" w14:textId="77777777" w:rsidR="0053493D" w:rsidRPr="0053493D" w:rsidRDefault="0053493D" w:rsidP="0053493D">
      <w:pPr>
        <w:bidi/>
        <w:rPr>
          <w:sz w:val="28"/>
          <w:szCs w:val="28"/>
        </w:rPr>
      </w:pPr>
    </w:p>
    <w:p w14:paraId="39200E81" w14:textId="78470895" w:rsidR="0053493D" w:rsidRPr="0053493D" w:rsidRDefault="0053493D" w:rsidP="0053493D">
      <w:pPr>
        <w:bidi/>
        <w:rPr>
          <w:sz w:val="32"/>
          <w:szCs w:val="32"/>
        </w:rPr>
      </w:pPr>
      <w:r w:rsidRPr="0053493D">
        <w:rPr>
          <w:rFonts w:cs="Arial" w:hint="cs"/>
          <w:sz w:val="32"/>
          <w:szCs w:val="32"/>
          <w:rtl/>
        </w:rPr>
        <w:t>أجرت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gramStart"/>
      <w:r w:rsidRPr="0053493D">
        <w:rPr>
          <w:rFonts w:cs="Arial" w:hint="cs"/>
          <w:sz w:val="32"/>
          <w:szCs w:val="32"/>
          <w:rtl/>
        </w:rPr>
        <w:t>علي</w:t>
      </w:r>
      <w:proofErr w:type="gramEnd"/>
      <w:r w:rsidRPr="0053493D">
        <w:rPr>
          <w:rFonts w:cs="Arial"/>
          <w:sz w:val="32"/>
          <w:szCs w:val="32"/>
          <w:rtl/>
        </w:rPr>
        <w:t xml:space="preserve"> (2025) </w:t>
      </w:r>
      <w:r w:rsidRPr="0053493D">
        <w:rPr>
          <w:rFonts w:cs="Arial" w:hint="cs"/>
          <w:sz w:val="32"/>
          <w:szCs w:val="32"/>
          <w:rtl/>
        </w:rPr>
        <w:t>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بعنوان</w:t>
      </w:r>
      <w:r w:rsidRPr="0053493D">
        <w:rPr>
          <w:rFonts w:cs="Arial"/>
          <w:sz w:val="32"/>
          <w:szCs w:val="32"/>
          <w:rtl/>
        </w:rPr>
        <w:t>: "</w:t>
      </w:r>
      <w:r w:rsidRPr="0053493D">
        <w:rPr>
          <w:rFonts w:cs="Arial" w:hint="cs"/>
          <w:sz w:val="32"/>
          <w:szCs w:val="32"/>
          <w:rtl/>
        </w:rPr>
        <w:t>كثافة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تعرض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المستخدمين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لمؤثري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وتأثيراته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صحتهم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الجسدية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والنفسية</w:t>
      </w:r>
      <w:r w:rsidRPr="0053493D">
        <w:rPr>
          <w:rFonts w:cs="Arial"/>
          <w:sz w:val="32"/>
          <w:szCs w:val="32"/>
          <w:rtl/>
        </w:rPr>
        <w:t>"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هدفت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التعرف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تأثير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لمؤثري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تقييمات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المطاعم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والوصفات</w:t>
      </w:r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السلوكيات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والمعارف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والصحة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النفسية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والجسدية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للمتابعين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اعتمدت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المسحي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أداة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gramStart"/>
      <w:r w:rsidRPr="0053493D">
        <w:rPr>
          <w:rFonts w:cs="Arial" w:hint="cs"/>
          <w:sz w:val="32"/>
          <w:szCs w:val="32"/>
          <w:rtl/>
        </w:rPr>
        <w:t>الاستبيان</w:t>
      </w:r>
      <w:proofErr w:type="gramEnd"/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والمنهج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الكيفي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المضمون</w:t>
      </w:r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عينة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قوامها</w:t>
      </w:r>
      <w:r w:rsidRPr="0053493D">
        <w:rPr>
          <w:rFonts w:cs="Arial"/>
          <w:sz w:val="32"/>
          <w:szCs w:val="32"/>
          <w:rtl/>
        </w:rPr>
        <w:t xml:space="preserve"> 204 </w:t>
      </w:r>
      <w:r w:rsidRPr="0053493D">
        <w:rPr>
          <w:rFonts w:cs="Arial" w:hint="cs"/>
          <w:sz w:val="32"/>
          <w:szCs w:val="32"/>
          <w:rtl/>
        </w:rPr>
        <w:t>مبحوثاً،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بالإضافة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فيديوهات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منصات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تيك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توك،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فيسبوك،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spellStart"/>
      <w:r w:rsidRPr="0053493D">
        <w:rPr>
          <w:rFonts w:cs="Arial" w:hint="cs"/>
          <w:sz w:val="32"/>
          <w:szCs w:val="32"/>
          <w:rtl/>
        </w:rPr>
        <w:t>إنستجرام</w:t>
      </w:r>
      <w:proofErr w:type="spellEnd"/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يوتيوب</w:t>
      </w:r>
      <w:r w:rsidRPr="0053493D">
        <w:rPr>
          <w:rFonts w:cs="Arial"/>
          <w:sz w:val="32"/>
          <w:szCs w:val="32"/>
          <w:rtl/>
        </w:rPr>
        <w:t xml:space="preserve">). </w:t>
      </w:r>
      <w:r w:rsidRPr="0053493D">
        <w:rPr>
          <w:rFonts w:cs="Arial" w:hint="cs"/>
          <w:sz w:val="32"/>
          <w:szCs w:val="32"/>
          <w:rtl/>
        </w:rPr>
        <w:t>وتوصلت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النتائج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كثافة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التعرض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lastRenderedPageBreak/>
        <w:t>تؤثر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بشكل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مباشر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الجانب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الوجداني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والسلوكي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للمتابعين،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متمثلة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تعزيز</w:t>
      </w:r>
      <w:r w:rsidRPr="0053493D">
        <w:rPr>
          <w:rFonts w:cs="Arial"/>
          <w:sz w:val="32"/>
          <w:szCs w:val="32"/>
          <w:rtl/>
        </w:rPr>
        <w:t xml:space="preserve"> "</w:t>
      </w:r>
      <w:r w:rsidRPr="0053493D">
        <w:rPr>
          <w:rFonts w:cs="Arial" w:hint="cs"/>
          <w:sz w:val="32"/>
          <w:szCs w:val="32"/>
          <w:rtl/>
        </w:rPr>
        <w:t>الجوع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" </w:t>
      </w:r>
      <w:r w:rsidRPr="0053493D">
        <w:rPr>
          <w:rFonts w:cs="Arial" w:hint="cs"/>
          <w:sz w:val="32"/>
          <w:szCs w:val="32"/>
          <w:rtl/>
        </w:rPr>
        <w:t>وفتح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الشهية،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ودافعية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الذهاب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لتجربة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المطاعم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أو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الوصفات،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أكدت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بُعد</w:t>
      </w:r>
      <w:r w:rsidRPr="0053493D">
        <w:rPr>
          <w:rFonts w:cs="Arial"/>
          <w:sz w:val="32"/>
          <w:szCs w:val="32"/>
          <w:rtl/>
        </w:rPr>
        <w:t xml:space="preserve"> "</w:t>
      </w:r>
      <w:r w:rsidRPr="0053493D">
        <w:rPr>
          <w:rFonts w:cs="Arial" w:hint="cs"/>
          <w:sz w:val="32"/>
          <w:szCs w:val="32"/>
          <w:rtl/>
        </w:rPr>
        <w:t>الجاذبية</w:t>
      </w:r>
      <w:r w:rsidRPr="0053493D">
        <w:rPr>
          <w:rFonts w:cs="Arial"/>
          <w:sz w:val="32"/>
          <w:szCs w:val="32"/>
          <w:rtl/>
        </w:rPr>
        <w:t xml:space="preserve">"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المؤثر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يعد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العامل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الأبرز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جذب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الانتباه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وزيادة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كثافة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التعرض</w:t>
      </w:r>
      <w:r w:rsidRPr="0053493D">
        <w:rPr>
          <w:rFonts w:cs="Arial"/>
          <w:sz w:val="32"/>
          <w:szCs w:val="32"/>
          <w:rtl/>
        </w:rPr>
        <w:t>.</w:t>
      </w:r>
    </w:p>
    <w:p w14:paraId="1DD9350B" w14:textId="77777777" w:rsidR="0053493D" w:rsidRDefault="0053493D" w:rsidP="0053493D">
      <w:pPr>
        <w:bidi/>
        <w:rPr>
          <w:sz w:val="28"/>
          <w:szCs w:val="28"/>
          <w:rtl/>
        </w:rPr>
      </w:pPr>
    </w:p>
    <w:p w14:paraId="19645181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29A4EC6E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53CF6952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77AE2DED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52BA942A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6AB219D1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7665FCE2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34129104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342C54BD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71695BF0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781B2BCC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5EF246BE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440F18BC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0D1E6E80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09C866A8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52F9A0B3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2E2CC796" w14:textId="77777777" w:rsidR="003C12D3" w:rsidRDefault="003C12D3" w:rsidP="003C12D3">
      <w:pPr>
        <w:bidi/>
        <w:rPr>
          <w:sz w:val="28"/>
          <w:szCs w:val="28"/>
          <w:rtl/>
        </w:rPr>
      </w:pPr>
    </w:p>
    <w:p w14:paraId="7EE4ACC3" w14:textId="77777777" w:rsidR="003C12D3" w:rsidRPr="0053493D" w:rsidRDefault="003C12D3" w:rsidP="003C12D3">
      <w:pPr>
        <w:bidi/>
        <w:rPr>
          <w:sz w:val="28"/>
          <w:szCs w:val="28"/>
        </w:rPr>
      </w:pPr>
    </w:p>
    <w:p w14:paraId="6BF3EF0D" w14:textId="43439C63" w:rsidR="0053493D" w:rsidRPr="0053493D" w:rsidRDefault="0053493D" w:rsidP="0053493D">
      <w:pPr>
        <w:pStyle w:val="21"/>
        <w:bidi/>
        <w:rPr>
          <w:color w:val="0D0D0D" w:themeColor="text1" w:themeTint="F2"/>
          <w:sz w:val="36"/>
          <w:szCs w:val="36"/>
        </w:rPr>
      </w:pPr>
      <w:proofErr w:type="gramStart"/>
      <w:r w:rsidRPr="003C12D3">
        <w:rPr>
          <w:rFonts w:hint="cs"/>
          <w:color w:val="0D0D0D" w:themeColor="text1" w:themeTint="F2"/>
          <w:sz w:val="32"/>
          <w:szCs w:val="32"/>
          <w:rtl/>
        </w:rPr>
        <w:lastRenderedPageBreak/>
        <w:t>التعليق</w:t>
      </w:r>
      <w:r w:rsidRPr="0053493D">
        <w:rPr>
          <w:color w:val="0D0D0D" w:themeColor="text1" w:themeTint="F2"/>
          <w:sz w:val="36"/>
          <w:szCs w:val="36"/>
          <w:rtl/>
        </w:rPr>
        <w:t xml:space="preserve"> </w:t>
      </w:r>
      <w:r>
        <w:rPr>
          <w:rFonts w:hint="cs"/>
          <w:color w:val="0D0D0D" w:themeColor="text1" w:themeTint="F2"/>
          <w:sz w:val="36"/>
          <w:szCs w:val="36"/>
          <w:rtl/>
        </w:rPr>
        <w:t>:</w:t>
      </w:r>
      <w:proofErr w:type="gramEnd"/>
    </w:p>
    <w:p w14:paraId="0826B8BE" w14:textId="77777777" w:rsidR="0053493D" w:rsidRPr="0053493D" w:rsidRDefault="0053493D" w:rsidP="0053493D">
      <w:pPr>
        <w:pStyle w:val="31"/>
        <w:bidi/>
        <w:rPr>
          <w:color w:val="0D0D0D" w:themeColor="text1" w:themeTint="F2"/>
          <w:sz w:val="32"/>
          <w:szCs w:val="32"/>
        </w:rPr>
      </w:pPr>
      <w:r w:rsidRPr="0053493D">
        <w:rPr>
          <w:rFonts w:hint="cs"/>
          <w:color w:val="0D0D0D" w:themeColor="text1" w:themeTint="F2"/>
          <w:sz w:val="32"/>
          <w:szCs w:val="32"/>
          <w:rtl/>
        </w:rPr>
        <w:t>التعليق</w:t>
      </w:r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hint="cs"/>
          <w:color w:val="0D0D0D" w:themeColor="text1" w:themeTint="F2"/>
          <w:sz w:val="32"/>
          <w:szCs w:val="32"/>
          <w:rtl/>
        </w:rPr>
        <w:t>المحور</w:t>
      </w:r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hint="cs"/>
          <w:color w:val="0D0D0D" w:themeColor="text1" w:themeTint="F2"/>
          <w:sz w:val="32"/>
          <w:szCs w:val="32"/>
          <w:rtl/>
        </w:rPr>
        <w:t>الثاني</w:t>
      </w:r>
      <w:r w:rsidRPr="0053493D">
        <w:rPr>
          <w:color w:val="0D0D0D" w:themeColor="text1" w:themeTint="F2"/>
          <w:sz w:val="32"/>
          <w:szCs w:val="32"/>
          <w:rtl/>
        </w:rPr>
        <w:t>:</w:t>
      </w:r>
    </w:p>
    <w:p w14:paraId="5089FD9B" w14:textId="77777777" w:rsidR="0053493D" w:rsidRPr="0053493D" w:rsidRDefault="0053493D" w:rsidP="0053493D">
      <w:pPr>
        <w:bidi/>
        <w:rPr>
          <w:color w:val="0D0D0D" w:themeColor="text1" w:themeTint="F2"/>
          <w:sz w:val="32"/>
          <w:szCs w:val="32"/>
        </w:rPr>
      </w:pPr>
      <w:r w:rsidRPr="0053493D">
        <w:rPr>
          <w:rFonts w:cs="Arial"/>
          <w:color w:val="0D0D0D" w:themeColor="text1" w:themeTint="F2"/>
          <w:sz w:val="32"/>
          <w:szCs w:val="32"/>
          <w:rtl/>
        </w:rPr>
        <w:t>"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تُظهر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الدراسات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المستعرضة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هذا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المحور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دور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منصات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التواصل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الاجتماعي،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وبشكل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خاص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تطبيق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'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تيك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توك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>'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إعادة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تشكيل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أنماط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التفاعل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والوعي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لدى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الشباب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(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العلي،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2023).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فقد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أوضحت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نتائج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(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حفار،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2022)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الخصائص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التقنية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للتطبيق،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كقصر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زمن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الفيديوهات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وتنوع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المحتوى،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تعد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عوامل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حاسمة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جذب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المراهقين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وتغيير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سلوكياتهم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اليومية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.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وتتكامل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هذه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النتائج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مع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ما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توصلت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إليه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(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علي،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2025)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المحتوى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البصري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لمؤثري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الطعام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عبر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هذه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المنصات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يمارس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تأثيراً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مباشراً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على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'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الجوع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البصري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'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والدوافع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السلوكية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لدى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المتابعين،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مما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يدفعهم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فعلياً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لتجربة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المطاعم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والوصفات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.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وبذلك،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يتضح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أن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'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تيك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توك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'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لم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يعد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مجرد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أداة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ترفيهية،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بل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صار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وسيطاً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مؤثراً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في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اتخاذ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القرارات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الاستهلاكية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المتعلقة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cs="Arial" w:hint="cs"/>
          <w:color w:val="0D0D0D" w:themeColor="text1" w:themeTint="F2"/>
          <w:sz w:val="32"/>
          <w:szCs w:val="32"/>
          <w:rtl/>
        </w:rPr>
        <w:t>بالطعام</w:t>
      </w:r>
      <w:r w:rsidRPr="0053493D">
        <w:rPr>
          <w:rFonts w:cs="Arial"/>
          <w:color w:val="0D0D0D" w:themeColor="text1" w:themeTint="F2"/>
          <w:sz w:val="32"/>
          <w:szCs w:val="32"/>
          <w:rtl/>
        </w:rPr>
        <w:t>."</w:t>
      </w:r>
    </w:p>
    <w:p w14:paraId="58D30012" w14:textId="77777777" w:rsidR="0053493D" w:rsidRPr="0053493D" w:rsidRDefault="0053493D" w:rsidP="0053493D">
      <w:pPr>
        <w:bidi/>
        <w:rPr>
          <w:sz w:val="28"/>
          <w:szCs w:val="28"/>
        </w:rPr>
      </w:pPr>
    </w:p>
    <w:p w14:paraId="31B6876F" w14:textId="77777777" w:rsidR="0053493D" w:rsidRPr="0053493D" w:rsidRDefault="0053493D" w:rsidP="0053493D">
      <w:pPr>
        <w:pStyle w:val="21"/>
        <w:bidi/>
        <w:rPr>
          <w:color w:val="0D0D0D" w:themeColor="text1" w:themeTint="F2"/>
          <w:sz w:val="32"/>
          <w:szCs w:val="32"/>
        </w:rPr>
      </w:pPr>
      <w:r w:rsidRPr="0053493D">
        <w:rPr>
          <w:rFonts w:hint="cs"/>
          <w:color w:val="0D0D0D" w:themeColor="text1" w:themeTint="F2"/>
          <w:sz w:val="32"/>
          <w:szCs w:val="32"/>
          <w:rtl/>
        </w:rPr>
        <w:t>الفجوة</w:t>
      </w:r>
      <w:r w:rsidRPr="0053493D">
        <w:rPr>
          <w:color w:val="0D0D0D" w:themeColor="text1" w:themeTint="F2"/>
          <w:sz w:val="32"/>
          <w:szCs w:val="32"/>
          <w:rtl/>
        </w:rPr>
        <w:t xml:space="preserve"> </w:t>
      </w:r>
      <w:r w:rsidRPr="0053493D">
        <w:rPr>
          <w:rFonts w:hint="cs"/>
          <w:color w:val="0D0D0D" w:themeColor="text1" w:themeTint="F2"/>
          <w:sz w:val="32"/>
          <w:szCs w:val="32"/>
          <w:rtl/>
        </w:rPr>
        <w:t>البحثية</w:t>
      </w:r>
      <w:r w:rsidRPr="0053493D">
        <w:rPr>
          <w:color w:val="0D0D0D" w:themeColor="text1" w:themeTint="F2"/>
          <w:sz w:val="32"/>
          <w:szCs w:val="32"/>
          <w:rtl/>
        </w:rPr>
        <w:t>:</w:t>
      </w:r>
    </w:p>
    <w:p w14:paraId="42767F72" w14:textId="77777777" w:rsidR="0053493D" w:rsidRPr="0053493D" w:rsidRDefault="0053493D" w:rsidP="0053493D">
      <w:pPr>
        <w:bidi/>
        <w:rPr>
          <w:sz w:val="28"/>
          <w:szCs w:val="28"/>
        </w:rPr>
      </w:pPr>
    </w:p>
    <w:p w14:paraId="44C66CA0" w14:textId="57041540" w:rsidR="00A753C8" w:rsidRDefault="0053493D" w:rsidP="0053493D">
      <w:pPr>
        <w:bidi/>
        <w:rPr>
          <w:sz w:val="32"/>
          <w:szCs w:val="32"/>
          <w:rtl/>
        </w:rPr>
      </w:pP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الرغم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إسهام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السابقة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تأثير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منصات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وتطبيقات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الفيديوهات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القصيرة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اتجاهات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الشباب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العلي،</w:t>
      </w:r>
      <w:r w:rsidRPr="0053493D">
        <w:rPr>
          <w:rFonts w:cs="Arial"/>
          <w:sz w:val="32"/>
          <w:szCs w:val="32"/>
          <w:rtl/>
        </w:rPr>
        <w:t xml:space="preserve"> 2023</w:t>
      </w:r>
      <w:r w:rsidRPr="0053493D">
        <w:rPr>
          <w:rFonts w:cs="Arial" w:hint="cs"/>
          <w:sz w:val="32"/>
          <w:szCs w:val="32"/>
          <w:rtl/>
        </w:rPr>
        <w:t>؛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حفار،</w:t>
      </w:r>
      <w:r w:rsidRPr="0053493D">
        <w:rPr>
          <w:rFonts w:cs="Arial"/>
          <w:sz w:val="32"/>
          <w:szCs w:val="32"/>
          <w:rtl/>
        </w:rPr>
        <w:t xml:space="preserve"> 2022)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قدمته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لأثر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مؤثري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الجوانب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والوجدانية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للمتابعين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علي،</w:t>
      </w:r>
      <w:r w:rsidRPr="0053493D">
        <w:rPr>
          <w:rFonts w:cs="Arial"/>
          <w:sz w:val="32"/>
          <w:szCs w:val="32"/>
          <w:rtl/>
        </w:rPr>
        <w:t xml:space="preserve"> 2025)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أنها</w:t>
      </w:r>
      <w:r w:rsidRPr="0053493D">
        <w:rPr>
          <w:rFonts w:cs="Arial"/>
          <w:sz w:val="32"/>
          <w:szCs w:val="32"/>
          <w:rtl/>
        </w:rPr>
        <w:t xml:space="preserve"> –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مجملها</w:t>
      </w:r>
      <w:r w:rsidRPr="0053493D">
        <w:rPr>
          <w:rFonts w:cs="Arial" w:hint="eastAsia"/>
          <w:sz w:val="32"/>
          <w:szCs w:val="32"/>
          <w:rtl/>
        </w:rPr>
        <w:t>–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تتناول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بالتحليل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والربط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بين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الآليات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التقنية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الفريدة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لخوارزميات</w:t>
      </w:r>
      <w:r w:rsidRPr="0053493D">
        <w:rPr>
          <w:rFonts w:cs="Arial"/>
          <w:sz w:val="32"/>
          <w:szCs w:val="32"/>
          <w:rtl/>
        </w:rPr>
        <w:t xml:space="preserve"> '</w:t>
      </w:r>
      <w:r w:rsidRPr="0053493D">
        <w:rPr>
          <w:rFonts w:cs="Arial" w:hint="cs"/>
          <w:sz w:val="32"/>
          <w:szCs w:val="32"/>
          <w:rtl/>
        </w:rPr>
        <w:t>تيك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توك</w:t>
      </w:r>
      <w:r w:rsidRPr="0053493D">
        <w:rPr>
          <w:rFonts w:cs="Arial"/>
          <w:sz w:val="32"/>
          <w:szCs w:val="32"/>
          <w:rtl/>
        </w:rPr>
        <w:t xml:space="preserve">' </w:t>
      </w:r>
      <w:r w:rsidRPr="0053493D">
        <w:rPr>
          <w:rFonts w:cs="Arial" w:hint="cs"/>
          <w:sz w:val="32"/>
          <w:szCs w:val="32"/>
          <w:rtl/>
        </w:rPr>
        <w:t>وبين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تحفيز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الغذائي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بيئة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اجتماعية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محددة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كالسياق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السعودي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كما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يلاحظ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ندرة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تفسر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كيف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يساهم</w:t>
      </w:r>
      <w:r w:rsidRPr="0053493D">
        <w:rPr>
          <w:rFonts w:cs="Arial"/>
          <w:sz w:val="32"/>
          <w:szCs w:val="32"/>
          <w:rtl/>
        </w:rPr>
        <w:t xml:space="preserve"> '</w:t>
      </w:r>
      <w:r w:rsidRPr="0053493D">
        <w:rPr>
          <w:rFonts w:cs="Arial" w:hint="cs"/>
          <w:sz w:val="32"/>
          <w:szCs w:val="32"/>
          <w:rtl/>
        </w:rPr>
        <w:t>التصميم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' </w:t>
      </w:r>
      <w:r w:rsidRPr="0053493D">
        <w:rPr>
          <w:rFonts w:cs="Arial" w:hint="cs"/>
          <w:sz w:val="32"/>
          <w:szCs w:val="32"/>
          <w:rtl/>
        </w:rPr>
        <w:t>للمحتوى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كتصوير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تيك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تغيير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قرارات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الشراء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الفعلية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المتابعين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وهنا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تبرز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الفجوة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البحثية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تسعى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الحالية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ردمها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خلال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دور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هذا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المتخصص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توجيه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الغذائي</w:t>
      </w:r>
      <w:r w:rsidRPr="0053493D">
        <w:rPr>
          <w:rFonts w:cs="Arial"/>
          <w:sz w:val="32"/>
          <w:szCs w:val="32"/>
          <w:rtl/>
        </w:rPr>
        <w:t>."</w:t>
      </w:r>
    </w:p>
    <w:p w14:paraId="18D6BEAB" w14:textId="4A7CAEBB" w:rsidR="0053493D" w:rsidRDefault="0053493D" w:rsidP="0053493D">
      <w:pPr>
        <w:bidi/>
        <w:rPr>
          <w:sz w:val="32"/>
          <w:szCs w:val="32"/>
          <w:rtl/>
        </w:rPr>
      </w:pPr>
    </w:p>
    <w:p w14:paraId="2C481C38" w14:textId="77777777" w:rsidR="0053493D" w:rsidRDefault="0053493D">
      <w:pPr>
        <w:rPr>
          <w:sz w:val="32"/>
          <w:szCs w:val="32"/>
          <w:rtl/>
        </w:rPr>
      </w:pPr>
      <w:r>
        <w:rPr>
          <w:sz w:val="32"/>
          <w:szCs w:val="32"/>
          <w:rtl/>
        </w:rPr>
        <w:br w:type="page"/>
      </w:r>
    </w:p>
    <w:p w14:paraId="7A8F60C6" w14:textId="3590F7DA" w:rsidR="0053493D" w:rsidRPr="0030303A" w:rsidRDefault="0053493D" w:rsidP="003C12D3">
      <w:pPr>
        <w:pStyle w:val="1"/>
        <w:bidi/>
        <w:rPr>
          <w:color w:val="0D0D0D" w:themeColor="text1" w:themeTint="F2"/>
          <w:sz w:val="32"/>
          <w:szCs w:val="32"/>
        </w:rPr>
      </w:pPr>
      <w:r w:rsidRPr="0030303A">
        <w:rPr>
          <w:rFonts w:hint="cs"/>
          <w:color w:val="0D0D0D" w:themeColor="text1" w:themeTint="F2"/>
          <w:sz w:val="32"/>
          <w:szCs w:val="32"/>
          <w:rtl/>
        </w:rPr>
        <w:lastRenderedPageBreak/>
        <w:t>المحور</w:t>
      </w:r>
      <w:r w:rsidRPr="0030303A">
        <w:rPr>
          <w:color w:val="0D0D0D" w:themeColor="text1" w:themeTint="F2"/>
          <w:sz w:val="32"/>
          <w:szCs w:val="32"/>
          <w:rtl/>
        </w:rPr>
        <w:t xml:space="preserve"> </w:t>
      </w:r>
      <w:r w:rsidRPr="0030303A">
        <w:rPr>
          <w:rFonts w:hint="cs"/>
          <w:color w:val="0D0D0D" w:themeColor="text1" w:themeTint="F2"/>
          <w:sz w:val="32"/>
          <w:szCs w:val="32"/>
          <w:rtl/>
        </w:rPr>
        <w:t>الثالث</w:t>
      </w:r>
      <w:r w:rsidRPr="0030303A">
        <w:rPr>
          <w:color w:val="0D0D0D" w:themeColor="text1" w:themeTint="F2"/>
          <w:sz w:val="32"/>
          <w:szCs w:val="32"/>
          <w:rtl/>
        </w:rPr>
        <w:t xml:space="preserve"> </w:t>
      </w:r>
      <w:r w:rsidR="0030303A">
        <w:rPr>
          <w:rFonts w:hint="cs"/>
          <w:color w:val="0D0D0D" w:themeColor="text1" w:themeTint="F2"/>
          <w:sz w:val="32"/>
          <w:szCs w:val="32"/>
          <w:rtl/>
        </w:rPr>
        <w:t xml:space="preserve">: السلوك </w:t>
      </w:r>
      <w:proofErr w:type="spellStart"/>
      <w:r w:rsidR="0030303A">
        <w:rPr>
          <w:rFonts w:hint="cs"/>
          <w:color w:val="0D0D0D" w:themeColor="text1" w:themeTint="F2"/>
          <w:sz w:val="32"/>
          <w:szCs w:val="32"/>
          <w:rtl/>
        </w:rPr>
        <w:t>الإستهلاكي</w:t>
      </w:r>
      <w:proofErr w:type="spellEnd"/>
      <w:r w:rsidR="0030303A">
        <w:rPr>
          <w:rFonts w:hint="cs"/>
          <w:color w:val="0D0D0D" w:themeColor="text1" w:themeTint="F2"/>
          <w:sz w:val="32"/>
          <w:szCs w:val="32"/>
          <w:rtl/>
        </w:rPr>
        <w:t xml:space="preserve"> الغذائي وعلاقته بالتسويق عبر مواقع التواصل الاجتماعي.</w:t>
      </w:r>
    </w:p>
    <w:p w14:paraId="002B8D1B" w14:textId="28CC7106" w:rsidR="0053493D" w:rsidRDefault="0053493D" w:rsidP="003C12D3">
      <w:pPr>
        <w:pStyle w:val="21"/>
        <w:bidi/>
        <w:rPr>
          <w:color w:val="0D0D0D" w:themeColor="text1" w:themeTint="F2"/>
          <w:sz w:val="32"/>
          <w:szCs w:val="32"/>
          <w:rtl/>
        </w:rPr>
      </w:pPr>
      <w:proofErr w:type="spellStart"/>
      <w:r w:rsidRPr="003C12D3">
        <w:rPr>
          <w:rFonts w:hint="cs"/>
          <w:color w:val="0D0D0D" w:themeColor="text1" w:themeTint="F2"/>
          <w:sz w:val="32"/>
          <w:szCs w:val="32"/>
          <w:rtl/>
        </w:rPr>
        <w:t>الدراسه</w:t>
      </w:r>
      <w:proofErr w:type="spellEnd"/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3C12D3">
        <w:rPr>
          <w:rFonts w:hint="cs"/>
          <w:color w:val="0D0D0D" w:themeColor="text1" w:themeTint="F2"/>
          <w:sz w:val="32"/>
          <w:szCs w:val="32"/>
          <w:rtl/>
        </w:rPr>
        <w:t>الاولى</w:t>
      </w:r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r w:rsidR="003C12D3">
        <w:rPr>
          <w:rFonts w:hint="cs"/>
          <w:color w:val="0D0D0D" w:themeColor="text1" w:themeTint="F2"/>
          <w:sz w:val="32"/>
          <w:szCs w:val="32"/>
          <w:rtl/>
        </w:rPr>
        <w:t>:</w:t>
      </w:r>
      <w:proofErr w:type="gramEnd"/>
    </w:p>
    <w:p w14:paraId="3CB835F1" w14:textId="77777777" w:rsidR="003C12D3" w:rsidRPr="003C12D3" w:rsidRDefault="003C12D3" w:rsidP="003C12D3">
      <w:pPr>
        <w:bidi/>
      </w:pPr>
    </w:p>
    <w:p w14:paraId="67030F03" w14:textId="0FF1583D" w:rsidR="0053493D" w:rsidRDefault="0053493D" w:rsidP="003C12D3">
      <w:pPr>
        <w:bidi/>
        <w:rPr>
          <w:sz w:val="32"/>
          <w:szCs w:val="32"/>
          <w:rtl/>
        </w:rPr>
      </w:pPr>
      <w:proofErr w:type="gramStart"/>
      <w:r w:rsidRPr="0053493D">
        <w:rPr>
          <w:rFonts w:cs="Arial" w:hint="cs"/>
          <w:sz w:val="32"/>
          <w:szCs w:val="32"/>
          <w:rtl/>
        </w:rPr>
        <w:t>أجرت</w:t>
      </w:r>
      <w:r w:rsidRPr="0053493D">
        <w:rPr>
          <w:rFonts w:cs="Arial"/>
          <w:sz w:val="32"/>
          <w:szCs w:val="32"/>
          <w:rtl/>
        </w:rPr>
        <w:t xml:space="preserve">  </w:t>
      </w:r>
      <w:r w:rsidRPr="0053493D">
        <w:rPr>
          <w:rFonts w:cs="Arial" w:hint="cs"/>
          <w:sz w:val="32"/>
          <w:szCs w:val="32"/>
          <w:rtl/>
        </w:rPr>
        <w:t>هدى</w:t>
      </w:r>
      <w:proofErr w:type="gramEnd"/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القرشي</w:t>
      </w:r>
      <w:r w:rsidRPr="0053493D">
        <w:rPr>
          <w:rFonts w:cs="Arial"/>
          <w:sz w:val="32"/>
          <w:szCs w:val="32"/>
          <w:rtl/>
        </w:rPr>
        <w:t xml:space="preserve"> (2021) </w:t>
      </w:r>
      <w:r w:rsidRPr="0053493D">
        <w:rPr>
          <w:rFonts w:cs="Arial" w:hint="cs"/>
          <w:sz w:val="32"/>
          <w:szCs w:val="32"/>
          <w:rtl/>
        </w:rPr>
        <w:t>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بعنوان</w:t>
      </w:r>
      <w:r w:rsidRPr="0053493D">
        <w:rPr>
          <w:rFonts w:cs="Arial"/>
          <w:sz w:val="32"/>
          <w:szCs w:val="32"/>
          <w:rtl/>
        </w:rPr>
        <w:t>: "</w:t>
      </w:r>
      <w:r w:rsidRPr="0053493D">
        <w:rPr>
          <w:rFonts w:cs="Arial" w:hint="cs"/>
          <w:sz w:val="32"/>
          <w:szCs w:val="32"/>
          <w:rtl/>
        </w:rPr>
        <w:t>تأثير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وسائل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ثقافة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المجتمع</w:t>
      </w:r>
      <w:r w:rsidRPr="0053493D">
        <w:rPr>
          <w:rFonts w:cs="Arial"/>
          <w:sz w:val="32"/>
          <w:szCs w:val="32"/>
          <w:rtl/>
        </w:rPr>
        <w:t>"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هدفت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معرفة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دور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الإعلان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رفع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معدلات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ثقافة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الشباب،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وتحديد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أسباب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تفضيلهم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للتسوق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الرقمي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اعتمدت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الوصفي،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وطُبقت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عينة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طالبات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جامعة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القرى</w:t>
      </w:r>
      <w:r w:rsidRPr="0053493D">
        <w:rPr>
          <w:rFonts w:cs="Arial"/>
          <w:sz w:val="32"/>
          <w:szCs w:val="32"/>
          <w:rtl/>
        </w:rPr>
        <w:t xml:space="preserve"> (50 </w:t>
      </w:r>
      <w:r w:rsidRPr="0053493D">
        <w:rPr>
          <w:rFonts w:cs="Arial" w:hint="cs"/>
          <w:sz w:val="32"/>
          <w:szCs w:val="32"/>
          <w:rtl/>
        </w:rPr>
        <w:t>طالبة</w:t>
      </w:r>
      <w:r w:rsidRPr="0053493D">
        <w:rPr>
          <w:rFonts w:cs="Arial"/>
          <w:sz w:val="32"/>
          <w:szCs w:val="32"/>
          <w:rtl/>
        </w:rPr>
        <w:t xml:space="preserve">). </w:t>
      </w:r>
      <w:r w:rsidRPr="0053493D">
        <w:rPr>
          <w:rFonts w:cs="Arial" w:hint="cs"/>
          <w:sz w:val="32"/>
          <w:szCs w:val="32"/>
          <w:rtl/>
        </w:rPr>
        <w:t>وتوصلت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نتائج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وجود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توجه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إيجابي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قوي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spellStart"/>
      <w:r w:rsidRPr="0053493D">
        <w:rPr>
          <w:rFonts w:cs="Arial" w:hint="cs"/>
          <w:sz w:val="32"/>
          <w:szCs w:val="32"/>
          <w:rtl/>
        </w:rPr>
        <w:t>المبحوثات</w:t>
      </w:r>
      <w:proofErr w:type="spellEnd"/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نحو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دور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الإعلان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الرقمي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تحفيز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الاستهلاكي،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بينت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النتائج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دوافع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تفضيل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التسوق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تحظى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بمستويات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موافقة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عالية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بين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أفراد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العينة،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يعكس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الأثر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المتزايد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لهذه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الوسائل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صياغة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الأنماط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للشباب</w:t>
      </w:r>
      <w:r w:rsidRPr="0053493D">
        <w:rPr>
          <w:rFonts w:cs="Arial"/>
          <w:sz w:val="32"/>
          <w:szCs w:val="32"/>
          <w:rtl/>
        </w:rPr>
        <w:t>.</w:t>
      </w:r>
    </w:p>
    <w:p w14:paraId="69AD0B39" w14:textId="77777777" w:rsidR="003C12D3" w:rsidRPr="0053493D" w:rsidRDefault="003C12D3" w:rsidP="003C12D3">
      <w:pPr>
        <w:bidi/>
        <w:rPr>
          <w:sz w:val="32"/>
          <w:szCs w:val="32"/>
        </w:rPr>
      </w:pPr>
    </w:p>
    <w:p w14:paraId="0FF39D97" w14:textId="2E947322" w:rsidR="003C12D3" w:rsidRDefault="0053493D" w:rsidP="003C12D3">
      <w:pPr>
        <w:pStyle w:val="21"/>
        <w:bidi/>
        <w:rPr>
          <w:color w:val="0D0D0D" w:themeColor="text1" w:themeTint="F2"/>
          <w:sz w:val="32"/>
          <w:szCs w:val="32"/>
          <w:rtl/>
        </w:rPr>
      </w:pPr>
      <w:r w:rsidRPr="003C12D3">
        <w:rPr>
          <w:rFonts w:hint="cs"/>
          <w:color w:val="0D0D0D" w:themeColor="text1" w:themeTint="F2"/>
          <w:sz w:val="32"/>
          <w:szCs w:val="32"/>
          <w:rtl/>
        </w:rPr>
        <w:t>الدراسة</w:t>
      </w:r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3C12D3">
        <w:rPr>
          <w:rFonts w:hint="cs"/>
          <w:color w:val="0D0D0D" w:themeColor="text1" w:themeTint="F2"/>
          <w:sz w:val="32"/>
          <w:szCs w:val="32"/>
          <w:rtl/>
        </w:rPr>
        <w:t>الثانية</w:t>
      </w:r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r w:rsidR="003C12D3">
        <w:rPr>
          <w:rFonts w:hint="cs"/>
          <w:color w:val="0D0D0D" w:themeColor="text1" w:themeTint="F2"/>
          <w:sz w:val="32"/>
          <w:szCs w:val="32"/>
          <w:rtl/>
        </w:rPr>
        <w:t>:</w:t>
      </w:r>
      <w:proofErr w:type="gramEnd"/>
    </w:p>
    <w:p w14:paraId="107F1B0F" w14:textId="77777777" w:rsidR="003C12D3" w:rsidRPr="003C12D3" w:rsidRDefault="003C12D3" w:rsidP="003C12D3">
      <w:pPr>
        <w:bidi/>
      </w:pPr>
    </w:p>
    <w:p w14:paraId="3471BEF0" w14:textId="7CFD9F12" w:rsidR="003C12D3" w:rsidRPr="0053493D" w:rsidRDefault="0053493D" w:rsidP="003C12D3">
      <w:pPr>
        <w:bidi/>
        <w:rPr>
          <w:sz w:val="32"/>
          <w:szCs w:val="32"/>
        </w:rPr>
      </w:pPr>
      <w:r w:rsidRPr="0053493D">
        <w:rPr>
          <w:rFonts w:cs="Arial" w:hint="cs"/>
          <w:sz w:val="32"/>
          <w:szCs w:val="32"/>
          <w:rtl/>
        </w:rPr>
        <w:t>أجرت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gramStart"/>
      <w:r w:rsidRPr="0053493D">
        <w:rPr>
          <w:rFonts w:cs="Arial" w:hint="cs"/>
          <w:sz w:val="32"/>
          <w:szCs w:val="32"/>
          <w:rtl/>
        </w:rPr>
        <w:t>علي</w:t>
      </w:r>
      <w:proofErr w:type="gramEnd"/>
      <w:r w:rsidRPr="0053493D">
        <w:rPr>
          <w:rFonts w:cs="Arial"/>
          <w:sz w:val="32"/>
          <w:szCs w:val="32"/>
          <w:rtl/>
        </w:rPr>
        <w:t xml:space="preserve"> (2025) </w:t>
      </w:r>
      <w:r w:rsidRPr="0053493D">
        <w:rPr>
          <w:rFonts w:cs="Arial" w:hint="cs"/>
          <w:sz w:val="32"/>
          <w:szCs w:val="32"/>
          <w:rtl/>
        </w:rPr>
        <w:t>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بعنوان</w:t>
      </w:r>
      <w:r w:rsidRPr="0053493D">
        <w:rPr>
          <w:rFonts w:cs="Arial"/>
          <w:sz w:val="32"/>
          <w:szCs w:val="32"/>
          <w:rtl/>
        </w:rPr>
        <w:t>: "</w:t>
      </w:r>
      <w:r w:rsidRPr="0053493D">
        <w:rPr>
          <w:rFonts w:cs="Arial" w:hint="cs"/>
          <w:sz w:val="32"/>
          <w:szCs w:val="32"/>
          <w:rtl/>
        </w:rPr>
        <w:t>كثافة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تعرض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المستخدمين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لمؤثري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مواقع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التواصل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الاجتماعي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وتأثيراته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صحتهم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الجسدية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والنفسية</w:t>
      </w:r>
      <w:r w:rsidRPr="0053493D">
        <w:rPr>
          <w:rFonts w:cs="Arial"/>
          <w:sz w:val="32"/>
          <w:szCs w:val="32"/>
          <w:rtl/>
        </w:rPr>
        <w:t>"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هدفت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التعرف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تأثير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لمؤثري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تقييمات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المطاعم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والوصفات</w:t>
      </w:r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السلوكيات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والمعارف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والصحة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النفسية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والجسدية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للمتابعين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اعتمدت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المسحي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أداة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gramStart"/>
      <w:r w:rsidRPr="0053493D">
        <w:rPr>
          <w:rFonts w:cs="Arial" w:hint="cs"/>
          <w:sz w:val="32"/>
          <w:szCs w:val="32"/>
          <w:rtl/>
        </w:rPr>
        <w:t>الاستبيان</w:t>
      </w:r>
      <w:proofErr w:type="gramEnd"/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والمنهج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الكيفي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المضمون</w:t>
      </w:r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عينة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قوامها</w:t>
      </w:r>
      <w:r w:rsidRPr="0053493D">
        <w:rPr>
          <w:rFonts w:cs="Arial"/>
          <w:sz w:val="32"/>
          <w:szCs w:val="32"/>
          <w:rtl/>
        </w:rPr>
        <w:t xml:space="preserve"> 204 </w:t>
      </w:r>
      <w:r w:rsidRPr="0053493D">
        <w:rPr>
          <w:rFonts w:cs="Arial" w:hint="cs"/>
          <w:sz w:val="32"/>
          <w:szCs w:val="32"/>
          <w:rtl/>
        </w:rPr>
        <w:t>مبحوثاً،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بالإضافة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تحليل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فيديوهات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منصات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تيك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توك،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فيسبوك،</w:t>
      </w:r>
      <w:r w:rsidRPr="0053493D">
        <w:rPr>
          <w:rFonts w:cs="Arial"/>
          <w:sz w:val="32"/>
          <w:szCs w:val="32"/>
          <w:rtl/>
        </w:rPr>
        <w:t xml:space="preserve"> </w:t>
      </w:r>
      <w:proofErr w:type="spellStart"/>
      <w:r w:rsidRPr="0053493D">
        <w:rPr>
          <w:rFonts w:cs="Arial" w:hint="cs"/>
          <w:sz w:val="32"/>
          <w:szCs w:val="32"/>
          <w:rtl/>
        </w:rPr>
        <w:t>إنستجرام</w:t>
      </w:r>
      <w:proofErr w:type="spellEnd"/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يوتيوب</w:t>
      </w:r>
      <w:r w:rsidRPr="0053493D">
        <w:rPr>
          <w:rFonts w:cs="Arial"/>
          <w:sz w:val="32"/>
          <w:szCs w:val="32"/>
          <w:rtl/>
        </w:rPr>
        <w:t xml:space="preserve">). </w:t>
      </w:r>
      <w:r w:rsidRPr="0053493D">
        <w:rPr>
          <w:rFonts w:cs="Arial" w:hint="cs"/>
          <w:sz w:val="32"/>
          <w:szCs w:val="32"/>
          <w:rtl/>
        </w:rPr>
        <w:t>وتوصلت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النتائج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كثافة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التعرض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للمحتوى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تؤثر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بشكل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مباشر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الجانب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الوجداني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والسلوكي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للمتابعين،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متمثلة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تعزيز</w:t>
      </w:r>
      <w:r w:rsidRPr="0053493D">
        <w:rPr>
          <w:rFonts w:cs="Arial"/>
          <w:sz w:val="32"/>
          <w:szCs w:val="32"/>
          <w:rtl/>
        </w:rPr>
        <w:t xml:space="preserve"> "</w:t>
      </w:r>
      <w:r w:rsidRPr="0053493D">
        <w:rPr>
          <w:rFonts w:cs="Arial" w:hint="cs"/>
          <w:sz w:val="32"/>
          <w:szCs w:val="32"/>
          <w:rtl/>
        </w:rPr>
        <w:t>الجوع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البصري</w:t>
      </w:r>
      <w:r w:rsidRPr="0053493D">
        <w:rPr>
          <w:rFonts w:cs="Arial"/>
          <w:sz w:val="32"/>
          <w:szCs w:val="32"/>
          <w:rtl/>
        </w:rPr>
        <w:t xml:space="preserve">" </w:t>
      </w:r>
      <w:r w:rsidRPr="0053493D">
        <w:rPr>
          <w:rFonts w:cs="Arial" w:hint="cs"/>
          <w:sz w:val="32"/>
          <w:szCs w:val="32"/>
          <w:rtl/>
        </w:rPr>
        <w:t>وفتح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الشهية،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ودافعية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الذهاب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لتجربة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المطاعم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أو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الوصفات،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أكدت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بُعد</w:t>
      </w:r>
      <w:r w:rsidRPr="0053493D">
        <w:rPr>
          <w:rFonts w:cs="Arial"/>
          <w:sz w:val="32"/>
          <w:szCs w:val="32"/>
          <w:rtl/>
        </w:rPr>
        <w:t xml:space="preserve"> "</w:t>
      </w:r>
      <w:r w:rsidRPr="0053493D">
        <w:rPr>
          <w:rFonts w:cs="Arial" w:hint="cs"/>
          <w:sz w:val="32"/>
          <w:szCs w:val="32"/>
          <w:rtl/>
        </w:rPr>
        <w:t>الجاذبية</w:t>
      </w:r>
      <w:r w:rsidRPr="0053493D">
        <w:rPr>
          <w:rFonts w:cs="Arial"/>
          <w:sz w:val="32"/>
          <w:szCs w:val="32"/>
          <w:rtl/>
        </w:rPr>
        <w:t xml:space="preserve">"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المؤثر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يعد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العامل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الأبرز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جذب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الانتباه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وزيادة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كثافة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التعرض</w:t>
      </w:r>
      <w:r w:rsidRPr="0053493D">
        <w:rPr>
          <w:rFonts w:cs="Arial"/>
          <w:sz w:val="32"/>
          <w:szCs w:val="32"/>
          <w:rtl/>
        </w:rPr>
        <w:t>..</w:t>
      </w:r>
    </w:p>
    <w:p w14:paraId="6BBEAF3E" w14:textId="01FA3B8A" w:rsidR="0053493D" w:rsidRDefault="0053493D" w:rsidP="003C12D3">
      <w:pPr>
        <w:pStyle w:val="21"/>
        <w:bidi/>
        <w:rPr>
          <w:color w:val="0D0D0D" w:themeColor="text1" w:themeTint="F2"/>
          <w:sz w:val="32"/>
          <w:szCs w:val="32"/>
          <w:rtl/>
        </w:rPr>
      </w:pPr>
      <w:r w:rsidRPr="003C12D3">
        <w:rPr>
          <w:rFonts w:hint="cs"/>
          <w:color w:val="0D0D0D" w:themeColor="text1" w:themeTint="F2"/>
          <w:sz w:val="32"/>
          <w:szCs w:val="32"/>
          <w:rtl/>
        </w:rPr>
        <w:t>الدراسة</w:t>
      </w:r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proofErr w:type="gramStart"/>
      <w:r w:rsidRPr="003C12D3">
        <w:rPr>
          <w:rFonts w:hint="cs"/>
          <w:color w:val="0D0D0D" w:themeColor="text1" w:themeTint="F2"/>
          <w:sz w:val="32"/>
          <w:szCs w:val="32"/>
          <w:rtl/>
        </w:rPr>
        <w:t>الثالثة</w:t>
      </w:r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r w:rsidR="003C12D3">
        <w:rPr>
          <w:rFonts w:hint="cs"/>
          <w:color w:val="0D0D0D" w:themeColor="text1" w:themeTint="F2"/>
          <w:sz w:val="32"/>
          <w:szCs w:val="32"/>
          <w:rtl/>
        </w:rPr>
        <w:t>:</w:t>
      </w:r>
      <w:proofErr w:type="gramEnd"/>
    </w:p>
    <w:p w14:paraId="3D1606CD" w14:textId="77777777" w:rsidR="003C12D3" w:rsidRPr="003C12D3" w:rsidRDefault="003C12D3" w:rsidP="003C12D3">
      <w:pPr>
        <w:bidi/>
      </w:pPr>
    </w:p>
    <w:p w14:paraId="77C1378A" w14:textId="0D55D004" w:rsidR="0053493D" w:rsidRDefault="0053493D" w:rsidP="0053493D">
      <w:pPr>
        <w:bidi/>
        <w:rPr>
          <w:sz w:val="32"/>
          <w:szCs w:val="32"/>
          <w:rtl/>
        </w:rPr>
      </w:pPr>
      <w:r w:rsidRPr="0053493D">
        <w:rPr>
          <w:rFonts w:cs="Arial" w:hint="cs"/>
          <w:sz w:val="32"/>
          <w:szCs w:val="32"/>
          <w:rtl/>
        </w:rPr>
        <w:t>أجرى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المشد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وآخرون</w:t>
      </w:r>
      <w:r w:rsidRPr="0053493D">
        <w:rPr>
          <w:rFonts w:cs="Arial"/>
          <w:sz w:val="32"/>
          <w:szCs w:val="32"/>
          <w:rtl/>
        </w:rPr>
        <w:t xml:space="preserve"> (2024) </w:t>
      </w:r>
      <w:r w:rsidRPr="0053493D">
        <w:rPr>
          <w:rFonts w:cs="Arial" w:hint="cs"/>
          <w:sz w:val="32"/>
          <w:szCs w:val="32"/>
          <w:rtl/>
        </w:rPr>
        <w:t>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بعنوان</w:t>
      </w:r>
      <w:r w:rsidRPr="0053493D">
        <w:rPr>
          <w:rFonts w:cs="Arial"/>
          <w:sz w:val="32"/>
          <w:szCs w:val="32"/>
          <w:rtl/>
        </w:rPr>
        <w:t>: "</w:t>
      </w:r>
      <w:r w:rsidRPr="0053493D">
        <w:rPr>
          <w:rFonts w:cs="Arial" w:hint="cs"/>
          <w:sz w:val="32"/>
          <w:szCs w:val="32"/>
          <w:rtl/>
        </w:rPr>
        <w:t>العوامل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المؤثرة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نية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العملاء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للشراء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تطبيقات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توصيل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</w:t>
      </w:r>
      <w:r w:rsidRPr="0053493D">
        <w:rPr>
          <w:rFonts w:cs="Arial"/>
          <w:sz w:val="32"/>
          <w:szCs w:val="32"/>
          <w:rtl/>
        </w:rPr>
        <w:t>"</w:t>
      </w:r>
      <w:r w:rsidRPr="0053493D">
        <w:rPr>
          <w:rFonts w:cs="Arial" w:hint="cs"/>
          <w:sz w:val="32"/>
          <w:szCs w:val="32"/>
          <w:rtl/>
        </w:rPr>
        <w:t>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هدفت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تحديد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العوامل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التقنية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والخدمية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تحفز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نية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الشراء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عبر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تطبيقات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التوصيل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اعتمدت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المنهج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الوصفي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التحليلي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وطُبقت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عينة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من</w:t>
      </w:r>
      <w:r w:rsidRPr="0053493D">
        <w:rPr>
          <w:rFonts w:cs="Arial"/>
          <w:sz w:val="32"/>
          <w:szCs w:val="32"/>
          <w:rtl/>
        </w:rPr>
        <w:t xml:space="preserve"> 396 </w:t>
      </w:r>
      <w:r w:rsidRPr="0053493D">
        <w:rPr>
          <w:rFonts w:cs="Arial" w:hint="cs"/>
          <w:sz w:val="32"/>
          <w:szCs w:val="32"/>
          <w:rtl/>
        </w:rPr>
        <w:t>مفردة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وتوصلت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النتائج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وجود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تأثير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إيجابي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ومعنوي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للعوامل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المدركة</w:t>
      </w:r>
      <w:r w:rsidRPr="0053493D">
        <w:rPr>
          <w:rFonts w:cs="Arial"/>
          <w:sz w:val="32"/>
          <w:szCs w:val="32"/>
          <w:rtl/>
        </w:rPr>
        <w:t xml:space="preserve"> (</w:t>
      </w:r>
      <w:r w:rsidRPr="0053493D">
        <w:rPr>
          <w:rFonts w:cs="Arial" w:hint="cs"/>
          <w:sz w:val="32"/>
          <w:szCs w:val="32"/>
          <w:rtl/>
        </w:rPr>
        <w:t>مثل</w:t>
      </w:r>
      <w:r w:rsidRPr="0053493D">
        <w:rPr>
          <w:rFonts w:cs="Arial"/>
          <w:sz w:val="32"/>
          <w:szCs w:val="32"/>
          <w:rtl/>
        </w:rPr>
        <w:t xml:space="preserve">: </w:t>
      </w:r>
      <w:r w:rsidRPr="0053493D">
        <w:rPr>
          <w:rFonts w:cs="Arial" w:hint="cs"/>
          <w:sz w:val="32"/>
          <w:szCs w:val="32"/>
          <w:rtl/>
        </w:rPr>
        <w:t>تنوع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العروض،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lastRenderedPageBreak/>
        <w:t>جودة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الطعام،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وجودة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التوصيل</w:t>
      </w:r>
      <w:r w:rsidRPr="0053493D">
        <w:rPr>
          <w:rFonts w:cs="Arial"/>
          <w:sz w:val="32"/>
          <w:szCs w:val="32"/>
          <w:rtl/>
        </w:rPr>
        <w:t xml:space="preserve">)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نية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الشراء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لدى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المستخدمين</w:t>
      </w:r>
      <w:r w:rsidRPr="0053493D">
        <w:rPr>
          <w:rFonts w:cs="Arial"/>
          <w:sz w:val="32"/>
          <w:szCs w:val="32"/>
          <w:rtl/>
        </w:rPr>
        <w:t xml:space="preserve">. </w:t>
      </w:r>
      <w:r w:rsidRPr="0053493D">
        <w:rPr>
          <w:rFonts w:cs="Arial" w:hint="cs"/>
          <w:sz w:val="32"/>
          <w:szCs w:val="32"/>
          <w:rtl/>
        </w:rPr>
        <w:t>وتؤكد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الدراسة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أن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هذه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العوامل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تشكل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الدوافع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الأساسية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للعملاء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عند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اتخاذ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قرارهم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الشرائي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الرقمي،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مما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يعكس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الأثر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المباشر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لجودة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الخدمة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المدركة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على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السلوك</w:t>
      </w:r>
      <w:r w:rsidRPr="0053493D">
        <w:rPr>
          <w:rFonts w:cs="Arial"/>
          <w:sz w:val="32"/>
          <w:szCs w:val="32"/>
          <w:rtl/>
        </w:rPr>
        <w:t xml:space="preserve"> </w:t>
      </w:r>
      <w:r w:rsidRPr="0053493D">
        <w:rPr>
          <w:rFonts w:cs="Arial" w:hint="cs"/>
          <w:sz w:val="32"/>
          <w:szCs w:val="32"/>
          <w:rtl/>
        </w:rPr>
        <w:t>الاستهلاكي</w:t>
      </w:r>
      <w:r w:rsidRPr="0053493D">
        <w:rPr>
          <w:rFonts w:cs="Arial"/>
          <w:sz w:val="32"/>
          <w:szCs w:val="32"/>
          <w:rtl/>
        </w:rPr>
        <w:t>.</w:t>
      </w:r>
    </w:p>
    <w:p w14:paraId="67FB1096" w14:textId="1A95E85B" w:rsidR="003C12D3" w:rsidRDefault="003C12D3" w:rsidP="003C12D3">
      <w:pPr>
        <w:bidi/>
        <w:rPr>
          <w:sz w:val="32"/>
          <w:szCs w:val="32"/>
          <w:rtl/>
        </w:rPr>
      </w:pPr>
    </w:p>
    <w:p w14:paraId="03FFAB20" w14:textId="77777777" w:rsidR="003C12D3" w:rsidRDefault="003C12D3">
      <w:pPr>
        <w:rPr>
          <w:sz w:val="32"/>
          <w:szCs w:val="32"/>
          <w:rtl/>
        </w:rPr>
      </w:pPr>
      <w:r>
        <w:rPr>
          <w:sz w:val="32"/>
          <w:szCs w:val="32"/>
          <w:rtl/>
        </w:rPr>
        <w:br w:type="page"/>
      </w:r>
    </w:p>
    <w:p w14:paraId="13313739" w14:textId="6A1EA22A" w:rsidR="003C12D3" w:rsidRPr="003C12D3" w:rsidRDefault="003C12D3" w:rsidP="003C12D3">
      <w:pPr>
        <w:pStyle w:val="1"/>
        <w:bidi/>
        <w:rPr>
          <w:rFonts w:hint="cs"/>
          <w:color w:val="0D0D0D" w:themeColor="text1" w:themeTint="F2"/>
          <w:sz w:val="32"/>
          <w:szCs w:val="32"/>
          <w:rtl/>
        </w:rPr>
      </w:pPr>
      <w:proofErr w:type="spellStart"/>
      <w:proofErr w:type="gramStart"/>
      <w:r w:rsidRPr="003C12D3">
        <w:rPr>
          <w:rFonts w:hint="cs"/>
          <w:color w:val="0D0D0D" w:themeColor="text1" w:themeTint="F2"/>
          <w:sz w:val="32"/>
          <w:szCs w:val="32"/>
          <w:rtl/>
        </w:rPr>
        <w:lastRenderedPageBreak/>
        <w:t>الخاتمه</w:t>
      </w:r>
      <w:proofErr w:type="spellEnd"/>
      <w:r w:rsidRPr="003C12D3">
        <w:rPr>
          <w:color w:val="0D0D0D" w:themeColor="text1" w:themeTint="F2"/>
          <w:sz w:val="32"/>
          <w:szCs w:val="32"/>
          <w:rtl/>
        </w:rPr>
        <w:t xml:space="preserve"> </w:t>
      </w:r>
      <w:r>
        <w:rPr>
          <w:rFonts w:hint="cs"/>
          <w:color w:val="0D0D0D" w:themeColor="text1" w:themeTint="F2"/>
          <w:sz w:val="32"/>
          <w:szCs w:val="32"/>
          <w:rtl/>
        </w:rPr>
        <w:t>:</w:t>
      </w:r>
      <w:proofErr w:type="gramEnd"/>
    </w:p>
    <w:p w14:paraId="62204EE9" w14:textId="77777777" w:rsidR="003C12D3" w:rsidRPr="003C12D3" w:rsidRDefault="003C12D3" w:rsidP="003C12D3">
      <w:pPr>
        <w:bidi/>
        <w:rPr>
          <w:sz w:val="32"/>
          <w:szCs w:val="32"/>
        </w:rPr>
      </w:pPr>
    </w:p>
    <w:p w14:paraId="0C802C3F" w14:textId="77777777" w:rsidR="003C12D3" w:rsidRPr="003C12D3" w:rsidRDefault="003C12D3" w:rsidP="003C12D3">
      <w:pPr>
        <w:bidi/>
        <w:rPr>
          <w:sz w:val="32"/>
          <w:szCs w:val="32"/>
        </w:rPr>
      </w:pPr>
      <w:r w:rsidRPr="003C12D3">
        <w:rPr>
          <w:rFonts w:cs="Arial" w:hint="cs"/>
          <w:sz w:val="32"/>
          <w:szCs w:val="32"/>
          <w:rtl/>
        </w:rPr>
        <w:t>بناءً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على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ما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تقدم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استعراض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وتحليل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للدراسات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السابقة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في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محاورها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الثلاثة</w:t>
      </w:r>
      <w:r w:rsidRPr="003C12D3">
        <w:rPr>
          <w:rFonts w:cs="Arial"/>
          <w:sz w:val="32"/>
          <w:szCs w:val="32"/>
          <w:rtl/>
        </w:rPr>
        <w:t xml:space="preserve"> (</w:t>
      </w:r>
      <w:r w:rsidRPr="003C12D3">
        <w:rPr>
          <w:rFonts w:cs="Arial" w:hint="cs"/>
          <w:sz w:val="32"/>
          <w:szCs w:val="32"/>
          <w:rtl/>
        </w:rPr>
        <w:t>المؤثرون،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منصة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تيك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توك،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والسلوك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الاستهلاكي</w:t>
      </w:r>
      <w:r w:rsidRPr="003C12D3">
        <w:rPr>
          <w:rFonts w:cs="Arial"/>
          <w:sz w:val="32"/>
          <w:szCs w:val="32"/>
          <w:rtl/>
        </w:rPr>
        <w:t>)</w:t>
      </w:r>
      <w:r w:rsidRPr="003C12D3">
        <w:rPr>
          <w:rFonts w:cs="Arial" w:hint="cs"/>
          <w:sz w:val="32"/>
          <w:szCs w:val="32"/>
          <w:rtl/>
        </w:rPr>
        <w:t>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يتضح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تركيز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الأدبيات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السابقة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على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قياس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التأثير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العام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للمؤثرين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والجوانب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العامة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لاستخدامات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المنصات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الرقمية،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دون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التعمق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في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الأبعاد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التصميمية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والبصرية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الفريدة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لمحتوى</w:t>
      </w:r>
      <w:r w:rsidRPr="003C12D3">
        <w:rPr>
          <w:rFonts w:cs="Arial"/>
          <w:sz w:val="32"/>
          <w:szCs w:val="32"/>
          <w:rtl/>
        </w:rPr>
        <w:t xml:space="preserve"> '</w:t>
      </w:r>
      <w:r w:rsidRPr="003C12D3">
        <w:rPr>
          <w:rFonts w:cs="Arial" w:hint="cs"/>
          <w:sz w:val="32"/>
          <w:szCs w:val="32"/>
          <w:rtl/>
        </w:rPr>
        <w:t>تذوق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الطعام</w:t>
      </w:r>
      <w:r w:rsidRPr="003C12D3">
        <w:rPr>
          <w:rFonts w:cs="Arial"/>
          <w:sz w:val="32"/>
          <w:szCs w:val="32"/>
          <w:rtl/>
        </w:rPr>
        <w:t xml:space="preserve">' </w:t>
      </w:r>
      <w:r w:rsidRPr="003C12D3">
        <w:rPr>
          <w:rFonts w:cs="Arial" w:hint="cs"/>
          <w:sz w:val="32"/>
          <w:szCs w:val="32"/>
          <w:rtl/>
        </w:rPr>
        <w:t>التي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تؤثر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في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قرار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المستهلك</w:t>
      </w:r>
      <w:r w:rsidRPr="003C12D3">
        <w:rPr>
          <w:rFonts w:cs="Arial"/>
          <w:sz w:val="32"/>
          <w:szCs w:val="32"/>
          <w:rtl/>
        </w:rPr>
        <w:t xml:space="preserve">. </w:t>
      </w:r>
      <w:r w:rsidRPr="003C12D3">
        <w:rPr>
          <w:rFonts w:cs="Arial" w:hint="cs"/>
          <w:sz w:val="32"/>
          <w:szCs w:val="32"/>
          <w:rtl/>
        </w:rPr>
        <w:t>كما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أن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معظم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هذه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الدراسات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تناولت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المنصات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منظور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ترفيهي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بحت،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متجاوزةً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بذلك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دراسة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الربط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المباشر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بين</w:t>
      </w:r>
      <w:r w:rsidRPr="003C12D3">
        <w:rPr>
          <w:rFonts w:cs="Arial"/>
          <w:sz w:val="32"/>
          <w:szCs w:val="32"/>
          <w:rtl/>
        </w:rPr>
        <w:t xml:space="preserve"> '</w:t>
      </w:r>
      <w:r w:rsidRPr="003C12D3">
        <w:rPr>
          <w:rFonts w:cs="Arial" w:hint="cs"/>
          <w:sz w:val="32"/>
          <w:szCs w:val="32"/>
          <w:rtl/>
        </w:rPr>
        <w:t>الجوع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البصري</w:t>
      </w:r>
      <w:r w:rsidRPr="003C12D3">
        <w:rPr>
          <w:rFonts w:cs="Arial"/>
          <w:sz w:val="32"/>
          <w:szCs w:val="32"/>
          <w:rtl/>
        </w:rPr>
        <w:t xml:space="preserve">' </w:t>
      </w:r>
      <w:r w:rsidRPr="003C12D3">
        <w:rPr>
          <w:rFonts w:cs="Arial" w:hint="cs"/>
          <w:sz w:val="32"/>
          <w:szCs w:val="32"/>
          <w:rtl/>
        </w:rPr>
        <w:t>الناتج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عن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مقاطع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الفيديو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القصيرة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وبين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السلوك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الشرائي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الفعلي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عبر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تطبيقات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التوصيل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في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المجتمع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السعودي</w:t>
      </w:r>
      <w:r w:rsidRPr="003C12D3">
        <w:rPr>
          <w:rFonts w:cs="Arial"/>
          <w:sz w:val="32"/>
          <w:szCs w:val="32"/>
          <w:rtl/>
        </w:rPr>
        <w:t>.</w:t>
      </w:r>
    </w:p>
    <w:p w14:paraId="2636ACF5" w14:textId="2C2E1A12" w:rsidR="003C12D3" w:rsidRPr="0053493D" w:rsidRDefault="003C12D3" w:rsidP="003C12D3">
      <w:pPr>
        <w:bidi/>
        <w:rPr>
          <w:rFonts w:hint="cs"/>
          <w:sz w:val="32"/>
          <w:szCs w:val="32"/>
          <w:rtl/>
        </w:rPr>
      </w:pPr>
      <w:r w:rsidRPr="003C12D3">
        <w:rPr>
          <w:rFonts w:cs="Arial" w:hint="cs"/>
          <w:sz w:val="32"/>
          <w:szCs w:val="32"/>
          <w:rtl/>
        </w:rPr>
        <w:t>ومن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ثم،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تظهر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فجوة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بحثية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تتعلق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بضرورة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دراسة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العلاقة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التكاملية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بين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الخصائص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التقنية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والبصرية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لمحتوى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الطعام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على</w:t>
      </w:r>
      <w:r w:rsidRPr="003C12D3">
        <w:rPr>
          <w:rFonts w:cs="Arial"/>
          <w:sz w:val="32"/>
          <w:szCs w:val="32"/>
          <w:rtl/>
        </w:rPr>
        <w:t xml:space="preserve"> '</w:t>
      </w:r>
      <w:r w:rsidRPr="003C12D3">
        <w:rPr>
          <w:rFonts w:cs="Arial" w:hint="cs"/>
          <w:sz w:val="32"/>
          <w:szCs w:val="32"/>
          <w:rtl/>
        </w:rPr>
        <w:t>تيك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توك</w:t>
      </w:r>
      <w:r w:rsidRPr="003C12D3">
        <w:rPr>
          <w:rFonts w:cs="Arial"/>
          <w:sz w:val="32"/>
          <w:szCs w:val="32"/>
          <w:rtl/>
        </w:rPr>
        <w:t xml:space="preserve">' </w:t>
      </w:r>
      <w:r w:rsidRPr="003C12D3">
        <w:rPr>
          <w:rFonts w:cs="Arial" w:hint="cs"/>
          <w:sz w:val="32"/>
          <w:szCs w:val="32"/>
          <w:rtl/>
        </w:rPr>
        <w:t>وبين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اتخاذ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قرارات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الشراء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الغذائي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لدى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الشباب،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وهو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ما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تسعى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الدراسة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الحالية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إلى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معالجته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من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خلال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نموذج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تحليلي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يربط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بين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التعرض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للمحتوى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والقرار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الاستهلاكي</w:t>
      </w:r>
      <w:r w:rsidRPr="003C12D3">
        <w:rPr>
          <w:rFonts w:cs="Arial"/>
          <w:sz w:val="32"/>
          <w:szCs w:val="32"/>
          <w:rtl/>
        </w:rPr>
        <w:t xml:space="preserve"> </w:t>
      </w:r>
      <w:r w:rsidRPr="003C12D3">
        <w:rPr>
          <w:rFonts w:cs="Arial" w:hint="cs"/>
          <w:sz w:val="32"/>
          <w:szCs w:val="32"/>
          <w:rtl/>
        </w:rPr>
        <w:t>النهائي</w:t>
      </w:r>
      <w:r w:rsidRPr="003C12D3">
        <w:rPr>
          <w:rFonts w:cs="Arial"/>
          <w:sz w:val="32"/>
          <w:szCs w:val="32"/>
          <w:rtl/>
        </w:rPr>
        <w:t>."</w:t>
      </w:r>
    </w:p>
    <w:sectPr w:rsidR="003C12D3" w:rsidRPr="0053493D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A4EC2" w14:textId="77777777" w:rsidR="00A753C8" w:rsidRDefault="00A753C8" w:rsidP="00A753C8">
      <w:pPr>
        <w:spacing w:after="0" w:line="240" w:lineRule="auto"/>
      </w:pPr>
      <w:r>
        <w:separator/>
      </w:r>
    </w:p>
  </w:endnote>
  <w:endnote w:type="continuationSeparator" w:id="0">
    <w:p w14:paraId="053A5C33" w14:textId="77777777" w:rsidR="00A753C8" w:rsidRDefault="00A753C8" w:rsidP="00A75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2A140" w14:textId="77777777" w:rsidR="00A753C8" w:rsidRDefault="00A753C8" w:rsidP="00A753C8">
      <w:pPr>
        <w:spacing w:after="0" w:line="240" w:lineRule="auto"/>
      </w:pPr>
      <w:r>
        <w:separator/>
      </w:r>
    </w:p>
  </w:footnote>
  <w:footnote w:type="continuationSeparator" w:id="0">
    <w:p w14:paraId="3CD25773" w14:textId="77777777" w:rsidR="00A753C8" w:rsidRDefault="00A753C8" w:rsidP="00A75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780035">
    <w:abstractNumId w:val="8"/>
  </w:num>
  <w:num w:numId="2" w16cid:durableId="2100061413">
    <w:abstractNumId w:val="6"/>
  </w:num>
  <w:num w:numId="3" w16cid:durableId="76706191">
    <w:abstractNumId w:val="5"/>
  </w:num>
  <w:num w:numId="4" w16cid:durableId="1937398130">
    <w:abstractNumId w:val="4"/>
  </w:num>
  <w:num w:numId="5" w16cid:durableId="1982954766">
    <w:abstractNumId w:val="7"/>
  </w:num>
  <w:num w:numId="6" w16cid:durableId="1059397521">
    <w:abstractNumId w:val="3"/>
  </w:num>
  <w:num w:numId="7" w16cid:durableId="217673499">
    <w:abstractNumId w:val="2"/>
  </w:num>
  <w:num w:numId="8" w16cid:durableId="936713753">
    <w:abstractNumId w:val="1"/>
  </w:num>
  <w:num w:numId="9" w16cid:durableId="1377506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60E5"/>
    <w:rsid w:val="002446D6"/>
    <w:rsid w:val="00257A95"/>
    <w:rsid w:val="00260C40"/>
    <w:rsid w:val="0029639D"/>
    <w:rsid w:val="002D790D"/>
    <w:rsid w:val="0030303A"/>
    <w:rsid w:val="00310764"/>
    <w:rsid w:val="00326F90"/>
    <w:rsid w:val="00351C72"/>
    <w:rsid w:val="003C12D3"/>
    <w:rsid w:val="003F42BE"/>
    <w:rsid w:val="00523F6A"/>
    <w:rsid w:val="0053493D"/>
    <w:rsid w:val="007E6526"/>
    <w:rsid w:val="008F60D6"/>
    <w:rsid w:val="00A753C8"/>
    <w:rsid w:val="00AA1D8D"/>
    <w:rsid w:val="00AF0437"/>
    <w:rsid w:val="00B47730"/>
    <w:rsid w:val="00C74D21"/>
    <w:rsid w:val="00CB0664"/>
    <w:rsid w:val="00CF7E0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20240CB"/>
  <w14:defaultImageDpi w14:val="300"/>
  <w15:docId w15:val="{84F2F977-B953-BF42-B790-116A2A7E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575461-51A5-3142-A324-3C9DEE7B9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1713</Words>
  <Characters>9765</Characters>
  <Application>Microsoft Office Word</Application>
  <DocSecurity>0</DocSecurity>
  <Lines>81</Lines>
  <Paragraphs>22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latifah awad</cp:lastModifiedBy>
  <cp:revision>2</cp:revision>
  <cp:lastPrinted>2026-06-11T19:25:00Z</cp:lastPrinted>
  <dcterms:created xsi:type="dcterms:W3CDTF">2026-06-11T19:28:00Z</dcterms:created>
  <dcterms:modified xsi:type="dcterms:W3CDTF">2026-06-11T19:28:00Z</dcterms:modified>
  <cp:category/>
</cp:coreProperties>
</file>