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A7405" w14:textId="2B67F9C6" w:rsidR="00FE5024" w:rsidRDefault="00000000">
      <w:pPr>
        <w:pStyle w:val="a8"/>
        <w:jc w:val="center"/>
      </w:pPr>
      <w:r>
        <w:t>Graduation Projec</w:t>
      </w:r>
      <w:r w:rsidR="0074033B">
        <w:t>t 1 Research</w:t>
      </w:r>
      <w:r>
        <w:t xml:space="preserve"> Proposal</w:t>
      </w:r>
    </w:p>
    <w:p w14:paraId="2FD1DA5B" w14:textId="77777777" w:rsidR="00FE5024" w:rsidRDefault="00000000">
      <w:pPr>
        <w:pStyle w:val="1"/>
      </w:pPr>
      <w:r>
        <w:t>Threat Hunting Software Using LLM-Based Log Analysis</w:t>
      </w:r>
    </w:p>
    <w:p w14:paraId="20B2962C" w14:textId="77777777" w:rsidR="00FE5024" w:rsidRDefault="00000000">
      <w:pPr>
        <w:pStyle w:val="21"/>
      </w:pPr>
      <w:r>
        <w:t>1. Introduction</w:t>
      </w:r>
    </w:p>
    <w:p w14:paraId="7E37E9E7" w14:textId="77777777" w:rsidR="00FE5024" w:rsidRDefault="00000000">
      <w:r>
        <w:t>With the increasing complexity of modern IT environments and the growing number of cybersecurity threats, traditional methods of threat detection are often inadequate. Threat hunting—actively searching for signs of malicious activity within systems and networks—has become a critical part of proactive cybersecurity strategy.</w:t>
      </w:r>
      <w:r>
        <w:br/>
      </w:r>
      <w:r>
        <w:br/>
        <w:t>This project proposes the development of an intelligent threat hunting software that collects system logs and analyzes them using a Large Language Model (LLM). The system will leverage predefined rules and contextual understanding of logs to identify suspicious behaviors, unauthorized access, malware activity, and potential insider threats in real time.</w:t>
      </w:r>
    </w:p>
    <w:p w14:paraId="42152D8B" w14:textId="77777777" w:rsidR="00FE5024" w:rsidRDefault="00000000">
      <w:pPr>
        <w:pStyle w:val="21"/>
      </w:pPr>
      <w:r>
        <w:t>2. Problem Statement</w:t>
      </w:r>
    </w:p>
    <w:p w14:paraId="4180F341" w14:textId="77777777" w:rsidR="00FE5024" w:rsidRDefault="00000000">
      <w:r>
        <w:t>Conventional log analysis tools often rely on static pattern matching or simple heuristics, which may fail to detect sophisticated or novel threats. Security analysts are also overwhelmed by the volume of logs, making manual inspection impractical. There is a need for a smarter, automated tool that understands the context of log entries and correlates events across systems to identify threats efficiently.</w:t>
      </w:r>
    </w:p>
    <w:p w14:paraId="0B00E294" w14:textId="77777777" w:rsidR="00FE5024" w:rsidRDefault="00000000">
      <w:pPr>
        <w:pStyle w:val="21"/>
      </w:pPr>
      <w:r>
        <w:t>3. Objectives</w:t>
      </w:r>
    </w:p>
    <w:p w14:paraId="3C00F2B3" w14:textId="77777777" w:rsidR="00FE5024" w:rsidRDefault="00000000">
      <w:r>
        <w:t>- Develop a system to automatically collect logs from endpoints and servers.</w:t>
      </w:r>
      <w:r>
        <w:br/>
        <w:t>- Design a set of rules and behavior signatures for threat detection.</w:t>
      </w:r>
      <w:r>
        <w:br/>
        <w:t>- Integrate a Large Language Model (LLM) to analyze logs in a contextual and semantic manner.</w:t>
      </w:r>
      <w:r>
        <w:br/>
        <w:t>- Provide a user interface for visualizing threats and alerts.</w:t>
      </w:r>
      <w:r>
        <w:br/>
        <w:t>- Enable real-time or near-real-time alerting and response.</w:t>
      </w:r>
    </w:p>
    <w:p w14:paraId="0B6B99F1" w14:textId="77777777" w:rsidR="00FE5024" w:rsidRDefault="00000000">
      <w:pPr>
        <w:pStyle w:val="21"/>
      </w:pPr>
      <w:r>
        <w:t>4. Methodology</w:t>
      </w:r>
    </w:p>
    <w:p w14:paraId="39FD6F05" w14:textId="77777777" w:rsidR="00FE5024" w:rsidRDefault="00000000">
      <w:r>
        <w:t>The project will be implemented in the following stages:</w:t>
      </w:r>
      <w:r>
        <w:br/>
      </w:r>
      <w:r>
        <w:br/>
        <w:t>1. Log Collection: Develop agents or use existing logging mechanisms (e.g., syslog, Windows Event Logs) to collect logs from multiple sources.</w:t>
      </w:r>
      <w:r>
        <w:br/>
        <w:t>2. Preprocessing: Clean, normalize, and categorize logs for analysis.</w:t>
      </w:r>
      <w:r>
        <w:br/>
        <w:t>3. Rule Definition: Create a threat detection ruleset using known attack indicators and suspicious patterns.</w:t>
      </w:r>
      <w:r>
        <w:br/>
        <w:t>4. LLM Integration: Utilize an LLM (e.g., GPT-based) to analyze logs in natural language format and infer context.</w:t>
      </w:r>
      <w:r>
        <w:br/>
      </w:r>
      <w:r>
        <w:lastRenderedPageBreak/>
        <w:t>5. Threat Scoring: Combine rule-based scoring with LLM outputs to assess threat likelihood.</w:t>
      </w:r>
      <w:r>
        <w:br/>
        <w:t>6. Dashboard: Build a visualization tool to display events, threat levels, and alerts.</w:t>
      </w:r>
    </w:p>
    <w:p w14:paraId="4A98DCB2" w14:textId="77777777" w:rsidR="00FE5024" w:rsidRDefault="00000000">
      <w:pPr>
        <w:pStyle w:val="21"/>
      </w:pPr>
      <w:r>
        <w:t>5. Expected Outcomes</w:t>
      </w:r>
    </w:p>
    <w:p w14:paraId="6557763F" w14:textId="77777777" w:rsidR="00FE5024" w:rsidRDefault="00000000">
      <w:r>
        <w:t>- A functioning prototype of threat hunting software.</w:t>
      </w:r>
      <w:r>
        <w:br/>
        <w:t>- Demonstrated ability to detect various types of threats (e.g., privilege escalation, unauthorized access).</w:t>
      </w:r>
      <w:r>
        <w:br/>
        <w:t>- Real-time alerting system with a user-friendly interface.</w:t>
      </w:r>
      <w:r>
        <w:br/>
        <w:t>- Evaluation metrics showing accuracy and effectiveness compared to baseline systems.</w:t>
      </w:r>
    </w:p>
    <w:p w14:paraId="67604A11" w14:textId="77777777" w:rsidR="00FE5024" w:rsidRDefault="00000000">
      <w:pPr>
        <w:pStyle w:val="21"/>
      </w:pPr>
      <w:r>
        <w:t>6. Tools and Technologies</w:t>
      </w:r>
    </w:p>
    <w:p w14:paraId="74065FB0" w14:textId="77777777" w:rsidR="00FE5024" w:rsidRDefault="00000000">
      <w:r>
        <w:t>- Python (Backend logic, LLM integration)</w:t>
      </w:r>
      <w:r>
        <w:br/>
        <w:t>- OpenAI or HuggingFace LLM API</w:t>
      </w:r>
      <w:r>
        <w:br/>
        <w:t>- Elasticsearch or custom log storage</w:t>
      </w:r>
      <w:r>
        <w:br/>
        <w:t>- Flask/Django (Web interface)</w:t>
      </w:r>
      <w:r>
        <w:br/>
        <w:t>- Docker (Deployment)</w:t>
      </w:r>
      <w:r>
        <w:br/>
        <w:t>- Git (Version control)</w:t>
      </w:r>
    </w:p>
    <w:p w14:paraId="3391EA42" w14:textId="77777777" w:rsidR="00FE5024" w:rsidRDefault="00000000">
      <w:pPr>
        <w:pStyle w:val="21"/>
      </w:pPr>
      <w:r>
        <w:t>7. Timeline</w:t>
      </w:r>
    </w:p>
    <w:p w14:paraId="7FD4C176" w14:textId="77777777" w:rsidR="00FE5024" w:rsidRDefault="00000000">
      <w:r>
        <w:t>- Week 1–2: Literature Review and Requirements Gathering</w:t>
      </w:r>
      <w:r>
        <w:br/>
        <w:t>- Week 3–5: Log Collection and Preprocessing Module</w:t>
      </w:r>
      <w:r>
        <w:br/>
        <w:t>- Week 6–7: Rule-Based Engine Development</w:t>
      </w:r>
      <w:r>
        <w:br/>
        <w:t>- Week 8–10: LLM Integration and Testing</w:t>
      </w:r>
      <w:r>
        <w:br/>
        <w:t>- Week 11–12: Dashboard and Alerting System</w:t>
      </w:r>
      <w:r>
        <w:br/>
        <w:t>- Week 13–14: Testing, Evaluation, and Documentation</w:t>
      </w:r>
    </w:p>
    <w:p w14:paraId="200EC3C1" w14:textId="77777777" w:rsidR="00FE5024" w:rsidRDefault="00000000">
      <w:pPr>
        <w:pStyle w:val="21"/>
      </w:pPr>
      <w:r>
        <w:t>8. Conclusion</w:t>
      </w:r>
    </w:p>
    <w:p w14:paraId="71788E90" w14:textId="77777777" w:rsidR="00FE5024" w:rsidRDefault="00000000">
      <w:r>
        <w:t>This project addresses the urgent need for smarter threat detection tools in cybersecurity. By leveraging LLMs and rule-based engines, the proposed system aims to provide a practical, scalable solution for real-time threat hunting and log analysis.</w:t>
      </w:r>
    </w:p>
    <w:sectPr w:rsidR="00FE502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402072441">
    <w:abstractNumId w:val="8"/>
  </w:num>
  <w:num w:numId="2" w16cid:durableId="637489867">
    <w:abstractNumId w:val="6"/>
  </w:num>
  <w:num w:numId="3" w16cid:durableId="1983580239">
    <w:abstractNumId w:val="5"/>
  </w:num>
  <w:num w:numId="4" w16cid:durableId="1016276171">
    <w:abstractNumId w:val="4"/>
  </w:num>
  <w:num w:numId="5" w16cid:durableId="1624654265">
    <w:abstractNumId w:val="7"/>
  </w:num>
  <w:num w:numId="6" w16cid:durableId="1627858663">
    <w:abstractNumId w:val="3"/>
  </w:num>
  <w:num w:numId="7" w16cid:durableId="651063234">
    <w:abstractNumId w:val="2"/>
  </w:num>
  <w:num w:numId="8" w16cid:durableId="1717856228">
    <w:abstractNumId w:val="1"/>
  </w:num>
  <w:num w:numId="9" w16cid:durableId="1927224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4033B"/>
    <w:rsid w:val="00810666"/>
    <w:rsid w:val="00AA1D8D"/>
    <w:rsid w:val="00B47730"/>
    <w:rsid w:val="00CB0664"/>
    <w:rsid w:val="00D31D63"/>
    <w:rsid w:val="00FC693F"/>
    <w:rsid w:val="00FE50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6E44DC"/>
  <w14:defaultImageDpi w14:val="300"/>
  <w15:docId w15:val="{CEA6404D-A7BB-F74F-8743-438D527EC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Omar Salem Almutairi</cp:lastModifiedBy>
  <cp:revision>3</cp:revision>
  <dcterms:created xsi:type="dcterms:W3CDTF">2025-06-23T22:56:00Z</dcterms:created>
  <dcterms:modified xsi:type="dcterms:W3CDTF">2025-06-23T22:56:00Z</dcterms:modified>
  <cp:category/>
</cp:coreProperties>
</file>